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4845A5" w14:textId="77777777" w:rsidR="004B1372" w:rsidRDefault="00BB0BE3">
      <w:pPr>
        <w:spacing w:after="80" w:line="324" w:lineRule="auto"/>
      </w:pPr>
      <w:r>
        <w:rPr>
          <w:rFonts w:ascii="Pretendard" w:eastAsia="Pretendard" w:hAnsi="Pretendard" w:cs="Pretendard"/>
          <w:b/>
          <w:color w:val="4F1DA1"/>
        </w:rPr>
        <w:t xml:space="preserve">INFINITH AI Discovery · </w:t>
      </w:r>
      <w:r>
        <w:rPr>
          <w:rFonts w:ascii="Pretendard" w:eastAsia="Pretendard" w:hAnsi="Pretendard" w:cs="Pretendard"/>
          <w:b/>
          <w:color w:val="4F1DA1"/>
        </w:rPr>
        <w:t>대표</w:t>
      </w:r>
      <w:r>
        <w:rPr>
          <w:rFonts w:ascii="Pretendard" w:eastAsia="Pretendard" w:hAnsi="Pretendard" w:cs="Pretendard"/>
          <w:b/>
          <w:color w:val="4F1DA1"/>
        </w:rPr>
        <w:t xml:space="preserve"> </w:t>
      </w:r>
      <w:r>
        <w:rPr>
          <w:rFonts w:ascii="Pretendard" w:eastAsia="Pretendard" w:hAnsi="Pretendard" w:cs="Pretendard"/>
          <w:b/>
          <w:color w:val="4F1DA1"/>
        </w:rPr>
        <w:t>보고</w:t>
      </w:r>
    </w:p>
    <w:p w14:paraId="17A4A2C3" w14:textId="77777777" w:rsidR="004B1372" w:rsidRDefault="00BB0BE3">
      <w:pPr>
        <w:keepNext/>
        <w:spacing w:before="200" w:after="160"/>
      </w:pPr>
      <w:r>
        <w:rPr>
          <w:rFonts w:ascii="Pretendard" w:eastAsia="Pretendard" w:hAnsi="Pretendard" w:cs="Pretendard"/>
          <w:b/>
          <w:color w:val="1D0024"/>
          <w:sz w:val="48"/>
        </w:rPr>
        <w:t>의료관광</w:t>
      </w:r>
      <w:r>
        <w:rPr>
          <w:rFonts w:ascii="Pretendard" w:eastAsia="Pretendard" w:hAnsi="Pretendard" w:cs="Pretendard"/>
          <w:b/>
          <w:color w:val="1D0024"/>
          <w:sz w:val="48"/>
        </w:rPr>
        <w:t xml:space="preserve"> </w:t>
      </w:r>
      <w:r>
        <w:rPr>
          <w:rFonts w:ascii="Pretendard" w:eastAsia="Pretendard" w:hAnsi="Pretendard" w:cs="Pretendard"/>
          <w:b/>
          <w:color w:val="1D0024"/>
          <w:sz w:val="48"/>
        </w:rPr>
        <w:t>허브</w:t>
      </w:r>
      <w:r>
        <w:rPr>
          <w:rFonts w:ascii="Pretendard" w:eastAsia="Pretendard" w:hAnsi="Pretendard" w:cs="Pretendard"/>
          <w:b/>
          <w:color w:val="1D0024"/>
          <w:sz w:val="48"/>
        </w:rPr>
        <w:t xml:space="preserve"> </w:t>
      </w:r>
      <w:r>
        <w:rPr>
          <w:rFonts w:ascii="Pretendard" w:eastAsia="Pretendard" w:hAnsi="Pretendard" w:cs="Pretendard"/>
          <w:b/>
          <w:color w:val="1D0024"/>
          <w:sz w:val="48"/>
        </w:rPr>
        <w:t>플랫폼</w:t>
      </w:r>
      <w:r>
        <w:rPr>
          <w:rFonts w:ascii="Pretendard" w:eastAsia="Pretendard" w:hAnsi="Pretendard" w:cs="Pretendard"/>
          <w:b/>
          <w:color w:val="1D0024"/>
          <w:sz w:val="48"/>
        </w:rPr>
        <w:t xml:space="preserve"> </w:t>
      </w:r>
      <w:r>
        <w:rPr>
          <w:rFonts w:ascii="Pretendard" w:eastAsia="Pretendard" w:hAnsi="Pretendard" w:cs="Pretendard"/>
          <w:b/>
          <w:color w:val="1D0024"/>
          <w:sz w:val="48"/>
        </w:rPr>
        <w:t>경쟁분석과</w:t>
      </w:r>
      <w:r>
        <w:rPr>
          <w:rFonts w:ascii="Pretendard" w:eastAsia="Pretendard" w:hAnsi="Pretendard" w:cs="Pretendard"/>
          <w:b/>
          <w:color w:val="1D0024"/>
          <w:sz w:val="48"/>
        </w:rPr>
        <w:t xml:space="preserve"> </w:t>
      </w:r>
      <w:r>
        <w:rPr>
          <w:rFonts w:ascii="Pretendard" w:eastAsia="Pretendard" w:hAnsi="Pretendard" w:cs="Pretendard"/>
          <w:b/>
          <w:color w:val="1D0024"/>
          <w:sz w:val="48"/>
        </w:rPr>
        <w:t>뷰성형외과</w:t>
      </w:r>
      <w:r>
        <w:rPr>
          <w:rFonts w:ascii="Pretendard" w:eastAsia="Pretendard" w:hAnsi="Pretendard" w:cs="Pretendard"/>
          <w:b/>
          <w:color w:val="1D0024"/>
          <w:sz w:val="48"/>
        </w:rPr>
        <w:t xml:space="preserve"> MOU </w:t>
      </w:r>
      <w:r>
        <w:rPr>
          <w:rFonts w:ascii="Pretendard" w:eastAsia="Pretendard" w:hAnsi="Pretendard" w:cs="Pretendard"/>
          <w:b/>
          <w:color w:val="1D0024"/>
          <w:sz w:val="48"/>
        </w:rPr>
        <w:t>범위</w:t>
      </w:r>
      <w:r>
        <w:rPr>
          <w:rFonts w:ascii="Pretendard" w:eastAsia="Pretendard" w:hAnsi="Pretendard" w:cs="Pretendard"/>
          <w:b/>
          <w:color w:val="1D0024"/>
          <w:sz w:val="48"/>
        </w:rPr>
        <w:t xml:space="preserve"> </w:t>
      </w:r>
      <w:r>
        <w:rPr>
          <w:rFonts w:ascii="Pretendard" w:eastAsia="Pretendard" w:hAnsi="Pretendard" w:cs="Pretendard"/>
          <w:b/>
          <w:color w:val="1D0024"/>
          <w:sz w:val="48"/>
        </w:rPr>
        <w:t>검토</w:t>
      </w:r>
    </w:p>
    <w:p w14:paraId="2204C1D2" w14:textId="77777777" w:rsidR="004B1372" w:rsidRDefault="00BB0BE3">
      <w:pPr>
        <w:spacing w:after="80" w:line="324" w:lineRule="auto"/>
      </w:pPr>
      <w:r>
        <w:rPr>
          <w:rFonts w:ascii="Pretendard" w:eastAsia="Pretendard" w:hAnsi="Pretendard" w:cs="Pretendard"/>
          <w:color w:val="1D0024"/>
          <w:sz w:val="24"/>
        </w:rPr>
        <w:t>회의록</w:t>
      </w:r>
      <w:r>
        <w:rPr>
          <w:rFonts w:ascii="Pretendard" w:eastAsia="Pretendard" w:hAnsi="Pretendard" w:cs="Pretendard"/>
          <w:color w:val="1D0024"/>
          <w:sz w:val="24"/>
        </w:rPr>
        <w:t xml:space="preserve"> </w:t>
      </w:r>
      <w:r>
        <w:rPr>
          <w:rFonts w:ascii="Pretendard" w:eastAsia="Pretendard" w:hAnsi="Pretendard" w:cs="Pretendard"/>
          <w:color w:val="1D0024"/>
          <w:sz w:val="24"/>
        </w:rPr>
        <w:t>검토</w:t>
      </w:r>
      <w:r>
        <w:rPr>
          <w:rFonts w:ascii="Pretendard" w:eastAsia="Pretendard" w:hAnsi="Pretendard" w:cs="Pretendard"/>
          <w:color w:val="1D0024"/>
          <w:sz w:val="24"/>
        </w:rPr>
        <w:t xml:space="preserve"> · Global Medical Hub PRD v0.2 </w:t>
      </w:r>
      <w:r>
        <w:rPr>
          <w:rFonts w:ascii="Pretendard" w:eastAsia="Pretendard" w:hAnsi="Pretendard" w:cs="Pretendard"/>
          <w:color w:val="1D0024"/>
          <w:sz w:val="24"/>
        </w:rPr>
        <w:t>검토</w:t>
      </w:r>
      <w:r>
        <w:rPr>
          <w:rFonts w:ascii="Pretendard" w:eastAsia="Pretendard" w:hAnsi="Pretendard" w:cs="Pretendard"/>
          <w:color w:val="1D0024"/>
          <w:sz w:val="24"/>
        </w:rPr>
        <w:t xml:space="preserve"> · </w:t>
      </w:r>
      <w:r>
        <w:rPr>
          <w:rFonts w:ascii="Pretendard" w:eastAsia="Pretendard" w:hAnsi="Pretendard" w:cs="Pretendard"/>
          <w:color w:val="1D0024"/>
          <w:sz w:val="24"/>
        </w:rPr>
        <w:t>경쟁분석</w:t>
      </w:r>
      <w:r>
        <w:rPr>
          <w:rFonts w:ascii="Pretendard" w:eastAsia="Pretendard" w:hAnsi="Pretendard" w:cs="Pretendard"/>
          <w:color w:val="1D0024"/>
          <w:sz w:val="24"/>
        </w:rPr>
        <w:t>(</w:t>
      </w:r>
      <w:r>
        <w:rPr>
          <w:rFonts w:ascii="Pretendard" w:eastAsia="Pretendard" w:hAnsi="Pretendard" w:cs="Pretendard"/>
          <w:color w:val="1D0024"/>
          <w:sz w:val="24"/>
        </w:rPr>
        <w:t>상세</w:t>
      </w:r>
      <w:r>
        <w:rPr>
          <w:rFonts w:ascii="Pretendard" w:eastAsia="Pretendard" w:hAnsi="Pretendard" w:cs="Pretendard"/>
          <w:color w:val="1D0024"/>
          <w:sz w:val="24"/>
        </w:rPr>
        <w:t xml:space="preserve">) · </w:t>
      </w:r>
      <w:r>
        <w:rPr>
          <w:rFonts w:ascii="Pretendard" w:eastAsia="Pretendard" w:hAnsi="Pretendard" w:cs="Pretendard"/>
          <w:color w:val="1D0024"/>
          <w:sz w:val="24"/>
        </w:rPr>
        <w:t>조직</w:t>
      </w:r>
      <w:r>
        <w:rPr>
          <w:rFonts w:ascii="Pretendard" w:eastAsia="Pretendard" w:hAnsi="Pretendard" w:cs="Pretendard"/>
          <w:color w:val="1D0024"/>
          <w:sz w:val="24"/>
        </w:rPr>
        <w:t xml:space="preserve"> </w:t>
      </w:r>
      <w:r>
        <w:rPr>
          <w:rFonts w:ascii="Pretendard" w:eastAsia="Pretendard" w:hAnsi="Pretendard" w:cs="Pretendard"/>
          <w:color w:val="1D0024"/>
          <w:sz w:val="24"/>
        </w:rPr>
        <w:t>적합성</w:t>
      </w:r>
      <w:r>
        <w:rPr>
          <w:rFonts w:ascii="Pretendard" w:eastAsia="Pretendard" w:hAnsi="Pretendard" w:cs="Pretendard"/>
          <w:color w:val="1D0024"/>
          <w:sz w:val="24"/>
        </w:rPr>
        <w:t xml:space="preserve"> · MOU·POC </w:t>
      </w:r>
      <w:r>
        <w:rPr>
          <w:rFonts w:ascii="Pretendard" w:eastAsia="Pretendard" w:hAnsi="Pretendard" w:cs="Pretendard"/>
          <w:color w:val="1D0024"/>
          <w:sz w:val="24"/>
        </w:rPr>
        <w:t>권고안</w:t>
      </w:r>
    </w:p>
    <w:p w14:paraId="2B8C6ADC" w14:textId="77777777" w:rsidR="004B1372" w:rsidRDefault="00BB0BE3">
      <w:pPr>
        <w:spacing w:after="280" w:line="324" w:lineRule="auto"/>
      </w:pPr>
      <w:r>
        <w:rPr>
          <w:rFonts w:ascii="Pretendard" w:eastAsia="Pretendard" w:hAnsi="Pretendard" w:cs="Pretendard"/>
          <w:color w:val="555560"/>
          <w:sz w:val="20"/>
        </w:rPr>
        <w:t>작성</w:t>
      </w:r>
      <w:r>
        <w:rPr>
          <w:rFonts w:ascii="Pretendard" w:eastAsia="Pretendard" w:hAnsi="Pretendard" w:cs="Pretendard"/>
          <w:color w:val="555560"/>
          <w:sz w:val="20"/>
        </w:rPr>
        <w:t xml:space="preserve"> 2026-09-15(</w:t>
      </w:r>
      <w:r>
        <w:rPr>
          <w:rFonts w:ascii="Pretendard" w:eastAsia="Pretendard" w:hAnsi="Pretendard" w:cs="Pretendard"/>
          <w:color w:val="555560"/>
          <w:sz w:val="20"/>
        </w:rPr>
        <w:t>화</w:t>
      </w:r>
      <w:r>
        <w:rPr>
          <w:rFonts w:ascii="Pretendard" w:eastAsia="Pretendard" w:hAnsi="Pretendard" w:cs="Pretendard"/>
          <w:color w:val="555560"/>
          <w:sz w:val="20"/>
        </w:rPr>
        <w:t xml:space="preserve">) · </w:t>
      </w:r>
      <w:r>
        <w:rPr>
          <w:rFonts w:ascii="Pretendard" w:eastAsia="Pretendard" w:hAnsi="Pretendard" w:cs="Pretendard"/>
          <w:color w:val="555560"/>
          <w:sz w:val="20"/>
        </w:rPr>
        <w:t>조사</w:t>
      </w:r>
      <w:r>
        <w:rPr>
          <w:rFonts w:ascii="Pretendard" w:eastAsia="Pretendard" w:hAnsi="Pretendard" w:cs="Pretendard"/>
          <w:color w:val="555560"/>
          <w:sz w:val="20"/>
        </w:rPr>
        <w:t xml:space="preserve"> </w:t>
      </w:r>
      <w:r>
        <w:rPr>
          <w:rFonts w:ascii="Pretendard" w:eastAsia="Pretendard" w:hAnsi="Pretendard" w:cs="Pretendard"/>
          <w:color w:val="555560"/>
          <w:sz w:val="20"/>
        </w:rPr>
        <w:t>기준일</w:t>
      </w:r>
      <w:r>
        <w:rPr>
          <w:rFonts w:ascii="Pretendard" w:eastAsia="Pretendard" w:hAnsi="Pretendard" w:cs="Pretendard"/>
          <w:color w:val="555560"/>
          <w:sz w:val="20"/>
        </w:rPr>
        <w:t xml:space="preserve"> 2026-09-15 · </w:t>
      </w:r>
      <w:r>
        <w:rPr>
          <w:rFonts w:ascii="Pretendard" w:eastAsia="Pretendard" w:hAnsi="Pretendard" w:cs="Pretendard"/>
          <w:color w:val="555560"/>
          <w:sz w:val="20"/>
        </w:rPr>
        <w:t>법</w:t>
      </w:r>
      <w:r>
        <w:rPr>
          <w:rFonts w:ascii="Pretendard" w:eastAsia="Pretendard" w:hAnsi="Pretendard" w:cs="Pretendard"/>
          <w:color w:val="555560"/>
          <w:sz w:val="20"/>
        </w:rPr>
        <w:t xml:space="preserve"> </w:t>
      </w:r>
      <w:r>
        <w:rPr>
          <w:rFonts w:ascii="Pretendard" w:eastAsia="Pretendard" w:hAnsi="Pretendard" w:cs="Pretendard"/>
          <w:color w:val="555560"/>
          <w:sz w:val="20"/>
        </w:rPr>
        <w:t>해석은</w:t>
      </w:r>
      <w:r>
        <w:rPr>
          <w:rFonts w:ascii="Pretendard" w:eastAsia="Pretendard" w:hAnsi="Pretendard" w:cs="Pretendard"/>
          <w:color w:val="555560"/>
          <w:sz w:val="20"/>
        </w:rPr>
        <w:t xml:space="preserve"> </w:t>
      </w:r>
      <w:r>
        <w:rPr>
          <w:rFonts w:ascii="Pretendard" w:eastAsia="Pretendard" w:hAnsi="Pretendard" w:cs="Pretendard"/>
          <w:color w:val="555560"/>
          <w:sz w:val="20"/>
        </w:rPr>
        <w:t>자문이</w:t>
      </w:r>
      <w:r>
        <w:rPr>
          <w:rFonts w:ascii="Pretendard" w:eastAsia="Pretendard" w:hAnsi="Pretendard" w:cs="Pretendard"/>
          <w:color w:val="555560"/>
          <w:sz w:val="20"/>
        </w:rPr>
        <w:t xml:space="preserve"> </w:t>
      </w:r>
      <w:r>
        <w:rPr>
          <w:rFonts w:ascii="Pretendard" w:eastAsia="Pretendard" w:hAnsi="Pretendard" w:cs="Pretendard"/>
          <w:color w:val="555560"/>
          <w:sz w:val="20"/>
        </w:rPr>
        <w:t>아니며</w:t>
      </w:r>
      <w:r>
        <w:rPr>
          <w:rFonts w:ascii="Pretendard" w:eastAsia="Pretendard" w:hAnsi="Pretendard" w:cs="Pretendard"/>
          <w:color w:val="555560"/>
          <w:sz w:val="20"/>
        </w:rPr>
        <w:t xml:space="preserve"> </w:t>
      </w:r>
      <w:r>
        <w:rPr>
          <w:rFonts w:ascii="Pretendard" w:eastAsia="Pretendard" w:hAnsi="Pretendard" w:cs="Pretendard"/>
          <w:color w:val="555560"/>
          <w:sz w:val="20"/>
        </w:rPr>
        <w:t>계약</w:t>
      </w:r>
      <w:r>
        <w:rPr>
          <w:rFonts w:ascii="Pretendard" w:eastAsia="Pretendard" w:hAnsi="Pretendard" w:cs="Pretendard"/>
          <w:color w:val="555560"/>
          <w:sz w:val="20"/>
        </w:rPr>
        <w:t>·</w:t>
      </w:r>
      <w:r>
        <w:rPr>
          <w:rFonts w:ascii="Pretendard" w:eastAsia="Pretendard" w:hAnsi="Pretendard" w:cs="Pretendard"/>
          <w:color w:val="555560"/>
          <w:sz w:val="20"/>
        </w:rPr>
        <w:t>등록</w:t>
      </w:r>
      <w:r>
        <w:rPr>
          <w:rFonts w:ascii="Pretendard" w:eastAsia="Pretendard" w:hAnsi="Pretendard" w:cs="Pretendard"/>
          <w:color w:val="555560"/>
          <w:sz w:val="20"/>
        </w:rPr>
        <w:t xml:space="preserve"> </w:t>
      </w:r>
      <w:r>
        <w:rPr>
          <w:rFonts w:ascii="Pretendard" w:eastAsia="Pretendard" w:hAnsi="Pretendard" w:cs="Pretendard"/>
          <w:color w:val="555560"/>
          <w:sz w:val="20"/>
        </w:rPr>
        <w:t>전</w:t>
      </w:r>
      <w:r>
        <w:rPr>
          <w:rFonts w:ascii="Pretendard" w:eastAsia="Pretendard" w:hAnsi="Pretendard" w:cs="Pretendard"/>
          <w:color w:val="555560"/>
          <w:sz w:val="20"/>
        </w:rPr>
        <w:t xml:space="preserve"> </w:t>
      </w:r>
      <w:r>
        <w:rPr>
          <w:rFonts w:ascii="Pretendard" w:eastAsia="Pretendard" w:hAnsi="Pretendard" w:cs="Pretendard"/>
          <w:color w:val="555560"/>
          <w:sz w:val="20"/>
        </w:rPr>
        <w:t>변호사</w:t>
      </w:r>
      <w:r>
        <w:rPr>
          <w:rFonts w:ascii="Pretendard" w:eastAsia="Pretendard" w:hAnsi="Pretendard" w:cs="Pretendard"/>
          <w:color w:val="555560"/>
          <w:sz w:val="20"/>
        </w:rPr>
        <w:t xml:space="preserve"> </w:t>
      </w:r>
      <w:r>
        <w:rPr>
          <w:rFonts w:ascii="Pretendard" w:eastAsia="Pretendard" w:hAnsi="Pretendard" w:cs="Pretendard"/>
          <w:color w:val="555560"/>
          <w:sz w:val="20"/>
        </w:rPr>
        <w:t>확인이</w:t>
      </w:r>
      <w:r>
        <w:rPr>
          <w:rFonts w:ascii="Pretendard" w:eastAsia="Pretendard" w:hAnsi="Pretendard" w:cs="Pretendard"/>
          <w:color w:val="555560"/>
          <w:sz w:val="20"/>
        </w:rPr>
        <w:t xml:space="preserve"> </w:t>
      </w:r>
      <w:r>
        <w:rPr>
          <w:rFonts w:ascii="Pretendard" w:eastAsia="Pretendard" w:hAnsi="Pretendard" w:cs="Pretendard"/>
          <w:color w:val="555560"/>
          <w:sz w:val="20"/>
        </w:rPr>
        <w:t>필요합니다</w:t>
      </w:r>
    </w:p>
    <w:p w14:paraId="44EC3E08" w14:textId="77777777" w:rsidR="004B1372" w:rsidRDefault="00BB0BE3">
      <w:pPr>
        <w:keepNext/>
        <w:spacing w:before="360" w:after="160"/>
      </w:pPr>
      <w:r>
        <w:rPr>
          <w:rFonts w:ascii="Pretendard" w:eastAsia="Pretendard" w:hAnsi="Pretendard" w:cs="Pretendard"/>
          <w:b/>
          <w:color w:val="1D0024"/>
          <w:sz w:val="32"/>
        </w:rPr>
        <w:t xml:space="preserve">0. </w:t>
      </w:r>
      <w:r>
        <w:rPr>
          <w:rFonts w:ascii="Pretendard" w:eastAsia="Pretendard" w:hAnsi="Pretendard" w:cs="Pretendard"/>
          <w:b/>
          <w:color w:val="1D0024"/>
          <w:sz w:val="32"/>
        </w:rPr>
        <w:t>결론</w:t>
      </w:r>
    </w:p>
    <w:p w14:paraId="36149704" w14:textId="77777777" w:rsidR="004B1372" w:rsidRDefault="00BB0BE3">
      <w:pPr>
        <w:pStyle w:val="a0"/>
        <w:spacing w:after="60" w:line="312" w:lineRule="auto"/>
      </w:pPr>
      <w:r>
        <w:rPr>
          <w:rFonts w:ascii="Pretendard" w:eastAsia="Pretendard" w:hAnsi="Pretendard" w:cs="Pretendard"/>
          <w:b/>
          <w:color w:val="1D0024"/>
        </w:rPr>
        <w:t>이번</w:t>
      </w:r>
      <w:r>
        <w:rPr>
          <w:rFonts w:ascii="Pretendard" w:eastAsia="Pretendard" w:hAnsi="Pretendard" w:cs="Pretendard"/>
          <w:b/>
          <w:color w:val="1D0024"/>
        </w:rPr>
        <w:t xml:space="preserve"> MOU·POC </w:t>
      </w:r>
      <w:r>
        <w:rPr>
          <w:rFonts w:ascii="Pretendard" w:eastAsia="Pretendard" w:hAnsi="Pretendard" w:cs="Pretendard"/>
          <w:b/>
          <w:color w:val="1D0024"/>
        </w:rPr>
        <w:t>범위는</w:t>
      </w:r>
      <w:r>
        <w:rPr>
          <w:rFonts w:ascii="Pretendard" w:eastAsia="Pretendard" w:hAnsi="Pretendard" w:cs="Pretendard"/>
          <w:b/>
          <w:color w:val="1D0024"/>
        </w:rPr>
        <w:t xml:space="preserve"> </w:t>
      </w:r>
      <w:r>
        <w:rPr>
          <w:rFonts w:ascii="Pretendard" w:eastAsia="Pretendard" w:hAnsi="Pretendard" w:cs="Pretendard"/>
          <w:b/>
          <w:color w:val="1D0024"/>
        </w:rPr>
        <w:t>서포터즈</w:t>
      </w:r>
      <w:r>
        <w:rPr>
          <w:rFonts w:ascii="Pretendard" w:eastAsia="Pretendard" w:hAnsi="Pretendard" w:cs="Pretendard"/>
          <w:b/>
          <w:color w:val="1D0024"/>
        </w:rPr>
        <w:t xml:space="preserve"> </w:t>
      </w:r>
      <w:r>
        <w:rPr>
          <w:rFonts w:ascii="Pretendard" w:eastAsia="Pretendard" w:hAnsi="Pretendard" w:cs="Pretendard"/>
          <w:b/>
          <w:color w:val="1D0024"/>
        </w:rPr>
        <w:t>사이트와</w:t>
      </w:r>
      <w:r>
        <w:rPr>
          <w:rFonts w:ascii="Pretendard" w:eastAsia="Pretendard" w:hAnsi="Pretendard" w:cs="Pretendard"/>
          <w:b/>
          <w:color w:val="1D0024"/>
        </w:rPr>
        <w:t xml:space="preserve"> AEO/GEO </w:t>
      </w:r>
      <w:r>
        <w:rPr>
          <w:rFonts w:ascii="Pretendard" w:eastAsia="Pretendard" w:hAnsi="Pretendard" w:cs="Pretendard"/>
          <w:b/>
          <w:color w:val="1D0024"/>
        </w:rPr>
        <w:t>진단</w:t>
      </w:r>
      <w:r>
        <w:rPr>
          <w:rFonts w:ascii="Pretendard" w:eastAsia="Pretendard" w:hAnsi="Pretendard" w:cs="Pretendard"/>
          <w:b/>
          <w:color w:val="1D0024"/>
        </w:rPr>
        <w:t>·</w:t>
      </w:r>
      <w:r>
        <w:rPr>
          <w:rFonts w:ascii="Pretendard" w:eastAsia="Pretendard" w:hAnsi="Pretendard" w:cs="Pretendard"/>
          <w:b/>
          <w:color w:val="1D0024"/>
        </w:rPr>
        <w:t>측정까지로</w:t>
      </w:r>
      <w:r>
        <w:rPr>
          <w:rFonts w:ascii="Pretendard" w:eastAsia="Pretendard" w:hAnsi="Pretendard" w:cs="Pretendard"/>
          <w:b/>
          <w:color w:val="1D0024"/>
        </w:rPr>
        <w:t xml:space="preserve"> </w:t>
      </w:r>
      <w:r>
        <w:rPr>
          <w:rFonts w:ascii="Pretendard" w:eastAsia="Pretendard" w:hAnsi="Pretendard" w:cs="Pretendard"/>
          <w:b/>
          <w:color w:val="1D0024"/>
        </w:rPr>
        <w:t>한정할</w:t>
      </w:r>
      <w:r>
        <w:rPr>
          <w:rFonts w:ascii="Pretendard" w:eastAsia="Pretendard" w:hAnsi="Pretendard" w:cs="Pretendard"/>
          <w:b/>
          <w:color w:val="1D0024"/>
        </w:rPr>
        <w:t xml:space="preserve"> </w:t>
      </w:r>
      <w:r>
        <w:rPr>
          <w:rFonts w:ascii="Pretendard" w:eastAsia="Pretendard" w:hAnsi="Pretendard" w:cs="Pretendard"/>
          <w:b/>
          <w:color w:val="1D0024"/>
        </w:rPr>
        <w:t>것을</w:t>
      </w:r>
      <w:r>
        <w:rPr>
          <w:rFonts w:ascii="Pretendard" w:eastAsia="Pretendard" w:hAnsi="Pretendard" w:cs="Pretendard"/>
          <w:b/>
          <w:color w:val="1D0024"/>
        </w:rPr>
        <w:t xml:space="preserve"> </w:t>
      </w:r>
      <w:r>
        <w:rPr>
          <w:rFonts w:ascii="Pretendard" w:eastAsia="Pretendard" w:hAnsi="Pretendard" w:cs="Pretendard"/>
          <w:b/>
          <w:color w:val="1D0024"/>
        </w:rPr>
        <w:t>권고합니다</w:t>
      </w:r>
      <w:r>
        <w:rPr>
          <w:rFonts w:ascii="Pretendard" w:eastAsia="Pretendard" w:hAnsi="Pretendard" w:cs="Pretendard"/>
          <w:b/>
          <w:color w:val="1D0024"/>
        </w:rPr>
        <w:t xml:space="preserve">. </w:t>
      </w:r>
      <w:r>
        <w:rPr>
          <w:rFonts w:ascii="Pretendard" w:eastAsia="Pretendard" w:hAnsi="Pretendard" w:cs="Pretendard"/>
          <w:color w:val="1D0024"/>
        </w:rPr>
        <w:t>글로벌</w:t>
      </w:r>
      <w:r>
        <w:rPr>
          <w:rFonts w:ascii="Pretendard" w:eastAsia="Pretendard" w:hAnsi="Pretendard" w:cs="Pretendard"/>
          <w:color w:val="1D0024"/>
        </w:rPr>
        <w:t xml:space="preserve"> </w:t>
      </w:r>
      <w:r>
        <w:rPr>
          <w:rFonts w:ascii="Pretendard" w:eastAsia="Pretendard" w:hAnsi="Pretendard" w:cs="Pretendard"/>
          <w:color w:val="1D0024"/>
        </w:rPr>
        <w:t>의료관광</w:t>
      </w:r>
      <w:r>
        <w:rPr>
          <w:rFonts w:ascii="Pretendard" w:eastAsia="Pretendard" w:hAnsi="Pretendard" w:cs="Pretendard"/>
          <w:color w:val="1D0024"/>
        </w:rPr>
        <w:t xml:space="preserve"> </w:t>
      </w:r>
      <w:r>
        <w:rPr>
          <w:rFonts w:ascii="Pretendard" w:eastAsia="Pretendard" w:hAnsi="Pretendard" w:cs="Pretendard"/>
          <w:color w:val="1D0024"/>
        </w:rPr>
        <w:t>플랫폼</w:t>
      </w:r>
      <w:r>
        <w:rPr>
          <w:rFonts w:ascii="Pretendard" w:eastAsia="Pretendard" w:hAnsi="Pretendard" w:cs="Pretendard"/>
          <w:color w:val="1D0024"/>
        </w:rPr>
        <w:t>(</w:t>
      </w:r>
      <w:r>
        <w:rPr>
          <w:rFonts w:ascii="Pretendard" w:eastAsia="Pretendard" w:hAnsi="Pretendard" w:cs="Pretendard"/>
          <w:color w:val="1D0024"/>
        </w:rPr>
        <w:t>다병원</w:t>
      </w:r>
      <w:r>
        <w:rPr>
          <w:rFonts w:ascii="Pretendard" w:eastAsia="Pretendard" w:hAnsi="Pretendard" w:cs="Pretendard"/>
          <w:color w:val="1D0024"/>
        </w:rPr>
        <w:t xml:space="preserve"> </w:t>
      </w:r>
      <w:r>
        <w:rPr>
          <w:rFonts w:ascii="Pretendard" w:eastAsia="Pretendard" w:hAnsi="Pretendard" w:cs="Pretendard"/>
          <w:color w:val="1D0024"/>
        </w:rPr>
        <w:t>허브</w:t>
      </w:r>
      <w:r>
        <w:rPr>
          <w:rFonts w:ascii="Pretendard" w:eastAsia="Pretendard" w:hAnsi="Pretendard" w:cs="Pretendard"/>
          <w:color w:val="1D0024"/>
        </w:rPr>
        <w:t xml:space="preserve">, </w:t>
      </w:r>
      <w:r>
        <w:rPr>
          <w:rFonts w:ascii="Pretendard" w:eastAsia="Pretendard" w:hAnsi="Pretendard" w:cs="Pretendard"/>
          <w:color w:val="1D0024"/>
        </w:rPr>
        <w:t>상담</w:t>
      </w:r>
      <w:r>
        <w:rPr>
          <w:rFonts w:ascii="Pretendard" w:eastAsia="Pretendard" w:hAnsi="Pretendard" w:cs="Pretendard"/>
          <w:color w:val="1D0024"/>
        </w:rPr>
        <w:t>·</w:t>
      </w:r>
      <w:r>
        <w:rPr>
          <w:rFonts w:ascii="Pretendard" w:eastAsia="Pretendard" w:hAnsi="Pretendard" w:cs="Pretendard"/>
          <w:color w:val="1D0024"/>
        </w:rPr>
        <w:t>예약</w:t>
      </w:r>
      <w:r>
        <w:rPr>
          <w:rFonts w:ascii="Pretendard" w:eastAsia="Pretendard" w:hAnsi="Pretendard" w:cs="Pretendard"/>
          <w:color w:val="1D0024"/>
        </w:rPr>
        <w:t xml:space="preserve"> </w:t>
      </w:r>
      <w:r>
        <w:rPr>
          <w:rFonts w:ascii="Pretendard" w:eastAsia="Pretendard" w:hAnsi="Pretendard" w:cs="Pretendard"/>
          <w:color w:val="1D0024"/>
        </w:rPr>
        <w:t>중개</w:t>
      </w:r>
      <w:r>
        <w:rPr>
          <w:rFonts w:ascii="Pretendard" w:eastAsia="Pretendard" w:hAnsi="Pretendard" w:cs="Pretendard"/>
          <w:color w:val="1D0024"/>
        </w:rPr>
        <w:t xml:space="preserve">, </w:t>
      </w:r>
      <w:r>
        <w:rPr>
          <w:rFonts w:ascii="Pretendard" w:eastAsia="Pretendard" w:hAnsi="Pretendard" w:cs="Pretendard"/>
          <w:color w:val="1D0024"/>
        </w:rPr>
        <w:t>숙박</w:t>
      </w:r>
      <w:r>
        <w:rPr>
          <w:rFonts w:ascii="Pretendard" w:eastAsia="Pretendard" w:hAnsi="Pretendard" w:cs="Pretendard"/>
          <w:color w:val="1D0024"/>
        </w:rPr>
        <w:t>·</w:t>
      </w:r>
      <w:r>
        <w:rPr>
          <w:rFonts w:ascii="Pretendard" w:eastAsia="Pretendard" w:hAnsi="Pretendard" w:cs="Pretendard"/>
          <w:color w:val="1D0024"/>
        </w:rPr>
        <w:t>관광</w:t>
      </w:r>
      <w:r>
        <w:rPr>
          <w:rFonts w:ascii="Pretendard" w:eastAsia="Pretendard" w:hAnsi="Pretendard" w:cs="Pretendard"/>
          <w:color w:val="1D0024"/>
        </w:rPr>
        <w:t xml:space="preserve"> </w:t>
      </w:r>
      <w:r>
        <w:rPr>
          <w:rFonts w:ascii="Pretendard" w:eastAsia="Pretendard" w:hAnsi="Pretendard" w:cs="Pretendard"/>
          <w:color w:val="1D0024"/>
        </w:rPr>
        <w:t>연계</w:t>
      </w:r>
      <w:r>
        <w:rPr>
          <w:rFonts w:ascii="Pretendard" w:eastAsia="Pretendard" w:hAnsi="Pretendard" w:cs="Pretendard"/>
          <w:color w:val="1D0024"/>
        </w:rPr>
        <w:t>)</w:t>
      </w:r>
      <w:r>
        <w:rPr>
          <w:rFonts w:ascii="Pretendard" w:eastAsia="Pretendard" w:hAnsi="Pretendard" w:cs="Pretendard"/>
          <w:color w:val="1D0024"/>
        </w:rPr>
        <w:t>은</w:t>
      </w:r>
      <w:r>
        <w:rPr>
          <w:rFonts w:ascii="Pretendard" w:eastAsia="Pretendard" w:hAnsi="Pretendard" w:cs="Pretendard"/>
          <w:color w:val="1D0024"/>
        </w:rPr>
        <w:t xml:space="preserve"> </w:t>
      </w:r>
      <w:r>
        <w:rPr>
          <w:rFonts w:ascii="Pretendard" w:eastAsia="Pretendard" w:hAnsi="Pretendard" w:cs="Pretendard"/>
          <w:color w:val="1D0024"/>
        </w:rPr>
        <w:t>이번</w:t>
      </w:r>
      <w:r>
        <w:rPr>
          <w:rFonts w:ascii="Pretendard" w:eastAsia="Pretendard" w:hAnsi="Pretendard" w:cs="Pretendard"/>
          <w:color w:val="1D0024"/>
        </w:rPr>
        <w:t xml:space="preserve"> </w:t>
      </w:r>
      <w:r>
        <w:rPr>
          <w:rFonts w:ascii="Pretendard" w:eastAsia="Pretendard" w:hAnsi="Pretendard" w:cs="Pretendard"/>
          <w:color w:val="1D0024"/>
        </w:rPr>
        <w:t>범위에서</w:t>
      </w:r>
      <w:r>
        <w:rPr>
          <w:rFonts w:ascii="Pretendard" w:eastAsia="Pretendard" w:hAnsi="Pretendard" w:cs="Pretendard"/>
          <w:color w:val="1D0024"/>
        </w:rPr>
        <w:t xml:space="preserve"> </w:t>
      </w:r>
      <w:r>
        <w:rPr>
          <w:rFonts w:ascii="Pretendard" w:eastAsia="Pretendard" w:hAnsi="Pretendard" w:cs="Pretendard"/>
          <w:color w:val="1D0024"/>
        </w:rPr>
        <w:t>명시적으로</w:t>
      </w:r>
      <w:r>
        <w:rPr>
          <w:rFonts w:ascii="Pretendard" w:eastAsia="Pretendard" w:hAnsi="Pretendard" w:cs="Pretendard"/>
          <w:color w:val="1D0024"/>
        </w:rPr>
        <w:t xml:space="preserve"> </w:t>
      </w:r>
      <w:r>
        <w:rPr>
          <w:rFonts w:ascii="Pretendard" w:eastAsia="Pretendard" w:hAnsi="Pretendard" w:cs="Pretendard"/>
          <w:color w:val="1D0024"/>
        </w:rPr>
        <w:t>제외합니다</w:t>
      </w:r>
      <w:r>
        <w:rPr>
          <w:rFonts w:ascii="Pretendard" w:eastAsia="Pretendard" w:hAnsi="Pretendard" w:cs="Pretendard"/>
          <w:color w:val="1D0024"/>
        </w:rPr>
        <w:t>.</w:t>
      </w:r>
    </w:p>
    <w:p w14:paraId="4EF253B0" w14:textId="77777777" w:rsidR="004B1372" w:rsidRPr="00CF636B" w:rsidRDefault="00BB0BE3">
      <w:pPr>
        <w:pStyle w:val="a0"/>
        <w:spacing w:after="60" w:line="312" w:lineRule="auto"/>
        <w:rPr>
          <w:color w:val="EE0000"/>
        </w:rPr>
      </w:pPr>
      <w:r>
        <w:rPr>
          <w:rFonts w:ascii="Pretendard" w:eastAsia="Pretendard" w:hAnsi="Pretendard" w:cs="Pretendard"/>
          <w:b/>
          <w:color w:val="1D0024"/>
        </w:rPr>
        <w:t>플랫폼</w:t>
      </w:r>
      <w:r>
        <w:rPr>
          <w:rFonts w:ascii="Pretendard" w:eastAsia="Pretendard" w:hAnsi="Pretendard" w:cs="Pretendard"/>
          <w:b/>
          <w:color w:val="1D0024"/>
        </w:rPr>
        <w:t xml:space="preserve"> </w:t>
      </w:r>
      <w:r>
        <w:rPr>
          <w:rFonts w:ascii="Pretendard" w:eastAsia="Pretendard" w:hAnsi="Pretendard" w:cs="Pretendard"/>
          <w:b/>
          <w:color w:val="1D0024"/>
        </w:rPr>
        <w:t>사업은</w:t>
      </w:r>
      <w:r>
        <w:rPr>
          <w:rFonts w:ascii="Pretendard" w:eastAsia="Pretendard" w:hAnsi="Pretendard" w:cs="Pretendard"/>
          <w:b/>
          <w:color w:val="1D0024"/>
        </w:rPr>
        <w:t xml:space="preserve"> </w:t>
      </w:r>
      <w:r>
        <w:rPr>
          <w:rFonts w:ascii="Pretendard" w:eastAsia="Pretendard" w:hAnsi="Pretendard" w:cs="Pretendard"/>
          <w:b/>
          <w:color w:val="1D0024"/>
        </w:rPr>
        <w:t>현재</w:t>
      </w:r>
      <w:r>
        <w:rPr>
          <w:rFonts w:ascii="Pretendard" w:eastAsia="Pretendard" w:hAnsi="Pretendard" w:cs="Pretendard"/>
          <w:b/>
          <w:color w:val="1D0024"/>
        </w:rPr>
        <w:t xml:space="preserve"> </w:t>
      </w:r>
      <w:r>
        <w:rPr>
          <w:rFonts w:ascii="Pretendard" w:eastAsia="Pretendard" w:hAnsi="Pretendard" w:cs="Pretendard"/>
          <w:b/>
          <w:color w:val="1D0024"/>
        </w:rPr>
        <w:t>조직</w:t>
      </w:r>
      <w:r>
        <w:rPr>
          <w:rFonts w:ascii="Pretendard" w:eastAsia="Pretendard" w:hAnsi="Pretendard" w:cs="Pretendard"/>
          <w:b/>
          <w:color w:val="1D0024"/>
        </w:rPr>
        <w:t>(</w:t>
      </w:r>
      <w:r>
        <w:rPr>
          <w:rFonts w:ascii="Pretendard" w:eastAsia="Pretendard" w:hAnsi="Pretendard" w:cs="Pretendard"/>
          <w:b/>
          <w:color w:val="1D0024"/>
        </w:rPr>
        <w:t>개발팀장</w:t>
      </w:r>
      <w:r>
        <w:rPr>
          <w:rFonts w:ascii="Pretendard" w:eastAsia="Pretendard" w:hAnsi="Pretendard" w:cs="Pretendard"/>
          <w:b/>
          <w:color w:val="1D0024"/>
        </w:rPr>
        <w:t xml:space="preserve"> 1</w:t>
      </w:r>
      <w:r>
        <w:rPr>
          <w:rFonts w:ascii="Pretendard" w:eastAsia="Pretendard" w:hAnsi="Pretendard" w:cs="Pretendard"/>
          <w:b/>
          <w:color w:val="1D0024"/>
        </w:rPr>
        <w:t>명</w:t>
      </w:r>
      <w:r>
        <w:rPr>
          <w:rFonts w:ascii="Pretendard" w:eastAsia="Pretendard" w:hAnsi="Pretendard" w:cs="Pretendard"/>
          <w:b/>
          <w:color w:val="1D0024"/>
        </w:rPr>
        <w:t xml:space="preserve">, </w:t>
      </w:r>
      <w:r>
        <w:rPr>
          <w:rFonts w:ascii="Pretendard" w:eastAsia="Pretendard" w:hAnsi="Pretendard" w:cs="Pretendard"/>
          <w:b/>
          <w:color w:val="1D0024"/>
        </w:rPr>
        <w:t>주니어</w:t>
      </w:r>
      <w:r>
        <w:rPr>
          <w:rFonts w:ascii="Pretendard" w:eastAsia="Pretendard" w:hAnsi="Pretendard" w:cs="Pretendard"/>
          <w:b/>
          <w:color w:val="1D0024"/>
        </w:rPr>
        <w:t xml:space="preserve"> </w:t>
      </w:r>
      <w:r>
        <w:rPr>
          <w:rFonts w:ascii="Pretendard" w:eastAsia="Pretendard" w:hAnsi="Pretendard" w:cs="Pretendard"/>
          <w:b/>
          <w:color w:val="1D0024"/>
        </w:rPr>
        <w:t>개발자</w:t>
      </w:r>
      <w:r>
        <w:rPr>
          <w:rFonts w:ascii="Pretendard" w:eastAsia="Pretendard" w:hAnsi="Pretendard" w:cs="Pretendard"/>
          <w:b/>
          <w:color w:val="1D0024"/>
        </w:rPr>
        <w:t xml:space="preserve"> 5</w:t>
      </w:r>
      <w:r>
        <w:rPr>
          <w:rFonts w:ascii="Pretendard" w:eastAsia="Pretendard" w:hAnsi="Pretendard" w:cs="Pretendard"/>
          <w:b/>
          <w:color w:val="1D0024"/>
        </w:rPr>
        <w:t>명</w:t>
      </w:r>
      <w:r>
        <w:rPr>
          <w:rFonts w:ascii="Pretendard" w:eastAsia="Pretendard" w:hAnsi="Pretendard" w:cs="Pretendard"/>
          <w:b/>
          <w:color w:val="1D0024"/>
        </w:rPr>
        <w:t xml:space="preserve">, </w:t>
      </w:r>
      <w:r>
        <w:rPr>
          <w:rFonts w:ascii="Pretendard" w:eastAsia="Pretendard" w:hAnsi="Pretendard" w:cs="Pretendard"/>
          <w:b/>
          <w:color w:val="1D0024"/>
        </w:rPr>
        <w:t>운영팀</w:t>
      </w:r>
      <w:r>
        <w:rPr>
          <w:rFonts w:ascii="Pretendard" w:eastAsia="Pretendard" w:hAnsi="Pretendard" w:cs="Pretendard"/>
          <w:b/>
          <w:color w:val="1D0024"/>
        </w:rPr>
        <w:t xml:space="preserve"> </w:t>
      </w:r>
      <w:r>
        <w:rPr>
          <w:rFonts w:ascii="Pretendard" w:eastAsia="Pretendard" w:hAnsi="Pretendard" w:cs="Pretendard"/>
          <w:b/>
          <w:color w:val="1D0024"/>
        </w:rPr>
        <w:t>없음</w:t>
      </w:r>
      <w:r>
        <w:rPr>
          <w:rFonts w:ascii="Pretendard" w:eastAsia="Pretendard" w:hAnsi="Pretendard" w:cs="Pretendard"/>
          <w:b/>
          <w:color w:val="1D0024"/>
        </w:rPr>
        <w:t>)</w:t>
      </w:r>
      <w:r>
        <w:rPr>
          <w:rFonts w:ascii="Pretendard" w:eastAsia="Pretendard" w:hAnsi="Pretendard" w:cs="Pretendard"/>
          <w:b/>
          <w:color w:val="1D0024"/>
        </w:rPr>
        <w:t>으로</w:t>
      </w:r>
      <w:r>
        <w:rPr>
          <w:rFonts w:ascii="Pretendard" w:eastAsia="Pretendard" w:hAnsi="Pretendard" w:cs="Pretendard"/>
          <w:b/>
          <w:color w:val="1D0024"/>
        </w:rPr>
        <w:t xml:space="preserve"> </w:t>
      </w:r>
      <w:r>
        <w:rPr>
          <w:rFonts w:ascii="Pretendard" w:eastAsia="Pretendard" w:hAnsi="Pretendard" w:cs="Pretendard"/>
          <w:b/>
          <w:color w:val="1D0024"/>
        </w:rPr>
        <w:t>가능하지</w:t>
      </w:r>
      <w:r>
        <w:rPr>
          <w:rFonts w:ascii="Pretendard" w:eastAsia="Pretendard" w:hAnsi="Pretendard" w:cs="Pretendard"/>
          <w:b/>
          <w:color w:val="1D0024"/>
        </w:rPr>
        <w:t xml:space="preserve"> </w:t>
      </w:r>
      <w:r>
        <w:rPr>
          <w:rFonts w:ascii="Pretendard" w:eastAsia="Pretendard" w:hAnsi="Pretendard" w:cs="Pretendard"/>
          <w:b/>
          <w:color w:val="1D0024"/>
        </w:rPr>
        <w:t>않다고</w:t>
      </w:r>
      <w:r>
        <w:rPr>
          <w:rFonts w:ascii="Pretendard" w:eastAsia="Pretendard" w:hAnsi="Pretendard" w:cs="Pretendard"/>
          <w:b/>
          <w:color w:val="1D0024"/>
        </w:rPr>
        <w:t xml:space="preserve"> </w:t>
      </w:r>
      <w:r>
        <w:rPr>
          <w:rFonts w:ascii="Pretendard" w:eastAsia="Pretendard" w:hAnsi="Pretendard" w:cs="Pretendard"/>
          <w:b/>
          <w:color w:val="1D0024"/>
        </w:rPr>
        <w:t>판단합니다</w:t>
      </w:r>
      <w:r>
        <w:rPr>
          <w:rFonts w:ascii="Pretendard" w:eastAsia="Pretendard" w:hAnsi="Pretendard" w:cs="Pretendard"/>
          <w:b/>
          <w:color w:val="1D0024"/>
        </w:rPr>
        <w:t xml:space="preserve">. </w:t>
      </w:r>
      <w:r w:rsidRPr="00CF636B">
        <w:rPr>
          <w:rFonts w:ascii="Pretendard" w:eastAsia="Pretendard" w:hAnsi="Pretendard" w:cs="Pretendard"/>
          <w:b/>
          <w:bCs/>
          <w:color w:val="EE0000"/>
        </w:rPr>
        <w:t>병목은</w:t>
      </w:r>
      <w:r w:rsidRPr="00CF636B">
        <w:rPr>
          <w:rFonts w:ascii="Pretendard" w:eastAsia="Pretendard" w:hAnsi="Pretendard" w:cs="Pretendard"/>
          <w:b/>
          <w:bCs/>
          <w:color w:val="EE0000"/>
        </w:rPr>
        <w:t xml:space="preserve"> </w:t>
      </w:r>
      <w:r w:rsidRPr="00CF636B">
        <w:rPr>
          <w:rFonts w:ascii="Pretendard" w:eastAsia="Pretendard" w:hAnsi="Pretendard" w:cs="Pretendard"/>
          <w:b/>
          <w:bCs/>
          <w:color w:val="EE0000"/>
        </w:rPr>
        <w:t>개발이</w:t>
      </w:r>
      <w:r w:rsidRPr="00CF636B">
        <w:rPr>
          <w:rFonts w:ascii="Pretendard" w:eastAsia="Pretendard" w:hAnsi="Pretendard" w:cs="Pretendard"/>
          <w:b/>
          <w:bCs/>
          <w:color w:val="EE0000"/>
        </w:rPr>
        <w:t xml:space="preserve"> </w:t>
      </w:r>
      <w:r w:rsidRPr="00CF636B">
        <w:rPr>
          <w:rFonts w:ascii="Pretendard" w:eastAsia="Pretendard" w:hAnsi="Pretendard" w:cs="Pretendard"/>
          <w:b/>
          <w:bCs/>
          <w:color w:val="EE0000"/>
        </w:rPr>
        <w:t>아니라</w:t>
      </w:r>
      <w:r w:rsidRPr="00CF636B">
        <w:rPr>
          <w:rFonts w:ascii="Pretendard" w:eastAsia="Pretendard" w:hAnsi="Pretendard" w:cs="Pretendard"/>
          <w:b/>
          <w:bCs/>
          <w:color w:val="EE0000"/>
        </w:rPr>
        <w:t xml:space="preserve"> </w:t>
      </w:r>
      <w:r w:rsidRPr="00CF636B">
        <w:rPr>
          <w:rFonts w:ascii="Pretendard" w:eastAsia="Pretendard" w:hAnsi="Pretendard" w:cs="Pretendard"/>
          <w:b/>
          <w:bCs/>
          <w:color w:val="EE0000"/>
        </w:rPr>
        <w:t>운영</w:t>
      </w:r>
      <w:r w:rsidRPr="00CF636B">
        <w:rPr>
          <w:rFonts w:ascii="Pretendard" w:eastAsia="Pretendard" w:hAnsi="Pretendard" w:cs="Pretendard"/>
          <w:b/>
          <w:bCs/>
          <w:color w:val="EE0000"/>
        </w:rPr>
        <w:t xml:space="preserve">, </w:t>
      </w:r>
      <w:r w:rsidRPr="00CF636B">
        <w:rPr>
          <w:rFonts w:ascii="Pretendard" w:eastAsia="Pretendard" w:hAnsi="Pretendard" w:cs="Pretendard"/>
          <w:b/>
          <w:bCs/>
          <w:color w:val="EE0000"/>
        </w:rPr>
        <w:t>수요</w:t>
      </w:r>
      <w:r w:rsidRPr="00CF636B">
        <w:rPr>
          <w:rFonts w:ascii="Pretendard" w:eastAsia="Pretendard" w:hAnsi="Pretendard" w:cs="Pretendard"/>
          <w:b/>
          <w:bCs/>
          <w:color w:val="EE0000"/>
        </w:rPr>
        <w:t xml:space="preserve"> </w:t>
      </w:r>
      <w:r w:rsidRPr="00CF636B">
        <w:rPr>
          <w:rFonts w:ascii="Pretendard" w:eastAsia="Pretendard" w:hAnsi="Pretendard" w:cs="Pretendard"/>
          <w:b/>
          <w:bCs/>
          <w:color w:val="EE0000"/>
        </w:rPr>
        <w:t>확보</w:t>
      </w:r>
      <w:r w:rsidRPr="00CF636B">
        <w:rPr>
          <w:rFonts w:ascii="Pretendard" w:eastAsia="Pretendard" w:hAnsi="Pretendard" w:cs="Pretendard"/>
          <w:b/>
          <w:bCs/>
          <w:color w:val="EE0000"/>
        </w:rPr>
        <w:t xml:space="preserve">, </w:t>
      </w:r>
      <w:r w:rsidRPr="00CF636B">
        <w:rPr>
          <w:rFonts w:ascii="Pretendard" w:eastAsia="Pretendard" w:hAnsi="Pretendard" w:cs="Pretendard"/>
          <w:b/>
          <w:bCs/>
          <w:color w:val="EE0000"/>
        </w:rPr>
        <w:t>자본</w:t>
      </w:r>
      <w:r w:rsidRPr="00CF636B">
        <w:rPr>
          <w:rFonts w:ascii="Pretendard" w:eastAsia="Pretendard" w:hAnsi="Pretendard" w:cs="Pretendard"/>
          <w:b/>
          <w:bCs/>
          <w:color w:val="EE0000"/>
        </w:rPr>
        <w:t>·</w:t>
      </w:r>
      <w:r w:rsidRPr="00CF636B">
        <w:rPr>
          <w:rFonts w:ascii="Pretendard" w:eastAsia="Pretendard" w:hAnsi="Pretendard" w:cs="Pretendard"/>
          <w:b/>
          <w:bCs/>
          <w:color w:val="EE0000"/>
        </w:rPr>
        <w:t>규제</w:t>
      </w:r>
      <w:r w:rsidRPr="00CF636B">
        <w:rPr>
          <w:rFonts w:ascii="Pretendard" w:eastAsia="Pretendard" w:hAnsi="Pretendard" w:cs="Pretendard"/>
          <w:b/>
          <w:bCs/>
          <w:color w:val="EE0000"/>
        </w:rPr>
        <w:t xml:space="preserve"> </w:t>
      </w:r>
      <w:r w:rsidRPr="00CF636B">
        <w:rPr>
          <w:rFonts w:ascii="Pretendard" w:eastAsia="Pretendard" w:hAnsi="Pretendard" w:cs="Pretendard"/>
          <w:b/>
          <w:bCs/>
          <w:color w:val="EE0000"/>
        </w:rPr>
        <w:t>대응</w:t>
      </w:r>
      <w:r>
        <w:rPr>
          <w:rFonts w:ascii="Pretendard" w:eastAsia="Pretendard" w:hAnsi="Pretendard" w:cs="Pretendard"/>
          <w:color w:val="1D0024"/>
        </w:rPr>
        <w:t>입니다</w:t>
      </w:r>
      <w:r>
        <w:rPr>
          <w:rFonts w:ascii="Pretendard" w:eastAsia="Pretendard" w:hAnsi="Pretendard" w:cs="Pretendard"/>
          <w:color w:val="1D0024"/>
        </w:rPr>
        <w:t xml:space="preserve">. </w:t>
      </w:r>
      <w:r w:rsidRPr="00CF636B">
        <w:rPr>
          <w:rFonts w:ascii="Pretendard" w:eastAsia="Pretendard" w:hAnsi="Pretendard" w:cs="Pretendard"/>
          <w:color w:val="EE0000"/>
        </w:rPr>
        <w:t>강남언니는</w:t>
      </w:r>
      <w:r w:rsidRPr="00CF636B">
        <w:rPr>
          <w:rFonts w:ascii="Pretendard" w:eastAsia="Pretendard" w:hAnsi="Pretendard" w:cs="Pretendard"/>
          <w:color w:val="EE0000"/>
        </w:rPr>
        <w:t xml:space="preserve"> 2025</w:t>
      </w:r>
      <w:r w:rsidRPr="00CF636B">
        <w:rPr>
          <w:rFonts w:ascii="Pretendard" w:eastAsia="Pretendard" w:hAnsi="Pretendard" w:cs="Pretendard"/>
          <w:color w:val="EE0000"/>
        </w:rPr>
        <w:t>년</w:t>
      </w:r>
      <w:r w:rsidRPr="00CF636B">
        <w:rPr>
          <w:rFonts w:ascii="Pretendard" w:eastAsia="Pretendard" w:hAnsi="Pretendard" w:cs="Pretendard"/>
          <w:color w:val="EE0000"/>
        </w:rPr>
        <w:t xml:space="preserve"> </w:t>
      </w:r>
      <w:r w:rsidRPr="00CF636B">
        <w:rPr>
          <w:rFonts w:ascii="Pretendard" w:eastAsia="Pretendard" w:hAnsi="Pretendard" w:cs="Pretendard"/>
          <w:color w:val="EE0000"/>
        </w:rPr>
        <w:t>광고선전비</w:t>
      </w:r>
      <w:r w:rsidRPr="00CF636B">
        <w:rPr>
          <w:rFonts w:ascii="Pretendard" w:eastAsia="Pretendard" w:hAnsi="Pretendard" w:cs="Pretendard"/>
          <w:color w:val="EE0000"/>
        </w:rPr>
        <w:t xml:space="preserve"> 343</w:t>
      </w:r>
      <w:r w:rsidRPr="00CF636B">
        <w:rPr>
          <w:rFonts w:ascii="Pretendard" w:eastAsia="Pretendard" w:hAnsi="Pretendard" w:cs="Pretendard"/>
          <w:color w:val="EE0000"/>
        </w:rPr>
        <w:t>억</w:t>
      </w:r>
      <w:r w:rsidRPr="00CF636B">
        <w:rPr>
          <w:rFonts w:ascii="Pretendard" w:eastAsia="Pretendard" w:hAnsi="Pretendard" w:cs="Pretendard"/>
          <w:color w:val="EE0000"/>
        </w:rPr>
        <w:t xml:space="preserve"> </w:t>
      </w:r>
      <w:r w:rsidRPr="00CF636B">
        <w:rPr>
          <w:rFonts w:ascii="Pretendard" w:eastAsia="Pretendard" w:hAnsi="Pretendard" w:cs="Pretendard"/>
          <w:color w:val="EE0000"/>
        </w:rPr>
        <w:t>원을</w:t>
      </w:r>
      <w:r w:rsidRPr="00CF636B">
        <w:rPr>
          <w:rFonts w:ascii="Pretendard" w:eastAsia="Pretendard" w:hAnsi="Pretendard" w:cs="Pretendard"/>
          <w:color w:val="EE0000"/>
        </w:rPr>
        <w:t xml:space="preserve"> </w:t>
      </w:r>
      <w:r w:rsidRPr="00CF636B">
        <w:rPr>
          <w:rFonts w:ascii="Pretendard" w:eastAsia="Pretendard" w:hAnsi="Pretendard" w:cs="Pretendard"/>
          <w:color w:val="EE0000"/>
        </w:rPr>
        <w:t>썼고</w:t>
      </w:r>
      <w:r w:rsidRPr="00CF636B">
        <w:rPr>
          <w:rFonts w:ascii="Pretendard" w:eastAsia="Pretendard" w:hAnsi="Pretendard" w:cs="Pretendard"/>
          <w:color w:val="EE0000"/>
        </w:rPr>
        <w:t xml:space="preserve">, </w:t>
      </w:r>
      <w:r w:rsidRPr="00CF636B">
        <w:rPr>
          <w:rFonts w:ascii="Pretendard" w:eastAsia="Pretendard" w:hAnsi="Pretendard" w:cs="Pretendard"/>
          <w:color w:val="EE0000"/>
        </w:rPr>
        <w:t>오프라인</w:t>
      </w:r>
      <w:r w:rsidRPr="00CF636B">
        <w:rPr>
          <w:rFonts w:ascii="Pretendard" w:eastAsia="Pretendard" w:hAnsi="Pretendard" w:cs="Pretendard"/>
          <w:color w:val="EE0000"/>
        </w:rPr>
        <w:t xml:space="preserve"> </w:t>
      </w:r>
      <w:r w:rsidRPr="00CF636B">
        <w:rPr>
          <w:rFonts w:ascii="Pretendard" w:eastAsia="Pretendard" w:hAnsi="Pretendard" w:cs="Pretendard"/>
          <w:color w:val="EE0000"/>
        </w:rPr>
        <w:t>통역센터와</w:t>
      </w:r>
      <w:r w:rsidRPr="00CF636B">
        <w:rPr>
          <w:rFonts w:ascii="Pretendard" w:eastAsia="Pretendard" w:hAnsi="Pretendard" w:cs="Pretendard"/>
          <w:color w:val="EE0000"/>
        </w:rPr>
        <w:t xml:space="preserve"> 8</w:t>
      </w:r>
      <w:r w:rsidRPr="00CF636B">
        <w:rPr>
          <w:rFonts w:ascii="Pretendard" w:eastAsia="Pretendard" w:hAnsi="Pretendard" w:cs="Pretendard"/>
          <w:color w:val="EE0000"/>
        </w:rPr>
        <w:t>개</w:t>
      </w:r>
      <w:r w:rsidRPr="00CF636B">
        <w:rPr>
          <w:rFonts w:ascii="Pretendard" w:eastAsia="Pretendard" w:hAnsi="Pretendard" w:cs="Pretendard"/>
          <w:color w:val="EE0000"/>
        </w:rPr>
        <w:t xml:space="preserve"> </w:t>
      </w:r>
      <w:r w:rsidRPr="00CF636B">
        <w:rPr>
          <w:rFonts w:ascii="Pretendard" w:eastAsia="Pretendard" w:hAnsi="Pretendard" w:cs="Pretendard"/>
          <w:color w:val="EE0000"/>
        </w:rPr>
        <w:t>언어</w:t>
      </w:r>
      <w:r w:rsidRPr="00CF636B">
        <w:rPr>
          <w:rFonts w:ascii="Pretendard" w:eastAsia="Pretendard" w:hAnsi="Pretendard" w:cs="Pretendard"/>
          <w:color w:val="EE0000"/>
        </w:rPr>
        <w:t xml:space="preserve"> </w:t>
      </w:r>
      <w:r w:rsidRPr="00CF636B">
        <w:rPr>
          <w:rFonts w:ascii="Pretendard" w:eastAsia="Pretendard" w:hAnsi="Pretendard" w:cs="Pretendard"/>
          <w:color w:val="EE0000"/>
        </w:rPr>
        <w:t>통역을</w:t>
      </w:r>
      <w:r w:rsidRPr="00CF636B">
        <w:rPr>
          <w:rFonts w:ascii="Pretendard" w:eastAsia="Pretendard" w:hAnsi="Pretendard" w:cs="Pretendard"/>
          <w:color w:val="EE0000"/>
        </w:rPr>
        <w:t xml:space="preserve"> </w:t>
      </w:r>
      <w:r w:rsidRPr="00CF636B">
        <w:rPr>
          <w:rFonts w:ascii="Pretendard" w:eastAsia="Pretendard" w:hAnsi="Pretendard" w:cs="Pretendard"/>
          <w:color w:val="EE0000"/>
        </w:rPr>
        <w:t>운영합니다</w:t>
      </w:r>
      <w:r w:rsidRPr="00CF636B">
        <w:rPr>
          <w:rFonts w:ascii="Pretendard" w:eastAsia="Pretendard" w:hAnsi="Pretendard" w:cs="Pretendard"/>
          <w:color w:val="EE0000"/>
        </w:rPr>
        <w:t>.</w:t>
      </w:r>
    </w:p>
    <w:p w14:paraId="41815B9B" w14:textId="77777777" w:rsidR="004B1372" w:rsidRDefault="00BB0BE3">
      <w:pPr>
        <w:pStyle w:val="a0"/>
        <w:spacing w:after="60" w:line="312" w:lineRule="auto"/>
      </w:pPr>
      <w:r>
        <w:rPr>
          <w:rFonts w:ascii="Pretendard" w:eastAsia="Pretendard" w:hAnsi="Pretendard" w:cs="Pretendard"/>
          <w:b/>
          <w:color w:val="1D0024"/>
        </w:rPr>
        <w:t>허브가</w:t>
      </w:r>
      <w:r>
        <w:rPr>
          <w:rFonts w:ascii="Pretendard" w:eastAsia="Pretendard" w:hAnsi="Pretendard" w:cs="Pretendard"/>
          <w:b/>
          <w:color w:val="1D0024"/>
        </w:rPr>
        <w:t xml:space="preserve"> </w:t>
      </w:r>
      <w:r>
        <w:rPr>
          <w:rFonts w:ascii="Pretendard" w:eastAsia="Pretendard" w:hAnsi="Pretendard" w:cs="Pretendard"/>
          <w:b/>
          <w:color w:val="1D0024"/>
        </w:rPr>
        <w:t>노리는</w:t>
      </w:r>
      <w:r>
        <w:rPr>
          <w:rFonts w:ascii="Pretendard" w:eastAsia="Pretendard" w:hAnsi="Pretendard" w:cs="Pretendard"/>
          <w:b/>
          <w:color w:val="1D0024"/>
        </w:rPr>
        <w:t xml:space="preserve"> 'AI</w:t>
      </w:r>
      <w:r>
        <w:rPr>
          <w:rFonts w:ascii="Pretendard" w:eastAsia="Pretendard" w:hAnsi="Pretendard" w:cs="Pretendard"/>
          <w:b/>
          <w:color w:val="1D0024"/>
        </w:rPr>
        <w:t>가</w:t>
      </w:r>
      <w:r>
        <w:rPr>
          <w:rFonts w:ascii="Pretendard" w:eastAsia="Pretendard" w:hAnsi="Pretendard" w:cs="Pretendard"/>
          <w:b/>
          <w:color w:val="1D0024"/>
        </w:rPr>
        <w:t xml:space="preserve"> </w:t>
      </w:r>
      <w:r>
        <w:rPr>
          <w:rFonts w:ascii="Pretendard" w:eastAsia="Pretendard" w:hAnsi="Pretendard" w:cs="Pretendard"/>
          <w:b/>
          <w:color w:val="1D0024"/>
        </w:rPr>
        <w:t>인용하는</w:t>
      </w:r>
      <w:r>
        <w:rPr>
          <w:rFonts w:ascii="Pretendard" w:eastAsia="Pretendard" w:hAnsi="Pretendard" w:cs="Pretendard"/>
          <w:b/>
          <w:color w:val="1D0024"/>
        </w:rPr>
        <w:t xml:space="preserve"> </w:t>
      </w:r>
      <w:r>
        <w:rPr>
          <w:rFonts w:ascii="Pretendard" w:eastAsia="Pretendard" w:hAnsi="Pretendard" w:cs="Pretendard"/>
          <w:b/>
          <w:color w:val="1D0024"/>
        </w:rPr>
        <w:t>다국어</w:t>
      </w:r>
      <w:r>
        <w:rPr>
          <w:rFonts w:ascii="Pretendard" w:eastAsia="Pretendard" w:hAnsi="Pretendard" w:cs="Pretendard"/>
          <w:b/>
          <w:color w:val="1D0024"/>
        </w:rPr>
        <w:t xml:space="preserve"> </w:t>
      </w:r>
      <w:r>
        <w:rPr>
          <w:rFonts w:ascii="Pretendard" w:eastAsia="Pretendard" w:hAnsi="Pretendard" w:cs="Pretendard"/>
          <w:b/>
          <w:color w:val="1D0024"/>
        </w:rPr>
        <w:t>원문</w:t>
      </w:r>
      <w:r>
        <w:rPr>
          <w:rFonts w:ascii="Pretendard" w:eastAsia="Pretendard" w:hAnsi="Pretendard" w:cs="Pretendard"/>
          <w:b/>
          <w:color w:val="1D0024"/>
        </w:rPr>
        <w:t xml:space="preserve">' </w:t>
      </w:r>
      <w:r>
        <w:rPr>
          <w:rFonts w:ascii="Pretendard" w:eastAsia="Pretendard" w:hAnsi="Pretendard" w:cs="Pretendard"/>
          <w:b/>
          <w:color w:val="1D0024"/>
        </w:rPr>
        <w:t>영역에는</w:t>
      </w:r>
      <w:r>
        <w:rPr>
          <w:rFonts w:ascii="Pretendard" w:eastAsia="Pretendard" w:hAnsi="Pretendard" w:cs="Pretendard"/>
          <w:b/>
          <w:color w:val="1D0024"/>
        </w:rPr>
        <w:t xml:space="preserve"> </w:t>
      </w:r>
      <w:r>
        <w:rPr>
          <w:rFonts w:ascii="Pretendard" w:eastAsia="Pretendard" w:hAnsi="Pretendard" w:cs="Pretendard"/>
          <w:b/>
          <w:color w:val="1D0024"/>
        </w:rPr>
        <w:t>이미</w:t>
      </w:r>
      <w:r>
        <w:rPr>
          <w:rFonts w:ascii="Pretendard" w:eastAsia="Pretendard" w:hAnsi="Pretendard" w:cs="Pretendard"/>
          <w:b/>
          <w:color w:val="1D0024"/>
        </w:rPr>
        <w:t xml:space="preserve"> </w:t>
      </w:r>
      <w:r>
        <w:rPr>
          <w:rFonts w:ascii="Pretendard" w:eastAsia="Pretendard" w:hAnsi="Pretendard" w:cs="Pretendard"/>
          <w:b/>
          <w:color w:val="1D0024"/>
        </w:rPr>
        <w:t>경쟁자가</w:t>
      </w:r>
      <w:r>
        <w:rPr>
          <w:rFonts w:ascii="Pretendard" w:eastAsia="Pretendard" w:hAnsi="Pretendard" w:cs="Pretendard"/>
          <w:b/>
          <w:color w:val="1D0024"/>
        </w:rPr>
        <w:t xml:space="preserve"> </w:t>
      </w:r>
      <w:r>
        <w:rPr>
          <w:rFonts w:ascii="Pretendard" w:eastAsia="Pretendard" w:hAnsi="Pretendard" w:cs="Pretendard"/>
          <w:b/>
          <w:color w:val="1D0024"/>
        </w:rPr>
        <w:t>있습니다</w:t>
      </w:r>
      <w:r>
        <w:rPr>
          <w:rFonts w:ascii="Pretendard" w:eastAsia="Pretendard" w:hAnsi="Pretendard" w:cs="Pretendard"/>
          <w:b/>
          <w:color w:val="1D0024"/>
        </w:rPr>
        <w:t xml:space="preserve">. </w:t>
      </w:r>
      <w:r>
        <w:rPr>
          <w:rFonts w:ascii="Pretendard" w:eastAsia="Pretendard" w:hAnsi="Pretendard" w:cs="Pretendard"/>
          <w:color w:val="1D0024"/>
        </w:rPr>
        <w:t>외국인</w:t>
      </w:r>
      <w:r>
        <w:rPr>
          <w:rFonts w:ascii="Pretendard" w:eastAsia="Pretendard" w:hAnsi="Pretendard" w:cs="Pretendard"/>
          <w:color w:val="1D0024"/>
        </w:rPr>
        <w:t xml:space="preserve"> </w:t>
      </w:r>
      <w:r>
        <w:rPr>
          <w:rFonts w:ascii="Pretendard" w:eastAsia="Pretendard" w:hAnsi="Pretendard" w:cs="Pretendard"/>
          <w:color w:val="1D0024"/>
        </w:rPr>
        <w:t>질문</w:t>
      </w:r>
      <w:r>
        <w:rPr>
          <w:rFonts w:ascii="Pretendard" w:eastAsia="Pretendard" w:hAnsi="Pretendard" w:cs="Pretendard"/>
          <w:color w:val="1D0024"/>
        </w:rPr>
        <w:t xml:space="preserve"> 60</w:t>
      </w:r>
      <w:r>
        <w:rPr>
          <w:rFonts w:ascii="Pretendard" w:eastAsia="Pretendard" w:hAnsi="Pretendard" w:cs="Pretendard"/>
          <w:color w:val="1D0024"/>
        </w:rPr>
        <w:t>문항</w:t>
      </w:r>
      <w:r>
        <w:rPr>
          <w:rFonts w:ascii="Pretendard" w:eastAsia="Pretendard" w:hAnsi="Pretendard" w:cs="Pretendard"/>
          <w:color w:val="1D0024"/>
        </w:rPr>
        <w:t xml:space="preserve"> </w:t>
      </w:r>
      <w:r>
        <w:rPr>
          <w:rFonts w:ascii="Pretendard" w:eastAsia="Pretendard" w:hAnsi="Pretendard" w:cs="Pretendard"/>
          <w:color w:val="1D0024"/>
        </w:rPr>
        <w:t>실측에서</w:t>
      </w:r>
      <w:r>
        <w:rPr>
          <w:rFonts w:ascii="Pretendard" w:eastAsia="Pretendard" w:hAnsi="Pretendard" w:cs="Pretendard"/>
          <w:color w:val="1D0024"/>
        </w:rPr>
        <w:t xml:space="preserve"> Perplexity</w:t>
      </w:r>
      <w:r>
        <w:rPr>
          <w:rFonts w:ascii="Pretendard" w:eastAsia="Pretendard" w:hAnsi="Pretendard" w:cs="Pretendard"/>
          <w:color w:val="1D0024"/>
        </w:rPr>
        <w:t>는</w:t>
      </w:r>
      <w:r>
        <w:rPr>
          <w:rFonts w:ascii="Pretendard" w:eastAsia="Pretendard" w:hAnsi="Pretendard" w:cs="Pretendard"/>
          <w:color w:val="1D0024"/>
        </w:rPr>
        <w:t xml:space="preserve"> Bookimed(28</w:t>
      </w:r>
      <w:r>
        <w:rPr>
          <w:rFonts w:ascii="Pretendard" w:eastAsia="Pretendard" w:hAnsi="Pretendard" w:cs="Pretendard"/>
          <w:color w:val="1D0024"/>
        </w:rPr>
        <w:t>문항</w:t>
      </w:r>
      <w:r>
        <w:rPr>
          <w:rFonts w:ascii="Pretendard" w:eastAsia="Pretendard" w:hAnsi="Pretendard" w:cs="Pretendard"/>
          <w:color w:val="1D0024"/>
        </w:rPr>
        <w:t xml:space="preserve">), ClinicsOnCall(26), Korea Clinic Guide(20), ClinicSeoul(17), </w:t>
      </w:r>
      <w:r>
        <w:rPr>
          <w:rFonts w:ascii="Pretendard" w:eastAsia="Pretendard" w:hAnsi="Pretendard" w:cs="Pretendard"/>
          <w:color w:val="1D0024"/>
        </w:rPr>
        <w:t>강남언니</w:t>
      </w:r>
      <w:r>
        <w:rPr>
          <w:rFonts w:ascii="Pretendard" w:eastAsia="Pretendard" w:hAnsi="Pretendard" w:cs="Pretendard"/>
          <w:color w:val="1D0024"/>
        </w:rPr>
        <w:t xml:space="preserve"> </w:t>
      </w:r>
      <w:r>
        <w:rPr>
          <w:rFonts w:ascii="Pretendard" w:eastAsia="Pretendard" w:hAnsi="Pretendard" w:cs="Pretendard"/>
          <w:color w:val="1D0024"/>
        </w:rPr>
        <w:t>영문</w:t>
      </w:r>
      <w:r>
        <w:rPr>
          <w:rFonts w:ascii="Pretendard" w:eastAsia="Pretendard" w:hAnsi="Pretendard" w:cs="Pretendard"/>
          <w:color w:val="1D0024"/>
        </w:rPr>
        <w:t>(14)</w:t>
      </w:r>
      <w:r>
        <w:rPr>
          <w:rFonts w:ascii="Pretendard" w:eastAsia="Pretendard" w:hAnsi="Pretendard" w:cs="Pretendard"/>
          <w:color w:val="1D0024"/>
        </w:rPr>
        <w:t>을</w:t>
      </w:r>
      <w:r>
        <w:rPr>
          <w:rFonts w:ascii="Pretendard" w:eastAsia="Pretendard" w:hAnsi="Pretendard" w:cs="Pretendard"/>
          <w:color w:val="1D0024"/>
        </w:rPr>
        <w:t xml:space="preserve"> </w:t>
      </w:r>
      <w:r>
        <w:rPr>
          <w:rFonts w:ascii="Pretendard" w:eastAsia="Pretendard" w:hAnsi="Pretendard" w:cs="Pretendard"/>
          <w:color w:val="1D0024"/>
        </w:rPr>
        <w:t>인용했습니다</w:t>
      </w:r>
      <w:r>
        <w:rPr>
          <w:rFonts w:ascii="Pretendard" w:eastAsia="Pretendard" w:hAnsi="Pretendard" w:cs="Pretendard"/>
          <w:color w:val="1D0024"/>
        </w:rPr>
        <w:t xml:space="preserve">. </w:t>
      </w:r>
      <w:r>
        <w:rPr>
          <w:rFonts w:ascii="Pretendard" w:eastAsia="Pretendard" w:hAnsi="Pretendard" w:cs="Pretendard"/>
          <w:color w:val="1D0024"/>
        </w:rPr>
        <w:t>광고</w:t>
      </w:r>
      <w:r>
        <w:rPr>
          <w:rFonts w:ascii="Pretendard" w:eastAsia="Pretendard" w:hAnsi="Pretendard" w:cs="Pretendard"/>
          <w:color w:val="1D0024"/>
        </w:rPr>
        <w:t xml:space="preserve"> </w:t>
      </w:r>
      <w:r>
        <w:rPr>
          <w:rFonts w:ascii="Pretendard" w:eastAsia="Pretendard" w:hAnsi="Pretendard" w:cs="Pretendard"/>
          <w:color w:val="1D0024"/>
        </w:rPr>
        <w:t>없는</w:t>
      </w:r>
      <w:r>
        <w:rPr>
          <w:rFonts w:ascii="Pretendard" w:eastAsia="Pretendard" w:hAnsi="Pretendard" w:cs="Pretendard"/>
          <w:color w:val="1D0024"/>
        </w:rPr>
        <w:t xml:space="preserve"> </w:t>
      </w:r>
      <w:r>
        <w:rPr>
          <w:rFonts w:ascii="Pretendard" w:eastAsia="Pretendard" w:hAnsi="Pretendard" w:cs="Pretendard"/>
          <w:color w:val="1D0024"/>
        </w:rPr>
        <w:t>영문</w:t>
      </w:r>
      <w:r>
        <w:rPr>
          <w:rFonts w:ascii="Pretendard" w:eastAsia="Pretendard" w:hAnsi="Pretendard" w:cs="Pretendard"/>
          <w:color w:val="1D0024"/>
        </w:rPr>
        <w:t xml:space="preserve"> </w:t>
      </w:r>
      <w:r>
        <w:rPr>
          <w:rFonts w:ascii="Pretendard" w:eastAsia="Pretendard" w:hAnsi="Pretendard" w:cs="Pretendard"/>
          <w:color w:val="1D0024"/>
        </w:rPr>
        <w:t>가이드</w:t>
      </w:r>
      <w:r>
        <w:rPr>
          <w:rFonts w:ascii="Pretendard" w:eastAsia="Pretendard" w:hAnsi="Pretendard" w:cs="Pretendard"/>
          <w:color w:val="1D0024"/>
        </w:rPr>
        <w:t xml:space="preserve"> </w:t>
      </w:r>
      <w:r>
        <w:rPr>
          <w:rFonts w:ascii="Pretendard" w:eastAsia="Pretendard" w:hAnsi="Pretendard" w:cs="Pretendard"/>
          <w:color w:val="1D0024"/>
        </w:rPr>
        <w:t>사이트가</w:t>
      </w:r>
      <w:r>
        <w:rPr>
          <w:rFonts w:ascii="Pretendard" w:eastAsia="Pretendard" w:hAnsi="Pretendard" w:cs="Pretendard"/>
          <w:color w:val="1D0024"/>
        </w:rPr>
        <w:t xml:space="preserve"> 120</w:t>
      </w:r>
      <w:r>
        <w:rPr>
          <w:rFonts w:ascii="Pretendard" w:eastAsia="Pretendard" w:hAnsi="Pretendard" w:cs="Pretendard"/>
          <w:color w:val="1D0024"/>
        </w:rPr>
        <w:t>개</w:t>
      </w:r>
      <w:r>
        <w:rPr>
          <w:rFonts w:ascii="Pretendard" w:eastAsia="Pretendard" w:hAnsi="Pretendard" w:cs="Pretendard"/>
          <w:color w:val="1D0024"/>
        </w:rPr>
        <w:t xml:space="preserve"> FAQ </w:t>
      </w:r>
      <w:r>
        <w:rPr>
          <w:rFonts w:ascii="Pretendard" w:eastAsia="Pretendard" w:hAnsi="Pretendard" w:cs="Pretendard"/>
          <w:color w:val="1D0024"/>
        </w:rPr>
        <w:t>형태로</w:t>
      </w:r>
      <w:r>
        <w:rPr>
          <w:rFonts w:ascii="Pretendard" w:eastAsia="Pretendard" w:hAnsi="Pretendard" w:cs="Pretendard"/>
          <w:color w:val="1D0024"/>
        </w:rPr>
        <w:t xml:space="preserve"> </w:t>
      </w:r>
      <w:r>
        <w:rPr>
          <w:rFonts w:ascii="Pretendard" w:eastAsia="Pretendard" w:hAnsi="Pretendard" w:cs="Pretendard"/>
          <w:color w:val="1D0024"/>
        </w:rPr>
        <w:t>운영</w:t>
      </w:r>
      <w:r>
        <w:rPr>
          <w:rFonts w:ascii="Pretendard" w:eastAsia="Pretendard" w:hAnsi="Pretendard" w:cs="Pretendard"/>
          <w:color w:val="1D0024"/>
        </w:rPr>
        <w:t xml:space="preserve"> </w:t>
      </w:r>
      <w:r>
        <w:rPr>
          <w:rFonts w:ascii="Pretendard" w:eastAsia="Pretendard" w:hAnsi="Pretendard" w:cs="Pretendard"/>
          <w:color w:val="1D0024"/>
        </w:rPr>
        <w:t>중입니다</w:t>
      </w:r>
      <w:r>
        <w:rPr>
          <w:rFonts w:ascii="Pretendard" w:eastAsia="Pretendard" w:hAnsi="Pretendard" w:cs="Pretendard"/>
          <w:color w:val="1D0024"/>
        </w:rPr>
        <w:t>.</w:t>
      </w:r>
    </w:p>
    <w:p w14:paraId="1AA42CE4" w14:textId="77777777" w:rsidR="004B1372" w:rsidRDefault="00BB0BE3">
      <w:pPr>
        <w:pStyle w:val="a0"/>
        <w:spacing w:after="60" w:line="312" w:lineRule="auto"/>
      </w:pPr>
      <w:r>
        <w:rPr>
          <w:rFonts w:ascii="Pretendard" w:eastAsia="Pretendard" w:hAnsi="Pretendard" w:cs="Pretendard"/>
          <w:b/>
          <w:color w:val="1D0024"/>
        </w:rPr>
        <w:t>PRD v0.2</w:t>
      </w:r>
      <w:r>
        <w:rPr>
          <w:rFonts w:ascii="Pretendard" w:eastAsia="Pretendard" w:hAnsi="Pretendard" w:cs="Pretendard"/>
          <w:b/>
          <w:color w:val="1D0024"/>
        </w:rPr>
        <w:t>의</w:t>
      </w:r>
      <w:r>
        <w:rPr>
          <w:rFonts w:ascii="Pretendard" w:eastAsia="Pretendard" w:hAnsi="Pretendard" w:cs="Pretendard"/>
          <w:b/>
          <w:color w:val="1D0024"/>
        </w:rPr>
        <w:t xml:space="preserve"> '</w:t>
      </w:r>
      <w:r>
        <w:rPr>
          <w:rFonts w:ascii="Pretendard" w:eastAsia="Pretendard" w:hAnsi="Pretendard" w:cs="Pretendard"/>
          <w:b/>
          <w:color w:val="1D0024"/>
        </w:rPr>
        <w:t>기존</w:t>
      </w:r>
      <w:r>
        <w:rPr>
          <w:rFonts w:ascii="Pretendard" w:eastAsia="Pretendard" w:hAnsi="Pretendard" w:cs="Pretendard"/>
          <w:b/>
          <w:color w:val="1D0024"/>
        </w:rPr>
        <w:t xml:space="preserve"> </w:t>
      </w:r>
      <w:r>
        <w:rPr>
          <w:rFonts w:ascii="Pretendard" w:eastAsia="Pretendard" w:hAnsi="Pretendard" w:cs="Pretendard"/>
          <w:b/>
          <w:color w:val="1D0024"/>
        </w:rPr>
        <w:t>앱은</w:t>
      </w:r>
      <w:r>
        <w:rPr>
          <w:rFonts w:ascii="Pretendard" w:eastAsia="Pretendard" w:hAnsi="Pretendard" w:cs="Pretendard"/>
          <w:b/>
          <w:color w:val="1D0024"/>
        </w:rPr>
        <w:t xml:space="preserve"> </w:t>
      </w:r>
      <w:r>
        <w:rPr>
          <w:rFonts w:ascii="Pretendard" w:eastAsia="Pretendard" w:hAnsi="Pretendard" w:cs="Pretendard"/>
          <w:b/>
          <w:color w:val="1D0024"/>
        </w:rPr>
        <w:t>정보를</w:t>
      </w:r>
      <w:r>
        <w:rPr>
          <w:rFonts w:ascii="Pretendard" w:eastAsia="Pretendard" w:hAnsi="Pretendard" w:cs="Pretendard"/>
          <w:b/>
          <w:color w:val="1D0024"/>
        </w:rPr>
        <w:t xml:space="preserve"> </w:t>
      </w:r>
      <w:r>
        <w:rPr>
          <w:rFonts w:ascii="Pretendard" w:eastAsia="Pretendard" w:hAnsi="Pretendard" w:cs="Pretendard"/>
          <w:b/>
          <w:color w:val="1D0024"/>
        </w:rPr>
        <w:t>앱</w:t>
      </w:r>
      <w:r>
        <w:rPr>
          <w:rFonts w:ascii="Pretendard" w:eastAsia="Pretendard" w:hAnsi="Pretendard" w:cs="Pretendard"/>
          <w:b/>
          <w:color w:val="1D0024"/>
        </w:rPr>
        <w:t xml:space="preserve"> </w:t>
      </w:r>
      <w:r>
        <w:rPr>
          <w:rFonts w:ascii="Pretendard" w:eastAsia="Pretendard" w:hAnsi="Pretendard" w:cs="Pretendard"/>
          <w:b/>
          <w:color w:val="1D0024"/>
        </w:rPr>
        <w:t>안에</w:t>
      </w:r>
      <w:r>
        <w:rPr>
          <w:rFonts w:ascii="Pretendard" w:eastAsia="Pretendard" w:hAnsi="Pretendard" w:cs="Pretendard"/>
          <w:b/>
          <w:color w:val="1D0024"/>
        </w:rPr>
        <w:t xml:space="preserve"> </w:t>
      </w:r>
      <w:r>
        <w:rPr>
          <w:rFonts w:ascii="Pretendard" w:eastAsia="Pretendard" w:hAnsi="Pretendard" w:cs="Pretendard"/>
          <w:b/>
          <w:color w:val="1D0024"/>
        </w:rPr>
        <w:t>가둔다</w:t>
      </w:r>
      <w:r>
        <w:rPr>
          <w:rFonts w:ascii="Pretendard" w:eastAsia="Pretendard" w:hAnsi="Pretendard" w:cs="Pretendard"/>
          <w:b/>
          <w:color w:val="1D0024"/>
        </w:rPr>
        <w:t>'</w:t>
      </w:r>
      <w:r>
        <w:rPr>
          <w:rFonts w:ascii="Pretendard" w:eastAsia="Pretendard" w:hAnsi="Pretendard" w:cs="Pretendard"/>
          <w:b/>
          <w:color w:val="1D0024"/>
        </w:rPr>
        <w:t>는</w:t>
      </w:r>
      <w:r>
        <w:rPr>
          <w:rFonts w:ascii="Pretendard" w:eastAsia="Pretendard" w:hAnsi="Pretendard" w:cs="Pretendard"/>
          <w:b/>
          <w:color w:val="1D0024"/>
        </w:rPr>
        <w:t xml:space="preserve"> </w:t>
      </w:r>
      <w:r>
        <w:rPr>
          <w:rFonts w:ascii="Pretendard" w:eastAsia="Pretendard" w:hAnsi="Pretendard" w:cs="Pretendard"/>
          <w:b/>
          <w:color w:val="1D0024"/>
        </w:rPr>
        <w:t>전제는</w:t>
      </w:r>
      <w:r>
        <w:rPr>
          <w:rFonts w:ascii="Pretendard" w:eastAsia="Pretendard" w:hAnsi="Pretendard" w:cs="Pretendard"/>
          <w:b/>
          <w:color w:val="1D0024"/>
        </w:rPr>
        <w:t xml:space="preserve"> </w:t>
      </w:r>
      <w:r>
        <w:rPr>
          <w:rFonts w:ascii="Pretendard" w:eastAsia="Pretendard" w:hAnsi="Pretendard" w:cs="Pretendard"/>
          <w:b/>
          <w:color w:val="1D0024"/>
        </w:rPr>
        <w:t>일부만</w:t>
      </w:r>
      <w:r>
        <w:rPr>
          <w:rFonts w:ascii="Pretendard" w:eastAsia="Pretendard" w:hAnsi="Pretendard" w:cs="Pretendard"/>
          <w:b/>
          <w:color w:val="1D0024"/>
        </w:rPr>
        <w:t xml:space="preserve"> </w:t>
      </w:r>
      <w:r>
        <w:rPr>
          <w:rFonts w:ascii="Pretendard" w:eastAsia="Pretendard" w:hAnsi="Pretendard" w:cs="Pretendard"/>
          <w:b/>
          <w:color w:val="1D0024"/>
        </w:rPr>
        <w:t>맞습니다</w:t>
      </w:r>
      <w:r>
        <w:rPr>
          <w:rFonts w:ascii="Pretendard" w:eastAsia="Pretendard" w:hAnsi="Pretendard" w:cs="Pretendard"/>
          <w:b/>
          <w:color w:val="1D0024"/>
        </w:rPr>
        <w:t xml:space="preserve">. </w:t>
      </w:r>
      <w:r>
        <w:rPr>
          <w:rFonts w:ascii="Pretendard" w:eastAsia="Pretendard" w:hAnsi="Pretendard" w:cs="Pretendard"/>
          <w:color w:val="1D0024"/>
        </w:rPr>
        <w:t>크리에이트립</w:t>
      </w:r>
      <w:r>
        <w:rPr>
          <w:rFonts w:ascii="Pretendard" w:eastAsia="Pretendard" w:hAnsi="Pretendard" w:cs="Pretendard"/>
          <w:color w:val="1D0024"/>
        </w:rPr>
        <w:t>·</w:t>
      </w:r>
      <w:r>
        <w:rPr>
          <w:rFonts w:ascii="Pretendard" w:eastAsia="Pretendard" w:hAnsi="Pretendard" w:cs="Pretendard"/>
          <w:color w:val="1D0024"/>
        </w:rPr>
        <w:t>여신티켓은</w:t>
      </w:r>
      <w:r>
        <w:rPr>
          <w:rFonts w:ascii="Pretendard" w:eastAsia="Pretendard" w:hAnsi="Pretendard" w:cs="Pretendard"/>
          <w:color w:val="1D0024"/>
        </w:rPr>
        <w:t xml:space="preserve"> AI </w:t>
      </w:r>
      <w:r>
        <w:rPr>
          <w:rFonts w:ascii="Pretendard" w:eastAsia="Pretendard" w:hAnsi="Pretendard" w:cs="Pretendard"/>
          <w:color w:val="1D0024"/>
        </w:rPr>
        <w:t>크롤러</w:t>
      </w:r>
      <w:r>
        <w:rPr>
          <w:rFonts w:ascii="Pretendard" w:eastAsia="Pretendard" w:hAnsi="Pretendard" w:cs="Pretendard"/>
          <w:color w:val="1D0024"/>
        </w:rPr>
        <w:t xml:space="preserve"> </w:t>
      </w:r>
      <w:r>
        <w:rPr>
          <w:rFonts w:ascii="Pretendard" w:eastAsia="Pretendard" w:hAnsi="Pretendard" w:cs="Pretendard"/>
          <w:color w:val="1D0024"/>
        </w:rPr>
        <w:t>허용</w:t>
      </w:r>
      <w:r>
        <w:rPr>
          <w:rFonts w:ascii="Pretendard" w:eastAsia="Pretendard" w:hAnsi="Pretendard" w:cs="Pretendard"/>
          <w:color w:val="1D0024"/>
        </w:rPr>
        <w:t xml:space="preserve">, llms.txt, </w:t>
      </w:r>
      <w:r>
        <w:rPr>
          <w:rFonts w:ascii="Pretendard" w:eastAsia="Pretendard" w:hAnsi="Pretendard" w:cs="Pretendard"/>
          <w:color w:val="1D0024"/>
        </w:rPr>
        <w:t>다국어</w:t>
      </w:r>
      <w:r>
        <w:rPr>
          <w:rFonts w:ascii="Pretendard" w:eastAsia="Pretendard" w:hAnsi="Pretendard" w:cs="Pretendard"/>
          <w:color w:val="1D0024"/>
        </w:rPr>
        <w:t xml:space="preserve"> </w:t>
      </w:r>
      <w:r>
        <w:rPr>
          <w:rFonts w:ascii="Pretendard" w:eastAsia="Pretendard" w:hAnsi="Pretendard" w:cs="Pretendard"/>
          <w:color w:val="1D0024"/>
        </w:rPr>
        <w:t>블로그를</w:t>
      </w:r>
      <w:r>
        <w:rPr>
          <w:rFonts w:ascii="Pretendard" w:eastAsia="Pretendard" w:hAnsi="Pretendard" w:cs="Pretendard"/>
          <w:color w:val="1D0024"/>
        </w:rPr>
        <w:t xml:space="preserve"> </w:t>
      </w:r>
      <w:r>
        <w:rPr>
          <w:rFonts w:ascii="Pretendard" w:eastAsia="Pretendard" w:hAnsi="Pretendard" w:cs="Pretendard"/>
          <w:color w:val="1D0024"/>
        </w:rPr>
        <w:t>운영합니다</w:t>
      </w:r>
      <w:r>
        <w:rPr>
          <w:rFonts w:ascii="Pretendard" w:eastAsia="Pretendard" w:hAnsi="Pretendard" w:cs="Pretendard"/>
          <w:color w:val="1D0024"/>
        </w:rPr>
        <w:t xml:space="preserve">. </w:t>
      </w:r>
      <w:r>
        <w:rPr>
          <w:rFonts w:ascii="Pretendard" w:eastAsia="Pretendard" w:hAnsi="Pretendard" w:cs="Pretendard"/>
          <w:color w:val="1D0024"/>
        </w:rPr>
        <w:t>강남언니도</w:t>
      </w:r>
      <w:r>
        <w:rPr>
          <w:rFonts w:ascii="Pretendard" w:eastAsia="Pretendard" w:hAnsi="Pretendard" w:cs="Pretendard"/>
          <w:color w:val="1D0024"/>
        </w:rPr>
        <w:t xml:space="preserve"> AI </w:t>
      </w:r>
      <w:r>
        <w:rPr>
          <w:rFonts w:ascii="Pretendard" w:eastAsia="Pretendard" w:hAnsi="Pretendard" w:cs="Pretendard"/>
          <w:color w:val="1D0024"/>
        </w:rPr>
        <w:t>검색봇을</w:t>
      </w:r>
      <w:r>
        <w:rPr>
          <w:rFonts w:ascii="Pretendard" w:eastAsia="Pretendard" w:hAnsi="Pretendard" w:cs="Pretendard"/>
          <w:color w:val="1D0024"/>
        </w:rPr>
        <w:t xml:space="preserve"> </w:t>
      </w:r>
      <w:r>
        <w:rPr>
          <w:rFonts w:ascii="Pretendard" w:eastAsia="Pretendard" w:hAnsi="Pretendard" w:cs="Pretendard"/>
          <w:color w:val="1D0024"/>
        </w:rPr>
        <w:t>허용하고</w:t>
      </w:r>
      <w:r>
        <w:rPr>
          <w:rFonts w:ascii="Pretendard" w:eastAsia="Pretendard" w:hAnsi="Pretendard" w:cs="Pretendard"/>
          <w:color w:val="1D0024"/>
        </w:rPr>
        <w:t xml:space="preserve"> </w:t>
      </w:r>
      <w:r>
        <w:rPr>
          <w:rFonts w:ascii="Pretendard" w:eastAsia="Pretendard" w:hAnsi="Pretendard" w:cs="Pretendard"/>
          <w:color w:val="1D0024"/>
        </w:rPr>
        <w:t>후기만</w:t>
      </w:r>
      <w:r>
        <w:rPr>
          <w:rFonts w:ascii="Pretendard" w:eastAsia="Pretendard" w:hAnsi="Pretendard" w:cs="Pretendard"/>
          <w:color w:val="1D0024"/>
        </w:rPr>
        <w:t xml:space="preserve"> </w:t>
      </w:r>
      <w:r>
        <w:rPr>
          <w:rFonts w:ascii="Pretendard" w:eastAsia="Pretendard" w:hAnsi="Pretendard" w:cs="Pretendard"/>
          <w:color w:val="1D0024"/>
        </w:rPr>
        <w:t>막습니다</w:t>
      </w:r>
      <w:r>
        <w:rPr>
          <w:rFonts w:ascii="Pretendard" w:eastAsia="Pretendard" w:hAnsi="Pretendard" w:cs="Pretendard"/>
          <w:color w:val="1D0024"/>
        </w:rPr>
        <w:t>.</w:t>
      </w:r>
    </w:p>
    <w:p w14:paraId="275AE9AA" w14:textId="77777777" w:rsidR="004B1372" w:rsidRDefault="00BB0BE3">
      <w:pPr>
        <w:pStyle w:val="a0"/>
        <w:spacing w:after="60" w:line="312" w:lineRule="auto"/>
      </w:pPr>
      <w:r>
        <w:rPr>
          <w:rFonts w:ascii="Pretendard" w:eastAsia="Pretendard" w:hAnsi="Pretendard" w:cs="Pretendard"/>
          <w:b/>
          <w:color w:val="1D0024"/>
        </w:rPr>
        <w:t>MOU</w:t>
      </w:r>
      <w:r>
        <w:rPr>
          <w:rFonts w:ascii="Pretendard" w:eastAsia="Pretendard" w:hAnsi="Pretendard" w:cs="Pretendard"/>
          <w:b/>
          <w:color w:val="1D0024"/>
        </w:rPr>
        <w:t>의</w:t>
      </w:r>
      <w:r>
        <w:rPr>
          <w:rFonts w:ascii="Pretendard" w:eastAsia="Pretendard" w:hAnsi="Pretendard" w:cs="Pretendard"/>
          <w:b/>
          <w:color w:val="1D0024"/>
        </w:rPr>
        <w:t xml:space="preserve"> </w:t>
      </w:r>
      <w:r>
        <w:rPr>
          <w:rFonts w:ascii="Pretendard" w:eastAsia="Pretendard" w:hAnsi="Pretendard" w:cs="Pretendard"/>
          <w:b/>
          <w:color w:val="1D0024"/>
        </w:rPr>
        <w:t>목적은</w:t>
      </w:r>
      <w:r>
        <w:rPr>
          <w:rFonts w:ascii="Pretendard" w:eastAsia="Pretendard" w:hAnsi="Pretendard" w:cs="Pretendard"/>
          <w:b/>
          <w:color w:val="1D0024"/>
        </w:rPr>
        <w:t xml:space="preserve"> </w:t>
      </w:r>
      <w:r>
        <w:rPr>
          <w:rFonts w:ascii="Pretendard" w:eastAsia="Pretendard" w:hAnsi="Pretendard" w:cs="Pretendard"/>
          <w:b/>
          <w:color w:val="1D0024"/>
        </w:rPr>
        <w:t>사례</w:t>
      </w:r>
      <w:r>
        <w:rPr>
          <w:rFonts w:ascii="Pretendard" w:eastAsia="Pretendard" w:hAnsi="Pretendard" w:cs="Pretendard"/>
          <w:b/>
          <w:color w:val="1D0024"/>
        </w:rPr>
        <w:t xml:space="preserve"> </w:t>
      </w:r>
      <w:r>
        <w:rPr>
          <w:rFonts w:ascii="Pretendard" w:eastAsia="Pretendard" w:hAnsi="Pretendard" w:cs="Pretendard"/>
          <w:b/>
          <w:color w:val="1D0024"/>
        </w:rPr>
        <w:t>확보와</w:t>
      </w:r>
      <w:r>
        <w:rPr>
          <w:rFonts w:ascii="Pretendard" w:eastAsia="Pretendard" w:hAnsi="Pretendard" w:cs="Pretendard"/>
          <w:b/>
          <w:color w:val="1D0024"/>
        </w:rPr>
        <w:t xml:space="preserve"> </w:t>
      </w:r>
      <w:r>
        <w:rPr>
          <w:rFonts w:ascii="Pretendard" w:eastAsia="Pretendard" w:hAnsi="Pretendard" w:cs="Pretendard"/>
          <w:b/>
          <w:color w:val="1D0024"/>
        </w:rPr>
        <w:t>홍보입니다</w:t>
      </w:r>
      <w:r>
        <w:rPr>
          <w:rFonts w:ascii="Pretendard" w:eastAsia="Pretendard" w:hAnsi="Pretendard" w:cs="Pretendard"/>
          <w:b/>
          <w:color w:val="1D0024"/>
        </w:rPr>
        <w:t xml:space="preserve">. </w:t>
      </w:r>
      <w:r>
        <w:rPr>
          <w:rFonts w:ascii="Pretendard" w:eastAsia="Pretendard" w:hAnsi="Pretendard" w:cs="Pretendard"/>
          <w:color w:val="1D0024"/>
        </w:rPr>
        <w:t>무상</w:t>
      </w:r>
      <w:r>
        <w:rPr>
          <w:rFonts w:ascii="Pretendard" w:eastAsia="Pretendard" w:hAnsi="Pretendard" w:cs="Pretendard"/>
          <w:color w:val="1D0024"/>
        </w:rPr>
        <w:t xml:space="preserve"> POC</w:t>
      </w:r>
      <w:r>
        <w:rPr>
          <w:rFonts w:ascii="Pretendard" w:eastAsia="Pretendard" w:hAnsi="Pretendard" w:cs="Pretendard"/>
          <w:color w:val="1D0024"/>
        </w:rPr>
        <w:t>라면</w:t>
      </w:r>
      <w:r>
        <w:rPr>
          <w:rFonts w:ascii="Pretendard" w:eastAsia="Pretendard" w:hAnsi="Pretendard" w:cs="Pretendard"/>
          <w:color w:val="1D0024"/>
        </w:rPr>
        <w:t xml:space="preserve"> </w:t>
      </w:r>
      <w:r>
        <w:rPr>
          <w:rFonts w:ascii="Pretendard" w:eastAsia="Pretendard" w:hAnsi="Pretendard" w:cs="Pretendard"/>
          <w:color w:val="1D0024"/>
        </w:rPr>
        <w:t>제공</w:t>
      </w:r>
      <w:r>
        <w:rPr>
          <w:rFonts w:ascii="Pretendard" w:eastAsia="Pretendard" w:hAnsi="Pretendard" w:cs="Pretendard"/>
          <w:color w:val="1D0024"/>
        </w:rPr>
        <w:t xml:space="preserve"> </w:t>
      </w:r>
      <w:r>
        <w:rPr>
          <w:rFonts w:ascii="Pretendard" w:eastAsia="Pretendard" w:hAnsi="Pretendard" w:cs="Pretendard"/>
          <w:color w:val="1D0024"/>
        </w:rPr>
        <w:t>범위</w:t>
      </w:r>
      <w:r>
        <w:rPr>
          <w:rFonts w:ascii="Pretendard" w:eastAsia="Pretendard" w:hAnsi="Pretendard" w:cs="Pretendard"/>
          <w:color w:val="1D0024"/>
        </w:rPr>
        <w:t xml:space="preserve">, </w:t>
      </w:r>
      <w:r>
        <w:rPr>
          <w:rFonts w:ascii="Pretendard" w:eastAsia="Pretendard" w:hAnsi="Pretendard" w:cs="Pretendard"/>
          <w:color w:val="1D0024"/>
        </w:rPr>
        <w:t>뷰성형외과가</w:t>
      </w:r>
      <w:r>
        <w:rPr>
          <w:rFonts w:ascii="Pretendard" w:eastAsia="Pretendard" w:hAnsi="Pretendard" w:cs="Pretendard"/>
          <w:color w:val="1D0024"/>
        </w:rPr>
        <w:t xml:space="preserve"> </w:t>
      </w:r>
      <w:r>
        <w:rPr>
          <w:rFonts w:ascii="Pretendard" w:eastAsia="Pretendard" w:hAnsi="Pretendard" w:cs="Pretendard"/>
          <w:color w:val="1D0024"/>
        </w:rPr>
        <w:t>제공할</w:t>
      </w:r>
      <w:r>
        <w:rPr>
          <w:rFonts w:ascii="Pretendard" w:eastAsia="Pretendard" w:hAnsi="Pretendard" w:cs="Pretendard"/>
          <w:color w:val="1D0024"/>
        </w:rPr>
        <w:t xml:space="preserve"> </w:t>
      </w:r>
      <w:r>
        <w:rPr>
          <w:rFonts w:ascii="Pretendard" w:eastAsia="Pretendard" w:hAnsi="Pretendard" w:cs="Pretendard"/>
          <w:color w:val="1D0024"/>
        </w:rPr>
        <w:t>것</w:t>
      </w:r>
      <w:r>
        <w:rPr>
          <w:rFonts w:ascii="Pretendard" w:eastAsia="Pretendard" w:hAnsi="Pretendard" w:cs="Pretendard"/>
          <w:color w:val="1D0024"/>
        </w:rPr>
        <w:t xml:space="preserve">, </w:t>
      </w:r>
      <w:r>
        <w:rPr>
          <w:rFonts w:ascii="Pretendard" w:eastAsia="Pretendard" w:hAnsi="Pretendard" w:cs="Pretendard"/>
          <w:color w:val="1D0024"/>
        </w:rPr>
        <w:t>종료일을</w:t>
      </w:r>
      <w:r>
        <w:rPr>
          <w:rFonts w:ascii="Pretendard" w:eastAsia="Pretendard" w:hAnsi="Pretendard" w:cs="Pretendard"/>
          <w:color w:val="1D0024"/>
        </w:rPr>
        <w:t xml:space="preserve"> </w:t>
      </w:r>
      <w:r>
        <w:rPr>
          <w:rFonts w:ascii="Pretendard" w:eastAsia="Pretendard" w:hAnsi="Pretendard" w:cs="Pretendard"/>
          <w:color w:val="1D0024"/>
        </w:rPr>
        <w:t>문서로</w:t>
      </w:r>
      <w:r>
        <w:rPr>
          <w:rFonts w:ascii="Pretendard" w:eastAsia="Pretendard" w:hAnsi="Pretendard" w:cs="Pretendard"/>
          <w:color w:val="1D0024"/>
        </w:rPr>
        <w:t xml:space="preserve"> </w:t>
      </w:r>
      <w:r>
        <w:rPr>
          <w:rFonts w:ascii="Pretendard" w:eastAsia="Pretendard" w:hAnsi="Pretendard" w:cs="Pretendard"/>
          <w:color w:val="1D0024"/>
        </w:rPr>
        <w:t>고정해야</w:t>
      </w:r>
      <w:r>
        <w:rPr>
          <w:rFonts w:ascii="Pretendard" w:eastAsia="Pretendard" w:hAnsi="Pretendard" w:cs="Pretendard"/>
          <w:color w:val="1D0024"/>
        </w:rPr>
        <w:t xml:space="preserve"> </w:t>
      </w:r>
      <w:r>
        <w:rPr>
          <w:rFonts w:ascii="Pretendard" w:eastAsia="Pretendard" w:hAnsi="Pretendard" w:cs="Pretendard"/>
          <w:color w:val="1D0024"/>
        </w:rPr>
        <w:t>합니다</w:t>
      </w:r>
      <w:r>
        <w:rPr>
          <w:rFonts w:ascii="Pretendard" w:eastAsia="Pretendard" w:hAnsi="Pretendard" w:cs="Pretendard"/>
          <w:color w:val="1D0024"/>
        </w:rPr>
        <w:t xml:space="preserve">. </w:t>
      </w:r>
      <w:r>
        <w:rPr>
          <w:rFonts w:ascii="Pretendard" w:eastAsia="Pretendard" w:hAnsi="Pretendard" w:cs="Pretendard"/>
          <w:color w:val="1D0024"/>
        </w:rPr>
        <w:t>대표</w:t>
      </w:r>
      <w:r>
        <w:rPr>
          <w:rFonts w:ascii="Pretendard" w:eastAsia="Pretendard" w:hAnsi="Pretendard" w:cs="Pretendard"/>
          <w:color w:val="1D0024"/>
        </w:rPr>
        <w:t xml:space="preserve"> </w:t>
      </w:r>
      <w:r>
        <w:rPr>
          <w:rFonts w:ascii="Pretendard" w:eastAsia="Pretendard" w:hAnsi="Pretendard" w:cs="Pretendard"/>
          <w:color w:val="1D0024"/>
        </w:rPr>
        <w:t>결정</w:t>
      </w:r>
      <w:r>
        <w:rPr>
          <w:rFonts w:ascii="Pretendard" w:eastAsia="Pretendard" w:hAnsi="Pretendard" w:cs="Pretendard"/>
          <w:color w:val="1D0024"/>
        </w:rPr>
        <w:t xml:space="preserve"> </w:t>
      </w:r>
      <w:r>
        <w:rPr>
          <w:rFonts w:ascii="Pretendard" w:eastAsia="Pretendard" w:hAnsi="Pretendard" w:cs="Pretendard"/>
          <w:color w:val="1D0024"/>
        </w:rPr>
        <w:t>안건</w:t>
      </w:r>
      <w:r>
        <w:rPr>
          <w:rFonts w:ascii="Pretendard" w:eastAsia="Pretendard" w:hAnsi="Pretendard" w:cs="Pretendard"/>
          <w:color w:val="1D0024"/>
        </w:rPr>
        <w:t xml:space="preserve"> 8</w:t>
      </w:r>
      <w:r>
        <w:rPr>
          <w:rFonts w:ascii="Pretendard" w:eastAsia="Pretendard" w:hAnsi="Pretendard" w:cs="Pretendard"/>
          <w:color w:val="1D0024"/>
        </w:rPr>
        <w:t>건은</w:t>
      </w:r>
      <w:r>
        <w:rPr>
          <w:rFonts w:ascii="Pretendard" w:eastAsia="Pretendard" w:hAnsi="Pretendard" w:cs="Pretendard"/>
          <w:color w:val="1D0024"/>
        </w:rPr>
        <w:t xml:space="preserve"> 8</w:t>
      </w:r>
      <w:r>
        <w:rPr>
          <w:rFonts w:ascii="Pretendard" w:eastAsia="Pretendard" w:hAnsi="Pretendard" w:cs="Pretendard"/>
          <w:color w:val="1D0024"/>
        </w:rPr>
        <w:t>장에</w:t>
      </w:r>
      <w:r>
        <w:rPr>
          <w:rFonts w:ascii="Pretendard" w:eastAsia="Pretendard" w:hAnsi="Pretendard" w:cs="Pretendard"/>
          <w:color w:val="1D0024"/>
        </w:rPr>
        <w:t xml:space="preserve"> </w:t>
      </w:r>
      <w:r>
        <w:rPr>
          <w:rFonts w:ascii="Pretendard" w:eastAsia="Pretendard" w:hAnsi="Pretendard" w:cs="Pretendard"/>
          <w:color w:val="1D0024"/>
        </w:rPr>
        <w:t>있습니다</w:t>
      </w:r>
      <w:r>
        <w:rPr>
          <w:rFonts w:ascii="Pretendard" w:eastAsia="Pretendard" w:hAnsi="Pretendard" w:cs="Pretendard"/>
          <w:color w:val="1D0024"/>
        </w:rPr>
        <w:t>.</w:t>
      </w:r>
    </w:p>
    <w:p w14:paraId="275AE9AA" w14:textId="77777777" w:rsidR="004B1372" w:rsidRDefault="00BB0BE3">
      <w:pPr>
        <w:pStyle w:val="a0"/>
        <w:spacing w:after="60" w:line="312" w:lineRule="auto"/>
      </w:pPr>
      <w:r>
        <w:rPr>
          <w:rFonts w:ascii="Pretendard" w:eastAsia="Pretendard" w:hAnsi="Pretendard" w:cs="Pretendard"/>
          <w:b/>
          <w:color w:val="1D0024"/>
        </w:rPr>
        <w:t xml:space="preserve">병원 AEO/GEO 서비스 시장에서는 INFINITH가 앞선 부분이 분명합니다. </w:t>
      </w:r>
      <w:r>
        <w:rPr>
          <w:rFonts w:ascii="Pretendard" w:eastAsia="Pretendard" w:hAnsi="Pretendard" w:cs="Pretendard"/>
          <w:color w:val="1D0024"/>
        </w:rPr>
        <w:t xml:space="preserve">조사한 경쟁사 중 진단 기준을 항목별로 공개하거나 의료법 금지 유형을 발행 전에 막는 곳은 없었고, 병원 레퍼런스는 대부분 익명이거나 예시입니다. 네이버 AI 브리핑 측정과 반복 측정은 보완할 약점이며, 뷰성형외과 실명 전후 측정 사례가 MOU 홍보 포인트입니다(4-10).</w:t>
      </w:r>
    </w:p>
    <w:p w14:paraId="65C2F97E" w14:textId="77777777" w:rsidR="004B1372" w:rsidRDefault="00BB0BE3">
      <w:pPr>
        <w:keepNext/>
        <w:spacing w:before="360" w:after="160"/>
      </w:pPr>
      <w:r>
        <w:rPr>
          <w:rFonts w:ascii="Pretendard" w:eastAsia="Pretendard" w:hAnsi="Pretendard" w:cs="Pretendard"/>
          <w:b/>
          <w:color w:val="1D0024"/>
          <w:sz w:val="32"/>
        </w:rPr>
        <w:t xml:space="preserve">1. </w:t>
      </w:r>
      <w:r>
        <w:rPr>
          <w:rFonts w:ascii="Pretendard" w:eastAsia="Pretendard" w:hAnsi="Pretendard" w:cs="Pretendard"/>
          <w:b/>
          <w:color w:val="1D0024"/>
          <w:sz w:val="32"/>
        </w:rPr>
        <w:t>회의록</w:t>
      </w:r>
      <w:r>
        <w:rPr>
          <w:rFonts w:ascii="Pretendard" w:eastAsia="Pretendard" w:hAnsi="Pretendard" w:cs="Pretendard"/>
          <w:b/>
          <w:color w:val="1D0024"/>
          <w:sz w:val="32"/>
        </w:rPr>
        <w:t xml:space="preserve"> </w:t>
      </w:r>
      <w:r>
        <w:rPr>
          <w:rFonts w:ascii="Pretendard" w:eastAsia="Pretendard" w:hAnsi="Pretendard" w:cs="Pretendard"/>
          <w:b/>
          <w:color w:val="1D0024"/>
          <w:sz w:val="32"/>
        </w:rPr>
        <w:t>검토</w:t>
      </w:r>
      <w:r>
        <w:rPr>
          <w:rFonts w:ascii="Pretendard" w:eastAsia="Pretendard" w:hAnsi="Pretendard" w:cs="Pretendard"/>
          <w:b/>
          <w:color w:val="1D0024"/>
          <w:sz w:val="32"/>
        </w:rPr>
        <w:t xml:space="preserve"> (2026-09-15)</w:t>
      </w:r>
    </w:p>
    <w:p w14:paraId="03EA55B5" w14:textId="77777777" w:rsidR="004B1372" w:rsidRDefault="00BB0BE3">
      <w:pPr>
        <w:keepNext/>
        <w:spacing w:before="200" w:after="160"/>
      </w:pPr>
      <w:r>
        <w:rPr>
          <w:rFonts w:ascii="Pretendard" w:eastAsia="Pretendard" w:hAnsi="Pretendard" w:cs="Pretendard"/>
          <w:b/>
          <w:color w:val="4F1DA1"/>
          <w:sz w:val="26"/>
        </w:rPr>
        <w:t xml:space="preserve">1-1. </w:t>
      </w:r>
      <w:r>
        <w:rPr>
          <w:rFonts w:ascii="Pretendard" w:eastAsia="Pretendard" w:hAnsi="Pretendard" w:cs="Pretendard"/>
          <w:b/>
          <w:color w:val="4F1DA1"/>
          <w:sz w:val="26"/>
        </w:rPr>
        <w:t>확인된</w:t>
      </w:r>
      <w:r>
        <w:rPr>
          <w:rFonts w:ascii="Pretendard" w:eastAsia="Pretendard" w:hAnsi="Pretendard" w:cs="Pretendard"/>
          <w:b/>
          <w:color w:val="4F1DA1"/>
          <w:sz w:val="26"/>
        </w:rPr>
        <w:t xml:space="preserve"> </w:t>
      </w:r>
      <w:r>
        <w:rPr>
          <w:rFonts w:ascii="Pretendard" w:eastAsia="Pretendard" w:hAnsi="Pretendard" w:cs="Pretendard"/>
          <w:b/>
          <w:color w:val="4F1DA1"/>
          <w:sz w:val="26"/>
        </w:rPr>
        <w:t>사항</w:t>
      </w:r>
    </w:p>
    <w:tbl>
      <w:tblPr>
        <w:tblStyle w:val="af9"/>
        <w:tblW w:w="0" w:type="auto"/>
        <w:jc w:val="center"/>
        <w:tblLayout w:type="fixed"/>
        <w:tblLook w:val="04A0" w:firstRow="1" w:lastRow="0" w:firstColumn="1" w:lastColumn="0" w:noHBand="0" w:noVBand="1"/>
      </w:tblPr>
      <w:tblGrid>
        <w:gridCol w:w="1928"/>
        <w:gridCol w:w="5896"/>
        <w:gridCol w:w="1814"/>
      </w:tblGrid>
      <w:tr w:rsidR="004B1372" w14:paraId="77359986" w14:textId="77777777">
        <w:trPr>
          <w:cantSplit/>
          <w:tblHeader/>
          <w:jc w:val="center"/>
        </w:trPr>
        <w:tc>
          <w:tcPr>
            <w:tcW w:w="1928" w:type="dxa"/>
            <w:shd w:val="clear" w:color="auto" w:fill="1D0024"/>
          </w:tcPr>
          <w:p w14:paraId="4FE6A8B1" w14:textId="77777777" w:rsidR="004B1372" w:rsidRDefault="00BB0BE3">
            <w:r>
              <w:rPr>
                <w:rFonts w:ascii="Pretendard" w:eastAsia="Pretendard" w:hAnsi="Pretendard" w:cs="Pretendard"/>
                <w:b/>
                <w:color w:val="FFFFFF"/>
                <w:sz w:val="19"/>
              </w:rPr>
              <w:t>구분</w:t>
            </w:r>
          </w:p>
        </w:tc>
        <w:tc>
          <w:tcPr>
            <w:tcW w:w="5896" w:type="dxa"/>
            <w:shd w:val="clear" w:color="auto" w:fill="1D0024"/>
          </w:tcPr>
          <w:p w14:paraId="5EE26105" w14:textId="77777777" w:rsidR="004B1372" w:rsidRDefault="00BB0BE3">
            <w:r>
              <w:rPr>
                <w:rFonts w:ascii="Pretendard" w:eastAsia="Pretendard" w:hAnsi="Pretendard" w:cs="Pretendard"/>
                <w:b/>
                <w:color w:val="FFFFFF"/>
                <w:sz w:val="19"/>
              </w:rPr>
              <w:t>내용</w:t>
            </w:r>
          </w:p>
        </w:tc>
        <w:tc>
          <w:tcPr>
            <w:tcW w:w="1814" w:type="dxa"/>
            <w:shd w:val="clear" w:color="auto" w:fill="1D0024"/>
          </w:tcPr>
          <w:p w14:paraId="2DB0EB0A" w14:textId="77777777" w:rsidR="004B1372" w:rsidRDefault="00BB0BE3">
            <w:r>
              <w:rPr>
                <w:rFonts w:ascii="Pretendard" w:eastAsia="Pretendard" w:hAnsi="Pretendard" w:cs="Pretendard"/>
                <w:b/>
                <w:color w:val="FFFFFF"/>
                <w:sz w:val="19"/>
              </w:rPr>
              <w:t>담당</w:t>
            </w:r>
          </w:p>
        </w:tc>
      </w:tr>
      <w:tr w:rsidR="004B1372" w14:paraId="70D38EFA" w14:textId="77777777">
        <w:trPr>
          <w:jc w:val="center"/>
        </w:trPr>
        <w:tc>
          <w:tcPr>
            <w:tcW w:w="1928" w:type="dxa"/>
          </w:tcPr>
          <w:p w14:paraId="5E4FA10A" w14:textId="77777777" w:rsidR="004B1372" w:rsidRDefault="00BB0BE3">
            <w:r>
              <w:rPr>
                <w:rFonts w:ascii="Pretendard" w:eastAsia="Pretendard" w:hAnsi="Pretendard" w:cs="Pretendard"/>
                <w:b/>
                <w:color w:val="1D0024"/>
                <w:sz w:val="19"/>
              </w:rPr>
              <w:t>뷰성형외과</w:t>
            </w:r>
            <w:r>
              <w:rPr>
                <w:rFonts w:ascii="Pretendard" w:eastAsia="Pretendard" w:hAnsi="Pretendard" w:cs="Pretendard"/>
                <w:b/>
                <w:color w:val="1D0024"/>
                <w:sz w:val="19"/>
              </w:rPr>
              <w:t xml:space="preserve"> </w:t>
            </w:r>
            <w:r>
              <w:rPr>
                <w:rFonts w:ascii="Pretendard" w:eastAsia="Pretendard" w:hAnsi="Pretendard" w:cs="Pretendard"/>
                <w:b/>
                <w:color w:val="1D0024"/>
                <w:sz w:val="19"/>
              </w:rPr>
              <w:t>내부</w:t>
            </w:r>
            <w:r>
              <w:rPr>
                <w:rFonts w:ascii="Pretendard" w:eastAsia="Pretendard" w:hAnsi="Pretendard" w:cs="Pretendard"/>
                <w:b/>
                <w:color w:val="1D0024"/>
                <w:sz w:val="19"/>
              </w:rPr>
              <w:t xml:space="preserve"> </w:t>
            </w:r>
            <w:r>
              <w:rPr>
                <w:rFonts w:ascii="Pretendard" w:eastAsia="Pretendard" w:hAnsi="Pretendard" w:cs="Pretendard"/>
                <w:b/>
                <w:color w:val="1D0024"/>
                <w:sz w:val="19"/>
              </w:rPr>
              <w:t>진행</w:t>
            </w:r>
          </w:p>
        </w:tc>
        <w:tc>
          <w:tcPr>
            <w:tcW w:w="5896" w:type="dxa"/>
          </w:tcPr>
          <w:p w14:paraId="2FE1E41C" w14:textId="77777777" w:rsidR="004B1372" w:rsidRDefault="00BB0BE3">
            <w:r>
              <w:rPr>
                <w:rFonts w:ascii="Pretendard" w:eastAsia="Pretendard" w:hAnsi="Pretendard" w:cs="Pretendard"/>
                <w:color w:val="1D0024"/>
                <w:sz w:val="19"/>
              </w:rPr>
              <w:t>실무진이</w:t>
            </w:r>
            <w:r>
              <w:rPr>
                <w:rFonts w:ascii="Pretendard" w:eastAsia="Pretendard" w:hAnsi="Pretendard" w:cs="Pretendard"/>
                <w:color w:val="1D0024"/>
                <w:sz w:val="19"/>
              </w:rPr>
              <w:t xml:space="preserve"> </w:t>
            </w:r>
            <w:r>
              <w:rPr>
                <w:rFonts w:ascii="Pretendard" w:eastAsia="Pretendard" w:hAnsi="Pretendard" w:cs="Pretendard"/>
                <w:color w:val="1D0024"/>
                <w:sz w:val="19"/>
              </w:rPr>
              <w:t>원장</w:t>
            </w:r>
            <w:r>
              <w:rPr>
                <w:rFonts w:ascii="Pretendard" w:eastAsia="Pretendard" w:hAnsi="Pretendard" w:cs="Pretendard"/>
                <w:color w:val="1D0024"/>
                <w:sz w:val="19"/>
              </w:rPr>
              <w:t xml:space="preserve"> </w:t>
            </w:r>
            <w:r>
              <w:rPr>
                <w:rFonts w:ascii="Pretendard" w:eastAsia="Pretendard" w:hAnsi="Pretendard" w:cs="Pretendard"/>
                <w:color w:val="1D0024"/>
                <w:sz w:val="19"/>
              </w:rPr>
              <w:t>보고를</w:t>
            </w:r>
            <w:r>
              <w:rPr>
                <w:rFonts w:ascii="Pretendard" w:eastAsia="Pretendard" w:hAnsi="Pretendard" w:cs="Pretendard"/>
                <w:color w:val="1D0024"/>
                <w:sz w:val="19"/>
              </w:rPr>
              <w:t xml:space="preserve"> </w:t>
            </w:r>
            <w:r>
              <w:rPr>
                <w:rFonts w:ascii="Pretendard" w:eastAsia="Pretendard" w:hAnsi="Pretendard" w:cs="Pretendard"/>
                <w:color w:val="1D0024"/>
                <w:sz w:val="19"/>
              </w:rPr>
              <w:t>마쳤고</w:t>
            </w:r>
            <w:r>
              <w:rPr>
                <w:rFonts w:ascii="Pretendard" w:eastAsia="Pretendard" w:hAnsi="Pretendard" w:cs="Pretendard"/>
                <w:color w:val="1D0024"/>
                <w:sz w:val="19"/>
              </w:rPr>
              <w:t xml:space="preserve"> </w:t>
            </w:r>
            <w:r>
              <w:rPr>
                <w:rFonts w:ascii="Pretendard" w:eastAsia="Pretendard" w:hAnsi="Pretendard" w:cs="Pretendard"/>
                <w:color w:val="1D0024"/>
                <w:sz w:val="19"/>
              </w:rPr>
              <w:t>진행</w:t>
            </w:r>
            <w:r>
              <w:rPr>
                <w:rFonts w:ascii="Pretendard" w:eastAsia="Pretendard" w:hAnsi="Pretendard" w:cs="Pretendard"/>
                <w:color w:val="1D0024"/>
                <w:sz w:val="19"/>
              </w:rPr>
              <w:t xml:space="preserve"> </w:t>
            </w:r>
            <w:r>
              <w:rPr>
                <w:rFonts w:ascii="Pretendard" w:eastAsia="Pretendard" w:hAnsi="Pretendard" w:cs="Pretendard"/>
                <w:color w:val="1D0024"/>
                <w:sz w:val="19"/>
              </w:rPr>
              <w:t>결정이</w:t>
            </w:r>
            <w:r>
              <w:rPr>
                <w:rFonts w:ascii="Pretendard" w:eastAsia="Pretendard" w:hAnsi="Pretendard" w:cs="Pretendard"/>
                <w:color w:val="1D0024"/>
                <w:sz w:val="19"/>
              </w:rPr>
              <w:t xml:space="preserve"> </w:t>
            </w:r>
            <w:r>
              <w:rPr>
                <w:rFonts w:ascii="Pretendard" w:eastAsia="Pretendard" w:hAnsi="Pretendard" w:cs="Pretendard"/>
                <w:color w:val="1D0024"/>
                <w:sz w:val="19"/>
              </w:rPr>
              <w:t>났습니다</w:t>
            </w:r>
          </w:p>
        </w:tc>
        <w:tc>
          <w:tcPr>
            <w:tcW w:w="1814" w:type="dxa"/>
          </w:tcPr>
          <w:p w14:paraId="07F8DA18" w14:textId="77777777" w:rsidR="004B1372" w:rsidRDefault="00BB0BE3">
            <w:r>
              <w:rPr>
                <w:rFonts w:ascii="Pretendard" w:eastAsia="Pretendard" w:hAnsi="Pretendard" w:cs="Pretendard"/>
                <w:color w:val="1D0024"/>
                <w:sz w:val="19"/>
              </w:rPr>
              <w:t>뷰성형외과</w:t>
            </w:r>
          </w:p>
        </w:tc>
      </w:tr>
      <w:tr w:rsidR="004B1372" w14:paraId="30C3C60C" w14:textId="77777777">
        <w:trPr>
          <w:jc w:val="center"/>
        </w:trPr>
        <w:tc>
          <w:tcPr>
            <w:tcW w:w="1928" w:type="dxa"/>
          </w:tcPr>
          <w:p w14:paraId="7F20F8DD" w14:textId="77777777" w:rsidR="004B1372" w:rsidRDefault="00BB0BE3">
            <w:r>
              <w:rPr>
                <w:rFonts w:ascii="Pretendard" w:eastAsia="Pretendard" w:hAnsi="Pretendard" w:cs="Pretendard"/>
                <w:b/>
                <w:color w:val="1D0024"/>
                <w:sz w:val="19"/>
              </w:rPr>
              <w:t>진행</w:t>
            </w:r>
            <w:r>
              <w:rPr>
                <w:rFonts w:ascii="Pretendard" w:eastAsia="Pretendard" w:hAnsi="Pretendard" w:cs="Pretendard"/>
                <w:b/>
                <w:color w:val="1D0024"/>
                <w:sz w:val="19"/>
              </w:rPr>
              <w:t xml:space="preserve"> </w:t>
            </w:r>
            <w:r>
              <w:rPr>
                <w:rFonts w:ascii="Pretendard" w:eastAsia="Pretendard" w:hAnsi="Pretendard" w:cs="Pretendard"/>
                <w:b/>
                <w:color w:val="1D0024"/>
                <w:sz w:val="19"/>
              </w:rPr>
              <w:t>순서</w:t>
            </w:r>
          </w:p>
        </w:tc>
        <w:tc>
          <w:tcPr>
            <w:tcW w:w="5896" w:type="dxa"/>
          </w:tcPr>
          <w:p w14:paraId="2EF833A4" w14:textId="77777777" w:rsidR="004B1372" w:rsidRDefault="00BB0BE3">
            <w:r>
              <w:rPr>
                <w:rFonts w:ascii="Pretendard" w:eastAsia="Pretendard" w:hAnsi="Pretendard" w:cs="Pretendard"/>
                <w:color w:val="1D0024"/>
                <w:sz w:val="19"/>
              </w:rPr>
              <w:t xml:space="preserve">MOU → </w:t>
            </w:r>
            <w:r>
              <w:rPr>
                <w:rFonts w:ascii="Pretendard" w:eastAsia="Pretendard" w:hAnsi="Pretendard" w:cs="Pretendard"/>
                <w:color w:val="1D0024"/>
                <w:sz w:val="19"/>
              </w:rPr>
              <w:t>홍보</w:t>
            </w:r>
            <w:r>
              <w:rPr>
                <w:rFonts w:ascii="Pretendard" w:eastAsia="Pretendard" w:hAnsi="Pretendard" w:cs="Pretendard"/>
                <w:color w:val="1D0024"/>
                <w:sz w:val="19"/>
              </w:rPr>
              <w:t xml:space="preserve"> </w:t>
            </w:r>
            <w:r>
              <w:rPr>
                <w:rFonts w:ascii="Pretendard" w:eastAsia="Pretendard" w:hAnsi="Pretendard" w:cs="Pretendard"/>
                <w:color w:val="1D0024"/>
                <w:sz w:val="19"/>
              </w:rPr>
              <w:t>기사</w:t>
            </w:r>
            <w:r>
              <w:rPr>
                <w:rFonts w:ascii="Pretendard" w:eastAsia="Pretendard" w:hAnsi="Pretendard" w:cs="Pretendard"/>
                <w:color w:val="1D0024"/>
                <w:sz w:val="19"/>
              </w:rPr>
              <w:t xml:space="preserve"> → </w:t>
            </w:r>
            <w:r>
              <w:rPr>
                <w:rFonts w:ascii="Pretendard" w:eastAsia="Pretendard" w:hAnsi="Pretendard" w:cs="Pretendard"/>
                <w:color w:val="1D0024"/>
                <w:sz w:val="19"/>
              </w:rPr>
              <w:t>프로젝트</w:t>
            </w:r>
            <w:r>
              <w:rPr>
                <w:rFonts w:ascii="Pretendard" w:eastAsia="Pretendard" w:hAnsi="Pretendard" w:cs="Pretendard"/>
                <w:color w:val="1D0024"/>
                <w:sz w:val="19"/>
              </w:rPr>
              <w:t xml:space="preserve"> </w:t>
            </w:r>
            <w:r>
              <w:rPr>
                <w:rFonts w:ascii="Pretendard" w:eastAsia="Pretendard" w:hAnsi="Pretendard" w:cs="Pretendard"/>
                <w:color w:val="1D0024"/>
                <w:sz w:val="19"/>
              </w:rPr>
              <w:t>런칭</w:t>
            </w:r>
          </w:p>
        </w:tc>
        <w:tc>
          <w:tcPr>
            <w:tcW w:w="1814" w:type="dxa"/>
          </w:tcPr>
          <w:p w14:paraId="02E1F013" w14:textId="77777777" w:rsidR="004B1372" w:rsidRDefault="00BB0BE3">
            <w:r>
              <w:rPr>
                <w:rFonts w:ascii="Pretendard" w:eastAsia="Pretendard" w:hAnsi="Pretendard" w:cs="Pretendard"/>
                <w:color w:val="1D0024"/>
                <w:sz w:val="19"/>
              </w:rPr>
              <w:t>양사</w:t>
            </w:r>
          </w:p>
        </w:tc>
      </w:tr>
      <w:tr w:rsidR="004B1372" w14:paraId="1B09A3ED" w14:textId="77777777">
        <w:trPr>
          <w:jc w:val="center"/>
        </w:trPr>
        <w:tc>
          <w:tcPr>
            <w:tcW w:w="1928" w:type="dxa"/>
          </w:tcPr>
          <w:p w14:paraId="6191763A" w14:textId="77777777" w:rsidR="004B1372" w:rsidRDefault="00BB0BE3">
            <w:r>
              <w:rPr>
                <w:rFonts w:ascii="Pretendard" w:eastAsia="Pretendard" w:hAnsi="Pretendard" w:cs="Pretendard"/>
                <w:b/>
                <w:color w:val="1D0024"/>
                <w:sz w:val="19"/>
              </w:rPr>
              <w:t>순서</w:t>
            </w:r>
            <w:r>
              <w:rPr>
                <w:rFonts w:ascii="Pretendard" w:eastAsia="Pretendard" w:hAnsi="Pretendard" w:cs="Pretendard"/>
                <w:b/>
                <w:color w:val="1D0024"/>
                <w:sz w:val="19"/>
              </w:rPr>
              <w:t xml:space="preserve"> </w:t>
            </w:r>
            <w:r>
              <w:rPr>
                <w:rFonts w:ascii="Pretendard" w:eastAsia="Pretendard" w:hAnsi="Pretendard" w:cs="Pretendard"/>
                <w:b/>
                <w:color w:val="1D0024"/>
                <w:sz w:val="19"/>
              </w:rPr>
              <w:t>이견</w:t>
            </w:r>
          </w:p>
        </w:tc>
        <w:tc>
          <w:tcPr>
            <w:tcW w:w="5896" w:type="dxa"/>
          </w:tcPr>
          <w:p w14:paraId="247184EF" w14:textId="77777777" w:rsidR="004B1372" w:rsidRDefault="00BB0BE3">
            <w:r>
              <w:rPr>
                <w:rFonts w:ascii="Pretendard" w:eastAsia="Pretendard" w:hAnsi="Pretendard" w:cs="Pretendard"/>
                <w:color w:val="1D0024"/>
                <w:sz w:val="19"/>
              </w:rPr>
              <w:t>대표는</w:t>
            </w:r>
            <w:r>
              <w:rPr>
                <w:rFonts w:ascii="Pretendard" w:eastAsia="Pretendard" w:hAnsi="Pretendard" w:cs="Pretendard"/>
                <w:color w:val="1D0024"/>
                <w:sz w:val="19"/>
              </w:rPr>
              <w:t xml:space="preserve"> MOU </w:t>
            </w:r>
            <w:r>
              <w:rPr>
                <w:rFonts w:ascii="Pretendard" w:eastAsia="Pretendard" w:hAnsi="Pretendard" w:cs="Pretendard"/>
                <w:color w:val="1D0024"/>
                <w:sz w:val="19"/>
              </w:rPr>
              <w:t>우선</w:t>
            </w:r>
            <w:r>
              <w:rPr>
                <w:rFonts w:ascii="Pretendard" w:eastAsia="Pretendard" w:hAnsi="Pretendard" w:cs="Pretendard"/>
                <w:color w:val="1D0024"/>
                <w:sz w:val="19"/>
              </w:rPr>
              <w:t xml:space="preserve">. </w:t>
            </w:r>
            <w:r>
              <w:rPr>
                <w:rFonts w:ascii="Pretendard" w:eastAsia="Pretendard" w:hAnsi="Pretendard" w:cs="Pretendard"/>
                <w:color w:val="1D0024"/>
                <w:sz w:val="19"/>
              </w:rPr>
              <w:t>뷰성형외과는</w:t>
            </w:r>
            <w:r>
              <w:rPr>
                <w:rFonts w:ascii="Pretendard" w:eastAsia="Pretendard" w:hAnsi="Pretendard" w:cs="Pretendard"/>
                <w:color w:val="1D0024"/>
                <w:sz w:val="19"/>
              </w:rPr>
              <w:t xml:space="preserve"> </w:t>
            </w:r>
            <w:r>
              <w:rPr>
                <w:rFonts w:ascii="Pretendard" w:eastAsia="Pretendard" w:hAnsi="Pretendard" w:cs="Pretendard"/>
                <w:color w:val="1D0024"/>
                <w:sz w:val="19"/>
              </w:rPr>
              <w:t>범위를</w:t>
            </w:r>
            <w:r>
              <w:rPr>
                <w:rFonts w:ascii="Pretendard" w:eastAsia="Pretendard" w:hAnsi="Pretendard" w:cs="Pretendard"/>
                <w:color w:val="1D0024"/>
                <w:sz w:val="19"/>
              </w:rPr>
              <w:t xml:space="preserve"> </w:t>
            </w:r>
            <w:r>
              <w:rPr>
                <w:rFonts w:ascii="Pretendard" w:eastAsia="Pretendard" w:hAnsi="Pretendard" w:cs="Pretendard"/>
                <w:color w:val="1D0024"/>
                <w:sz w:val="19"/>
              </w:rPr>
              <w:t>구체화한</w:t>
            </w:r>
            <w:r>
              <w:rPr>
                <w:rFonts w:ascii="Pretendard" w:eastAsia="Pretendard" w:hAnsi="Pretendard" w:cs="Pretendard"/>
                <w:color w:val="1D0024"/>
                <w:sz w:val="19"/>
              </w:rPr>
              <w:t xml:space="preserve"> </w:t>
            </w:r>
            <w:r>
              <w:rPr>
                <w:rFonts w:ascii="Pretendard" w:eastAsia="Pretendard" w:hAnsi="Pretendard" w:cs="Pretendard"/>
                <w:color w:val="1D0024"/>
                <w:sz w:val="19"/>
              </w:rPr>
              <w:t>뒤</w:t>
            </w:r>
            <w:r>
              <w:rPr>
                <w:rFonts w:ascii="Pretendard" w:eastAsia="Pretendard" w:hAnsi="Pretendard" w:cs="Pretendard"/>
                <w:color w:val="1D0024"/>
                <w:sz w:val="19"/>
              </w:rPr>
              <w:t xml:space="preserve"> MOU</w:t>
            </w:r>
          </w:p>
        </w:tc>
        <w:tc>
          <w:tcPr>
            <w:tcW w:w="1814" w:type="dxa"/>
          </w:tcPr>
          <w:p w14:paraId="320593F3" w14:textId="77777777" w:rsidR="004B1372" w:rsidRDefault="00BB0BE3">
            <w:r>
              <w:rPr>
                <w:rFonts w:ascii="Pretendard" w:eastAsia="Pretendard" w:hAnsi="Pretendard" w:cs="Pretendard"/>
                <w:color w:val="1D0024"/>
                <w:sz w:val="19"/>
              </w:rPr>
              <w:t>황본부장</w:t>
            </w:r>
            <w:r>
              <w:rPr>
                <w:rFonts w:ascii="Pretendard" w:eastAsia="Pretendard" w:hAnsi="Pretendard" w:cs="Pretendard"/>
                <w:color w:val="1D0024"/>
                <w:sz w:val="19"/>
              </w:rPr>
              <w:t xml:space="preserve"> </w:t>
            </w:r>
            <w:r>
              <w:rPr>
                <w:rFonts w:ascii="Pretendard" w:eastAsia="Pretendard" w:hAnsi="Pretendard" w:cs="Pretendard"/>
                <w:color w:val="1D0024"/>
                <w:sz w:val="19"/>
              </w:rPr>
              <w:t>조율</w:t>
            </w:r>
          </w:p>
        </w:tc>
      </w:tr>
      <w:tr w:rsidR="004B1372" w14:paraId="5D8150C4" w14:textId="77777777">
        <w:trPr>
          <w:jc w:val="center"/>
        </w:trPr>
        <w:tc>
          <w:tcPr>
            <w:tcW w:w="1928" w:type="dxa"/>
          </w:tcPr>
          <w:p w14:paraId="5BE27BFC" w14:textId="77777777" w:rsidR="004B1372" w:rsidRDefault="00BB0BE3">
            <w:r>
              <w:rPr>
                <w:rFonts w:ascii="Pretendard" w:eastAsia="Pretendard" w:hAnsi="Pretendard" w:cs="Pretendard"/>
                <w:b/>
                <w:color w:val="1D0024"/>
                <w:sz w:val="19"/>
              </w:rPr>
              <w:t>뷰성형외과</w:t>
            </w:r>
            <w:r>
              <w:rPr>
                <w:rFonts w:ascii="Pretendard" w:eastAsia="Pretendard" w:hAnsi="Pretendard" w:cs="Pretendard"/>
                <w:b/>
                <w:color w:val="1D0024"/>
                <w:sz w:val="19"/>
              </w:rPr>
              <w:t xml:space="preserve"> </w:t>
            </w:r>
            <w:r>
              <w:rPr>
                <w:rFonts w:ascii="Pretendard" w:eastAsia="Pretendard" w:hAnsi="Pretendard" w:cs="Pretendard"/>
                <w:b/>
                <w:color w:val="1D0024"/>
                <w:sz w:val="19"/>
              </w:rPr>
              <w:t>쪽</w:t>
            </w:r>
            <w:r>
              <w:rPr>
                <w:rFonts w:ascii="Pretendard" w:eastAsia="Pretendard" w:hAnsi="Pretendard" w:cs="Pretendard"/>
                <w:b/>
                <w:color w:val="1D0024"/>
                <w:sz w:val="19"/>
              </w:rPr>
              <w:t xml:space="preserve"> </w:t>
            </w:r>
            <w:r>
              <w:rPr>
                <w:rFonts w:ascii="Pretendard" w:eastAsia="Pretendard" w:hAnsi="Pretendard" w:cs="Pretendard"/>
                <w:b/>
                <w:color w:val="1D0024"/>
                <w:sz w:val="19"/>
              </w:rPr>
              <w:t>방향</w:t>
            </w:r>
          </w:p>
        </w:tc>
        <w:tc>
          <w:tcPr>
            <w:tcW w:w="5896" w:type="dxa"/>
          </w:tcPr>
          <w:p w14:paraId="1ABB57ED" w14:textId="77777777" w:rsidR="004B1372" w:rsidRDefault="00BB0BE3">
            <w:r>
              <w:rPr>
                <w:rFonts w:ascii="Pretendard" w:eastAsia="Pretendard" w:hAnsi="Pretendard" w:cs="Pretendard"/>
                <w:color w:val="1D0024"/>
                <w:sz w:val="19"/>
              </w:rPr>
              <w:t>보고</w:t>
            </w:r>
            <w:r>
              <w:rPr>
                <w:rFonts w:ascii="Pretendard" w:eastAsia="Pretendard" w:hAnsi="Pretendard" w:cs="Pretendard"/>
                <w:color w:val="1D0024"/>
                <w:sz w:val="19"/>
              </w:rPr>
              <w:t xml:space="preserve"> </w:t>
            </w:r>
            <w:r>
              <w:rPr>
                <w:rFonts w:ascii="Pretendard" w:eastAsia="Pretendard" w:hAnsi="Pretendard" w:cs="Pretendard"/>
                <w:color w:val="1D0024"/>
                <w:sz w:val="19"/>
              </w:rPr>
              <w:t>이후</w:t>
            </w:r>
            <w:r>
              <w:rPr>
                <w:rFonts w:ascii="Pretendard" w:eastAsia="Pretendard" w:hAnsi="Pretendard" w:cs="Pretendard"/>
                <w:color w:val="1D0024"/>
                <w:sz w:val="19"/>
              </w:rPr>
              <w:t xml:space="preserve"> </w:t>
            </w:r>
            <w:r>
              <w:rPr>
                <w:rFonts w:ascii="Pretendard" w:eastAsia="Pretendard" w:hAnsi="Pretendard" w:cs="Pretendard"/>
                <w:color w:val="1D0024"/>
                <w:sz w:val="19"/>
              </w:rPr>
              <w:t>원장</w:t>
            </w:r>
            <w:r>
              <w:rPr>
                <w:rFonts w:ascii="Pretendard" w:eastAsia="Pretendard" w:hAnsi="Pretendard" w:cs="Pretendard"/>
                <w:color w:val="1D0024"/>
                <w:sz w:val="19"/>
              </w:rPr>
              <w:t xml:space="preserve"> </w:t>
            </w:r>
            <w:r>
              <w:rPr>
                <w:rFonts w:ascii="Pretendard" w:eastAsia="Pretendard" w:hAnsi="Pretendard" w:cs="Pretendard"/>
                <w:color w:val="1D0024"/>
                <w:sz w:val="19"/>
              </w:rPr>
              <w:t>쪽</w:t>
            </w:r>
            <w:r>
              <w:rPr>
                <w:rFonts w:ascii="Pretendard" w:eastAsia="Pretendard" w:hAnsi="Pretendard" w:cs="Pretendard"/>
                <w:color w:val="1D0024"/>
                <w:sz w:val="19"/>
              </w:rPr>
              <w:t xml:space="preserve"> </w:t>
            </w:r>
            <w:r>
              <w:rPr>
                <w:rFonts w:ascii="Pretendard" w:eastAsia="Pretendard" w:hAnsi="Pretendard" w:cs="Pretendard"/>
                <w:color w:val="1D0024"/>
                <w:sz w:val="19"/>
              </w:rPr>
              <w:t>방향</w:t>
            </w:r>
            <w:r>
              <w:rPr>
                <w:rFonts w:ascii="Pretendard" w:eastAsia="Pretendard" w:hAnsi="Pretendard" w:cs="Pretendard"/>
                <w:color w:val="1D0024"/>
                <w:sz w:val="19"/>
              </w:rPr>
              <w:t xml:space="preserve">(B2C </w:t>
            </w:r>
            <w:r>
              <w:rPr>
                <w:rFonts w:ascii="Pretendard" w:eastAsia="Pretendard" w:hAnsi="Pretendard" w:cs="Pretendard"/>
                <w:color w:val="1D0024"/>
                <w:sz w:val="19"/>
              </w:rPr>
              <w:t>의료관광</w:t>
            </w:r>
            <w:r>
              <w:rPr>
                <w:rFonts w:ascii="Pretendard" w:eastAsia="Pretendard" w:hAnsi="Pretendard" w:cs="Pretendard"/>
                <w:color w:val="1D0024"/>
                <w:sz w:val="19"/>
              </w:rPr>
              <w:t xml:space="preserve"> </w:t>
            </w:r>
            <w:r>
              <w:rPr>
                <w:rFonts w:ascii="Pretendard" w:eastAsia="Pretendard" w:hAnsi="Pretendard" w:cs="Pretendard"/>
                <w:color w:val="1D0024"/>
                <w:sz w:val="19"/>
              </w:rPr>
              <w:t>포털</w:t>
            </w:r>
            <w:r>
              <w:rPr>
                <w:rFonts w:ascii="Pretendard" w:eastAsia="Pretendard" w:hAnsi="Pretendard" w:cs="Pretendard"/>
                <w:color w:val="1D0024"/>
                <w:sz w:val="19"/>
              </w:rPr>
              <w:t>)</w:t>
            </w:r>
            <w:r>
              <w:rPr>
                <w:rFonts w:ascii="Pretendard" w:eastAsia="Pretendard" w:hAnsi="Pretendard" w:cs="Pretendard"/>
                <w:color w:val="1D0024"/>
                <w:sz w:val="19"/>
              </w:rPr>
              <w:t>이</w:t>
            </w:r>
            <w:r>
              <w:rPr>
                <w:rFonts w:ascii="Pretendard" w:eastAsia="Pretendard" w:hAnsi="Pretendard" w:cs="Pretendard"/>
                <w:color w:val="1D0024"/>
                <w:sz w:val="19"/>
              </w:rPr>
              <w:t xml:space="preserve"> </w:t>
            </w:r>
            <w:r>
              <w:rPr>
                <w:rFonts w:ascii="Pretendard" w:eastAsia="Pretendard" w:hAnsi="Pretendard" w:cs="Pretendard"/>
                <w:color w:val="1D0024"/>
                <w:sz w:val="19"/>
              </w:rPr>
              <w:t>무게를</w:t>
            </w:r>
            <w:r>
              <w:rPr>
                <w:rFonts w:ascii="Pretendard" w:eastAsia="Pretendard" w:hAnsi="Pretendard" w:cs="Pretendard"/>
                <w:color w:val="1D0024"/>
                <w:sz w:val="19"/>
              </w:rPr>
              <w:t xml:space="preserve"> </w:t>
            </w:r>
            <w:r>
              <w:rPr>
                <w:rFonts w:ascii="Pretendard" w:eastAsia="Pretendard" w:hAnsi="Pretendard" w:cs="Pretendard"/>
                <w:color w:val="1D0024"/>
                <w:sz w:val="19"/>
              </w:rPr>
              <w:t>가짐</w:t>
            </w:r>
          </w:p>
        </w:tc>
        <w:tc>
          <w:tcPr>
            <w:tcW w:w="1814" w:type="dxa"/>
          </w:tcPr>
          <w:p w14:paraId="2028EFB9" w14:textId="77777777" w:rsidR="004B1372" w:rsidRDefault="004B1372"/>
        </w:tc>
      </w:tr>
      <w:tr w:rsidR="004B1372" w14:paraId="141885B4" w14:textId="77777777">
        <w:trPr>
          <w:jc w:val="center"/>
        </w:trPr>
        <w:tc>
          <w:tcPr>
            <w:tcW w:w="1928" w:type="dxa"/>
          </w:tcPr>
          <w:p w14:paraId="450450C3" w14:textId="77777777" w:rsidR="004B1372" w:rsidRDefault="00BB0BE3">
            <w:r>
              <w:rPr>
                <w:rFonts w:ascii="Pretendard" w:eastAsia="Pretendard" w:hAnsi="Pretendard" w:cs="Pretendard"/>
                <w:b/>
                <w:color w:val="1D0024"/>
                <w:sz w:val="19"/>
              </w:rPr>
              <w:t>감본부장</w:t>
            </w:r>
            <w:r>
              <w:rPr>
                <w:rFonts w:ascii="Pretendard" w:eastAsia="Pretendard" w:hAnsi="Pretendard" w:cs="Pretendard"/>
                <w:b/>
                <w:color w:val="1D0024"/>
                <w:sz w:val="19"/>
              </w:rPr>
              <w:t xml:space="preserve"> </w:t>
            </w:r>
            <w:r>
              <w:rPr>
                <w:rFonts w:ascii="Pretendard" w:eastAsia="Pretendard" w:hAnsi="Pretendard" w:cs="Pretendard"/>
                <w:b/>
                <w:color w:val="1D0024"/>
                <w:sz w:val="19"/>
              </w:rPr>
              <w:t>입장</w:t>
            </w:r>
          </w:p>
        </w:tc>
        <w:tc>
          <w:tcPr>
            <w:tcW w:w="5896" w:type="dxa"/>
          </w:tcPr>
          <w:p w14:paraId="519B0F59" w14:textId="77777777" w:rsidR="004B1372" w:rsidRDefault="00BB0BE3">
            <w:r>
              <w:rPr>
                <w:rFonts w:ascii="Pretendard" w:eastAsia="Pretendard" w:hAnsi="Pretendard" w:cs="Pretendard"/>
                <w:color w:val="1D0024"/>
                <w:sz w:val="19"/>
              </w:rPr>
              <w:t>비용</w:t>
            </w:r>
            <w:r>
              <w:rPr>
                <w:rFonts w:ascii="Pretendard" w:eastAsia="Pretendard" w:hAnsi="Pretendard" w:cs="Pretendard"/>
                <w:color w:val="1D0024"/>
                <w:sz w:val="19"/>
              </w:rPr>
              <w:t xml:space="preserve"> </w:t>
            </w:r>
            <w:r>
              <w:rPr>
                <w:rFonts w:ascii="Pretendard" w:eastAsia="Pretendard" w:hAnsi="Pretendard" w:cs="Pretendard"/>
                <w:color w:val="1D0024"/>
                <w:sz w:val="19"/>
              </w:rPr>
              <w:t>없는</w:t>
            </w:r>
            <w:r>
              <w:rPr>
                <w:rFonts w:ascii="Pretendard" w:eastAsia="Pretendard" w:hAnsi="Pretendard" w:cs="Pretendard"/>
                <w:color w:val="1D0024"/>
                <w:sz w:val="19"/>
              </w:rPr>
              <w:t xml:space="preserve"> </w:t>
            </w:r>
            <w:r>
              <w:rPr>
                <w:rFonts w:ascii="Pretendard" w:eastAsia="Pretendard" w:hAnsi="Pretendard" w:cs="Pretendard"/>
                <w:color w:val="1D0024"/>
                <w:sz w:val="19"/>
              </w:rPr>
              <w:t>플랫폼</w:t>
            </w:r>
            <w:r>
              <w:rPr>
                <w:rFonts w:ascii="Pretendard" w:eastAsia="Pretendard" w:hAnsi="Pretendard" w:cs="Pretendard"/>
                <w:color w:val="1D0024"/>
                <w:sz w:val="19"/>
              </w:rPr>
              <w:t xml:space="preserve"> POC</w:t>
            </w:r>
            <w:r>
              <w:rPr>
                <w:rFonts w:ascii="Pretendard" w:eastAsia="Pretendard" w:hAnsi="Pretendard" w:cs="Pretendard"/>
                <w:color w:val="1D0024"/>
                <w:sz w:val="19"/>
              </w:rPr>
              <w:t>면</w:t>
            </w:r>
            <w:r>
              <w:rPr>
                <w:rFonts w:ascii="Pretendard" w:eastAsia="Pretendard" w:hAnsi="Pretendard" w:cs="Pretendard"/>
                <w:color w:val="1D0024"/>
                <w:sz w:val="19"/>
              </w:rPr>
              <w:t xml:space="preserve"> </w:t>
            </w:r>
            <w:r>
              <w:rPr>
                <w:rFonts w:ascii="Pretendard" w:eastAsia="Pretendard" w:hAnsi="Pretendard" w:cs="Pretendard"/>
                <w:color w:val="1D0024"/>
                <w:sz w:val="19"/>
              </w:rPr>
              <w:t>미팅</w:t>
            </w:r>
            <w:r>
              <w:rPr>
                <w:rFonts w:ascii="Pretendard" w:eastAsia="Pretendard" w:hAnsi="Pretendard" w:cs="Pretendard"/>
                <w:color w:val="1D0024"/>
                <w:sz w:val="19"/>
              </w:rPr>
              <w:t xml:space="preserve"> </w:t>
            </w:r>
            <w:r>
              <w:rPr>
                <w:rFonts w:ascii="Pretendard" w:eastAsia="Pretendard" w:hAnsi="Pretendard" w:cs="Pretendard"/>
                <w:color w:val="1D0024"/>
                <w:sz w:val="19"/>
              </w:rPr>
              <w:t>불참</w:t>
            </w:r>
            <w:r>
              <w:rPr>
                <w:rFonts w:ascii="Pretendard" w:eastAsia="Pretendard" w:hAnsi="Pretendard" w:cs="Pretendard"/>
                <w:color w:val="1D0024"/>
                <w:sz w:val="19"/>
              </w:rPr>
              <w:t xml:space="preserve">, </w:t>
            </w:r>
            <w:r>
              <w:rPr>
                <w:rFonts w:ascii="Pretendard" w:eastAsia="Pretendard" w:hAnsi="Pretendard" w:cs="Pretendard"/>
                <w:color w:val="1D0024"/>
                <w:sz w:val="19"/>
              </w:rPr>
              <w:t>문서로</w:t>
            </w:r>
            <w:r>
              <w:rPr>
                <w:rFonts w:ascii="Pretendard" w:eastAsia="Pretendard" w:hAnsi="Pretendard" w:cs="Pretendard"/>
                <w:color w:val="1D0024"/>
                <w:sz w:val="19"/>
              </w:rPr>
              <w:t xml:space="preserve"> </w:t>
            </w:r>
            <w:r>
              <w:rPr>
                <w:rFonts w:ascii="Pretendard" w:eastAsia="Pretendard" w:hAnsi="Pretendard" w:cs="Pretendard"/>
                <w:color w:val="1D0024"/>
                <w:sz w:val="19"/>
              </w:rPr>
              <w:t>범위</w:t>
            </w:r>
            <w:r>
              <w:rPr>
                <w:rFonts w:ascii="Pretendard" w:eastAsia="Pretendard" w:hAnsi="Pretendard" w:cs="Pretendard"/>
                <w:color w:val="1D0024"/>
                <w:sz w:val="19"/>
              </w:rPr>
              <w:t xml:space="preserve"> </w:t>
            </w:r>
            <w:r>
              <w:rPr>
                <w:rFonts w:ascii="Pretendard" w:eastAsia="Pretendard" w:hAnsi="Pretendard" w:cs="Pretendard"/>
                <w:color w:val="1D0024"/>
                <w:sz w:val="19"/>
              </w:rPr>
              <w:t>선정리</w:t>
            </w:r>
            <w:r>
              <w:rPr>
                <w:rFonts w:ascii="Pretendard" w:eastAsia="Pretendard" w:hAnsi="Pretendard" w:cs="Pretendard"/>
                <w:color w:val="1D0024"/>
                <w:sz w:val="19"/>
              </w:rPr>
              <w:t xml:space="preserve">. </w:t>
            </w:r>
            <w:r>
              <w:rPr>
                <w:rFonts w:ascii="Pretendard" w:eastAsia="Pretendard" w:hAnsi="Pretendard" w:cs="Pretendard"/>
                <w:color w:val="1D0024"/>
                <w:sz w:val="19"/>
              </w:rPr>
              <w:t>유료</w:t>
            </w:r>
            <w:r>
              <w:rPr>
                <w:rFonts w:ascii="Pretendard" w:eastAsia="Pretendard" w:hAnsi="Pretendard" w:cs="Pretendard"/>
                <w:color w:val="1D0024"/>
                <w:sz w:val="19"/>
              </w:rPr>
              <w:t xml:space="preserve"> </w:t>
            </w:r>
            <w:r>
              <w:rPr>
                <w:rFonts w:ascii="Pretendard" w:eastAsia="Pretendard" w:hAnsi="Pretendard" w:cs="Pretendard"/>
                <w:color w:val="1D0024"/>
                <w:sz w:val="19"/>
              </w:rPr>
              <w:t>논의면</w:t>
            </w:r>
            <w:r>
              <w:rPr>
                <w:rFonts w:ascii="Pretendard" w:eastAsia="Pretendard" w:hAnsi="Pretendard" w:cs="Pretendard"/>
                <w:color w:val="1D0024"/>
                <w:sz w:val="19"/>
              </w:rPr>
              <w:t xml:space="preserve"> </w:t>
            </w:r>
            <w:r>
              <w:rPr>
                <w:rFonts w:ascii="Pretendard" w:eastAsia="Pretendard" w:hAnsi="Pretendard" w:cs="Pretendard"/>
                <w:color w:val="1D0024"/>
                <w:sz w:val="19"/>
              </w:rPr>
              <w:t>참석</w:t>
            </w:r>
          </w:p>
        </w:tc>
        <w:tc>
          <w:tcPr>
            <w:tcW w:w="1814" w:type="dxa"/>
          </w:tcPr>
          <w:p w14:paraId="44A8A040" w14:textId="77777777" w:rsidR="004B1372" w:rsidRDefault="00BB0BE3">
            <w:r>
              <w:rPr>
                <w:rFonts w:ascii="Pretendard" w:eastAsia="Pretendard" w:hAnsi="Pretendard" w:cs="Pretendard"/>
                <w:color w:val="1D0024"/>
                <w:sz w:val="19"/>
              </w:rPr>
              <w:t>감본부장</w:t>
            </w:r>
          </w:p>
        </w:tc>
      </w:tr>
      <w:tr w:rsidR="004B1372" w14:paraId="51A32363" w14:textId="77777777">
        <w:trPr>
          <w:jc w:val="center"/>
        </w:trPr>
        <w:tc>
          <w:tcPr>
            <w:tcW w:w="1928" w:type="dxa"/>
          </w:tcPr>
          <w:p w14:paraId="0BCE04B0" w14:textId="77777777" w:rsidR="004B1372" w:rsidRDefault="00BB0BE3">
            <w:r>
              <w:rPr>
                <w:rFonts w:ascii="Pretendard" w:eastAsia="Pretendard" w:hAnsi="Pretendard" w:cs="Pretendard"/>
                <w:b/>
                <w:color w:val="1D0024"/>
                <w:sz w:val="19"/>
              </w:rPr>
              <w:t>범위</w:t>
            </w:r>
            <w:r>
              <w:rPr>
                <w:rFonts w:ascii="Pretendard" w:eastAsia="Pretendard" w:hAnsi="Pretendard" w:cs="Pretendard"/>
                <w:b/>
                <w:color w:val="1D0024"/>
                <w:sz w:val="19"/>
              </w:rPr>
              <w:t xml:space="preserve"> </w:t>
            </w:r>
            <w:r>
              <w:rPr>
                <w:rFonts w:ascii="Pretendard" w:eastAsia="Pretendard" w:hAnsi="Pretendard" w:cs="Pretendard"/>
                <w:b/>
                <w:color w:val="1D0024"/>
                <w:sz w:val="19"/>
              </w:rPr>
              <w:t>문서</w:t>
            </w:r>
          </w:p>
        </w:tc>
        <w:tc>
          <w:tcPr>
            <w:tcW w:w="5896" w:type="dxa"/>
          </w:tcPr>
          <w:p w14:paraId="7996938C" w14:textId="77777777" w:rsidR="004B1372" w:rsidRDefault="00BB0BE3">
            <w:r>
              <w:rPr>
                <w:rFonts w:ascii="Pretendard" w:eastAsia="Pretendard" w:hAnsi="Pretendard" w:cs="Pretendard"/>
                <w:color w:val="1D0024"/>
                <w:sz w:val="19"/>
              </w:rPr>
              <w:t>향후</w:t>
            </w:r>
            <w:r>
              <w:rPr>
                <w:rFonts w:ascii="Pretendard" w:eastAsia="Pretendard" w:hAnsi="Pretendard" w:cs="Pretendard"/>
                <w:color w:val="1D0024"/>
                <w:sz w:val="19"/>
              </w:rPr>
              <w:t xml:space="preserve"> 1~2</w:t>
            </w:r>
            <w:r>
              <w:rPr>
                <w:rFonts w:ascii="Pretendard" w:eastAsia="Pretendard" w:hAnsi="Pretendard" w:cs="Pretendard"/>
                <w:color w:val="1D0024"/>
                <w:sz w:val="19"/>
              </w:rPr>
              <w:t>개월</w:t>
            </w:r>
            <w:r>
              <w:rPr>
                <w:rFonts w:ascii="Pretendard" w:eastAsia="Pretendard" w:hAnsi="Pretendard" w:cs="Pretendard"/>
                <w:color w:val="1D0024"/>
                <w:sz w:val="19"/>
              </w:rPr>
              <w:t xml:space="preserve"> </w:t>
            </w:r>
            <w:r>
              <w:rPr>
                <w:rFonts w:ascii="Pretendard" w:eastAsia="Pretendard" w:hAnsi="Pretendard" w:cs="Pretendard"/>
                <w:color w:val="1D0024"/>
                <w:sz w:val="19"/>
              </w:rPr>
              <w:t>할</w:t>
            </w:r>
            <w:r>
              <w:rPr>
                <w:rFonts w:ascii="Pretendard" w:eastAsia="Pretendard" w:hAnsi="Pretendard" w:cs="Pretendard"/>
                <w:color w:val="1D0024"/>
                <w:sz w:val="19"/>
              </w:rPr>
              <w:t xml:space="preserve"> </w:t>
            </w:r>
            <w:r>
              <w:rPr>
                <w:rFonts w:ascii="Pretendard" w:eastAsia="Pretendard" w:hAnsi="Pretendard" w:cs="Pretendard"/>
                <w:color w:val="1D0024"/>
                <w:sz w:val="19"/>
              </w:rPr>
              <w:t>일을</w:t>
            </w:r>
            <w:r>
              <w:rPr>
                <w:rFonts w:ascii="Pretendard" w:eastAsia="Pretendard" w:hAnsi="Pretendard" w:cs="Pretendard"/>
                <w:color w:val="1D0024"/>
                <w:sz w:val="19"/>
              </w:rPr>
              <w:t xml:space="preserve"> </w:t>
            </w:r>
            <w:r>
              <w:rPr>
                <w:rFonts w:ascii="Pretendard" w:eastAsia="Pretendard" w:hAnsi="Pretendard" w:cs="Pretendard"/>
                <w:color w:val="1D0024"/>
                <w:sz w:val="19"/>
              </w:rPr>
              <w:t>구체화해</w:t>
            </w:r>
            <w:r>
              <w:rPr>
                <w:rFonts w:ascii="Pretendard" w:eastAsia="Pretendard" w:hAnsi="Pretendard" w:cs="Pretendard"/>
                <w:color w:val="1D0024"/>
                <w:sz w:val="19"/>
              </w:rPr>
              <w:t xml:space="preserve"> </w:t>
            </w:r>
            <w:r>
              <w:rPr>
                <w:rFonts w:ascii="Pretendard" w:eastAsia="Pretendard" w:hAnsi="Pretendard" w:cs="Pretendard"/>
                <w:color w:val="1D0024"/>
                <w:sz w:val="19"/>
              </w:rPr>
              <w:t>대표</w:t>
            </w:r>
            <w:r>
              <w:rPr>
                <w:rFonts w:ascii="Pretendard" w:eastAsia="Pretendard" w:hAnsi="Pretendard" w:cs="Pretendard"/>
                <w:color w:val="1D0024"/>
                <w:sz w:val="19"/>
              </w:rPr>
              <w:t xml:space="preserve"> </w:t>
            </w:r>
            <w:r>
              <w:rPr>
                <w:rFonts w:ascii="Pretendard" w:eastAsia="Pretendard" w:hAnsi="Pretendard" w:cs="Pretendard"/>
                <w:color w:val="1D0024"/>
                <w:sz w:val="19"/>
              </w:rPr>
              <w:t>보고</w:t>
            </w:r>
            <w:r>
              <w:rPr>
                <w:rFonts w:ascii="Pretendard" w:eastAsia="Pretendard" w:hAnsi="Pretendard" w:cs="Pretendard"/>
                <w:color w:val="1D0024"/>
                <w:sz w:val="19"/>
              </w:rPr>
              <w:t xml:space="preserve"> </w:t>
            </w:r>
            <w:r>
              <w:rPr>
                <w:rFonts w:ascii="Pretendard" w:eastAsia="Pretendard" w:hAnsi="Pretendard" w:cs="Pretendard"/>
                <w:color w:val="1D0024"/>
                <w:sz w:val="19"/>
              </w:rPr>
              <w:t>후</w:t>
            </w:r>
            <w:r>
              <w:rPr>
                <w:rFonts w:ascii="Pretendard" w:eastAsia="Pretendard" w:hAnsi="Pretendard" w:cs="Pretendard"/>
                <w:color w:val="1D0024"/>
                <w:sz w:val="19"/>
              </w:rPr>
              <w:t xml:space="preserve"> </w:t>
            </w:r>
            <w:r>
              <w:rPr>
                <w:rFonts w:ascii="Pretendard" w:eastAsia="Pretendard" w:hAnsi="Pretendard" w:cs="Pretendard"/>
                <w:color w:val="1D0024"/>
                <w:sz w:val="19"/>
              </w:rPr>
              <w:t>뷰성형외과와</w:t>
            </w:r>
            <w:r>
              <w:rPr>
                <w:rFonts w:ascii="Pretendard" w:eastAsia="Pretendard" w:hAnsi="Pretendard" w:cs="Pretendard"/>
                <w:color w:val="1D0024"/>
                <w:sz w:val="19"/>
              </w:rPr>
              <w:t xml:space="preserve"> </w:t>
            </w:r>
            <w:r>
              <w:rPr>
                <w:rFonts w:ascii="Pretendard" w:eastAsia="Pretendard" w:hAnsi="Pretendard" w:cs="Pretendard"/>
                <w:color w:val="1D0024"/>
                <w:sz w:val="19"/>
              </w:rPr>
              <w:t>협의</w:t>
            </w:r>
          </w:p>
        </w:tc>
        <w:tc>
          <w:tcPr>
            <w:tcW w:w="1814" w:type="dxa"/>
          </w:tcPr>
          <w:p w14:paraId="20A76A3B" w14:textId="77777777" w:rsidR="004B1372" w:rsidRDefault="00BB0BE3">
            <w:r>
              <w:rPr>
                <w:rFonts w:ascii="Pretendard" w:eastAsia="Pretendard" w:hAnsi="Pretendard" w:cs="Pretendard"/>
                <w:color w:val="1D0024"/>
                <w:sz w:val="19"/>
              </w:rPr>
              <w:t>감본부장</w:t>
            </w:r>
          </w:p>
        </w:tc>
      </w:tr>
      <w:tr w:rsidR="004B1372" w14:paraId="0EC2DA7E" w14:textId="77777777">
        <w:trPr>
          <w:jc w:val="center"/>
        </w:trPr>
        <w:tc>
          <w:tcPr>
            <w:tcW w:w="1928" w:type="dxa"/>
          </w:tcPr>
          <w:p w14:paraId="7A917184" w14:textId="77777777" w:rsidR="004B1372" w:rsidRDefault="00BB0BE3">
            <w:r>
              <w:rPr>
                <w:rFonts w:ascii="Pretendard" w:eastAsia="Pretendard" w:hAnsi="Pretendard" w:cs="Pretendard"/>
                <w:b/>
                <w:color w:val="1D0024"/>
                <w:sz w:val="19"/>
              </w:rPr>
              <w:lastRenderedPageBreak/>
              <w:t>황본부장</w:t>
            </w:r>
            <w:r>
              <w:rPr>
                <w:rFonts w:ascii="Pretendard" w:eastAsia="Pretendard" w:hAnsi="Pretendard" w:cs="Pretendard"/>
                <w:b/>
                <w:color w:val="1D0024"/>
                <w:sz w:val="19"/>
              </w:rPr>
              <w:t xml:space="preserve"> </w:t>
            </w:r>
            <w:r>
              <w:rPr>
                <w:rFonts w:ascii="Pretendard" w:eastAsia="Pretendard" w:hAnsi="Pretendard" w:cs="Pretendard"/>
                <w:b/>
                <w:color w:val="1D0024"/>
                <w:sz w:val="19"/>
              </w:rPr>
              <w:t>입장</w:t>
            </w:r>
          </w:p>
        </w:tc>
        <w:tc>
          <w:tcPr>
            <w:tcW w:w="5896" w:type="dxa"/>
          </w:tcPr>
          <w:p w14:paraId="38BCCC04" w14:textId="77777777" w:rsidR="004B1372" w:rsidRDefault="00BB0BE3">
            <w:r>
              <w:rPr>
                <w:rFonts w:ascii="Pretendard" w:eastAsia="Pretendard" w:hAnsi="Pretendard" w:cs="Pretendard"/>
                <w:color w:val="1D0024"/>
                <w:sz w:val="19"/>
              </w:rPr>
              <w:t>서포터즈는</w:t>
            </w:r>
            <w:r>
              <w:rPr>
                <w:rFonts w:ascii="Pretendard" w:eastAsia="Pretendard" w:hAnsi="Pretendard" w:cs="Pretendard"/>
                <w:color w:val="1D0024"/>
                <w:sz w:val="19"/>
              </w:rPr>
              <w:t xml:space="preserve"> </w:t>
            </w:r>
            <w:r>
              <w:rPr>
                <w:rFonts w:ascii="Pretendard" w:eastAsia="Pretendard" w:hAnsi="Pretendard" w:cs="Pretendard"/>
                <w:color w:val="1D0024"/>
                <w:sz w:val="19"/>
              </w:rPr>
              <w:t>기본</w:t>
            </w:r>
            <w:r>
              <w:rPr>
                <w:rFonts w:ascii="Pretendard" w:eastAsia="Pretendard" w:hAnsi="Pretendard" w:cs="Pretendard"/>
                <w:color w:val="1D0024"/>
                <w:sz w:val="19"/>
              </w:rPr>
              <w:t xml:space="preserve"> </w:t>
            </w:r>
            <w:r>
              <w:rPr>
                <w:rFonts w:ascii="Pretendard" w:eastAsia="Pretendard" w:hAnsi="Pretendard" w:cs="Pretendard"/>
                <w:color w:val="1D0024"/>
                <w:sz w:val="19"/>
              </w:rPr>
              <w:t>범위</w:t>
            </w:r>
            <w:r>
              <w:rPr>
                <w:rFonts w:ascii="Pretendard" w:eastAsia="Pretendard" w:hAnsi="Pretendard" w:cs="Pretendard"/>
                <w:color w:val="1D0024"/>
                <w:sz w:val="19"/>
              </w:rPr>
              <w:t xml:space="preserve">. </w:t>
            </w:r>
            <w:r>
              <w:rPr>
                <w:rFonts w:ascii="Pretendard" w:eastAsia="Pretendard" w:hAnsi="Pretendard" w:cs="Pretendard"/>
                <w:color w:val="1D0024"/>
                <w:sz w:val="19"/>
              </w:rPr>
              <w:t>메디컬</w:t>
            </w:r>
            <w:r>
              <w:rPr>
                <w:rFonts w:ascii="Pretendard" w:eastAsia="Pretendard" w:hAnsi="Pretendard" w:cs="Pretendard"/>
                <w:color w:val="1D0024"/>
                <w:sz w:val="19"/>
              </w:rPr>
              <w:t>·</w:t>
            </w:r>
            <w:r>
              <w:rPr>
                <w:rFonts w:ascii="Pretendard" w:eastAsia="Pretendard" w:hAnsi="Pretendard" w:cs="Pretendard"/>
                <w:color w:val="1D0024"/>
                <w:sz w:val="19"/>
              </w:rPr>
              <w:t>버티컬</w:t>
            </w:r>
            <w:r>
              <w:rPr>
                <w:rFonts w:ascii="Pretendard" w:eastAsia="Pretendard" w:hAnsi="Pretendard" w:cs="Pretendard"/>
                <w:color w:val="1D0024"/>
                <w:sz w:val="19"/>
              </w:rPr>
              <w:t xml:space="preserve"> </w:t>
            </w:r>
            <w:r>
              <w:rPr>
                <w:rFonts w:ascii="Pretendard" w:eastAsia="Pretendard" w:hAnsi="Pretendard" w:cs="Pretendard"/>
                <w:color w:val="1D0024"/>
                <w:sz w:val="19"/>
              </w:rPr>
              <w:t>포털은</w:t>
            </w:r>
            <w:r>
              <w:rPr>
                <w:rFonts w:ascii="Pretendard" w:eastAsia="Pretendard" w:hAnsi="Pretendard" w:cs="Pretendard"/>
                <w:color w:val="1D0024"/>
                <w:sz w:val="19"/>
              </w:rPr>
              <w:t xml:space="preserve"> </w:t>
            </w:r>
            <w:r>
              <w:rPr>
                <w:rFonts w:ascii="Pretendard" w:eastAsia="Pretendard" w:hAnsi="Pretendard" w:cs="Pretendard"/>
                <w:color w:val="1D0024"/>
                <w:sz w:val="19"/>
              </w:rPr>
              <w:t>미결정</w:t>
            </w:r>
            <w:r>
              <w:rPr>
                <w:rFonts w:ascii="Pretendard" w:eastAsia="Pretendard" w:hAnsi="Pretendard" w:cs="Pretendard"/>
                <w:color w:val="1D0024"/>
                <w:sz w:val="19"/>
              </w:rPr>
              <w:t>. 1</w:t>
            </w:r>
            <w:r>
              <w:rPr>
                <w:rFonts w:ascii="Pretendard" w:eastAsia="Pretendard" w:hAnsi="Pretendard" w:cs="Pretendard"/>
                <w:color w:val="1D0024"/>
                <w:sz w:val="19"/>
              </w:rPr>
              <w:t>단계에서</w:t>
            </w:r>
            <w:r>
              <w:rPr>
                <w:rFonts w:ascii="Pretendard" w:eastAsia="Pretendard" w:hAnsi="Pretendard" w:cs="Pretendard"/>
                <w:color w:val="1D0024"/>
                <w:sz w:val="19"/>
              </w:rPr>
              <w:t xml:space="preserve"> </w:t>
            </w:r>
            <w:r>
              <w:rPr>
                <w:rFonts w:ascii="Pretendard" w:eastAsia="Pretendard" w:hAnsi="Pretendard" w:cs="Pretendard"/>
                <w:color w:val="1D0024"/>
                <w:sz w:val="19"/>
              </w:rPr>
              <w:t>큰</w:t>
            </w:r>
            <w:r>
              <w:rPr>
                <w:rFonts w:ascii="Pretendard" w:eastAsia="Pretendard" w:hAnsi="Pretendard" w:cs="Pretendard"/>
                <w:color w:val="1D0024"/>
                <w:sz w:val="19"/>
              </w:rPr>
              <w:t xml:space="preserve"> </w:t>
            </w:r>
            <w:r>
              <w:rPr>
                <w:rFonts w:ascii="Pretendard" w:eastAsia="Pretendard" w:hAnsi="Pretendard" w:cs="Pretendard"/>
                <w:color w:val="1D0024"/>
                <w:sz w:val="19"/>
              </w:rPr>
              <w:t>그림은</w:t>
            </w:r>
            <w:r>
              <w:rPr>
                <w:rFonts w:ascii="Pretendard" w:eastAsia="Pretendard" w:hAnsi="Pretendard" w:cs="Pretendard"/>
                <w:color w:val="1D0024"/>
                <w:sz w:val="19"/>
              </w:rPr>
              <w:t xml:space="preserve"> </w:t>
            </w:r>
            <w:r>
              <w:rPr>
                <w:rFonts w:ascii="Pretendard" w:eastAsia="Pretendard" w:hAnsi="Pretendard" w:cs="Pretendard"/>
                <w:color w:val="1D0024"/>
                <w:sz w:val="19"/>
              </w:rPr>
              <w:t>불필요</w:t>
            </w:r>
          </w:p>
        </w:tc>
        <w:tc>
          <w:tcPr>
            <w:tcW w:w="1814" w:type="dxa"/>
          </w:tcPr>
          <w:p w14:paraId="3DEB810E" w14:textId="77777777" w:rsidR="004B1372" w:rsidRDefault="00BB0BE3">
            <w:r>
              <w:rPr>
                <w:rFonts w:ascii="Pretendard" w:eastAsia="Pretendard" w:hAnsi="Pretendard" w:cs="Pretendard"/>
                <w:color w:val="1D0024"/>
                <w:sz w:val="19"/>
              </w:rPr>
              <w:t>황본부장</w:t>
            </w:r>
          </w:p>
        </w:tc>
      </w:tr>
      <w:tr w:rsidR="004B1372" w14:paraId="61BF0936" w14:textId="77777777">
        <w:trPr>
          <w:jc w:val="center"/>
        </w:trPr>
        <w:tc>
          <w:tcPr>
            <w:tcW w:w="1928" w:type="dxa"/>
          </w:tcPr>
          <w:p w14:paraId="6444D688" w14:textId="77777777" w:rsidR="004B1372" w:rsidRDefault="00BB0BE3">
            <w:r>
              <w:rPr>
                <w:rFonts w:ascii="Pretendard" w:eastAsia="Pretendard" w:hAnsi="Pretendard" w:cs="Pretendard"/>
                <w:b/>
                <w:color w:val="1D0024"/>
                <w:sz w:val="19"/>
              </w:rPr>
              <w:t>배포</w:t>
            </w:r>
            <w:r>
              <w:rPr>
                <w:rFonts w:ascii="Pretendard" w:eastAsia="Pretendard" w:hAnsi="Pretendard" w:cs="Pretendard"/>
                <w:b/>
                <w:color w:val="1D0024"/>
                <w:sz w:val="19"/>
              </w:rPr>
              <w:t xml:space="preserve"> </w:t>
            </w:r>
            <w:r>
              <w:rPr>
                <w:rFonts w:ascii="Pretendard" w:eastAsia="Pretendard" w:hAnsi="Pretendard" w:cs="Pretendard"/>
                <w:b/>
                <w:color w:val="1D0024"/>
                <w:sz w:val="19"/>
              </w:rPr>
              <w:t>현황</w:t>
            </w:r>
          </w:p>
        </w:tc>
        <w:tc>
          <w:tcPr>
            <w:tcW w:w="5896" w:type="dxa"/>
          </w:tcPr>
          <w:p w14:paraId="3FE7198A" w14:textId="77777777" w:rsidR="004B1372" w:rsidRDefault="00BB0BE3">
            <w:r>
              <w:rPr>
                <w:rFonts w:ascii="Pretendard" w:eastAsia="Pretendard" w:hAnsi="Pretendard" w:cs="Pretendard"/>
                <w:color w:val="1D0024"/>
                <w:sz w:val="19"/>
              </w:rPr>
              <w:t xml:space="preserve">webforai.kr </w:t>
            </w:r>
            <w:r>
              <w:rPr>
                <w:rFonts w:ascii="Pretendard" w:eastAsia="Pretendard" w:hAnsi="Pretendard" w:cs="Pretendard"/>
                <w:color w:val="1D0024"/>
                <w:sz w:val="19"/>
              </w:rPr>
              <w:t>랜딩과</w:t>
            </w:r>
            <w:r>
              <w:rPr>
                <w:rFonts w:ascii="Pretendard" w:eastAsia="Pretendard" w:hAnsi="Pretendard" w:cs="Pretendard"/>
                <w:color w:val="1D0024"/>
                <w:sz w:val="19"/>
              </w:rPr>
              <w:t xml:space="preserve"> </w:t>
            </w:r>
            <w:r>
              <w:rPr>
                <w:rFonts w:ascii="Pretendard" w:eastAsia="Pretendard" w:hAnsi="Pretendard" w:cs="Pretendard"/>
                <w:color w:val="1D0024"/>
                <w:sz w:val="19"/>
              </w:rPr>
              <w:t>서포터즈</w:t>
            </w:r>
            <w:r>
              <w:rPr>
                <w:rFonts w:ascii="Pretendard" w:eastAsia="Pretendard" w:hAnsi="Pretendard" w:cs="Pretendard"/>
                <w:color w:val="1D0024"/>
                <w:sz w:val="19"/>
              </w:rPr>
              <w:t xml:space="preserve"> 3</w:t>
            </w:r>
            <w:r>
              <w:rPr>
                <w:rFonts w:ascii="Pretendard" w:eastAsia="Pretendard" w:hAnsi="Pretendard" w:cs="Pretendard"/>
                <w:color w:val="1D0024"/>
                <w:sz w:val="19"/>
              </w:rPr>
              <w:t>곳</w:t>
            </w:r>
            <w:r>
              <w:rPr>
                <w:rFonts w:ascii="Pretendard" w:eastAsia="Pretendard" w:hAnsi="Pretendard" w:cs="Pretendard"/>
                <w:color w:val="1D0024"/>
                <w:sz w:val="19"/>
              </w:rPr>
              <w:t xml:space="preserve"> </w:t>
            </w:r>
            <w:r>
              <w:rPr>
                <w:rFonts w:ascii="Pretendard" w:eastAsia="Pretendard" w:hAnsi="Pretendard" w:cs="Pretendard"/>
                <w:color w:val="1D0024"/>
                <w:sz w:val="19"/>
              </w:rPr>
              <w:t>배포</w:t>
            </w:r>
            <w:r>
              <w:rPr>
                <w:rFonts w:ascii="Pretendard" w:eastAsia="Pretendard" w:hAnsi="Pretendard" w:cs="Pretendard"/>
                <w:color w:val="1D0024"/>
                <w:sz w:val="19"/>
              </w:rPr>
              <w:t xml:space="preserve">, </w:t>
            </w:r>
            <w:r>
              <w:rPr>
                <w:rFonts w:ascii="Pretendard" w:eastAsia="Pretendard" w:hAnsi="Pretendard" w:cs="Pretendard"/>
                <w:color w:val="1D0024"/>
                <w:sz w:val="19"/>
              </w:rPr>
              <w:t>구글</w:t>
            </w:r>
            <w:r>
              <w:rPr>
                <w:rFonts w:ascii="Pretendard" w:eastAsia="Pretendard" w:hAnsi="Pretendard" w:cs="Pretendard"/>
                <w:color w:val="1D0024"/>
                <w:sz w:val="19"/>
              </w:rPr>
              <w:t>·</w:t>
            </w:r>
            <w:r>
              <w:rPr>
                <w:rFonts w:ascii="Pretendard" w:eastAsia="Pretendard" w:hAnsi="Pretendard" w:cs="Pretendard"/>
                <w:color w:val="1D0024"/>
                <w:sz w:val="19"/>
              </w:rPr>
              <w:t>네이버</w:t>
            </w:r>
            <w:r>
              <w:rPr>
                <w:rFonts w:ascii="Pretendard" w:eastAsia="Pretendard" w:hAnsi="Pretendard" w:cs="Pretendard"/>
                <w:color w:val="1D0024"/>
                <w:sz w:val="19"/>
              </w:rPr>
              <w:t xml:space="preserve"> </w:t>
            </w:r>
            <w:r>
              <w:rPr>
                <w:rFonts w:ascii="Pretendard" w:eastAsia="Pretendard" w:hAnsi="Pretendard" w:cs="Pretendard"/>
                <w:color w:val="1D0024"/>
                <w:sz w:val="19"/>
              </w:rPr>
              <w:t>서치콘솔</w:t>
            </w:r>
            <w:r>
              <w:rPr>
                <w:rFonts w:ascii="Pretendard" w:eastAsia="Pretendard" w:hAnsi="Pretendard" w:cs="Pretendard"/>
                <w:color w:val="1D0024"/>
                <w:sz w:val="19"/>
              </w:rPr>
              <w:t xml:space="preserve"> </w:t>
            </w:r>
            <w:r>
              <w:rPr>
                <w:rFonts w:ascii="Pretendard" w:eastAsia="Pretendard" w:hAnsi="Pretendard" w:cs="Pretendard"/>
                <w:color w:val="1D0024"/>
                <w:sz w:val="19"/>
              </w:rPr>
              <w:t>등록</w:t>
            </w:r>
            <w:r>
              <w:rPr>
                <w:rFonts w:ascii="Pretendard" w:eastAsia="Pretendard" w:hAnsi="Pretendard" w:cs="Pretendard"/>
                <w:color w:val="1D0024"/>
                <w:sz w:val="19"/>
              </w:rPr>
              <w:t xml:space="preserve">, </w:t>
            </w:r>
            <w:r>
              <w:rPr>
                <w:rFonts w:ascii="Pretendard" w:eastAsia="Pretendard" w:hAnsi="Pretendard" w:cs="Pretendard"/>
                <w:color w:val="1D0024"/>
                <w:sz w:val="19"/>
              </w:rPr>
              <w:t>색인</w:t>
            </w:r>
            <w:r>
              <w:rPr>
                <w:rFonts w:ascii="Pretendard" w:eastAsia="Pretendard" w:hAnsi="Pretendard" w:cs="Pretendard"/>
                <w:color w:val="1D0024"/>
                <w:sz w:val="19"/>
              </w:rPr>
              <w:t xml:space="preserve"> </w:t>
            </w:r>
            <w:r>
              <w:rPr>
                <w:rFonts w:ascii="Pretendard" w:eastAsia="Pretendard" w:hAnsi="Pretendard" w:cs="Pretendard"/>
                <w:color w:val="1D0024"/>
                <w:sz w:val="19"/>
              </w:rPr>
              <w:t>보류</w:t>
            </w:r>
          </w:p>
        </w:tc>
        <w:tc>
          <w:tcPr>
            <w:tcW w:w="1814" w:type="dxa"/>
          </w:tcPr>
          <w:p w14:paraId="1FCB9FD2" w14:textId="77777777" w:rsidR="004B1372" w:rsidRDefault="00BB0BE3">
            <w:r>
              <w:rPr>
                <w:rFonts w:ascii="Pretendard" w:eastAsia="Pretendard" w:hAnsi="Pretendard" w:cs="Pretendard"/>
                <w:color w:val="1D0024"/>
                <w:sz w:val="19"/>
              </w:rPr>
              <w:t>감본부장</w:t>
            </w:r>
          </w:p>
        </w:tc>
      </w:tr>
      <w:tr w:rsidR="004B1372" w14:paraId="7D8F11F7" w14:textId="77777777">
        <w:trPr>
          <w:jc w:val="center"/>
        </w:trPr>
        <w:tc>
          <w:tcPr>
            <w:tcW w:w="1928" w:type="dxa"/>
          </w:tcPr>
          <w:p w14:paraId="78D15938" w14:textId="77777777" w:rsidR="004B1372" w:rsidRDefault="00BB0BE3">
            <w:r>
              <w:rPr>
                <w:rFonts w:ascii="Pretendard" w:eastAsia="Pretendard" w:hAnsi="Pretendard" w:cs="Pretendard"/>
                <w:b/>
                <w:color w:val="1D0024"/>
                <w:sz w:val="19"/>
              </w:rPr>
              <w:t>자동화</w:t>
            </w:r>
            <w:r>
              <w:rPr>
                <w:rFonts w:ascii="Pretendard" w:eastAsia="Pretendard" w:hAnsi="Pretendard" w:cs="Pretendard"/>
                <w:b/>
                <w:color w:val="1D0024"/>
                <w:sz w:val="19"/>
              </w:rPr>
              <w:t xml:space="preserve"> </w:t>
            </w:r>
            <w:r>
              <w:rPr>
                <w:rFonts w:ascii="Pretendard" w:eastAsia="Pretendard" w:hAnsi="Pretendard" w:cs="Pretendard"/>
                <w:b/>
                <w:color w:val="1D0024"/>
                <w:sz w:val="19"/>
              </w:rPr>
              <w:t>수준</w:t>
            </w:r>
          </w:p>
        </w:tc>
        <w:tc>
          <w:tcPr>
            <w:tcW w:w="5896" w:type="dxa"/>
          </w:tcPr>
          <w:p w14:paraId="1258BC2C" w14:textId="77777777" w:rsidR="004B1372" w:rsidRDefault="00BB0BE3">
            <w:r>
              <w:rPr>
                <w:rFonts w:ascii="Pretendard" w:eastAsia="Pretendard" w:hAnsi="Pretendard" w:cs="Pretendard"/>
                <w:color w:val="1D0024"/>
                <w:sz w:val="19"/>
              </w:rPr>
              <w:t>뷰성형외과</w:t>
            </w:r>
            <w:r>
              <w:rPr>
                <w:rFonts w:ascii="Pretendard" w:eastAsia="Pretendard" w:hAnsi="Pretendard" w:cs="Pretendard"/>
                <w:color w:val="1D0024"/>
                <w:sz w:val="19"/>
              </w:rPr>
              <w:t xml:space="preserve"> </w:t>
            </w:r>
            <w:r>
              <w:rPr>
                <w:rFonts w:ascii="Pretendard" w:eastAsia="Pretendard" w:hAnsi="Pretendard" w:cs="Pretendard"/>
                <w:color w:val="1D0024"/>
                <w:sz w:val="19"/>
              </w:rPr>
              <w:t>품질을</w:t>
            </w:r>
            <w:r>
              <w:rPr>
                <w:rFonts w:ascii="Pretendard" w:eastAsia="Pretendard" w:hAnsi="Pretendard" w:cs="Pretendard"/>
                <w:color w:val="1D0024"/>
                <w:sz w:val="19"/>
              </w:rPr>
              <w:t xml:space="preserve"> 100</w:t>
            </w:r>
            <w:r>
              <w:rPr>
                <w:rFonts w:ascii="Pretendard" w:eastAsia="Pretendard" w:hAnsi="Pretendard" w:cs="Pretendard"/>
                <w:color w:val="1D0024"/>
                <w:sz w:val="19"/>
              </w:rPr>
              <w:t>으로</w:t>
            </w:r>
            <w:r>
              <w:rPr>
                <w:rFonts w:ascii="Pretendard" w:eastAsia="Pretendard" w:hAnsi="Pretendard" w:cs="Pretendard"/>
                <w:color w:val="1D0024"/>
                <w:sz w:val="19"/>
              </w:rPr>
              <w:t xml:space="preserve"> </w:t>
            </w:r>
            <w:r>
              <w:rPr>
                <w:rFonts w:ascii="Pretendard" w:eastAsia="Pretendard" w:hAnsi="Pretendard" w:cs="Pretendard"/>
                <w:color w:val="1D0024"/>
                <w:sz w:val="19"/>
              </w:rPr>
              <w:t>보면</w:t>
            </w:r>
            <w:r>
              <w:rPr>
                <w:rFonts w:ascii="Pretendard" w:eastAsia="Pretendard" w:hAnsi="Pretendard" w:cs="Pretendard"/>
                <w:color w:val="1D0024"/>
                <w:sz w:val="19"/>
              </w:rPr>
              <w:t xml:space="preserve"> URL</w:t>
            </w:r>
            <w:r>
              <w:rPr>
                <w:rFonts w:ascii="Pretendard" w:eastAsia="Pretendard" w:hAnsi="Pretendard" w:cs="Pretendard"/>
                <w:color w:val="1D0024"/>
                <w:sz w:val="19"/>
              </w:rPr>
              <w:t>만으로</w:t>
            </w:r>
            <w:r>
              <w:rPr>
                <w:rFonts w:ascii="Pretendard" w:eastAsia="Pretendard" w:hAnsi="Pretendard" w:cs="Pretendard"/>
                <w:color w:val="1D0024"/>
                <w:sz w:val="19"/>
              </w:rPr>
              <w:t xml:space="preserve"> </w:t>
            </w:r>
            <w:r>
              <w:rPr>
                <w:rFonts w:ascii="Pretendard" w:eastAsia="Pretendard" w:hAnsi="Pretendard" w:cs="Pretendard"/>
                <w:color w:val="1D0024"/>
                <w:sz w:val="19"/>
              </w:rPr>
              <w:t>다른</w:t>
            </w:r>
            <w:r>
              <w:rPr>
                <w:rFonts w:ascii="Pretendard" w:eastAsia="Pretendard" w:hAnsi="Pretendard" w:cs="Pretendard"/>
                <w:color w:val="1D0024"/>
                <w:sz w:val="19"/>
              </w:rPr>
              <w:t xml:space="preserve"> </w:t>
            </w:r>
            <w:r>
              <w:rPr>
                <w:rFonts w:ascii="Pretendard" w:eastAsia="Pretendard" w:hAnsi="Pretendard" w:cs="Pretendard"/>
                <w:color w:val="1D0024"/>
                <w:sz w:val="19"/>
              </w:rPr>
              <w:t>병원은</w:t>
            </w:r>
            <w:r>
              <w:rPr>
                <w:rFonts w:ascii="Pretendard" w:eastAsia="Pretendard" w:hAnsi="Pretendard" w:cs="Pretendard"/>
                <w:color w:val="1D0024"/>
                <w:sz w:val="19"/>
              </w:rPr>
              <w:t xml:space="preserve"> 60~70%</w:t>
            </w:r>
          </w:p>
        </w:tc>
        <w:tc>
          <w:tcPr>
            <w:tcW w:w="1814" w:type="dxa"/>
          </w:tcPr>
          <w:p w14:paraId="71379D01" w14:textId="77777777" w:rsidR="004B1372" w:rsidRDefault="00BB0BE3">
            <w:r>
              <w:rPr>
                <w:rFonts w:ascii="Pretendard" w:eastAsia="Pretendard" w:hAnsi="Pretendard" w:cs="Pretendard"/>
                <w:color w:val="1D0024"/>
                <w:sz w:val="19"/>
              </w:rPr>
              <w:t>감본부장</w:t>
            </w:r>
            <w:r>
              <w:rPr>
                <w:rFonts w:ascii="Pretendard" w:eastAsia="Pretendard" w:hAnsi="Pretendard" w:cs="Pretendard"/>
                <w:color w:val="1D0024"/>
                <w:sz w:val="19"/>
              </w:rPr>
              <w:t xml:space="preserve">, 9/18 </w:t>
            </w:r>
            <w:r>
              <w:rPr>
                <w:rFonts w:ascii="Pretendard" w:eastAsia="Pretendard" w:hAnsi="Pretendard" w:cs="Pretendard"/>
                <w:color w:val="1D0024"/>
                <w:sz w:val="19"/>
              </w:rPr>
              <w:t>연구소</w:t>
            </w:r>
            <w:r>
              <w:rPr>
                <w:rFonts w:ascii="Pretendard" w:eastAsia="Pretendard" w:hAnsi="Pretendard" w:cs="Pretendard"/>
                <w:color w:val="1D0024"/>
                <w:sz w:val="19"/>
              </w:rPr>
              <w:t xml:space="preserve"> </w:t>
            </w:r>
            <w:r>
              <w:rPr>
                <w:rFonts w:ascii="Pretendard" w:eastAsia="Pretendard" w:hAnsi="Pretendard" w:cs="Pretendard"/>
                <w:color w:val="1D0024"/>
                <w:sz w:val="19"/>
              </w:rPr>
              <w:t>회의</w:t>
            </w:r>
            <w:r>
              <w:rPr>
                <w:rFonts w:ascii="Pretendard" w:eastAsia="Pretendard" w:hAnsi="Pretendard" w:cs="Pretendard"/>
                <w:color w:val="1D0024"/>
                <w:sz w:val="19"/>
              </w:rPr>
              <w:t xml:space="preserve"> </w:t>
            </w:r>
            <w:r>
              <w:rPr>
                <w:rFonts w:ascii="Pretendard" w:eastAsia="Pretendard" w:hAnsi="Pretendard" w:cs="Pretendard"/>
                <w:color w:val="1D0024"/>
                <w:sz w:val="19"/>
              </w:rPr>
              <w:t>시연</w:t>
            </w:r>
          </w:p>
        </w:tc>
      </w:tr>
    </w:tbl>
    <w:p w14:paraId="74B1326E" w14:textId="77777777" w:rsidR="004B1372" w:rsidRDefault="004B1372">
      <w:pPr>
        <w:spacing w:after="40"/>
      </w:pPr>
    </w:p>
    <w:p w14:paraId="7E62465E" w14:textId="77777777" w:rsidR="004B1372" w:rsidRDefault="004B1372">
      <w:pPr>
        <w:spacing w:after="40"/>
        <w:rPr>
          <w:rFonts w:hint="eastAsia"/>
          <w:lang w:eastAsia="ko-KR"/>
        </w:rPr>
      </w:pPr>
    </w:p>
    <w:tbl>
      <w:tblPr>
        <w:tblStyle w:val="af9"/>
        <w:tblW w:w="0" w:type="auto"/>
        <w:jc w:val="center"/>
        <w:tblLayout w:type="fixed"/>
        <w:tblLook w:val="04A0" w:firstRow="1" w:lastRow="0" w:firstColumn="1" w:lastColumn="0" w:noHBand="0" w:noVBand="1"/>
      </w:tblPr>
      <w:tblGrid>
        <w:gridCol w:w="5102"/>
        <w:gridCol w:w="2268"/>
        <w:gridCol w:w="2268"/>
      </w:tblGrid>
      <w:tr w:rsidR="004B1372" w14:paraId="517584F4" w14:textId="77777777">
        <w:trPr>
          <w:cantSplit/>
          <w:tblHeader/>
          <w:jc w:val="center"/>
        </w:trPr>
        <w:tc>
          <w:tcPr>
            <w:tcW w:w="5102" w:type="dxa"/>
            <w:shd w:val="clear" w:color="auto" w:fill="1D0024"/>
          </w:tcPr>
          <w:p w14:paraId="1B3273F2" w14:textId="77777777" w:rsidR="004B1372" w:rsidRDefault="00BB0BE3">
            <w:r>
              <w:rPr>
                <w:rFonts w:ascii="Pretendard" w:eastAsia="Pretendard" w:hAnsi="Pretendard" w:cs="Pretendard"/>
                <w:b/>
                <w:color w:val="FFFFFF"/>
                <w:sz w:val="19"/>
              </w:rPr>
              <w:t>답변엔진</w:t>
            </w:r>
            <w:r>
              <w:rPr>
                <w:rFonts w:ascii="Pretendard" w:eastAsia="Pretendard" w:hAnsi="Pretendard" w:cs="Pretendard"/>
                <w:b/>
                <w:color w:val="FFFFFF"/>
                <w:sz w:val="19"/>
              </w:rPr>
              <w:t xml:space="preserve"> </w:t>
            </w:r>
            <w:r>
              <w:rPr>
                <w:rFonts w:ascii="Pretendard" w:eastAsia="Pretendard" w:hAnsi="Pretendard" w:cs="Pretendard"/>
                <w:b/>
                <w:color w:val="FFFFFF"/>
                <w:sz w:val="19"/>
              </w:rPr>
              <w:t>구성</w:t>
            </w:r>
            <w:r>
              <w:rPr>
                <w:rFonts w:ascii="Pretendard" w:eastAsia="Pretendard" w:hAnsi="Pretendard" w:cs="Pretendard"/>
                <w:b/>
                <w:color w:val="FFFFFF"/>
                <w:sz w:val="19"/>
              </w:rPr>
              <w:t xml:space="preserve"> (120</w:t>
            </w:r>
            <w:r>
              <w:rPr>
                <w:rFonts w:ascii="Pretendard" w:eastAsia="Pretendard" w:hAnsi="Pretendard" w:cs="Pretendard"/>
                <w:b/>
                <w:color w:val="FFFFFF"/>
                <w:sz w:val="19"/>
              </w:rPr>
              <w:t>문항</w:t>
            </w:r>
            <w:r>
              <w:rPr>
                <w:rFonts w:ascii="Pretendard" w:eastAsia="Pretendard" w:hAnsi="Pretendard" w:cs="Pretendard"/>
                <w:b/>
                <w:color w:val="FFFFFF"/>
                <w:sz w:val="19"/>
              </w:rPr>
              <w:t xml:space="preserve">, </w:t>
            </w:r>
            <w:r>
              <w:rPr>
                <w:rFonts w:ascii="Pretendard" w:eastAsia="Pretendard" w:hAnsi="Pretendard" w:cs="Pretendard"/>
                <w:b/>
                <w:color w:val="FFFFFF"/>
                <w:sz w:val="19"/>
              </w:rPr>
              <w:t>후처리</w:t>
            </w:r>
            <w:r>
              <w:rPr>
                <w:rFonts w:ascii="Pretendard" w:eastAsia="Pretendard" w:hAnsi="Pretendard" w:cs="Pretendard"/>
                <w:b/>
                <w:color w:val="FFFFFF"/>
                <w:sz w:val="19"/>
              </w:rPr>
              <w:t xml:space="preserve"> </w:t>
            </w:r>
            <w:r>
              <w:rPr>
                <w:rFonts w:ascii="Pretendard" w:eastAsia="Pretendard" w:hAnsi="Pretendard" w:cs="Pretendard"/>
                <w:b/>
                <w:color w:val="FFFFFF"/>
                <w:sz w:val="19"/>
              </w:rPr>
              <w:t>포함</w:t>
            </w:r>
            <w:r>
              <w:rPr>
                <w:rFonts w:ascii="Pretendard" w:eastAsia="Pretendard" w:hAnsi="Pretendard" w:cs="Pretendard"/>
                <w:b/>
                <w:color w:val="FFFFFF"/>
                <w:sz w:val="19"/>
              </w:rPr>
              <w:t xml:space="preserve">, </w:t>
            </w:r>
            <w:r>
              <w:rPr>
                <w:rFonts w:ascii="Pretendard" w:eastAsia="Pretendard" w:hAnsi="Pretendard" w:cs="Pretendard"/>
                <w:b/>
                <w:color w:val="FFFFFF"/>
                <w:sz w:val="19"/>
              </w:rPr>
              <w:t>중앙값</w:t>
            </w:r>
            <w:r>
              <w:rPr>
                <w:rFonts w:ascii="Pretendard" w:eastAsia="Pretendard" w:hAnsi="Pretendard" w:cs="Pretendard"/>
                <w:b/>
                <w:color w:val="FFFFFF"/>
                <w:sz w:val="19"/>
              </w:rPr>
              <w:t>)</w:t>
            </w:r>
          </w:p>
        </w:tc>
        <w:tc>
          <w:tcPr>
            <w:tcW w:w="2268" w:type="dxa"/>
            <w:shd w:val="clear" w:color="auto" w:fill="1D0024"/>
          </w:tcPr>
          <w:p w14:paraId="7996BEB0" w14:textId="77777777" w:rsidR="004B1372" w:rsidRDefault="00BB0BE3">
            <w:r>
              <w:rPr>
                <w:rFonts w:ascii="Pretendard" w:eastAsia="Pretendard" w:hAnsi="Pretendard" w:cs="Pretendard"/>
                <w:b/>
                <w:color w:val="FFFFFF"/>
                <w:sz w:val="19"/>
              </w:rPr>
              <w:t>1</w:t>
            </w:r>
            <w:r>
              <w:rPr>
                <w:rFonts w:ascii="Pretendard" w:eastAsia="Pretendard" w:hAnsi="Pretendard" w:cs="Pretendard"/>
                <w:b/>
                <w:color w:val="FFFFFF"/>
                <w:sz w:val="19"/>
              </w:rPr>
              <w:t>회</w:t>
            </w:r>
            <w:r>
              <w:rPr>
                <w:rFonts w:ascii="Pretendard" w:eastAsia="Pretendard" w:hAnsi="Pretendard" w:cs="Pretendard"/>
                <w:b/>
                <w:color w:val="FFFFFF"/>
                <w:sz w:val="19"/>
              </w:rPr>
              <w:t xml:space="preserve"> </w:t>
            </w:r>
            <w:r>
              <w:rPr>
                <w:rFonts w:ascii="Pretendard" w:eastAsia="Pretendard" w:hAnsi="Pretendard" w:cs="Pretendard"/>
                <w:b/>
                <w:color w:val="FFFFFF"/>
                <w:sz w:val="19"/>
              </w:rPr>
              <w:t>측정</w:t>
            </w:r>
          </w:p>
        </w:tc>
        <w:tc>
          <w:tcPr>
            <w:tcW w:w="2268" w:type="dxa"/>
            <w:shd w:val="clear" w:color="auto" w:fill="1D0024"/>
          </w:tcPr>
          <w:p w14:paraId="271E537C" w14:textId="77777777" w:rsidR="004B1372" w:rsidRDefault="00BB0BE3">
            <w:r>
              <w:rPr>
                <w:rFonts w:ascii="Pretendard" w:eastAsia="Pretendard" w:hAnsi="Pretendard" w:cs="Pretendard"/>
                <w:b/>
                <w:color w:val="FFFFFF"/>
                <w:sz w:val="19"/>
              </w:rPr>
              <w:t>5</w:t>
            </w:r>
            <w:r>
              <w:rPr>
                <w:rFonts w:ascii="Pretendard" w:eastAsia="Pretendard" w:hAnsi="Pretendard" w:cs="Pretendard"/>
                <w:b/>
                <w:color w:val="FFFFFF"/>
                <w:sz w:val="19"/>
              </w:rPr>
              <w:t>회</w:t>
            </w:r>
            <w:r>
              <w:rPr>
                <w:rFonts w:ascii="Pretendard" w:eastAsia="Pretendard" w:hAnsi="Pretendard" w:cs="Pretendard"/>
                <w:b/>
                <w:color w:val="FFFFFF"/>
                <w:sz w:val="19"/>
              </w:rPr>
              <w:t xml:space="preserve"> </w:t>
            </w:r>
            <w:r>
              <w:rPr>
                <w:rFonts w:ascii="Pretendard" w:eastAsia="Pretendard" w:hAnsi="Pretendard" w:cs="Pretendard"/>
                <w:b/>
                <w:color w:val="FFFFFF"/>
                <w:sz w:val="19"/>
              </w:rPr>
              <w:t>반복</w:t>
            </w:r>
          </w:p>
        </w:tc>
      </w:tr>
      <w:tr w:rsidR="004B1372" w14:paraId="0C83E0A2" w14:textId="77777777">
        <w:trPr>
          <w:jc w:val="center"/>
        </w:trPr>
        <w:tc>
          <w:tcPr>
            <w:tcW w:w="5102" w:type="dxa"/>
          </w:tcPr>
          <w:p w14:paraId="247A545E" w14:textId="77777777" w:rsidR="004B1372" w:rsidRDefault="00BB0BE3">
            <w:r>
              <w:rPr>
                <w:rFonts w:ascii="Pretendard" w:eastAsia="Pretendard" w:hAnsi="Pretendard" w:cs="Pretendard"/>
                <w:b/>
                <w:color w:val="1D0024"/>
                <w:sz w:val="19"/>
              </w:rPr>
              <w:t>현행</w:t>
            </w:r>
            <w:r>
              <w:rPr>
                <w:rFonts w:ascii="Pretendard" w:eastAsia="Pretendard" w:hAnsi="Pretendard" w:cs="Pretendard"/>
                <w:b/>
                <w:color w:val="1D0024"/>
                <w:sz w:val="19"/>
              </w:rPr>
              <w:t xml:space="preserve"> 2</w:t>
            </w:r>
            <w:r>
              <w:rPr>
                <w:rFonts w:ascii="Pretendard" w:eastAsia="Pretendard" w:hAnsi="Pretendard" w:cs="Pretendard"/>
                <w:b/>
                <w:color w:val="1D0024"/>
                <w:sz w:val="19"/>
              </w:rPr>
              <w:t>개</w:t>
            </w:r>
            <w:r>
              <w:rPr>
                <w:rFonts w:ascii="Pretendard" w:eastAsia="Pretendard" w:hAnsi="Pretendard" w:cs="Pretendard"/>
                <w:b/>
                <w:color w:val="1D0024"/>
                <w:sz w:val="19"/>
              </w:rPr>
              <w:t xml:space="preserve"> (ChatGPT, Perplexity)</w:t>
            </w:r>
          </w:p>
        </w:tc>
        <w:tc>
          <w:tcPr>
            <w:tcW w:w="2268" w:type="dxa"/>
          </w:tcPr>
          <w:p w14:paraId="040357D2" w14:textId="77777777" w:rsidR="004B1372" w:rsidRDefault="00BB0BE3">
            <w:r>
              <w:rPr>
                <w:rFonts w:ascii="Pretendard" w:eastAsia="Pretendard" w:hAnsi="Pretendard" w:cs="Pretendard"/>
                <w:color w:val="1D0024"/>
                <w:sz w:val="19"/>
              </w:rPr>
              <w:t>약</w:t>
            </w:r>
            <w:r>
              <w:rPr>
                <w:rFonts w:ascii="Pretendard" w:eastAsia="Pretendard" w:hAnsi="Pretendard" w:cs="Pretendard"/>
                <w:color w:val="1D0024"/>
                <w:sz w:val="19"/>
              </w:rPr>
              <w:t xml:space="preserve"> ₩11,440</w:t>
            </w:r>
          </w:p>
        </w:tc>
        <w:tc>
          <w:tcPr>
            <w:tcW w:w="2268" w:type="dxa"/>
          </w:tcPr>
          <w:p w14:paraId="0F4CB336" w14:textId="77777777" w:rsidR="004B1372" w:rsidRDefault="00BB0BE3">
            <w:r>
              <w:rPr>
                <w:rFonts w:ascii="Pretendard" w:eastAsia="Pretendard" w:hAnsi="Pretendard" w:cs="Pretendard"/>
                <w:color w:val="1D0024"/>
                <w:sz w:val="19"/>
              </w:rPr>
              <w:t>약</w:t>
            </w:r>
            <w:r>
              <w:rPr>
                <w:rFonts w:ascii="Pretendard" w:eastAsia="Pretendard" w:hAnsi="Pretendard" w:cs="Pretendard"/>
                <w:color w:val="1D0024"/>
                <w:sz w:val="19"/>
              </w:rPr>
              <w:t xml:space="preserve"> ₩57,200</w:t>
            </w:r>
          </w:p>
        </w:tc>
      </w:tr>
      <w:tr w:rsidR="004B1372" w14:paraId="765DB1E0" w14:textId="77777777">
        <w:trPr>
          <w:jc w:val="center"/>
        </w:trPr>
        <w:tc>
          <w:tcPr>
            <w:tcW w:w="5102" w:type="dxa"/>
          </w:tcPr>
          <w:p w14:paraId="3A4D5B4D" w14:textId="77777777" w:rsidR="004B1372" w:rsidRDefault="00BB0BE3">
            <w:r>
              <w:rPr>
                <w:rFonts w:ascii="Pretendard" w:eastAsia="Pretendard" w:hAnsi="Pretendard" w:cs="Pretendard"/>
                <w:b/>
                <w:color w:val="1D0024"/>
                <w:sz w:val="19"/>
              </w:rPr>
              <w:t>+ Claude</w:t>
            </w:r>
          </w:p>
        </w:tc>
        <w:tc>
          <w:tcPr>
            <w:tcW w:w="2268" w:type="dxa"/>
          </w:tcPr>
          <w:p w14:paraId="44B47882" w14:textId="77777777" w:rsidR="004B1372" w:rsidRDefault="00BB0BE3">
            <w:r>
              <w:rPr>
                <w:rFonts w:ascii="Pretendard" w:eastAsia="Pretendard" w:hAnsi="Pretendard" w:cs="Pretendard"/>
                <w:color w:val="1D0024"/>
                <w:sz w:val="19"/>
              </w:rPr>
              <w:t>약</w:t>
            </w:r>
            <w:r>
              <w:rPr>
                <w:rFonts w:ascii="Pretendard" w:eastAsia="Pretendard" w:hAnsi="Pretendard" w:cs="Pretendard"/>
                <w:color w:val="1D0024"/>
                <w:sz w:val="19"/>
              </w:rPr>
              <w:t xml:space="preserve"> ₩29,150</w:t>
            </w:r>
          </w:p>
        </w:tc>
        <w:tc>
          <w:tcPr>
            <w:tcW w:w="2268" w:type="dxa"/>
          </w:tcPr>
          <w:p w14:paraId="5A7FDD67" w14:textId="77777777" w:rsidR="004B1372" w:rsidRDefault="00BB0BE3">
            <w:r>
              <w:rPr>
                <w:rFonts w:ascii="Pretendard" w:eastAsia="Pretendard" w:hAnsi="Pretendard" w:cs="Pretendard"/>
                <w:color w:val="1D0024"/>
                <w:sz w:val="19"/>
              </w:rPr>
              <w:t>약</w:t>
            </w:r>
            <w:r>
              <w:rPr>
                <w:rFonts w:ascii="Pretendard" w:eastAsia="Pretendard" w:hAnsi="Pretendard" w:cs="Pretendard"/>
                <w:color w:val="1D0024"/>
                <w:sz w:val="19"/>
              </w:rPr>
              <w:t xml:space="preserve"> ₩145,740</w:t>
            </w:r>
          </w:p>
        </w:tc>
      </w:tr>
      <w:tr w:rsidR="004B1372" w14:paraId="6EF44A4B" w14:textId="77777777">
        <w:trPr>
          <w:jc w:val="center"/>
        </w:trPr>
        <w:tc>
          <w:tcPr>
            <w:tcW w:w="5102" w:type="dxa"/>
          </w:tcPr>
          <w:p w14:paraId="037DC914" w14:textId="77777777" w:rsidR="004B1372" w:rsidRDefault="00BB0BE3">
            <w:r>
              <w:rPr>
                <w:rFonts w:ascii="Pretendard" w:eastAsia="Pretendard" w:hAnsi="Pretendard" w:cs="Pretendard"/>
                <w:b/>
                <w:color w:val="1D0024"/>
                <w:sz w:val="19"/>
              </w:rPr>
              <w:t>+ Claude, Gemini, Google AI Mode</w:t>
            </w:r>
          </w:p>
        </w:tc>
        <w:tc>
          <w:tcPr>
            <w:tcW w:w="2268" w:type="dxa"/>
          </w:tcPr>
          <w:p w14:paraId="0B97AA8F" w14:textId="77777777" w:rsidR="004B1372" w:rsidRDefault="00BB0BE3">
            <w:r>
              <w:rPr>
                <w:rFonts w:ascii="Pretendard" w:eastAsia="Pretendard" w:hAnsi="Pretendard" w:cs="Pretendard"/>
                <w:color w:val="1D0024"/>
                <w:sz w:val="19"/>
              </w:rPr>
              <w:t>약</w:t>
            </w:r>
            <w:r>
              <w:rPr>
                <w:rFonts w:ascii="Pretendard" w:eastAsia="Pretendard" w:hAnsi="Pretendard" w:cs="Pretendard"/>
                <w:color w:val="1D0024"/>
                <w:sz w:val="19"/>
              </w:rPr>
              <w:t xml:space="preserve"> ₩35,790</w:t>
            </w:r>
          </w:p>
        </w:tc>
        <w:tc>
          <w:tcPr>
            <w:tcW w:w="2268" w:type="dxa"/>
          </w:tcPr>
          <w:p w14:paraId="5476DC75" w14:textId="77777777" w:rsidR="004B1372" w:rsidRDefault="00BB0BE3">
            <w:r>
              <w:rPr>
                <w:rFonts w:ascii="Pretendard" w:eastAsia="Pretendard" w:hAnsi="Pretendard" w:cs="Pretendard"/>
                <w:color w:val="1D0024"/>
                <w:sz w:val="19"/>
              </w:rPr>
              <w:t>약</w:t>
            </w:r>
            <w:r>
              <w:rPr>
                <w:rFonts w:ascii="Pretendard" w:eastAsia="Pretendard" w:hAnsi="Pretendard" w:cs="Pretendard"/>
                <w:color w:val="1D0024"/>
                <w:sz w:val="19"/>
              </w:rPr>
              <w:t xml:space="preserve"> ₩178,950</w:t>
            </w:r>
          </w:p>
        </w:tc>
      </w:tr>
    </w:tbl>
    <w:p w14:paraId="2CD31EA0" w14:textId="77777777" w:rsidR="004B1372" w:rsidRDefault="004B1372">
      <w:pPr>
        <w:spacing w:after="40"/>
      </w:pPr>
    </w:p>
    <w:p w14:paraId="3A4AB1DF" w14:textId="77777777" w:rsidR="004B1372" w:rsidRDefault="00BB0BE3">
      <w:pPr>
        <w:spacing w:after="120" w:line="324" w:lineRule="auto"/>
      </w:pPr>
      <w:r>
        <w:rPr>
          <w:rFonts w:ascii="Pretendard" w:eastAsia="Pretendard" w:hAnsi="Pretendard" w:cs="Pretendard"/>
          <w:color w:val="555560"/>
          <w:sz w:val="20"/>
        </w:rPr>
        <w:t>회의록</w:t>
      </w:r>
      <w:r>
        <w:rPr>
          <w:rFonts w:ascii="Pretendard" w:eastAsia="Pretendard" w:hAnsi="Pretendard" w:cs="Pretendard"/>
          <w:color w:val="555560"/>
          <w:sz w:val="20"/>
        </w:rPr>
        <w:t xml:space="preserve"> </w:t>
      </w:r>
      <w:r>
        <w:rPr>
          <w:rFonts w:ascii="Pretendard" w:eastAsia="Pretendard" w:hAnsi="Pretendard" w:cs="Pretendard"/>
          <w:color w:val="555560"/>
          <w:sz w:val="20"/>
        </w:rPr>
        <w:t>음성</w:t>
      </w:r>
      <w:r>
        <w:rPr>
          <w:rFonts w:ascii="Pretendard" w:eastAsia="Pretendard" w:hAnsi="Pretendard" w:cs="Pretendard"/>
          <w:color w:val="555560"/>
          <w:sz w:val="20"/>
        </w:rPr>
        <w:t xml:space="preserve"> </w:t>
      </w:r>
      <w:r>
        <w:rPr>
          <w:rFonts w:ascii="Pretendard" w:eastAsia="Pretendard" w:hAnsi="Pretendard" w:cs="Pretendard"/>
          <w:color w:val="555560"/>
          <w:sz w:val="20"/>
        </w:rPr>
        <w:t>인식</w:t>
      </w:r>
      <w:r>
        <w:rPr>
          <w:rFonts w:ascii="Pretendard" w:eastAsia="Pretendard" w:hAnsi="Pretendard" w:cs="Pretendard"/>
          <w:color w:val="555560"/>
          <w:sz w:val="20"/>
        </w:rPr>
        <w:t xml:space="preserve"> </w:t>
      </w:r>
      <w:r>
        <w:rPr>
          <w:rFonts w:ascii="Pretendard" w:eastAsia="Pretendard" w:hAnsi="Pretendard" w:cs="Pretendard"/>
          <w:color w:val="555560"/>
          <w:sz w:val="20"/>
        </w:rPr>
        <w:t>표기</w:t>
      </w:r>
      <w:r>
        <w:rPr>
          <w:rFonts w:ascii="Pretendard" w:eastAsia="Pretendard" w:hAnsi="Pretendard" w:cs="Pretendard"/>
          <w:color w:val="555560"/>
          <w:sz w:val="20"/>
        </w:rPr>
        <w:t xml:space="preserve">: </w:t>
      </w:r>
      <w:r>
        <w:rPr>
          <w:rFonts w:ascii="Pretendard" w:eastAsia="Pretendard" w:hAnsi="Pretendard" w:cs="Pretendard"/>
          <w:color w:val="555560"/>
          <w:sz w:val="20"/>
        </w:rPr>
        <w:t>비성형외과</w:t>
      </w:r>
      <w:r>
        <w:rPr>
          <w:rFonts w:ascii="Pretendard" w:eastAsia="Pretendard" w:hAnsi="Pretendard" w:cs="Pretendard"/>
          <w:color w:val="555560"/>
          <w:sz w:val="20"/>
        </w:rPr>
        <w:t>·</w:t>
      </w:r>
      <w:r>
        <w:rPr>
          <w:rFonts w:ascii="Pretendard" w:eastAsia="Pretendard" w:hAnsi="Pretendard" w:cs="Pretendard"/>
          <w:color w:val="555560"/>
          <w:sz w:val="20"/>
        </w:rPr>
        <w:t>비서약과</w:t>
      </w:r>
      <w:r>
        <w:rPr>
          <w:rFonts w:ascii="Pretendard" w:eastAsia="Pretendard" w:hAnsi="Pretendard" w:cs="Pretendard"/>
          <w:color w:val="555560"/>
          <w:sz w:val="20"/>
        </w:rPr>
        <w:t xml:space="preserve"> → </w:t>
      </w:r>
      <w:r>
        <w:rPr>
          <w:rFonts w:ascii="Pretendard" w:eastAsia="Pretendard" w:hAnsi="Pretendard" w:cs="Pretendard"/>
          <w:color w:val="555560"/>
          <w:sz w:val="20"/>
        </w:rPr>
        <w:t>뷰성형외과</w:t>
      </w:r>
      <w:r>
        <w:rPr>
          <w:rFonts w:ascii="Pretendard" w:eastAsia="Pretendard" w:hAnsi="Pretendard" w:cs="Pretendard"/>
          <w:color w:val="555560"/>
          <w:sz w:val="20"/>
        </w:rPr>
        <w:t xml:space="preserve">, </w:t>
      </w:r>
      <w:r>
        <w:rPr>
          <w:rFonts w:ascii="Pretendard" w:eastAsia="Pretendard" w:hAnsi="Pretendard" w:cs="Pretendard"/>
          <w:color w:val="555560"/>
          <w:sz w:val="20"/>
        </w:rPr>
        <w:t>김수원</w:t>
      </w:r>
      <w:r>
        <w:rPr>
          <w:rFonts w:ascii="Pretendard" w:eastAsia="Pretendard" w:hAnsi="Pretendard" w:cs="Pretendard"/>
          <w:color w:val="555560"/>
          <w:sz w:val="20"/>
        </w:rPr>
        <w:t xml:space="preserve"> </w:t>
      </w:r>
      <w:r>
        <w:rPr>
          <w:rFonts w:ascii="Pretendard" w:eastAsia="Pretendard" w:hAnsi="Pretendard" w:cs="Pretendard"/>
          <w:color w:val="555560"/>
          <w:sz w:val="20"/>
        </w:rPr>
        <w:t>원장</w:t>
      </w:r>
      <w:r>
        <w:rPr>
          <w:rFonts w:ascii="Pretendard" w:eastAsia="Pretendard" w:hAnsi="Pretendard" w:cs="Pretendard"/>
          <w:color w:val="555560"/>
          <w:sz w:val="20"/>
        </w:rPr>
        <w:t xml:space="preserve"> → </w:t>
      </w:r>
      <w:r>
        <w:rPr>
          <w:rFonts w:ascii="Pretendard" w:eastAsia="Pretendard" w:hAnsi="Pretendard" w:cs="Pretendard"/>
          <w:color w:val="555560"/>
          <w:sz w:val="20"/>
        </w:rPr>
        <w:t>최순우</w:t>
      </w:r>
      <w:r>
        <w:rPr>
          <w:rFonts w:ascii="Pretendard" w:eastAsia="Pretendard" w:hAnsi="Pretendard" w:cs="Pretendard"/>
          <w:color w:val="555560"/>
          <w:sz w:val="20"/>
        </w:rPr>
        <w:t xml:space="preserve"> </w:t>
      </w:r>
      <w:r>
        <w:rPr>
          <w:rFonts w:ascii="Pretendard" w:eastAsia="Pretendard" w:hAnsi="Pretendard" w:cs="Pretendard"/>
          <w:color w:val="555560"/>
          <w:sz w:val="20"/>
        </w:rPr>
        <w:t>원장</w:t>
      </w:r>
      <w:r>
        <w:rPr>
          <w:rFonts w:ascii="Pretendard" w:eastAsia="Pretendard" w:hAnsi="Pretendard" w:cs="Pretendard"/>
          <w:color w:val="555560"/>
          <w:sz w:val="20"/>
        </w:rPr>
        <w:t>(</w:t>
      </w:r>
      <w:r>
        <w:rPr>
          <w:rFonts w:ascii="Pretendard" w:eastAsia="Pretendard" w:hAnsi="Pretendard" w:cs="Pretendard"/>
          <w:color w:val="555560"/>
          <w:sz w:val="20"/>
        </w:rPr>
        <w:t>대표자</w:t>
      </w:r>
      <w:r>
        <w:rPr>
          <w:rFonts w:ascii="Pretendard" w:eastAsia="Pretendard" w:hAnsi="Pretendard" w:cs="Pretendard"/>
          <w:color w:val="555560"/>
          <w:sz w:val="20"/>
        </w:rPr>
        <w:t xml:space="preserve">), </w:t>
      </w:r>
      <w:r>
        <w:rPr>
          <w:rFonts w:ascii="Pretendard" w:eastAsia="Pretendard" w:hAnsi="Pretendard" w:cs="Pretendard"/>
          <w:color w:val="555560"/>
          <w:sz w:val="20"/>
        </w:rPr>
        <w:t>데미나이</w:t>
      </w:r>
      <w:r>
        <w:rPr>
          <w:rFonts w:ascii="Pretendard" w:eastAsia="Pretendard" w:hAnsi="Pretendard" w:cs="Pretendard"/>
          <w:color w:val="555560"/>
          <w:sz w:val="20"/>
        </w:rPr>
        <w:t xml:space="preserve"> → Gemini, AOG·AO → AEO·GEO, </w:t>
      </w:r>
      <w:r>
        <w:rPr>
          <w:rFonts w:ascii="Pretendard" w:eastAsia="Pretendard" w:hAnsi="Pretendard" w:cs="Pretendard"/>
          <w:color w:val="555560"/>
          <w:sz w:val="20"/>
        </w:rPr>
        <w:t>인류관광</w:t>
      </w:r>
      <w:r>
        <w:rPr>
          <w:rFonts w:ascii="Pretendard" w:eastAsia="Pretendard" w:hAnsi="Pretendard" w:cs="Pretendard"/>
          <w:color w:val="555560"/>
          <w:sz w:val="20"/>
        </w:rPr>
        <w:t xml:space="preserve"> → </w:t>
      </w:r>
      <w:r>
        <w:rPr>
          <w:rFonts w:ascii="Pretendard" w:eastAsia="Pretendard" w:hAnsi="Pretendard" w:cs="Pretendard"/>
          <w:color w:val="555560"/>
          <w:sz w:val="20"/>
        </w:rPr>
        <w:t>의료관광</w:t>
      </w:r>
      <w:r>
        <w:rPr>
          <w:rFonts w:ascii="Pretendard" w:eastAsia="Pretendard" w:hAnsi="Pretendard" w:cs="Pretendard"/>
          <w:color w:val="555560"/>
          <w:sz w:val="20"/>
        </w:rPr>
        <w:t xml:space="preserve">, </w:t>
      </w:r>
      <w:r>
        <w:rPr>
          <w:rFonts w:ascii="Pretendard" w:eastAsia="Pretendard" w:hAnsi="Pretendard" w:cs="Pretendard"/>
          <w:color w:val="555560"/>
          <w:sz w:val="20"/>
        </w:rPr>
        <w:t>웹</w:t>
      </w:r>
      <w:r>
        <w:rPr>
          <w:rFonts w:ascii="Pretendard" w:eastAsia="Pretendard" w:hAnsi="Pretendard" w:cs="Pretendard"/>
          <w:color w:val="555560"/>
          <w:sz w:val="20"/>
        </w:rPr>
        <w:t xml:space="preserve"> </w:t>
      </w:r>
      <w:r>
        <w:rPr>
          <w:rFonts w:ascii="Pretendard" w:eastAsia="Pretendard" w:hAnsi="Pretendard" w:cs="Pretendard"/>
          <w:color w:val="555560"/>
          <w:sz w:val="20"/>
        </w:rPr>
        <w:t>포</w:t>
      </w:r>
      <w:r>
        <w:rPr>
          <w:rFonts w:ascii="Pretendard" w:eastAsia="Pretendard" w:hAnsi="Pretendard" w:cs="Pretendard"/>
          <w:color w:val="555560"/>
          <w:sz w:val="20"/>
        </w:rPr>
        <w:t xml:space="preserve"> AI → webforai.kr. '</w:t>
      </w:r>
      <w:r>
        <w:rPr>
          <w:rFonts w:ascii="Pretendard" w:eastAsia="Pretendard" w:hAnsi="Pretendard" w:cs="Pretendard"/>
          <w:color w:val="555560"/>
          <w:sz w:val="20"/>
        </w:rPr>
        <w:t>메트코</w:t>
      </w:r>
      <w:r>
        <w:rPr>
          <w:rFonts w:ascii="Pretendard" w:eastAsia="Pretendard" w:hAnsi="Pretendard" w:cs="Pretendard"/>
          <w:color w:val="555560"/>
          <w:sz w:val="20"/>
        </w:rPr>
        <w:t>'</w:t>
      </w:r>
      <w:r>
        <w:rPr>
          <w:rFonts w:ascii="Pretendard" w:eastAsia="Pretendard" w:hAnsi="Pretendard" w:cs="Pretendard"/>
          <w:color w:val="555560"/>
          <w:sz w:val="20"/>
        </w:rPr>
        <w:t>는</w:t>
      </w:r>
      <w:r>
        <w:rPr>
          <w:rFonts w:ascii="Pretendard" w:eastAsia="Pretendard" w:hAnsi="Pretendard" w:cs="Pretendard"/>
          <w:color w:val="555560"/>
          <w:sz w:val="20"/>
        </w:rPr>
        <w:t xml:space="preserve"> </w:t>
      </w:r>
      <w:r>
        <w:rPr>
          <w:rFonts w:ascii="Pretendard" w:eastAsia="Pretendard" w:hAnsi="Pretendard" w:cs="Pretendard"/>
          <w:color w:val="555560"/>
          <w:sz w:val="20"/>
        </w:rPr>
        <w:t>확인</w:t>
      </w:r>
      <w:r>
        <w:rPr>
          <w:rFonts w:ascii="Pretendard" w:eastAsia="Pretendard" w:hAnsi="Pretendard" w:cs="Pretendard"/>
          <w:color w:val="555560"/>
          <w:sz w:val="20"/>
        </w:rPr>
        <w:t xml:space="preserve"> </w:t>
      </w:r>
      <w:r>
        <w:rPr>
          <w:rFonts w:ascii="Pretendard" w:eastAsia="Pretendard" w:hAnsi="Pretendard" w:cs="Pretendard"/>
          <w:color w:val="555560"/>
          <w:sz w:val="20"/>
        </w:rPr>
        <w:t>필요</w:t>
      </w:r>
      <w:r>
        <w:rPr>
          <w:rFonts w:ascii="Pretendard" w:eastAsia="Pretendard" w:hAnsi="Pretendard" w:cs="Pretendard"/>
          <w:color w:val="555560"/>
          <w:sz w:val="20"/>
        </w:rPr>
        <w:t>.</w:t>
      </w:r>
    </w:p>
    <w:p w14:paraId="5E96985E" w14:textId="77777777" w:rsidR="004B1372" w:rsidRDefault="00BB0BE3">
      <w:pPr>
        <w:keepNext/>
        <w:spacing w:before="360" w:after="160"/>
      </w:pPr>
      <w:r>
        <w:rPr>
          <w:rFonts w:ascii="Pretendard" w:eastAsia="Pretendard" w:hAnsi="Pretendard" w:cs="Pretendard"/>
          <w:b/>
          <w:color w:val="1D0024"/>
          <w:sz w:val="32"/>
        </w:rPr>
        <w:t xml:space="preserve">2. Global Medical Hub PRD v0.2 </w:t>
      </w:r>
      <w:r>
        <w:rPr>
          <w:rFonts w:ascii="Pretendard" w:eastAsia="Pretendard" w:hAnsi="Pretendard" w:cs="Pretendard"/>
          <w:b/>
          <w:color w:val="1D0024"/>
          <w:sz w:val="32"/>
        </w:rPr>
        <w:t>검토</w:t>
      </w:r>
    </w:p>
    <w:p w14:paraId="52603E9D" w14:textId="77777777" w:rsidR="004B1372" w:rsidRDefault="00BB0BE3">
      <w:pPr>
        <w:keepNext/>
        <w:spacing w:before="200" w:after="160"/>
      </w:pPr>
      <w:r>
        <w:rPr>
          <w:rFonts w:ascii="Pretendard" w:eastAsia="Pretendard" w:hAnsi="Pretendard" w:cs="Pretendard"/>
          <w:b/>
          <w:color w:val="4F1DA1"/>
          <w:sz w:val="26"/>
        </w:rPr>
        <w:t>2-1. PRD</w:t>
      </w:r>
      <w:r>
        <w:rPr>
          <w:rFonts w:ascii="Pretendard" w:eastAsia="Pretendard" w:hAnsi="Pretendard" w:cs="Pretendard"/>
          <w:b/>
          <w:color w:val="4F1DA1"/>
          <w:sz w:val="26"/>
        </w:rPr>
        <w:t>가</w:t>
      </w:r>
      <w:r>
        <w:rPr>
          <w:rFonts w:ascii="Pretendard" w:eastAsia="Pretendard" w:hAnsi="Pretendard" w:cs="Pretendard"/>
          <w:b/>
          <w:color w:val="4F1DA1"/>
          <w:sz w:val="26"/>
        </w:rPr>
        <w:t xml:space="preserve"> </w:t>
      </w:r>
      <w:r>
        <w:rPr>
          <w:rFonts w:ascii="Pretendard" w:eastAsia="Pretendard" w:hAnsi="Pretendard" w:cs="Pretendard"/>
          <w:b/>
          <w:color w:val="4F1DA1"/>
          <w:sz w:val="26"/>
        </w:rPr>
        <w:t>제안한</w:t>
      </w:r>
      <w:r>
        <w:rPr>
          <w:rFonts w:ascii="Pretendard" w:eastAsia="Pretendard" w:hAnsi="Pretendard" w:cs="Pretendard"/>
          <w:b/>
          <w:color w:val="4F1DA1"/>
          <w:sz w:val="26"/>
        </w:rPr>
        <w:t xml:space="preserve"> </w:t>
      </w:r>
      <w:r>
        <w:rPr>
          <w:rFonts w:ascii="Pretendard" w:eastAsia="Pretendard" w:hAnsi="Pretendard" w:cs="Pretendard"/>
          <w:b/>
          <w:color w:val="4F1DA1"/>
          <w:sz w:val="26"/>
        </w:rPr>
        <w:t>것</w:t>
      </w:r>
    </w:p>
    <w:p w14:paraId="514EFF86" w14:textId="77777777" w:rsidR="004B1372" w:rsidRDefault="00BB0BE3">
      <w:pPr>
        <w:pStyle w:val="a0"/>
        <w:spacing w:after="60" w:line="312" w:lineRule="auto"/>
      </w:pPr>
      <w:r>
        <w:rPr>
          <w:rFonts w:ascii="Pretendard" w:eastAsia="Pretendard" w:hAnsi="Pretendard" w:cs="Pretendard"/>
          <w:color w:val="1D0024"/>
          <w:sz w:val="21"/>
        </w:rPr>
        <w:t>3</w:t>
      </w:r>
      <w:r>
        <w:rPr>
          <w:rFonts w:ascii="Pretendard" w:eastAsia="Pretendard" w:hAnsi="Pretendard" w:cs="Pretendard"/>
          <w:color w:val="1D0024"/>
          <w:sz w:val="21"/>
        </w:rPr>
        <w:t>층</w:t>
      </w:r>
      <w:r>
        <w:rPr>
          <w:rFonts w:ascii="Pretendard" w:eastAsia="Pretendard" w:hAnsi="Pretendard" w:cs="Pretendard"/>
          <w:color w:val="1D0024"/>
          <w:sz w:val="21"/>
        </w:rPr>
        <w:t xml:space="preserve"> </w:t>
      </w:r>
      <w:r>
        <w:rPr>
          <w:rFonts w:ascii="Pretendard" w:eastAsia="Pretendard" w:hAnsi="Pretendard" w:cs="Pretendard"/>
          <w:color w:val="1D0024"/>
          <w:sz w:val="21"/>
        </w:rPr>
        <w:t>구조</w:t>
      </w:r>
      <w:r>
        <w:rPr>
          <w:rFonts w:ascii="Pretendard" w:eastAsia="Pretendard" w:hAnsi="Pretendard" w:cs="Pretendard"/>
          <w:color w:val="1D0024"/>
          <w:sz w:val="21"/>
        </w:rPr>
        <w:t>: 1</w:t>
      </w:r>
      <w:r>
        <w:rPr>
          <w:rFonts w:ascii="Pretendard" w:eastAsia="Pretendard" w:hAnsi="Pretendard" w:cs="Pretendard"/>
          <w:color w:val="1D0024"/>
          <w:sz w:val="21"/>
        </w:rPr>
        <w:t>층</w:t>
      </w:r>
      <w:r>
        <w:rPr>
          <w:rFonts w:ascii="Pretendard" w:eastAsia="Pretendard" w:hAnsi="Pretendard" w:cs="Pretendard"/>
          <w:color w:val="1D0024"/>
          <w:sz w:val="21"/>
        </w:rPr>
        <w:t xml:space="preserve"> </w:t>
      </w:r>
      <w:r>
        <w:rPr>
          <w:rFonts w:ascii="Pretendard" w:eastAsia="Pretendard" w:hAnsi="Pretendard" w:cs="Pretendard"/>
          <w:color w:val="1D0024"/>
          <w:sz w:val="21"/>
        </w:rPr>
        <w:t>정보</w:t>
      </w:r>
      <w:r>
        <w:rPr>
          <w:rFonts w:ascii="Pretendard" w:eastAsia="Pretendard" w:hAnsi="Pretendard" w:cs="Pretendard"/>
          <w:color w:val="1D0024"/>
          <w:sz w:val="21"/>
        </w:rPr>
        <w:t>·</w:t>
      </w:r>
      <w:r>
        <w:rPr>
          <w:rFonts w:ascii="Pretendard" w:eastAsia="Pretendard" w:hAnsi="Pretendard" w:cs="Pretendard"/>
          <w:color w:val="1D0024"/>
          <w:sz w:val="21"/>
        </w:rPr>
        <w:t>발견</w:t>
      </w:r>
      <w:r>
        <w:rPr>
          <w:rFonts w:ascii="Pretendard" w:eastAsia="Pretendard" w:hAnsi="Pretendard" w:cs="Pretendard"/>
          <w:color w:val="1D0024"/>
          <w:sz w:val="21"/>
        </w:rPr>
        <w:t>(</w:t>
      </w:r>
      <w:r>
        <w:rPr>
          <w:rFonts w:ascii="Pretendard" w:eastAsia="Pretendard" w:hAnsi="Pretendard" w:cs="Pretendard"/>
          <w:color w:val="1D0024"/>
          <w:sz w:val="21"/>
        </w:rPr>
        <w:t>다국어</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원문</w:t>
      </w:r>
      <w:r>
        <w:rPr>
          <w:rFonts w:ascii="Pretendard" w:eastAsia="Pretendard" w:hAnsi="Pretendard" w:cs="Pretendard"/>
          <w:color w:val="1D0024"/>
          <w:sz w:val="21"/>
        </w:rPr>
        <w:t xml:space="preserve"> </w:t>
      </w:r>
      <w:r>
        <w:rPr>
          <w:rFonts w:ascii="Pretendard" w:eastAsia="Pretendard" w:hAnsi="Pretendard" w:cs="Pretendard"/>
          <w:color w:val="1D0024"/>
          <w:sz w:val="21"/>
        </w:rPr>
        <w:t>허브</w:t>
      </w:r>
      <w:r>
        <w:rPr>
          <w:rFonts w:ascii="Pretendard" w:eastAsia="Pretendard" w:hAnsi="Pretendard" w:cs="Pretendard"/>
          <w:color w:val="1D0024"/>
          <w:sz w:val="21"/>
        </w:rPr>
        <w:t>), 2</w:t>
      </w:r>
      <w:r>
        <w:rPr>
          <w:rFonts w:ascii="Pretendard" w:eastAsia="Pretendard" w:hAnsi="Pretendard" w:cs="Pretendard"/>
          <w:color w:val="1D0024"/>
          <w:sz w:val="21"/>
        </w:rPr>
        <w:t>층</w:t>
      </w:r>
      <w:r>
        <w:rPr>
          <w:rFonts w:ascii="Pretendard" w:eastAsia="Pretendard" w:hAnsi="Pretendard" w:cs="Pretendard"/>
          <w:color w:val="1D0024"/>
          <w:sz w:val="21"/>
        </w:rPr>
        <w:t xml:space="preserve"> </w:t>
      </w:r>
      <w:r>
        <w:rPr>
          <w:rFonts w:ascii="Pretendard" w:eastAsia="Pretendard" w:hAnsi="Pretendard" w:cs="Pretendard"/>
          <w:color w:val="1D0024"/>
          <w:sz w:val="21"/>
        </w:rPr>
        <w:t>상담</w:t>
      </w:r>
      <w:r>
        <w:rPr>
          <w:rFonts w:ascii="Pretendard" w:eastAsia="Pretendard" w:hAnsi="Pretendard" w:cs="Pretendard"/>
          <w:color w:val="1D0024"/>
          <w:sz w:val="21"/>
        </w:rPr>
        <w:t>·</w:t>
      </w:r>
      <w:r>
        <w:rPr>
          <w:rFonts w:ascii="Pretendard" w:eastAsia="Pretendard" w:hAnsi="Pretendard" w:cs="Pretendard"/>
          <w:color w:val="1D0024"/>
          <w:sz w:val="21"/>
        </w:rPr>
        <w:t>예약</w:t>
      </w:r>
      <w:r>
        <w:rPr>
          <w:rFonts w:ascii="Pretendard" w:eastAsia="Pretendard" w:hAnsi="Pretendard" w:cs="Pretendard"/>
          <w:color w:val="1D0024"/>
          <w:sz w:val="21"/>
        </w:rPr>
        <w:t>(</w:t>
      </w:r>
      <w:r>
        <w:rPr>
          <w:rFonts w:ascii="Pretendard" w:eastAsia="Pretendard" w:hAnsi="Pretendard" w:cs="Pretendard"/>
          <w:color w:val="1D0024"/>
          <w:sz w:val="21"/>
        </w:rPr>
        <w:t>유치업</w:t>
      </w:r>
      <w:r>
        <w:rPr>
          <w:rFonts w:ascii="Pretendard" w:eastAsia="Pretendard" w:hAnsi="Pretendard" w:cs="Pretendard"/>
          <w:color w:val="1D0024"/>
          <w:sz w:val="21"/>
        </w:rPr>
        <w:t xml:space="preserve"> </w:t>
      </w:r>
      <w:r>
        <w:rPr>
          <w:rFonts w:ascii="Pretendard" w:eastAsia="Pretendard" w:hAnsi="Pretendard" w:cs="Pretendard"/>
          <w:color w:val="1D0024"/>
          <w:sz w:val="21"/>
        </w:rPr>
        <w:t>등록</w:t>
      </w:r>
      <w:r>
        <w:rPr>
          <w:rFonts w:ascii="Pretendard" w:eastAsia="Pretendard" w:hAnsi="Pretendard" w:cs="Pretendard"/>
          <w:color w:val="1D0024"/>
          <w:sz w:val="21"/>
        </w:rPr>
        <w:t xml:space="preserve"> </w:t>
      </w:r>
      <w:r>
        <w:rPr>
          <w:rFonts w:ascii="Pretendard" w:eastAsia="Pretendard" w:hAnsi="Pretendard" w:cs="Pretendard"/>
          <w:color w:val="1D0024"/>
          <w:sz w:val="21"/>
        </w:rPr>
        <w:t>후</w:t>
      </w:r>
      <w:r>
        <w:rPr>
          <w:rFonts w:ascii="Pretendard" w:eastAsia="Pretendard" w:hAnsi="Pretendard" w:cs="Pretendard"/>
          <w:color w:val="1D0024"/>
          <w:sz w:val="21"/>
        </w:rPr>
        <w:t>), 3</w:t>
      </w:r>
      <w:r>
        <w:rPr>
          <w:rFonts w:ascii="Pretendard" w:eastAsia="Pretendard" w:hAnsi="Pretendard" w:cs="Pretendard"/>
          <w:color w:val="1D0024"/>
          <w:sz w:val="21"/>
        </w:rPr>
        <w:t>층</w:t>
      </w:r>
      <w:r>
        <w:rPr>
          <w:rFonts w:ascii="Pretendard" w:eastAsia="Pretendard" w:hAnsi="Pretendard" w:cs="Pretendard"/>
          <w:color w:val="1D0024"/>
          <w:sz w:val="21"/>
        </w:rPr>
        <w:t xml:space="preserve"> </w:t>
      </w:r>
      <w:r>
        <w:rPr>
          <w:rFonts w:ascii="Pretendard" w:eastAsia="Pretendard" w:hAnsi="Pretendard" w:cs="Pretendard"/>
          <w:color w:val="1D0024"/>
          <w:sz w:val="21"/>
        </w:rPr>
        <w:t>회복기</w:t>
      </w:r>
      <w:r>
        <w:rPr>
          <w:rFonts w:ascii="Pretendard" w:eastAsia="Pretendard" w:hAnsi="Pretendard" w:cs="Pretendard"/>
          <w:color w:val="1D0024"/>
          <w:sz w:val="21"/>
        </w:rPr>
        <w:t xml:space="preserve"> </w:t>
      </w:r>
      <w:r>
        <w:rPr>
          <w:rFonts w:ascii="Pretendard" w:eastAsia="Pretendard" w:hAnsi="Pretendard" w:cs="Pretendard"/>
          <w:color w:val="1D0024"/>
          <w:sz w:val="21"/>
        </w:rPr>
        <w:t>여정</w:t>
      </w:r>
      <w:r>
        <w:rPr>
          <w:rFonts w:ascii="Pretendard" w:eastAsia="Pretendard" w:hAnsi="Pretendard" w:cs="Pretendard"/>
          <w:color w:val="1D0024"/>
          <w:sz w:val="21"/>
        </w:rPr>
        <w:t>(</w:t>
      </w:r>
      <w:r>
        <w:rPr>
          <w:rFonts w:ascii="Pretendard" w:eastAsia="Pretendard" w:hAnsi="Pretendard" w:cs="Pretendard"/>
          <w:color w:val="1D0024"/>
          <w:sz w:val="21"/>
        </w:rPr>
        <w:t>숙박</w:t>
      </w:r>
      <w:r>
        <w:rPr>
          <w:rFonts w:ascii="Pretendard" w:eastAsia="Pretendard" w:hAnsi="Pretendard" w:cs="Pretendard"/>
          <w:color w:val="1D0024"/>
          <w:sz w:val="21"/>
        </w:rPr>
        <w:t>·</w:t>
      </w:r>
      <w:r>
        <w:rPr>
          <w:rFonts w:ascii="Pretendard" w:eastAsia="Pretendard" w:hAnsi="Pretendard" w:cs="Pretendard"/>
          <w:color w:val="1D0024"/>
          <w:sz w:val="21"/>
        </w:rPr>
        <w:t>식사</w:t>
      </w:r>
      <w:r>
        <w:rPr>
          <w:rFonts w:ascii="Pretendard" w:eastAsia="Pretendard" w:hAnsi="Pretendard" w:cs="Pretendard"/>
          <w:color w:val="1D0024"/>
          <w:sz w:val="21"/>
        </w:rPr>
        <w:t>·</w:t>
      </w:r>
      <w:r>
        <w:rPr>
          <w:rFonts w:ascii="Pretendard" w:eastAsia="Pretendard" w:hAnsi="Pretendard" w:cs="Pretendard"/>
          <w:color w:val="1D0024"/>
          <w:sz w:val="21"/>
        </w:rPr>
        <w:t>관광</w:t>
      </w:r>
      <w:r>
        <w:rPr>
          <w:rFonts w:ascii="Pretendard" w:eastAsia="Pretendard" w:hAnsi="Pretendard" w:cs="Pretendard"/>
          <w:color w:val="1D0024"/>
          <w:sz w:val="21"/>
        </w:rPr>
        <w:t xml:space="preserve"> </w:t>
      </w:r>
      <w:r>
        <w:rPr>
          <w:rFonts w:ascii="Pretendard" w:eastAsia="Pretendard" w:hAnsi="Pretendard" w:cs="Pretendard"/>
          <w:color w:val="1D0024"/>
          <w:sz w:val="21"/>
        </w:rPr>
        <w:t>제휴</w:t>
      </w:r>
      <w:r>
        <w:rPr>
          <w:rFonts w:ascii="Pretendard" w:eastAsia="Pretendard" w:hAnsi="Pretendard" w:cs="Pretendard"/>
          <w:color w:val="1D0024"/>
          <w:sz w:val="21"/>
        </w:rPr>
        <w:t xml:space="preserve"> </w:t>
      </w:r>
      <w:r>
        <w:rPr>
          <w:rFonts w:ascii="Pretendard" w:eastAsia="Pretendard" w:hAnsi="Pretendard" w:cs="Pretendard"/>
          <w:color w:val="1D0024"/>
          <w:sz w:val="21"/>
        </w:rPr>
        <w:t>링크</w:t>
      </w:r>
      <w:r>
        <w:rPr>
          <w:rFonts w:ascii="Pretendard" w:eastAsia="Pretendard" w:hAnsi="Pretendard" w:cs="Pretendard"/>
          <w:color w:val="1D0024"/>
          <w:sz w:val="21"/>
        </w:rPr>
        <w:t>)</w:t>
      </w:r>
    </w:p>
    <w:p w14:paraId="5EADA67F" w14:textId="77777777" w:rsidR="004B1372" w:rsidRDefault="00BB0BE3">
      <w:pPr>
        <w:pStyle w:val="a0"/>
        <w:spacing w:after="60" w:line="312" w:lineRule="auto"/>
      </w:pPr>
      <w:r>
        <w:rPr>
          <w:rFonts w:ascii="Pretendard" w:eastAsia="Pretendard" w:hAnsi="Pretendard" w:cs="Pretendard"/>
          <w:color w:val="1D0024"/>
          <w:sz w:val="21"/>
        </w:rPr>
        <w:t>구조</w:t>
      </w:r>
      <w:r>
        <w:rPr>
          <w:rFonts w:ascii="Pretendard" w:eastAsia="Pretendard" w:hAnsi="Pretendard" w:cs="Pretendard"/>
          <w:color w:val="1D0024"/>
          <w:sz w:val="21"/>
        </w:rPr>
        <w:t xml:space="preserve">: AIO2O </w:t>
      </w:r>
      <w:r>
        <w:rPr>
          <w:rFonts w:ascii="Pretendard" w:eastAsia="Pretendard" w:hAnsi="Pretendard" w:cs="Pretendard"/>
          <w:color w:val="1D0024"/>
          <w:sz w:val="21"/>
        </w:rPr>
        <w:t>단독</w:t>
      </w:r>
      <w:r>
        <w:rPr>
          <w:rFonts w:ascii="Pretendard" w:eastAsia="Pretendard" w:hAnsi="Pretendard" w:cs="Pretendard"/>
          <w:color w:val="1D0024"/>
          <w:sz w:val="21"/>
        </w:rPr>
        <w:t xml:space="preserve"> </w:t>
      </w:r>
      <w:r>
        <w:rPr>
          <w:rFonts w:ascii="Pretendard" w:eastAsia="Pretendard" w:hAnsi="Pretendard" w:cs="Pretendard"/>
          <w:color w:val="1D0024"/>
          <w:sz w:val="21"/>
        </w:rPr>
        <w:t>소유</w:t>
      </w:r>
      <w:r>
        <w:rPr>
          <w:rFonts w:ascii="Pretendard" w:eastAsia="Pretendard" w:hAnsi="Pretendard" w:cs="Pretendard"/>
          <w:color w:val="1D0024"/>
          <w:sz w:val="21"/>
        </w:rPr>
        <w:t xml:space="preserve">, </w:t>
      </w:r>
      <w:r>
        <w:rPr>
          <w:rFonts w:ascii="Pretendard" w:eastAsia="Pretendard" w:hAnsi="Pretendard" w:cs="Pretendard"/>
          <w:color w:val="1D0024"/>
          <w:sz w:val="21"/>
        </w:rPr>
        <w:t>뷰성형외과는</w:t>
      </w:r>
      <w:r>
        <w:rPr>
          <w:rFonts w:ascii="Pretendard" w:eastAsia="Pretendard" w:hAnsi="Pretendard" w:cs="Pretendard"/>
          <w:color w:val="1D0024"/>
          <w:sz w:val="21"/>
        </w:rPr>
        <w:t xml:space="preserve"> </w:t>
      </w:r>
      <w:r>
        <w:rPr>
          <w:rFonts w:ascii="Pretendard" w:eastAsia="Pretendard" w:hAnsi="Pretendard" w:cs="Pretendard"/>
          <w:color w:val="1D0024"/>
          <w:sz w:val="21"/>
        </w:rPr>
        <w:t>앵커</w:t>
      </w:r>
      <w:r>
        <w:rPr>
          <w:rFonts w:ascii="Pretendard" w:eastAsia="Pretendard" w:hAnsi="Pretendard" w:cs="Pretendard"/>
          <w:color w:val="1D0024"/>
          <w:sz w:val="21"/>
        </w:rPr>
        <w:t xml:space="preserve"> </w:t>
      </w:r>
      <w:r>
        <w:rPr>
          <w:rFonts w:ascii="Pretendard" w:eastAsia="Pretendard" w:hAnsi="Pretendard" w:cs="Pretendard"/>
          <w:color w:val="1D0024"/>
          <w:sz w:val="21"/>
        </w:rPr>
        <w:t>파트너</w:t>
      </w:r>
      <w:r>
        <w:rPr>
          <w:rFonts w:ascii="Pretendard" w:eastAsia="Pretendard" w:hAnsi="Pretendard" w:cs="Pretendard"/>
          <w:color w:val="1D0024"/>
          <w:sz w:val="21"/>
        </w:rPr>
        <w:t>(</w:t>
      </w:r>
      <w:r>
        <w:rPr>
          <w:rFonts w:ascii="Pretendard" w:eastAsia="Pretendard" w:hAnsi="Pretendard" w:cs="Pretendard"/>
          <w:color w:val="1D0024"/>
          <w:sz w:val="21"/>
        </w:rPr>
        <w:t>첫</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2~4</w:t>
      </w:r>
      <w:r>
        <w:rPr>
          <w:rFonts w:ascii="Pretendard" w:eastAsia="Pretendard" w:hAnsi="Pretendard" w:cs="Pretendard"/>
          <w:color w:val="1D0024"/>
          <w:sz w:val="21"/>
        </w:rPr>
        <w:t>곳</w:t>
      </w:r>
      <w:r>
        <w:rPr>
          <w:rFonts w:ascii="Pretendard" w:eastAsia="Pretendard" w:hAnsi="Pretendard" w:cs="Pretendard"/>
          <w:color w:val="1D0024"/>
          <w:sz w:val="21"/>
        </w:rPr>
        <w:t xml:space="preserve"> </w:t>
      </w:r>
      <w:r>
        <w:rPr>
          <w:rFonts w:ascii="Pretendard" w:eastAsia="Pretendard" w:hAnsi="Pretendard" w:cs="Pretendard"/>
          <w:color w:val="1D0024"/>
          <w:sz w:val="21"/>
        </w:rPr>
        <w:t>소개</w:t>
      </w:r>
      <w:r>
        <w:rPr>
          <w:rFonts w:ascii="Pretendard" w:eastAsia="Pretendard" w:hAnsi="Pretendard" w:cs="Pretendard"/>
          <w:color w:val="1D0024"/>
          <w:sz w:val="21"/>
        </w:rPr>
        <w:t xml:space="preserve">, </w:t>
      </w:r>
      <w:r>
        <w:rPr>
          <w:rFonts w:ascii="Pretendard" w:eastAsia="Pretendard" w:hAnsi="Pretendard" w:cs="Pretendard"/>
          <w:color w:val="1D0024"/>
          <w:sz w:val="21"/>
        </w:rPr>
        <w:t>의료</w:t>
      </w:r>
      <w:r>
        <w:rPr>
          <w:rFonts w:ascii="Pretendard" w:eastAsia="Pretendard" w:hAnsi="Pretendard" w:cs="Pretendard"/>
          <w:color w:val="1D0024"/>
          <w:sz w:val="21"/>
        </w:rPr>
        <w:t xml:space="preserve"> </w:t>
      </w:r>
      <w:r>
        <w:rPr>
          <w:rFonts w:ascii="Pretendard" w:eastAsia="Pretendard" w:hAnsi="Pretendard" w:cs="Pretendard"/>
          <w:color w:val="1D0024"/>
          <w:sz w:val="21"/>
        </w:rPr>
        <w:t>자문</w:t>
      </w:r>
      <w:r>
        <w:rPr>
          <w:rFonts w:ascii="Pretendard" w:eastAsia="Pretendard" w:hAnsi="Pretendard" w:cs="Pretendard"/>
          <w:color w:val="1D0024"/>
          <w:sz w:val="21"/>
        </w:rPr>
        <w:t>)</w:t>
      </w:r>
    </w:p>
    <w:p w14:paraId="46D948C7" w14:textId="77777777" w:rsidR="004B1372" w:rsidRDefault="00BB0BE3">
      <w:pPr>
        <w:pStyle w:val="a0"/>
        <w:spacing w:after="60" w:line="312" w:lineRule="auto"/>
      </w:pPr>
      <w:r>
        <w:rPr>
          <w:rFonts w:ascii="Pretendard" w:eastAsia="Pretendard" w:hAnsi="Pretendard" w:cs="Pretendard"/>
          <w:color w:val="1D0024"/>
          <w:sz w:val="21"/>
        </w:rPr>
        <w:t>1</w:t>
      </w:r>
      <w:r>
        <w:rPr>
          <w:rFonts w:ascii="Pretendard" w:eastAsia="Pretendard" w:hAnsi="Pretendard" w:cs="Pretendard"/>
          <w:color w:val="1D0024"/>
          <w:sz w:val="21"/>
        </w:rPr>
        <w:t>단계</w:t>
      </w:r>
      <w:r>
        <w:rPr>
          <w:rFonts w:ascii="Pretendard" w:eastAsia="Pretendard" w:hAnsi="Pretendard" w:cs="Pretendard"/>
          <w:color w:val="1D0024"/>
          <w:sz w:val="21"/>
        </w:rPr>
        <w:t>(8~12</w:t>
      </w:r>
      <w:r>
        <w:rPr>
          <w:rFonts w:ascii="Pretendard" w:eastAsia="Pretendard" w:hAnsi="Pretendard" w:cs="Pretendard"/>
          <w:color w:val="1D0024"/>
          <w:sz w:val="21"/>
        </w:rPr>
        <w:t>주</w:t>
      </w:r>
      <w:r>
        <w:rPr>
          <w:rFonts w:ascii="Pretendard" w:eastAsia="Pretendard" w:hAnsi="Pretendard" w:cs="Pretendard"/>
          <w:color w:val="1D0024"/>
          <w:sz w:val="21"/>
        </w:rPr>
        <w:t xml:space="preserve">) </w:t>
      </w:r>
      <w:r>
        <w:rPr>
          <w:rFonts w:ascii="Pretendard" w:eastAsia="Pretendard" w:hAnsi="Pretendard" w:cs="Pretendard"/>
          <w:color w:val="1D0024"/>
          <w:sz w:val="21"/>
        </w:rPr>
        <w:t>게이트</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4</w:t>
      </w:r>
      <w:r>
        <w:rPr>
          <w:rFonts w:ascii="Pretendard" w:eastAsia="Pretendard" w:hAnsi="Pretendard" w:cs="Pretendard"/>
          <w:color w:val="1D0024"/>
          <w:sz w:val="21"/>
        </w:rPr>
        <w:t>곳</w:t>
      </w:r>
      <w:r>
        <w:rPr>
          <w:rFonts w:ascii="Pretendard" w:eastAsia="Pretendard" w:hAnsi="Pretendard" w:cs="Pretendard"/>
          <w:color w:val="1D0024"/>
          <w:sz w:val="21"/>
        </w:rPr>
        <w:t xml:space="preserve"> </w:t>
      </w:r>
      <w:r>
        <w:rPr>
          <w:rFonts w:ascii="Pretendard" w:eastAsia="Pretendard" w:hAnsi="Pretendard" w:cs="Pretendard"/>
          <w:color w:val="1D0024"/>
          <w:sz w:val="21"/>
        </w:rPr>
        <w:t>개설자</w:t>
      </w:r>
      <w:r>
        <w:rPr>
          <w:rFonts w:ascii="Pretendard" w:eastAsia="Pretendard" w:hAnsi="Pretendard" w:cs="Pretendard"/>
          <w:color w:val="1D0024"/>
          <w:sz w:val="21"/>
        </w:rPr>
        <w:t xml:space="preserve"> </w:t>
      </w:r>
      <w:r>
        <w:rPr>
          <w:rFonts w:ascii="Pretendard" w:eastAsia="Pretendard" w:hAnsi="Pretendard" w:cs="Pretendard"/>
          <w:color w:val="1D0024"/>
          <w:sz w:val="21"/>
        </w:rPr>
        <w:t>승인</w:t>
      </w:r>
      <w:r>
        <w:rPr>
          <w:rFonts w:ascii="Pretendard" w:eastAsia="Pretendard" w:hAnsi="Pretendard" w:cs="Pretendard"/>
          <w:color w:val="1D0024"/>
          <w:sz w:val="21"/>
        </w:rPr>
        <w:t xml:space="preserve">, </w:t>
      </w:r>
      <w:r>
        <w:rPr>
          <w:rFonts w:ascii="Pretendard" w:eastAsia="Pretendard" w:hAnsi="Pretendard" w:cs="Pretendard"/>
          <w:color w:val="1D0024"/>
          <w:sz w:val="21"/>
        </w:rPr>
        <w:t>외국인</w:t>
      </w:r>
      <w:r>
        <w:rPr>
          <w:rFonts w:ascii="Pretendard" w:eastAsia="Pretendard" w:hAnsi="Pretendard" w:cs="Pretendard"/>
          <w:color w:val="1D0024"/>
          <w:sz w:val="21"/>
        </w:rPr>
        <w:t xml:space="preserve"> </w:t>
      </w:r>
      <w:r>
        <w:rPr>
          <w:rFonts w:ascii="Pretendard" w:eastAsia="Pretendard" w:hAnsi="Pretendard" w:cs="Pretendard"/>
          <w:color w:val="1D0024"/>
          <w:sz w:val="21"/>
        </w:rPr>
        <w:t>질문</w:t>
      </w:r>
      <w:r>
        <w:rPr>
          <w:rFonts w:ascii="Pretendard" w:eastAsia="Pretendard" w:hAnsi="Pretendard" w:cs="Pretendard"/>
          <w:color w:val="1D0024"/>
          <w:sz w:val="21"/>
        </w:rPr>
        <w:t xml:space="preserve"> </w:t>
      </w:r>
      <w:r>
        <w:rPr>
          <w:rFonts w:ascii="Pretendard" w:eastAsia="Pretendard" w:hAnsi="Pretendard" w:cs="Pretendard"/>
          <w:color w:val="1D0024"/>
          <w:sz w:val="21"/>
        </w:rPr>
        <w:t>뱅크</w:t>
      </w:r>
      <w:r>
        <w:rPr>
          <w:rFonts w:ascii="Pretendard" w:eastAsia="Pretendard" w:hAnsi="Pretendard" w:cs="Pretendard"/>
          <w:color w:val="1D0024"/>
          <w:sz w:val="21"/>
        </w:rPr>
        <w:t xml:space="preserve"> </w:t>
      </w:r>
      <w:r>
        <w:rPr>
          <w:rFonts w:ascii="Pretendard" w:eastAsia="Pretendard" w:hAnsi="Pretendard" w:cs="Pretendard"/>
          <w:color w:val="1D0024"/>
          <w:sz w:val="21"/>
        </w:rPr>
        <w:t>인용</w:t>
      </w:r>
      <w:r>
        <w:rPr>
          <w:rFonts w:ascii="Pretendard" w:eastAsia="Pretendard" w:hAnsi="Pretendard" w:cs="Pretendard"/>
          <w:color w:val="1D0024"/>
          <w:sz w:val="21"/>
        </w:rPr>
        <w:t xml:space="preserve"> </w:t>
      </w:r>
      <w:r>
        <w:rPr>
          <w:rFonts w:ascii="Pretendard" w:eastAsia="Pretendard" w:hAnsi="Pretendard" w:cs="Pretendard"/>
          <w:color w:val="1D0024"/>
          <w:sz w:val="21"/>
        </w:rPr>
        <w:t>기준선</w:t>
      </w:r>
      <w:r>
        <w:rPr>
          <w:rFonts w:ascii="Pretendard" w:eastAsia="Pretendard" w:hAnsi="Pretendard" w:cs="Pretendard"/>
          <w:color w:val="1D0024"/>
          <w:sz w:val="21"/>
        </w:rPr>
        <w:t xml:space="preserve">, </w:t>
      </w:r>
      <w:r>
        <w:rPr>
          <w:rFonts w:ascii="Pretendard" w:eastAsia="Pretendard" w:hAnsi="Pretendard" w:cs="Pretendard"/>
          <w:color w:val="1D0024"/>
          <w:sz w:val="21"/>
        </w:rPr>
        <w:t>상담</w:t>
      </w:r>
      <w:r>
        <w:rPr>
          <w:rFonts w:ascii="Pretendard" w:eastAsia="Pretendard" w:hAnsi="Pretendard" w:cs="Pretendard"/>
          <w:color w:val="1D0024"/>
          <w:sz w:val="21"/>
        </w:rPr>
        <w:t xml:space="preserve"> </w:t>
      </w:r>
      <w:r>
        <w:rPr>
          <w:rFonts w:ascii="Pretendard" w:eastAsia="Pretendard" w:hAnsi="Pretendard" w:cs="Pretendard"/>
          <w:color w:val="1D0024"/>
          <w:sz w:val="21"/>
        </w:rPr>
        <w:t>신청</w:t>
      </w:r>
      <w:r>
        <w:rPr>
          <w:rFonts w:ascii="Pretendard" w:eastAsia="Pretendard" w:hAnsi="Pretendard" w:cs="Pretendard"/>
          <w:color w:val="1D0024"/>
          <w:sz w:val="21"/>
        </w:rPr>
        <w:t xml:space="preserve"> </w:t>
      </w:r>
      <w:r>
        <w:rPr>
          <w:rFonts w:ascii="Pretendard" w:eastAsia="Pretendard" w:hAnsi="Pretendard" w:cs="Pretendard"/>
          <w:color w:val="1D0024"/>
          <w:sz w:val="21"/>
        </w:rPr>
        <w:t>월</w:t>
      </w:r>
      <w:r>
        <w:rPr>
          <w:rFonts w:ascii="Pretendard" w:eastAsia="Pretendard" w:hAnsi="Pretendard" w:cs="Pretendard"/>
          <w:color w:val="1D0024"/>
          <w:sz w:val="21"/>
        </w:rPr>
        <w:t xml:space="preserve"> 10</w:t>
      </w:r>
      <w:r>
        <w:rPr>
          <w:rFonts w:ascii="Pretendard" w:eastAsia="Pretendard" w:hAnsi="Pretendard" w:cs="Pretendard"/>
          <w:color w:val="1D0024"/>
          <w:sz w:val="21"/>
        </w:rPr>
        <w:t>건</w:t>
      </w:r>
    </w:p>
    <w:p w14:paraId="18C9D0B0" w14:textId="77777777" w:rsidR="004B1372" w:rsidRDefault="00BB0BE3">
      <w:pPr>
        <w:keepNext/>
        <w:spacing w:before="200" w:after="160"/>
      </w:pPr>
      <w:r>
        <w:rPr>
          <w:rFonts w:ascii="Pretendard" w:eastAsia="Pretendard" w:hAnsi="Pretendard" w:cs="Pretendard"/>
          <w:b/>
          <w:color w:val="4F1DA1"/>
          <w:sz w:val="26"/>
        </w:rPr>
        <w:t xml:space="preserve">2-2. </w:t>
      </w:r>
      <w:r>
        <w:rPr>
          <w:rFonts w:ascii="Pretendard" w:eastAsia="Pretendard" w:hAnsi="Pretendard" w:cs="Pretendard"/>
          <w:b/>
          <w:color w:val="4F1DA1"/>
          <w:sz w:val="26"/>
        </w:rPr>
        <w:t>지금도</w:t>
      </w:r>
      <w:r>
        <w:rPr>
          <w:rFonts w:ascii="Pretendard" w:eastAsia="Pretendard" w:hAnsi="Pretendard" w:cs="Pretendard"/>
          <w:b/>
          <w:color w:val="4F1DA1"/>
          <w:sz w:val="26"/>
        </w:rPr>
        <w:t xml:space="preserve"> </w:t>
      </w:r>
      <w:r>
        <w:rPr>
          <w:rFonts w:ascii="Pretendard" w:eastAsia="Pretendard" w:hAnsi="Pretendard" w:cs="Pretendard"/>
          <w:b/>
          <w:color w:val="4F1DA1"/>
          <w:sz w:val="26"/>
        </w:rPr>
        <w:t>유효한</w:t>
      </w:r>
      <w:r>
        <w:rPr>
          <w:rFonts w:ascii="Pretendard" w:eastAsia="Pretendard" w:hAnsi="Pretendard" w:cs="Pretendard"/>
          <w:b/>
          <w:color w:val="4F1DA1"/>
          <w:sz w:val="26"/>
        </w:rPr>
        <w:t xml:space="preserve"> </w:t>
      </w:r>
      <w:r>
        <w:rPr>
          <w:rFonts w:ascii="Pretendard" w:eastAsia="Pretendard" w:hAnsi="Pretendard" w:cs="Pretendard"/>
          <w:b/>
          <w:color w:val="4F1DA1"/>
          <w:sz w:val="26"/>
        </w:rPr>
        <w:t>판단</w:t>
      </w:r>
    </w:p>
    <w:p w14:paraId="1157B3FA" w14:textId="77777777" w:rsidR="004B1372" w:rsidRDefault="00BB0BE3">
      <w:pPr>
        <w:pStyle w:val="a0"/>
        <w:spacing w:after="60" w:line="312" w:lineRule="auto"/>
      </w:pPr>
      <w:r>
        <w:rPr>
          <w:rFonts w:ascii="Pretendard" w:eastAsia="Pretendard" w:hAnsi="Pretendard" w:cs="Pretendard"/>
          <w:color w:val="1D0024"/>
          <w:sz w:val="21"/>
        </w:rPr>
        <w:t>파이프라인</w:t>
      </w:r>
      <w:r>
        <w:rPr>
          <w:rFonts w:ascii="Pretendard" w:eastAsia="Pretendard" w:hAnsi="Pretendard" w:cs="Pretendard"/>
          <w:color w:val="1D0024"/>
          <w:sz w:val="21"/>
        </w:rPr>
        <w:t xml:space="preserve"> IP</w:t>
      </w:r>
      <w:r>
        <w:rPr>
          <w:rFonts w:ascii="Pretendard" w:eastAsia="Pretendard" w:hAnsi="Pretendard" w:cs="Pretendard"/>
          <w:color w:val="1D0024"/>
          <w:sz w:val="21"/>
        </w:rPr>
        <w:t>는</w:t>
      </w:r>
      <w:r>
        <w:rPr>
          <w:rFonts w:ascii="Pretendard" w:eastAsia="Pretendard" w:hAnsi="Pretendard" w:cs="Pretendard"/>
          <w:color w:val="1D0024"/>
          <w:sz w:val="21"/>
        </w:rPr>
        <w:t xml:space="preserve"> AIO2O 100%.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자회사</w:t>
      </w:r>
      <w:r>
        <w:rPr>
          <w:rFonts w:ascii="Pretendard" w:eastAsia="Pretendard" w:hAnsi="Pretendard" w:cs="Pretendard"/>
          <w:color w:val="1D0024"/>
          <w:sz w:val="21"/>
        </w:rPr>
        <w:t>·</w:t>
      </w:r>
      <w:r>
        <w:rPr>
          <w:rFonts w:ascii="Pretendard" w:eastAsia="Pretendard" w:hAnsi="Pretendard" w:cs="Pretendard"/>
          <w:color w:val="1D0024"/>
          <w:sz w:val="21"/>
        </w:rPr>
        <w:t>합작법인</w:t>
      </w:r>
      <w:r>
        <w:rPr>
          <w:rFonts w:ascii="Pretendard" w:eastAsia="Pretendard" w:hAnsi="Pretendard" w:cs="Pretendard"/>
          <w:color w:val="1D0024"/>
          <w:sz w:val="21"/>
        </w:rPr>
        <w:t xml:space="preserve"> </w:t>
      </w:r>
      <w:r>
        <w:rPr>
          <w:rFonts w:ascii="Pretendard" w:eastAsia="Pretendard" w:hAnsi="Pretendard" w:cs="Pretendard"/>
          <w:color w:val="1D0024"/>
          <w:sz w:val="21"/>
        </w:rPr>
        <w:t>구조는</w:t>
      </w:r>
      <w:r>
        <w:rPr>
          <w:rFonts w:ascii="Pretendard" w:eastAsia="Pretendard" w:hAnsi="Pretendard" w:cs="Pretendard"/>
          <w:color w:val="1D0024"/>
          <w:sz w:val="21"/>
        </w:rPr>
        <w:t xml:space="preserve"> </w:t>
      </w:r>
      <w:r>
        <w:rPr>
          <w:rFonts w:ascii="Pretendard" w:eastAsia="Pretendard" w:hAnsi="Pretendard" w:cs="Pretendard"/>
          <w:color w:val="1D0024"/>
          <w:sz w:val="21"/>
        </w:rPr>
        <w:t>중립성과</w:t>
      </w:r>
      <w:r>
        <w:rPr>
          <w:rFonts w:ascii="Pretendard" w:eastAsia="Pretendard" w:hAnsi="Pretendard" w:cs="Pretendard"/>
          <w:color w:val="1D0024"/>
          <w:sz w:val="21"/>
        </w:rPr>
        <w:t xml:space="preserve"> IP</w:t>
      </w:r>
      <w:r>
        <w:rPr>
          <w:rFonts w:ascii="Pretendard" w:eastAsia="Pretendard" w:hAnsi="Pretendard" w:cs="Pretendard"/>
          <w:color w:val="1D0024"/>
          <w:sz w:val="21"/>
        </w:rPr>
        <w:t>에서</w:t>
      </w:r>
      <w:r>
        <w:rPr>
          <w:rFonts w:ascii="Pretendard" w:eastAsia="Pretendard" w:hAnsi="Pretendard" w:cs="Pretendard"/>
          <w:color w:val="1D0024"/>
          <w:sz w:val="21"/>
        </w:rPr>
        <w:t xml:space="preserve"> </w:t>
      </w:r>
      <w:r>
        <w:rPr>
          <w:rFonts w:ascii="Pretendard" w:eastAsia="Pretendard" w:hAnsi="Pretendard" w:cs="Pretendard"/>
          <w:color w:val="1D0024"/>
          <w:sz w:val="21"/>
        </w:rPr>
        <w:t>불리</w:t>
      </w:r>
    </w:p>
    <w:p w14:paraId="6CA02E99" w14:textId="77777777" w:rsidR="004B1372" w:rsidRDefault="00BB0BE3">
      <w:pPr>
        <w:pStyle w:val="a0"/>
        <w:spacing w:after="60" w:line="312" w:lineRule="auto"/>
      </w:pPr>
      <w:r>
        <w:rPr>
          <w:rFonts w:ascii="Pretendard" w:eastAsia="Pretendard" w:hAnsi="Pretendard" w:cs="Pretendard"/>
          <w:color w:val="1D0024"/>
          <w:sz w:val="21"/>
        </w:rPr>
        <w:t>1</w:t>
      </w:r>
      <w:r>
        <w:rPr>
          <w:rFonts w:ascii="Pretendard" w:eastAsia="Pretendard" w:hAnsi="Pretendard" w:cs="Pretendard"/>
          <w:color w:val="1D0024"/>
          <w:sz w:val="21"/>
        </w:rPr>
        <w:t>단계는</w:t>
      </w:r>
      <w:r>
        <w:rPr>
          <w:rFonts w:ascii="Pretendard" w:eastAsia="Pretendard" w:hAnsi="Pretendard" w:cs="Pretendard"/>
          <w:color w:val="1D0024"/>
          <w:sz w:val="21"/>
        </w:rPr>
        <w:t xml:space="preserve"> </w:t>
      </w:r>
      <w:r>
        <w:rPr>
          <w:rFonts w:ascii="Pretendard" w:eastAsia="Pretendard" w:hAnsi="Pretendard" w:cs="Pretendard"/>
          <w:color w:val="1D0024"/>
          <w:sz w:val="21"/>
        </w:rPr>
        <w:t>수수료</w:t>
      </w:r>
      <w:r>
        <w:rPr>
          <w:rFonts w:ascii="Pretendard" w:eastAsia="Pretendard" w:hAnsi="Pretendard" w:cs="Pretendard"/>
          <w:color w:val="1D0024"/>
          <w:sz w:val="21"/>
        </w:rPr>
        <w:t xml:space="preserve"> </w:t>
      </w:r>
      <w:r>
        <w:rPr>
          <w:rFonts w:ascii="Pretendard" w:eastAsia="Pretendard" w:hAnsi="Pretendard" w:cs="Pretendard"/>
          <w:color w:val="1D0024"/>
          <w:sz w:val="21"/>
        </w:rPr>
        <w:t>없이</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직결</w:t>
      </w:r>
      <w:r>
        <w:rPr>
          <w:rFonts w:ascii="Pretendard" w:eastAsia="Pretendard" w:hAnsi="Pretendard" w:cs="Pretendard"/>
          <w:color w:val="1D0024"/>
          <w:sz w:val="21"/>
        </w:rPr>
        <w:t xml:space="preserve">. </w:t>
      </w:r>
      <w:r>
        <w:rPr>
          <w:rFonts w:ascii="Pretendard" w:eastAsia="Pretendard" w:hAnsi="Pretendard" w:cs="Pretendard"/>
          <w:color w:val="1D0024"/>
          <w:sz w:val="21"/>
        </w:rPr>
        <w:t>대가를</w:t>
      </w:r>
      <w:r>
        <w:rPr>
          <w:rFonts w:ascii="Pretendard" w:eastAsia="Pretendard" w:hAnsi="Pretendard" w:cs="Pretendard"/>
          <w:color w:val="1D0024"/>
          <w:sz w:val="21"/>
        </w:rPr>
        <w:t xml:space="preserve"> </w:t>
      </w:r>
      <w:r>
        <w:rPr>
          <w:rFonts w:ascii="Pretendard" w:eastAsia="Pretendard" w:hAnsi="Pretendard" w:cs="Pretendard"/>
          <w:color w:val="1D0024"/>
          <w:sz w:val="21"/>
        </w:rPr>
        <w:t>받으면</w:t>
      </w:r>
      <w:r>
        <w:rPr>
          <w:rFonts w:ascii="Pretendard" w:eastAsia="Pretendard" w:hAnsi="Pretendard" w:cs="Pretendard"/>
          <w:color w:val="1D0024"/>
          <w:sz w:val="21"/>
        </w:rPr>
        <w:t xml:space="preserve"> </w:t>
      </w:r>
      <w:r>
        <w:rPr>
          <w:rFonts w:ascii="Pretendard" w:eastAsia="Pretendard" w:hAnsi="Pretendard" w:cs="Pretendard"/>
          <w:color w:val="1D0024"/>
          <w:sz w:val="21"/>
        </w:rPr>
        <w:t>유치업</w:t>
      </w:r>
      <w:r>
        <w:rPr>
          <w:rFonts w:ascii="Pretendard" w:eastAsia="Pretendard" w:hAnsi="Pretendard" w:cs="Pretendard"/>
          <w:color w:val="1D0024"/>
          <w:sz w:val="21"/>
        </w:rPr>
        <w:t xml:space="preserve"> </w:t>
      </w:r>
      <w:r>
        <w:rPr>
          <w:rFonts w:ascii="Pretendard" w:eastAsia="Pretendard" w:hAnsi="Pretendard" w:cs="Pretendard"/>
          <w:color w:val="1D0024"/>
          <w:sz w:val="21"/>
        </w:rPr>
        <w:t>등록</w:t>
      </w:r>
      <w:r>
        <w:rPr>
          <w:rFonts w:ascii="Pretendard" w:eastAsia="Pretendard" w:hAnsi="Pretendard" w:cs="Pretendard"/>
          <w:color w:val="1D0024"/>
          <w:sz w:val="21"/>
        </w:rPr>
        <w:t xml:space="preserve"> </w:t>
      </w:r>
      <w:r>
        <w:rPr>
          <w:rFonts w:ascii="Pretendard" w:eastAsia="Pretendard" w:hAnsi="Pretendard" w:cs="Pretendard"/>
          <w:color w:val="1D0024"/>
          <w:sz w:val="21"/>
        </w:rPr>
        <w:t>대상</w:t>
      </w:r>
    </w:p>
    <w:p w14:paraId="582886F0" w14:textId="77777777" w:rsidR="004B1372" w:rsidRDefault="00BB0BE3">
      <w:pPr>
        <w:pStyle w:val="a0"/>
        <w:spacing w:after="60" w:line="312" w:lineRule="auto"/>
      </w:pPr>
      <w:r>
        <w:rPr>
          <w:rFonts w:ascii="Pretendard" w:eastAsia="Pretendard" w:hAnsi="Pretendard" w:cs="Pretendard"/>
          <w:color w:val="1D0024"/>
          <w:sz w:val="21"/>
        </w:rPr>
        <w:t>후기</w:t>
      </w:r>
      <w:r>
        <w:rPr>
          <w:rFonts w:ascii="Pretendard" w:eastAsia="Pretendard" w:hAnsi="Pretendard" w:cs="Pretendard"/>
          <w:color w:val="1D0024"/>
          <w:sz w:val="21"/>
        </w:rPr>
        <w:t>·</w:t>
      </w:r>
      <w:r>
        <w:rPr>
          <w:rFonts w:ascii="Pretendard" w:eastAsia="Pretendard" w:hAnsi="Pretendard" w:cs="Pretendard"/>
          <w:color w:val="1D0024"/>
          <w:sz w:val="21"/>
        </w:rPr>
        <w:t>전후</w:t>
      </w:r>
      <w:r>
        <w:rPr>
          <w:rFonts w:ascii="Pretendard" w:eastAsia="Pretendard" w:hAnsi="Pretendard" w:cs="Pretendard"/>
          <w:color w:val="1D0024"/>
          <w:sz w:val="21"/>
        </w:rPr>
        <w:t xml:space="preserve"> </w:t>
      </w:r>
      <w:r>
        <w:rPr>
          <w:rFonts w:ascii="Pretendard" w:eastAsia="Pretendard" w:hAnsi="Pretendard" w:cs="Pretendard"/>
          <w:color w:val="1D0024"/>
          <w:sz w:val="21"/>
        </w:rPr>
        <w:t>사진</w:t>
      </w:r>
      <w:r>
        <w:rPr>
          <w:rFonts w:ascii="Pretendard" w:eastAsia="Pretendard" w:hAnsi="Pretendard" w:cs="Pretendard"/>
          <w:color w:val="1D0024"/>
          <w:sz w:val="21"/>
        </w:rPr>
        <w:t>·</w:t>
      </w:r>
      <w:r>
        <w:rPr>
          <w:rFonts w:ascii="Pretendard" w:eastAsia="Pretendard" w:hAnsi="Pretendard" w:cs="Pretendard"/>
          <w:color w:val="1D0024"/>
          <w:sz w:val="21"/>
        </w:rPr>
        <w:t>비교</w:t>
      </w:r>
      <w:r>
        <w:rPr>
          <w:rFonts w:ascii="Pretendard" w:eastAsia="Pretendard" w:hAnsi="Pretendard" w:cs="Pretendard"/>
          <w:color w:val="1D0024"/>
          <w:sz w:val="21"/>
        </w:rPr>
        <w:t>·</w:t>
      </w:r>
      <w:r>
        <w:rPr>
          <w:rFonts w:ascii="Pretendard" w:eastAsia="Pretendard" w:hAnsi="Pretendard" w:cs="Pretendard"/>
          <w:color w:val="1D0024"/>
          <w:sz w:val="21"/>
        </w:rPr>
        <w:t>할인으로</w:t>
      </w:r>
      <w:r>
        <w:rPr>
          <w:rFonts w:ascii="Pretendard" w:eastAsia="Pretendard" w:hAnsi="Pretendard" w:cs="Pretendard"/>
          <w:color w:val="1D0024"/>
          <w:sz w:val="21"/>
        </w:rPr>
        <w:t xml:space="preserve"> </w:t>
      </w:r>
      <w:r>
        <w:rPr>
          <w:rFonts w:ascii="Pretendard" w:eastAsia="Pretendard" w:hAnsi="Pretendard" w:cs="Pretendard"/>
          <w:color w:val="1D0024"/>
          <w:sz w:val="21"/>
        </w:rPr>
        <w:t>설득하는</w:t>
      </w:r>
      <w:r>
        <w:rPr>
          <w:rFonts w:ascii="Pretendard" w:eastAsia="Pretendard" w:hAnsi="Pretendard" w:cs="Pretendard"/>
          <w:color w:val="1D0024"/>
          <w:sz w:val="21"/>
        </w:rPr>
        <w:t xml:space="preserve"> </w:t>
      </w:r>
      <w:r>
        <w:rPr>
          <w:rFonts w:ascii="Pretendard" w:eastAsia="Pretendard" w:hAnsi="Pretendard" w:cs="Pretendard"/>
          <w:color w:val="1D0024"/>
          <w:sz w:val="21"/>
        </w:rPr>
        <w:t>기능은</w:t>
      </w:r>
      <w:r>
        <w:rPr>
          <w:rFonts w:ascii="Pretendard" w:eastAsia="Pretendard" w:hAnsi="Pretendard" w:cs="Pretendard"/>
          <w:color w:val="1D0024"/>
          <w:sz w:val="21"/>
        </w:rPr>
        <w:t xml:space="preserve"> </w:t>
      </w:r>
      <w:r>
        <w:rPr>
          <w:rFonts w:ascii="Pretendard" w:eastAsia="Pretendard" w:hAnsi="Pretendard" w:cs="Pretendard"/>
          <w:color w:val="1D0024"/>
          <w:sz w:val="21"/>
        </w:rPr>
        <w:t>만들지</w:t>
      </w:r>
      <w:r>
        <w:rPr>
          <w:rFonts w:ascii="Pretendard" w:eastAsia="Pretendard" w:hAnsi="Pretendard" w:cs="Pretendard"/>
          <w:color w:val="1D0024"/>
          <w:sz w:val="21"/>
        </w:rPr>
        <w:t xml:space="preserve"> </w:t>
      </w:r>
      <w:r>
        <w:rPr>
          <w:rFonts w:ascii="Pretendard" w:eastAsia="Pretendard" w:hAnsi="Pretendard" w:cs="Pretendard"/>
          <w:color w:val="1D0024"/>
          <w:sz w:val="21"/>
        </w:rPr>
        <w:t>않음</w:t>
      </w:r>
      <w:r>
        <w:rPr>
          <w:rFonts w:ascii="Pretendard" w:eastAsia="Pretendard" w:hAnsi="Pretendard" w:cs="Pretendard"/>
          <w:color w:val="1D0024"/>
          <w:sz w:val="21"/>
        </w:rPr>
        <w:t>(</w:t>
      </w:r>
      <w:r>
        <w:rPr>
          <w:rFonts w:ascii="Pretendard" w:eastAsia="Pretendard" w:hAnsi="Pretendard" w:cs="Pretendard"/>
          <w:color w:val="1D0024"/>
          <w:sz w:val="21"/>
        </w:rPr>
        <w:t>의료법</w:t>
      </w:r>
      <w:r>
        <w:rPr>
          <w:rFonts w:ascii="Pretendard" w:eastAsia="Pretendard" w:hAnsi="Pretendard" w:cs="Pretendard"/>
          <w:color w:val="1D0024"/>
          <w:sz w:val="21"/>
        </w:rPr>
        <w:t xml:space="preserve"> 56</w:t>
      </w:r>
      <w:r>
        <w:rPr>
          <w:rFonts w:ascii="Pretendard" w:eastAsia="Pretendard" w:hAnsi="Pretendard" w:cs="Pretendard"/>
          <w:color w:val="1D0024"/>
          <w:sz w:val="21"/>
        </w:rPr>
        <w:t>조</w:t>
      </w:r>
      <w:r>
        <w:rPr>
          <w:rFonts w:ascii="Pretendard" w:eastAsia="Pretendard" w:hAnsi="Pretendard" w:cs="Pretendard"/>
          <w:color w:val="1D0024"/>
          <w:sz w:val="21"/>
        </w:rPr>
        <w:t>)</w:t>
      </w:r>
    </w:p>
    <w:p w14:paraId="25CD797C" w14:textId="77777777" w:rsidR="004B1372" w:rsidRDefault="00BB0BE3">
      <w:pPr>
        <w:keepNext/>
        <w:spacing w:before="200" w:after="160"/>
      </w:pPr>
      <w:r>
        <w:rPr>
          <w:rFonts w:ascii="Pretendard" w:eastAsia="Pretendard" w:hAnsi="Pretendard" w:cs="Pretendard"/>
          <w:b/>
          <w:color w:val="4F1DA1"/>
          <w:sz w:val="26"/>
        </w:rPr>
        <w:t xml:space="preserve">2-3. </w:t>
      </w:r>
      <w:r>
        <w:rPr>
          <w:rFonts w:ascii="Pretendard" w:eastAsia="Pretendard" w:hAnsi="Pretendard" w:cs="Pretendard"/>
          <w:b/>
          <w:color w:val="4F1DA1"/>
          <w:sz w:val="26"/>
        </w:rPr>
        <w:t>공백과</w:t>
      </w:r>
      <w:r>
        <w:rPr>
          <w:rFonts w:ascii="Pretendard" w:eastAsia="Pretendard" w:hAnsi="Pretendard" w:cs="Pretendard"/>
          <w:b/>
          <w:color w:val="4F1DA1"/>
          <w:sz w:val="26"/>
        </w:rPr>
        <w:t xml:space="preserve"> </w:t>
      </w:r>
      <w:r>
        <w:rPr>
          <w:rFonts w:ascii="Pretendard" w:eastAsia="Pretendard" w:hAnsi="Pretendard" w:cs="Pretendard"/>
          <w:b/>
          <w:color w:val="4F1DA1"/>
          <w:sz w:val="26"/>
        </w:rPr>
        <w:t>보완</w:t>
      </w:r>
    </w:p>
    <w:tbl>
      <w:tblPr>
        <w:tblStyle w:val="af9"/>
        <w:tblW w:w="0" w:type="auto"/>
        <w:jc w:val="center"/>
        <w:tblLayout w:type="fixed"/>
        <w:tblLook w:val="04A0" w:firstRow="1" w:lastRow="0" w:firstColumn="1" w:lastColumn="0" w:noHBand="0" w:noVBand="1"/>
      </w:tblPr>
      <w:tblGrid>
        <w:gridCol w:w="1814"/>
        <w:gridCol w:w="5556"/>
        <w:gridCol w:w="2268"/>
      </w:tblGrid>
      <w:tr w:rsidR="004B1372" w14:paraId="4D16931B" w14:textId="77777777">
        <w:trPr>
          <w:cantSplit/>
          <w:tblHeader/>
          <w:jc w:val="center"/>
        </w:trPr>
        <w:tc>
          <w:tcPr>
            <w:tcW w:w="1814" w:type="dxa"/>
            <w:shd w:val="clear" w:color="auto" w:fill="1D0024"/>
          </w:tcPr>
          <w:p w14:paraId="56BA4AC9" w14:textId="77777777" w:rsidR="004B1372" w:rsidRDefault="00BB0BE3">
            <w:r>
              <w:rPr>
                <w:rFonts w:ascii="Pretendard" w:eastAsia="Pretendard" w:hAnsi="Pretendard" w:cs="Pretendard"/>
                <w:b/>
                <w:color w:val="FFFFFF"/>
                <w:sz w:val="18"/>
              </w:rPr>
              <w:t>공백</w:t>
            </w:r>
          </w:p>
        </w:tc>
        <w:tc>
          <w:tcPr>
            <w:tcW w:w="5556" w:type="dxa"/>
            <w:shd w:val="clear" w:color="auto" w:fill="1D0024"/>
          </w:tcPr>
          <w:p w14:paraId="43D3D876" w14:textId="77777777" w:rsidR="004B1372" w:rsidRDefault="00BB0BE3">
            <w:r>
              <w:rPr>
                <w:rFonts w:ascii="Pretendard" w:eastAsia="Pretendard" w:hAnsi="Pretendard" w:cs="Pretendard"/>
                <w:b/>
                <w:color w:val="FFFFFF"/>
                <w:sz w:val="18"/>
              </w:rPr>
              <w:t>내용</w:t>
            </w:r>
          </w:p>
        </w:tc>
        <w:tc>
          <w:tcPr>
            <w:tcW w:w="2268" w:type="dxa"/>
            <w:shd w:val="clear" w:color="auto" w:fill="1D0024"/>
          </w:tcPr>
          <w:p w14:paraId="3123FFBC" w14:textId="77777777" w:rsidR="004B1372" w:rsidRDefault="00BB0BE3">
            <w:r>
              <w:rPr>
                <w:rFonts w:ascii="Pretendard" w:eastAsia="Pretendard" w:hAnsi="Pretendard" w:cs="Pretendard"/>
                <w:b/>
                <w:color w:val="FFFFFF"/>
                <w:sz w:val="18"/>
              </w:rPr>
              <w:t>보완</w:t>
            </w:r>
          </w:p>
        </w:tc>
      </w:tr>
      <w:tr w:rsidR="004B1372" w14:paraId="0F0D02A9" w14:textId="77777777">
        <w:trPr>
          <w:jc w:val="center"/>
        </w:trPr>
        <w:tc>
          <w:tcPr>
            <w:tcW w:w="1814" w:type="dxa"/>
          </w:tcPr>
          <w:p w14:paraId="76165B68" w14:textId="77777777" w:rsidR="004B1372" w:rsidRDefault="00BB0BE3">
            <w:r>
              <w:rPr>
                <w:rFonts w:ascii="Pretendard" w:eastAsia="Pretendard" w:hAnsi="Pretendard" w:cs="Pretendard"/>
                <w:b/>
                <w:color w:val="1D0024"/>
                <w:sz w:val="18"/>
              </w:rPr>
              <w:t>운영</w:t>
            </w:r>
            <w:r>
              <w:rPr>
                <w:rFonts w:ascii="Pretendard" w:eastAsia="Pretendard" w:hAnsi="Pretendard" w:cs="Pretendard"/>
                <w:b/>
                <w:color w:val="1D0024"/>
                <w:sz w:val="18"/>
              </w:rPr>
              <w:t xml:space="preserve"> </w:t>
            </w:r>
            <w:r>
              <w:rPr>
                <w:rFonts w:ascii="Pretendard" w:eastAsia="Pretendard" w:hAnsi="Pretendard" w:cs="Pretendard"/>
                <w:b/>
                <w:color w:val="1D0024"/>
                <w:sz w:val="18"/>
              </w:rPr>
              <w:t>인력</w:t>
            </w:r>
            <w:r>
              <w:rPr>
                <w:rFonts w:ascii="Pretendard" w:eastAsia="Pretendard" w:hAnsi="Pretendard" w:cs="Pretendard"/>
                <w:b/>
                <w:color w:val="1D0024"/>
                <w:sz w:val="18"/>
              </w:rPr>
              <w:t xml:space="preserve"> </w:t>
            </w:r>
            <w:r>
              <w:rPr>
                <w:rFonts w:ascii="Pretendard" w:eastAsia="Pretendard" w:hAnsi="Pretendard" w:cs="Pretendard"/>
                <w:b/>
                <w:color w:val="1D0024"/>
                <w:sz w:val="18"/>
              </w:rPr>
              <w:t>가정</w:t>
            </w:r>
            <w:r>
              <w:rPr>
                <w:rFonts w:ascii="Pretendard" w:eastAsia="Pretendard" w:hAnsi="Pretendard" w:cs="Pretendard"/>
                <w:b/>
                <w:color w:val="1D0024"/>
                <w:sz w:val="18"/>
              </w:rPr>
              <w:t xml:space="preserve"> </w:t>
            </w:r>
            <w:r>
              <w:rPr>
                <w:rFonts w:ascii="Pretendard" w:eastAsia="Pretendard" w:hAnsi="Pretendard" w:cs="Pretendard"/>
                <w:b/>
                <w:color w:val="1D0024"/>
                <w:sz w:val="18"/>
              </w:rPr>
              <w:t>없음</w:t>
            </w:r>
          </w:p>
        </w:tc>
        <w:tc>
          <w:tcPr>
            <w:tcW w:w="5556" w:type="dxa"/>
          </w:tcPr>
          <w:p w14:paraId="52BD9480" w14:textId="77777777" w:rsidR="004B1372" w:rsidRDefault="00BB0BE3">
            <w:r>
              <w:rPr>
                <w:rFonts w:ascii="Pretendard" w:eastAsia="Pretendard" w:hAnsi="Pretendard" w:cs="Pretendard"/>
                <w:color w:val="1D0024"/>
                <w:sz w:val="18"/>
              </w:rPr>
              <w:t>비개발자</w:t>
            </w:r>
            <w:r>
              <w:rPr>
                <w:rFonts w:ascii="Pretendard" w:eastAsia="Pretendard" w:hAnsi="Pretendard" w:cs="Pretendard"/>
                <w:color w:val="1D0024"/>
                <w:sz w:val="18"/>
              </w:rPr>
              <w:t xml:space="preserve"> </w:t>
            </w:r>
            <w:r>
              <w:rPr>
                <w:rFonts w:ascii="Pretendard" w:eastAsia="Pretendard" w:hAnsi="Pretendard" w:cs="Pretendard"/>
                <w:color w:val="1D0024"/>
                <w:sz w:val="18"/>
              </w:rPr>
              <w:t>운영자를</w:t>
            </w:r>
            <w:r>
              <w:rPr>
                <w:rFonts w:ascii="Pretendard" w:eastAsia="Pretendard" w:hAnsi="Pretendard" w:cs="Pretendard"/>
                <w:color w:val="1D0024"/>
                <w:sz w:val="18"/>
              </w:rPr>
              <w:t xml:space="preserve"> </w:t>
            </w:r>
            <w:r>
              <w:rPr>
                <w:rFonts w:ascii="Pretendard" w:eastAsia="Pretendard" w:hAnsi="Pretendard" w:cs="Pretendard"/>
                <w:color w:val="1D0024"/>
                <w:sz w:val="18"/>
              </w:rPr>
              <w:t>전제했으나</w:t>
            </w:r>
            <w:r>
              <w:rPr>
                <w:rFonts w:ascii="Pretendard" w:eastAsia="Pretendard" w:hAnsi="Pretendard" w:cs="Pretendard"/>
                <w:color w:val="1D0024"/>
                <w:sz w:val="18"/>
              </w:rPr>
              <w:t xml:space="preserve"> </w:t>
            </w:r>
            <w:r>
              <w:rPr>
                <w:rFonts w:ascii="Pretendard" w:eastAsia="Pretendard" w:hAnsi="Pretendard" w:cs="Pretendard"/>
                <w:color w:val="1D0024"/>
                <w:sz w:val="18"/>
              </w:rPr>
              <w:t>운영팀이</w:t>
            </w:r>
            <w:r>
              <w:rPr>
                <w:rFonts w:ascii="Pretendard" w:eastAsia="Pretendard" w:hAnsi="Pretendard" w:cs="Pretendard"/>
                <w:color w:val="1D0024"/>
                <w:sz w:val="18"/>
              </w:rPr>
              <w:t xml:space="preserve"> </w:t>
            </w:r>
            <w:r>
              <w:rPr>
                <w:rFonts w:ascii="Pretendard" w:eastAsia="Pretendard" w:hAnsi="Pretendard" w:cs="Pretendard"/>
                <w:color w:val="1D0024"/>
                <w:sz w:val="18"/>
              </w:rPr>
              <w:t>없습니다</w:t>
            </w:r>
            <w:r>
              <w:rPr>
                <w:rFonts w:ascii="Pretendard" w:eastAsia="Pretendard" w:hAnsi="Pretendard" w:cs="Pretendard"/>
                <w:color w:val="1D0024"/>
                <w:sz w:val="18"/>
              </w:rPr>
              <w:t xml:space="preserve">. </w:t>
            </w:r>
            <w:r>
              <w:rPr>
                <w:rFonts w:ascii="Pretendard" w:eastAsia="Pretendard" w:hAnsi="Pretendard" w:cs="Pretendard"/>
                <w:color w:val="1D0024"/>
                <w:sz w:val="18"/>
              </w:rPr>
              <w:t>게이트</w:t>
            </w:r>
            <w:r>
              <w:rPr>
                <w:rFonts w:ascii="Pretendard" w:eastAsia="Pretendard" w:hAnsi="Pretendard" w:cs="Pretendard"/>
                <w:color w:val="1D0024"/>
                <w:sz w:val="18"/>
              </w:rPr>
              <w:t xml:space="preserve"> </w:t>
            </w:r>
            <w:r>
              <w:rPr>
                <w:rFonts w:ascii="Pretendard" w:eastAsia="Pretendard" w:hAnsi="Pretendard" w:cs="Pretendard"/>
                <w:color w:val="1D0024"/>
                <w:sz w:val="18"/>
              </w:rPr>
              <w:t>실패</w:t>
            </w:r>
            <w:r>
              <w:rPr>
                <w:rFonts w:ascii="Pretendard" w:eastAsia="Pretendard" w:hAnsi="Pretendard" w:cs="Pretendard"/>
                <w:color w:val="1D0024"/>
                <w:sz w:val="18"/>
              </w:rPr>
              <w:t>·</w:t>
            </w:r>
            <w:r>
              <w:rPr>
                <w:rFonts w:ascii="Pretendard" w:eastAsia="Pretendard" w:hAnsi="Pretendard" w:cs="Pretendard"/>
                <w:color w:val="1D0024"/>
                <w:sz w:val="18"/>
              </w:rPr>
              <w:t>이미지</w:t>
            </w:r>
            <w:r>
              <w:rPr>
                <w:rFonts w:ascii="Pretendard" w:eastAsia="Pretendard" w:hAnsi="Pretendard" w:cs="Pretendard"/>
                <w:color w:val="1D0024"/>
                <w:sz w:val="18"/>
              </w:rPr>
              <w:t xml:space="preserve"> </w:t>
            </w:r>
            <w:r>
              <w:rPr>
                <w:rFonts w:ascii="Pretendard" w:eastAsia="Pretendard" w:hAnsi="Pretendard" w:cs="Pretendard"/>
                <w:color w:val="1D0024"/>
                <w:sz w:val="18"/>
              </w:rPr>
              <w:t>육안</w:t>
            </w:r>
            <w:r>
              <w:rPr>
                <w:rFonts w:ascii="Pretendard" w:eastAsia="Pretendard" w:hAnsi="Pretendard" w:cs="Pretendard"/>
                <w:color w:val="1D0024"/>
                <w:sz w:val="18"/>
              </w:rPr>
              <w:t>·</w:t>
            </w:r>
            <w:r>
              <w:rPr>
                <w:rFonts w:ascii="Pretendard" w:eastAsia="Pretendard" w:hAnsi="Pretendard" w:cs="Pretendard"/>
                <w:color w:val="1D0024"/>
                <w:sz w:val="18"/>
              </w:rPr>
              <w:t>채널</w:t>
            </w:r>
            <w:r>
              <w:rPr>
                <w:rFonts w:ascii="Pretendard" w:eastAsia="Pretendard" w:hAnsi="Pretendard" w:cs="Pretendard"/>
                <w:color w:val="1D0024"/>
                <w:sz w:val="18"/>
              </w:rPr>
              <w:t xml:space="preserve"> </w:t>
            </w:r>
            <w:r>
              <w:rPr>
                <w:rFonts w:ascii="Pretendard" w:eastAsia="Pretendard" w:hAnsi="Pretendard" w:cs="Pretendard"/>
                <w:color w:val="1D0024"/>
                <w:sz w:val="18"/>
              </w:rPr>
              <w:t>판정</w:t>
            </w:r>
            <w:r>
              <w:rPr>
                <w:rFonts w:ascii="Pretendard" w:eastAsia="Pretendard" w:hAnsi="Pretendard" w:cs="Pretendard"/>
                <w:color w:val="1D0024"/>
                <w:sz w:val="18"/>
              </w:rPr>
              <w:t>·</w:t>
            </w:r>
            <w:r>
              <w:rPr>
                <w:rFonts w:ascii="Pretendard" w:eastAsia="Pretendard" w:hAnsi="Pretendard" w:cs="Pretendard"/>
                <w:color w:val="1D0024"/>
                <w:sz w:val="18"/>
              </w:rPr>
              <w:t>정정</w:t>
            </w:r>
            <w:r>
              <w:rPr>
                <w:rFonts w:ascii="Pretendard" w:eastAsia="Pretendard" w:hAnsi="Pretendard" w:cs="Pretendard"/>
                <w:color w:val="1D0024"/>
                <w:sz w:val="18"/>
              </w:rPr>
              <w:t>·</w:t>
            </w:r>
            <w:r>
              <w:rPr>
                <w:rFonts w:ascii="Pretendard" w:eastAsia="Pretendard" w:hAnsi="Pretendard" w:cs="Pretendard"/>
                <w:color w:val="1D0024"/>
                <w:sz w:val="18"/>
              </w:rPr>
              <w:t>병원</w:t>
            </w:r>
            <w:r>
              <w:rPr>
                <w:rFonts w:ascii="Pretendard" w:eastAsia="Pretendard" w:hAnsi="Pretendard" w:cs="Pretendard"/>
                <w:color w:val="1D0024"/>
                <w:sz w:val="18"/>
              </w:rPr>
              <w:t xml:space="preserve"> </w:t>
            </w:r>
            <w:r>
              <w:rPr>
                <w:rFonts w:ascii="Pretendard" w:eastAsia="Pretendard" w:hAnsi="Pretendard" w:cs="Pretendard"/>
                <w:color w:val="1D0024"/>
                <w:sz w:val="18"/>
              </w:rPr>
              <w:t>응대</w:t>
            </w:r>
            <w:r>
              <w:rPr>
                <w:rFonts w:ascii="Pretendard" w:eastAsia="Pretendard" w:hAnsi="Pretendard" w:cs="Pretendard"/>
                <w:color w:val="1D0024"/>
                <w:sz w:val="18"/>
              </w:rPr>
              <w:t>·</w:t>
            </w:r>
            <w:r>
              <w:rPr>
                <w:rFonts w:ascii="Pretendard" w:eastAsia="Pretendard" w:hAnsi="Pretendard" w:cs="Pretendard"/>
                <w:color w:val="1D0024"/>
                <w:sz w:val="18"/>
              </w:rPr>
              <w:t>상담</w:t>
            </w:r>
            <w:r>
              <w:rPr>
                <w:rFonts w:ascii="Pretendard" w:eastAsia="Pretendard" w:hAnsi="Pretendard" w:cs="Pretendard"/>
                <w:color w:val="1D0024"/>
                <w:sz w:val="18"/>
              </w:rPr>
              <w:t xml:space="preserve"> </w:t>
            </w:r>
            <w:r>
              <w:rPr>
                <w:rFonts w:ascii="Pretendard" w:eastAsia="Pretendard" w:hAnsi="Pretendard" w:cs="Pretendard"/>
                <w:color w:val="1D0024"/>
                <w:sz w:val="18"/>
              </w:rPr>
              <w:t>전달은</w:t>
            </w:r>
            <w:r>
              <w:rPr>
                <w:rFonts w:ascii="Pretendard" w:eastAsia="Pretendard" w:hAnsi="Pretendard" w:cs="Pretendard"/>
                <w:color w:val="1D0024"/>
                <w:sz w:val="18"/>
              </w:rPr>
              <w:t xml:space="preserve"> </w:t>
            </w:r>
            <w:r>
              <w:rPr>
                <w:rFonts w:ascii="Pretendard" w:eastAsia="Pretendard" w:hAnsi="Pretendard" w:cs="Pretendard"/>
                <w:color w:val="1D0024"/>
                <w:sz w:val="18"/>
              </w:rPr>
              <w:t>사람</w:t>
            </w:r>
            <w:r>
              <w:rPr>
                <w:rFonts w:ascii="Pretendard" w:eastAsia="Pretendard" w:hAnsi="Pretendard" w:cs="Pretendard"/>
                <w:color w:val="1D0024"/>
                <w:sz w:val="18"/>
              </w:rPr>
              <w:t xml:space="preserve"> </w:t>
            </w:r>
            <w:r>
              <w:rPr>
                <w:rFonts w:ascii="Pretendard" w:eastAsia="Pretendard" w:hAnsi="Pretendard" w:cs="Pretendard"/>
                <w:color w:val="1D0024"/>
                <w:sz w:val="18"/>
              </w:rPr>
              <w:t>업무입니다</w:t>
            </w:r>
          </w:p>
        </w:tc>
        <w:tc>
          <w:tcPr>
            <w:tcW w:w="2268" w:type="dxa"/>
          </w:tcPr>
          <w:p w14:paraId="4DF6C5BF" w14:textId="77777777" w:rsidR="004B1372" w:rsidRDefault="00BB0BE3">
            <w:r>
              <w:rPr>
                <w:rFonts w:ascii="Pretendard" w:eastAsia="Pretendard" w:hAnsi="Pretendard" w:cs="Pretendard"/>
                <w:color w:val="1D0024"/>
                <w:sz w:val="18"/>
              </w:rPr>
              <w:t>운영</w:t>
            </w:r>
            <w:r>
              <w:rPr>
                <w:rFonts w:ascii="Pretendard" w:eastAsia="Pretendard" w:hAnsi="Pretendard" w:cs="Pretendard"/>
                <w:color w:val="1D0024"/>
                <w:sz w:val="18"/>
              </w:rPr>
              <w:t xml:space="preserve"> </w:t>
            </w:r>
            <w:r>
              <w:rPr>
                <w:rFonts w:ascii="Pretendard" w:eastAsia="Pretendard" w:hAnsi="Pretendard" w:cs="Pretendard"/>
                <w:color w:val="1D0024"/>
                <w:sz w:val="18"/>
              </w:rPr>
              <w:t>인원을</w:t>
            </w:r>
            <w:r>
              <w:rPr>
                <w:rFonts w:ascii="Pretendard" w:eastAsia="Pretendard" w:hAnsi="Pretendard" w:cs="Pretendard"/>
                <w:color w:val="1D0024"/>
                <w:sz w:val="18"/>
              </w:rPr>
              <w:t xml:space="preserve"> </w:t>
            </w:r>
            <w:r>
              <w:rPr>
                <w:rFonts w:ascii="Pretendard" w:eastAsia="Pretendard" w:hAnsi="Pretendard" w:cs="Pretendard"/>
                <w:color w:val="1D0024"/>
                <w:sz w:val="18"/>
              </w:rPr>
              <w:t>선행</w:t>
            </w:r>
            <w:r>
              <w:rPr>
                <w:rFonts w:ascii="Pretendard" w:eastAsia="Pretendard" w:hAnsi="Pretendard" w:cs="Pretendard"/>
                <w:color w:val="1D0024"/>
                <w:sz w:val="18"/>
              </w:rPr>
              <w:t xml:space="preserve"> </w:t>
            </w:r>
            <w:r>
              <w:rPr>
                <w:rFonts w:ascii="Pretendard" w:eastAsia="Pretendard" w:hAnsi="Pretendard" w:cs="Pretendard"/>
                <w:color w:val="1D0024"/>
                <w:sz w:val="18"/>
              </w:rPr>
              <w:t>조건으로</w:t>
            </w:r>
          </w:p>
        </w:tc>
      </w:tr>
      <w:tr w:rsidR="004B1372" w14:paraId="5FE21148" w14:textId="77777777">
        <w:trPr>
          <w:jc w:val="center"/>
        </w:trPr>
        <w:tc>
          <w:tcPr>
            <w:tcW w:w="1814" w:type="dxa"/>
          </w:tcPr>
          <w:p w14:paraId="012BD1CF" w14:textId="77777777" w:rsidR="004B1372" w:rsidRDefault="00BB0BE3">
            <w:r>
              <w:rPr>
                <w:rFonts w:ascii="Pretendard" w:eastAsia="Pretendard" w:hAnsi="Pretendard" w:cs="Pretendard"/>
                <w:b/>
                <w:color w:val="1D0024"/>
                <w:sz w:val="18"/>
              </w:rPr>
              <w:t>수요</w:t>
            </w:r>
            <w:r>
              <w:rPr>
                <w:rFonts w:ascii="Pretendard" w:eastAsia="Pretendard" w:hAnsi="Pretendard" w:cs="Pretendard"/>
                <w:b/>
                <w:color w:val="1D0024"/>
                <w:sz w:val="18"/>
              </w:rPr>
              <w:t xml:space="preserve"> </w:t>
            </w:r>
            <w:r>
              <w:rPr>
                <w:rFonts w:ascii="Pretendard" w:eastAsia="Pretendard" w:hAnsi="Pretendard" w:cs="Pretendard"/>
                <w:b/>
                <w:color w:val="1D0024"/>
                <w:sz w:val="18"/>
              </w:rPr>
              <w:t>확보</w:t>
            </w:r>
            <w:r>
              <w:rPr>
                <w:rFonts w:ascii="Pretendard" w:eastAsia="Pretendard" w:hAnsi="Pretendard" w:cs="Pretendard"/>
                <w:b/>
                <w:color w:val="1D0024"/>
                <w:sz w:val="18"/>
              </w:rPr>
              <w:t xml:space="preserve"> </w:t>
            </w:r>
            <w:r>
              <w:rPr>
                <w:rFonts w:ascii="Pretendard" w:eastAsia="Pretendard" w:hAnsi="Pretendard" w:cs="Pretendard"/>
                <w:b/>
                <w:color w:val="1D0024"/>
                <w:sz w:val="18"/>
              </w:rPr>
              <w:t>계획</w:t>
            </w:r>
            <w:r>
              <w:rPr>
                <w:rFonts w:ascii="Pretendard" w:eastAsia="Pretendard" w:hAnsi="Pretendard" w:cs="Pretendard"/>
                <w:b/>
                <w:color w:val="1D0024"/>
                <w:sz w:val="18"/>
              </w:rPr>
              <w:t xml:space="preserve"> </w:t>
            </w:r>
            <w:r>
              <w:rPr>
                <w:rFonts w:ascii="Pretendard" w:eastAsia="Pretendard" w:hAnsi="Pretendard" w:cs="Pretendard"/>
                <w:b/>
                <w:color w:val="1D0024"/>
                <w:sz w:val="18"/>
              </w:rPr>
              <w:t>없음</w:t>
            </w:r>
          </w:p>
        </w:tc>
        <w:tc>
          <w:tcPr>
            <w:tcW w:w="5556" w:type="dxa"/>
          </w:tcPr>
          <w:p w14:paraId="091C9F76" w14:textId="77777777" w:rsidR="004B1372" w:rsidRDefault="00BB0BE3">
            <w:r>
              <w:rPr>
                <w:rFonts w:ascii="Pretendard" w:eastAsia="Pretendard" w:hAnsi="Pretendard" w:cs="Pretendard"/>
                <w:color w:val="1D0024"/>
                <w:sz w:val="18"/>
              </w:rPr>
              <w:t xml:space="preserve">AI </w:t>
            </w:r>
            <w:r>
              <w:rPr>
                <w:rFonts w:ascii="Pretendard" w:eastAsia="Pretendard" w:hAnsi="Pretendard" w:cs="Pretendard"/>
                <w:color w:val="1D0024"/>
                <w:sz w:val="18"/>
              </w:rPr>
              <w:t>인용만으로</w:t>
            </w:r>
            <w:r>
              <w:rPr>
                <w:rFonts w:ascii="Pretendard" w:eastAsia="Pretendard" w:hAnsi="Pretendard" w:cs="Pretendard"/>
                <w:color w:val="1D0024"/>
                <w:sz w:val="18"/>
              </w:rPr>
              <w:t xml:space="preserve"> </w:t>
            </w:r>
            <w:r>
              <w:rPr>
                <w:rFonts w:ascii="Pretendard" w:eastAsia="Pretendard" w:hAnsi="Pretendard" w:cs="Pretendard"/>
                <w:color w:val="1D0024"/>
                <w:sz w:val="18"/>
              </w:rPr>
              <w:t>유입을</w:t>
            </w:r>
            <w:r>
              <w:rPr>
                <w:rFonts w:ascii="Pretendard" w:eastAsia="Pretendard" w:hAnsi="Pretendard" w:cs="Pretendard"/>
                <w:color w:val="1D0024"/>
                <w:sz w:val="18"/>
              </w:rPr>
              <w:t xml:space="preserve"> </w:t>
            </w:r>
            <w:r>
              <w:rPr>
                <w:rFonts w:ascii="Pretendard" w:eastAsia="Pretendard" w:hAnsi="Pretendard" w:cs="Pretendard"/>
                <w:color w:val="1D0024"/>
                <w:sz w:val="18"/>
              </w:rPr>
              <w:t>기대합니다</w:t>
            </w:r>
            <w:r>
              <w:rPr>
                <w:rFonts w:ascii="Pretendard" w:eastAsia="Pretendard" w:hAnsi="Pretendard" w:cs="Pretendard"/>
                <w:color w:val="1D0024"/>
                <w:sz w:val="18"/>
              </w:rPr>
              <w:t xml:space="preserve">. </w:t>
            </w:r>
            <w:r>
              <w:rPr>
                <w:rFonts w:ascii="Pretendard" w:eastAsia="Pretendard" w:hAnsi="Pretendard" w:cs="Pretendard"/>
                <w:color w:val="1D0024"/>
                <w:sz w:val="18"/>
              </w:rPr>
              <w:t>경쟁</w:t>
            </w:r>
            <w:r>
              <w:rPr>
                <w:rFonts w:ascii="Pretendard" w:eastAsia="Pretendard" w:hAnsi="Pretendard" w:cs="Pretendard"/>
                <w:color w:val="1D0024"/>
                <w:sz w:val="18"/>
              </w:rPr>
              <w:t xml:space="preserve"> </w:t>
            </w:r>
            <w:r>
              <w:rPr>
                <w:rFonts w:ascii="Pretendard" w:eastAsia="Pretendard" w:hAnsi="Pretendard" w:cs="Pretendard"/>
                <w:color w:val="1D0024"/>
                <w:sz w:val="18"/>
              </w:rPr>
              <w:t>앱은</w:t>
            </w:r>
            <w:r>
              <w:rPr>
                <w:rFonts w:ascii="Pretendard" w:eastAsia="Pretendard" w:hAnsi="Pretendard" w:cs="Pretendard"/>
                <w:color w:val="1D0024"/>
                <w:sz w:val="18"/>
              </w:rPr>
              <w:t xml:space="preserve"> </w:t>
            </w:r>
            <w:r>
              <w:rPr>
                <w:rFonts w:ascii="Pretendard" w:eastAsia="Pretendard" w:hAnsi="Pretendard" w:cs="Pretendard"/>
                <w:color w:val="1D0024"/>
                <w:sz w:val="18"/>
              </w:rPr>
              <w:t>광고비</w:t>
            </w:r>
            <w:r>
              <w:rPr>
                <w:rFonts w:ascii="Pretendard" w:eastAsia="Pretendard" w:hAnsi="Pretendard" w:cs="Pretendard"/>
                <w:color w:val="1D0024"/>
                <w:sz w:val="18"/>
              </w:rPr>
              <w:t>·</w:t>
            </w:r>
            <w:r>
              <w:rPr>
                <w:rFonts w:ascii="Pretendard" w:eastAsia="Pretendard" w:hAnsi="Pretendard" w:cs="Pretendard"/>
                <w:color w:val="1D0024"/>
                <w:sz w:val="18"/>
              </w:rPr>
              <w:t>오프라인</w:t>
            </w:r>
            <w:r>
              <w:rPr>
                <w:rFonts w:ascii="Pretendard" w:eastAsia="Pretendard" w:hAnsi="Pretendard" w:cs="Pretendard"/>
                <w:color w:val="1D0024"/>
                <w:sz w:val="18"/>
              </w:rPr>
              <w:t xml:space="preserve"> </w:t>
            </w:r>
            <w:r>
              <w:rPr>
                <w:rFonts w:ascii="Pretendard" w:eastAsia="Pretendard" w:hAnsi="Pretendard" w:cs="Pretendard"/>
                <w:color w:val="1D0024"/>
                <w:sz w:val="18"/>
              </w:rPr>
              <w:t>센터로</w:t>
            </w:r>
            <w:r>
              <w:rPr>
                <w:rFonts w:ascii="Pretendard" w:eastAsia="Pretendard" w:hAnsi="Pretendard" w:cs="Pretendard"/>
                <w:color w:val="1D0024"/>
                <w:sz w:val="18"/>
              </w:rPr>
              <w:t xml:space="preserve"> </w:t>
            </w:r>
            <w:r>
              <w:rPr>
                <w:rFonts w:ascii="Pretendard" w:eastAsia="Pretendard" w:hAnsi="Pretendard" w:cs="Pretendard"/>
                <w:color w:val="1D0024"/>
                <w:sz w:val="18"/>
              </w:rPr>
              <w:t>수요를</w:t>
            </w:r>
            <w:r>
              <w:rPr>
                <w:rFonts w:ascii="Pretendard" w:eastAsia="Pretendard" w:hAnsi="Pretendard" w:cs="Pretendard"/>
                <w:color w:val="1D0024"/>
                <w:sz w:val="18"/>
              </w:rPr>
              <w:t xml:space="preserve"> </w:t>
            </w:r>
            <w:r>
              <w:rPr>
                <w:rFonts w:ascii="Pretendard" w:eastAsia="Pretendard" w:hAnsi="Pretendard" w:cs="Pretendard"/>
                <w:color w:val="1D0024"/>
                <w:sz w:val="18"/>
              </w:rPr>
              <w:t>확보합니다</w:t>
            </w:r>
          </w:p>
        </w:tc>
        <w:tc>
          <w:tcPr>
            <w:tcW w:w="2268" w:type="dxa"/>
          </w:tcPr>
          <w:p w14:paraId="2A1E1A42" w14:textId="77777777" w:rsidR="004B1372" w:rsidRDefault="00BB0BE3">
            <w:r>
              <w:rPr>
                <w:rFonts w:ascii="Pretendard" w:eastAsia="Pretendard" w:hAnsi="Pretendard" w:cs="Pretendard"/>
                <w:color w:val="1D0024"/>
                <w:sz w:val="18"/>
              </w:rPr>
              <w:t>유입</w:t>
            </w:r>
            <w:r>
              <w:rPr>
                <w:rFonts w:ascii="Pretendard" w:eastAsia="Pretendard" w:hAnsi="Pretendard" w:cs="Pretendard"/>
                <w:color w:val="1D0024"/>
                <w:sz w:val="18"/>
              </w:rPr>
              <w:t xml:space="preserve"> </w:t>
            </w:r>
            <w:r>
              <w:rPr>
                <w:rFonts w:ascii="Pretendard" w:eastAsia="Pretendard" w:hAnsi="Pretendard" w:cs="Pretendard"/>
                <w:color w:val="1D0024"/>
                <w:sz w:val="18"/>
              </w:rPr>
              <w:t>채널</w:t>
            </w:r>
            <w:r>
              <w:rPr>
                <w:rFonts w:ascii="Pretendard" w:eastAsia="Pretendard" w:hAnsi="Pretendard" w:cs="Pretendard"/>
                <w:color w:val="1D0024"/>
                <w:sz w:val="18"/>
              </w:rPr>
              <w:t>·</w:t>
            </w:r>
            <w:r>
              <w:rPr>
                <w:rFonts w:ascii="Pretendard" w:eastAsia="Pretendard" w:hAnsi="Pretendard" w:cs="Pretendard"/>
                <w:color w:val="1D0024"/>
                <w:sz w:val="18"/>
              </w:rPr>
              <w:t>예산</w:t>
            </w:r>
            <w:r>
              <w:rPr>
                <w:rFonts w:ascii="Pretendard" w:eastAsia="Pretendard" w:hAnsi="Pretendard" w:cs="Pretendard"/>
                <w:color w:val="1D0024"/>
                <w:sz w:val="18"/>
              </w:rPr>
              <w:t xml:space="preserve"> </w:t>
            </w:r>
            <w:r>
              <w:rPr>
                <w:rFonts w:ascii="Pretendard" w:eastAsia="Pretendard" w:hAnsi="Pretendard" w:cs="Pretendard"/>
                <w:color w:val="1D0024"/>
                <w:sz w:val="18"/>
              </w:rPr>
              <w:t>추정</w:t>
            </w:r>
          </w:p>
        </w:tc>
      </w:tr>
      <w:tr w:rsidR="004B1372" w14:paraId="0DF6D169" w14:textId="77777777">
        <w:trPr>
          <w:jc w:val="center"/>
        </w:trPr>
        <w:tc>
          <w:tcPr>
            <w:tcW w:w="1814" w:type="dxa"/>
          </w:tcPr>
          <w:p w14:paraId="7EBDDB4B" w14:textId="77777777" w:rsidR="004B1372" w:rsidRDefault="00BB0BE3">
            <w:r>
              <w:rPr>
                <w:rFonts w:ascii="Pretendard" w:eastAsia="Pretendard" w:hAnsi="Pretendard" w:cs="Pretendard"/>
                <w:b/>
                <w:color w:val="1D0024"/>
                <w:sz w:val="18"/>
              </w:rPr>
              <w:t>경쟁</w:t>
            </w:r>
            <w:r>
              <w:rPr>
                <w:rFonts w:ascii="Pretendard" w:eastAsia="Pretendard" w:hAnsi="Pretendard" w:cs="Pretendard"/>
                <w:b/>
                <w:color w:val="1D0024"/>
                <w:sz w:val="18"/>
              </w:rPr>
              <w:t xml:space="preserve"> </w:t>
            </w:r>
            <w:r>
              <w:rPr>
                <w:rFonts w:ascii="Pretendard" w:eastAsia="Pretendard" w:hAnsi="Pretendard" w:cs="Pretendard"/>
                <w:b/>
                <w:color w:val="1D0024"/>
                <w:sz w:val="18"/>
              </w:rPr>
              <w:t>전제</w:t>
            </w:r>
            <w:r>
              <w:rPr>
                <w:rFonts w:ascii="Pretendard" w:eastAsia="Pretendard" w:hAnsi="Pretendard" w:cs="Pretendard"/>
                <w:b/>
                <w:color w:val="1D0024"/>
                <w:sz w:val="18"/>
              </w:rPr>
              <w:t xml:space="preserve"> </w:t>
            </w:r>
            <w:r>
              <w:rPr>
                <w:rFonts w:ascii="Pretendard" w:eastAsia="Pretendard" w:hAnsi="Pretendard" w:cs="Pretendard"/>
                <w:b/>
                <w:color w:val="1D0024"/>
                <w:sz w:val="18"/>
              </w:rPr>
              <w:t>일부</w:t>
            </w:r>
            <w:r>
              <w:rPr>
                <w:rFonts w:ascii="Pretendard" w:eastAsia="Pretendard" w:hAnsi="Pretendard" w:cs="Pretendard"/>
                <w:b/>
                <w:color w:val="1D0024"/>
                <w:sz w:val="18"/>
              </w:rPr>
              <w:t xml:space="preserve"> </w:t>
            </w:r>
            <w:r>
              <w:rPr>
                <w:rFonts w:ascii="Pretendard" w:eastAsia="Pretendard" w:hAnsi="Pretendard" w:cs="Pretendard"/>
                <w:b/>
                <w:color w:val="1D0024"/>
                <w:sz w:val="18"/>
              </w:rPr>
              <w:t>오류</w:t>
            </w:r>
          </w:p>
        </w:tc>
        <w:tc>
          <w:tcPr>
            <w:tcW w:w="5556" w:type="dxa"/>
          </w:tcPr>
          <w:p w14:paraId="5492D690" w14:textId="77777777" w:rsidR="004B1372" w:rsidRDefault="00BB0BE3">
            <w:r>
              <w:rPr>
                <w:rFonts w:ascii="Pretendard" w:eastAsia="Pretendard" w:hAnsi="Pretendard" w:cs="Pretendard"/>
                <w:color w:val="1D0024"/>
                <w:sz w:val="18"/>
              </w:rPr>
              <w:t>앱들이</w:t>
            </w:r>
            <w:r>
              <w:rPr>
                <w:rFonts w:ascii="Pretendard" w:eastAsia="Pretendard" w:hAnsi="Pretendard" w:cs="Pretendard"/>
                <w:color w:val="1D0024"/>
                <w:sz w:val="18"/>
              </w:rPr>
              <w:t xml:space="preserve"> </w:t>
            </w:r>
            <w:r>
              <w:rPr>
                <w:rFonts w:ascii="Pretendard" w:eastAsia="Pretendard" w:hAnsi="Pretendard" w:cs="Pretendard"/>
                <w:color w:val="1D0024"/>
                <w:sz w:val="18"/>
              </w:rPr>
              <w:t>정보를</w:t>
            </w:r>
            <w:r>
              <w:rPr>
                <w:rFonts w:ascii="Pretendard" w:eastAsia="Pretendard" w:hAnsi="Pretendard" w:cs="Pretendard"/>
                <w:color w:val="1D0024"/>
                <w:sz w:val="18"/>
              </w:rPr>
              <w:t xml:space="preserve"> </w:t>
            </w:r>
            <w:r>
              <w:rPr>
                <w:rFonts w:ascii="Pretendard" w:eastAsia="Pretendard" w:hAnsi="Pretendard" w:cs="Pretendard"/>
                <w:color w:val="1D0024"/>
                <w:sz w:val="18"/>
              </w:rPr>
              <w:t>가둔다고</w:t>
            </w:r>
            <w:r>
              <w:rPr>
                <w:rFonts w:ascii="Pretendard" w:eastAsia="Pretendard" w:hAnsi="Pretendard" w:cs="Pretendard"/>
                <w:color w:val="1D0024"/>
                <w:sz w:val="18"/>
              </w:rPr>
              <w:t xml:space="preserve"> </w:t>
            </w:r>
            <w:r>
              <w:rPr>
                <w:rFonts w:ascii="Pretendard" w:eastAsia="Pretendard" w:hAnsi="Pretendard" w:cs="Pretendard"/>
                <w:color w:val="1D0024"/>
                <w:sz w:val="18"/>
              </w:rPr>
              <w:t>봤지만</w:t>
            </w:r>
            <w:r>
              <w:rPr>
                <w:rFonts w:ascii="Pretendard" w:eastAsia="Pretendard" w:hAnsi="Pretendard" w:cs="Pretendard"/>
                <w:color w:val="1D0024"/>
                <w:sz w:val="18"/>
              </w:rPr>
              <w:t xml:space="preserve"> </w:t>
            </w:r>
            <w:r>
              <w:rPr>
                <w:rFonts w:ascii="Pretendard" w:eastAsia="Pretendard" w:hAnsi="Pretendard" w:cs="Pretendard"/>
                <w:color w:val="1D0024"/>
                <w:sz w:val="18"/>
              </w:rPr>
              <w:t>크리에이트립</w:t>
            </w:r>
            <w:r>
              <w:rPr>
                <w:rFonts w:ascii="Pretendard" w:eastAsia="Pretendard" w:hAnsi="Pretendard" w:cs="Pretendard"/>
                <w:color w:val="1D0024"/>
                <w:sz w:val="18"/>
              </w:rPr>
              <w:t>·</w:t>
            </w:r>
            <w:r>
              <w:rPr>
                <w:rFonts w:ascii="Pretendard" w:eastAsia="Pretendard" w:hAnsi="Pretendard" w:cs="Pretendard"/>
                <w:color w:val="1D0024"/>
                <w:sz w:val="18"/>
              </w:rPr>
              <w:t>여신티켓</w:t>
            </w:r>
            <w:r>
              <w:rPr>
                <w:rFonts w:ascii="Pretendard" w:eastAsia="Pretendard" w:hAnsi="Pretendard" w:cs="Pretendard"/>
                <w:color w:val="1D0024"/>
                <w:sz w:val="18"/>
              </w:rPr>
              <w:t>·BeautsGO</w:t>
            </w:r>
            <w:r>
              <w:rPr>
                <w:rFonts w:ascii="Pretendard" w:eastAsia="Pretendard" w:hAnsi="Pretendard" w:cs="Pretendard"/>
                <w:color w:val="1D0024"/>
                <w:sz w:val="18"/>
              </w:rPr>
              <w:t>는</w:t>
            </w:r>
            <w:r>
              <w:rPr>
                <w:rFonts w:ascii="Pretendard" w:eastAsia="Pretendard" w:hAnsi="Pretendard" w:cs="Pretendard"/>
                <w:color w:val="1D0024"/>
                <w:sz w:val="18"/>
              </w:rPr>
              <w:t xml:space="preserve"> </w:t>
            </w:r>
            <w:r>
              <w:rPr>
                <w:rFonts w:ascii="Pretendard" w:eastAsia="Pretendard" w:hAnsi="Pretendard" w:cs="Pretendard"/>
                <w:color w:val="1D0024"/>
                <w:sz w:val="18"/>
              </w:rPr>
              <w:t>오픈웹</w:t>
            </w:r>
            <w:r>
              <w:rPr>
                <w:rFonts w:ascii="Pretendard" w:eastAsia="Pretendard" w:hAnsi="Pretendard" w:cs="Pretendard"/>
                <w:color w:val="1D0024"/>
                <w:sz w:val="18"/>
              </w:rPr>
              <w:t xml:space="preserve">·AI </w:t>
            </w:r>
            <w:r>
              <w:rPr>
                <w:rFonts w:ascii="Pretendard" w:eastAsia="Pretendard" w:hAnsi="Pretendard" w:cs="Pretendard"/>
                <w:color w:val="1D0024"/>
                <w:sz w:val="18"/>
              </w:rPr>
              <w:t>대응을</w:t>
            </w:r>
            <w:r>
              <w:rPr>
                <w:rFonts w:ascii="Pretendard" w:eastAsia="Pretendard" w:hAnsi="Pretendard" w:cs="Pretendard"/>
                <w:color w:val="1D0024"/>
                <w:sz w:val="18"/>
              </w:rPr>
              <w:t xml:space="preserve"> </w:t>
            </w:r>
            <w:r>
              <w:rPr>
                <w:rFonts w:ascii="Pretendard" w:eastAsia="Pretendard" w:hAnsi="Pretendard" w:cs="Pretendard"/>
                <w:color w:val="1D0024"/>
                <w:sz w:val="18"/>
              </w:rPr>
              <w:t>합니다</w:t>
            </w:r>
            <w:r>
              <w:rPr>
                <w:rFonts w:ascii="Pretendard" w:eastAsia="Pretendard" w:hAnsi="Pretendard" w:cs="Pretendard"/>
                <w:color w:val="1D0024"/>
                <w:sz w:val="18"/>
              </w:rPr>
              <w:t xml:space="preserve">. </w:t>
            </w:r>
            <w:r>
              <w:rPr>
                <w:rFonts w:ascii="Pretendard" w:eastAsia="Pretendard" w:hAnsi="Pretendard" w:cs="Pretendard"/>
                <w:color w:val="1D0024"/>
                <w:sz w:val="18"/>
              </w:rPr>
              <w:t>영문</w:t>
            </w:r>
            <w:r>
              <w:rPr>
                <w:rFonts w:ascii="Pretendard" w:eastAsia="Pretendard" w:hAnsi="Pretendard" w:cs="Pretendard"/>
                <w:color w:val="1D0024"/>
                <w:sz w:val="18"/>
              </w:rPr>
              <w:t xml:space="preserve"> </w:t>
            </w:r>
            <w:r>
              <w:rPr>
                <w:rFonts w:ascii="Pretendard" w:eastAsia="Pretendard" w:hAnsi="Pretendard" w:cs="Pretendard"/>
                <w:color w:val="1D0024"/>
                <w:sz w:val="18"/>
              </w:rPr>
              <w:t>가이드</w:t>
            </w:r>
            <w:r>
              <w:rPr>
                <w:rFonts w:ascii="Pretendard" w:eastAsia="Pretendard" w:hAnsi="Pretendard" w:cs="Pretendard"/>
                <w:color w:val="1D0024"/>
                <w:sz w:val="18"/>
              </w:rPr>
              <w:t xml:space="preserve"> </w:t>
            </w:r>
            <w:r>
              <w:rPr>
                <w:rFonts w:ascii="Pretendard" w:eastAsia="Pretendard" w:hAnsi="Pretendard" w:cs="Pretendard"/>
                <w:color w:val="1D0024"/>
                <w:sz w:val="18"/>
              </w:rPr>
              <w:t>사이트가</w:t>
            </w:r>
            <w:r>
              <w:rPr>
                <w:rFonts w:ascii="Pretendard" w:eastAsia="Pretendard" w:hAnsi="Pretendard" w:cs="Pretendard"/>
                <w:color w:val="1D0024"/>
                <w:sz w:val="18"/>
              </w:rPr>
              <w:t xml:space="preserve"> </w:t>
            </w:r>
            <w:r>
              <w:rPr>
                <w:rFonts w:ascii="Pretendard" w:eastAsia="Pretendard" w:hAnsi="Pretendard" w:cs="Pretendard"/>
                <w:color w:val="1D0024"/>
                <w:sz w:val="18"/>
              </w:rPr>
              <w:t>이미</w:t>
            </w:r>
            <w:r>
              <w:rPr>
                <w:rFonts w:ascii="Pretendard" w:eastAsia="Pretendard" w:hAnsi="Pretendard" w:cs="Pretendard"/>
                <w:color w:val="1D0024"/>
                <w:sz w:val="18"/>
              </w:rPr>
              <w:t xml:space="preserve"> AI </w:t>
            </w:r>
            <w:r>
              <w:rPr>
                <w:rFonts w:ascii="Pretendard" w:eastAsia="Pretendard" w:hAnsi="Pretendard" w:cs="Pretendard"/>
                <w:color w:val="1D0024"/>
                <w:sz w:val="18"/>
              </w:rPr>
              <w:t>인용을</w:t>
            </w:r>
            <w:r>
              <w:rPr>
                <w:rFonts w:ascii="Pretendard" w:eastAsia="Pretendard" w:hAnsi="Pretendard" w:cs="Pretendard"/>
                <w:color w:val="1D0024"/>
                <w:sz w:val="18"/>
              </w:rPr>
              <w:t xml:space="preserve"> </w:t>
            </w:r>
            <w:r>
              <w:rPr>
                <w:rFonts w:ascii="Pretendard" w:eastAsia="Pretendard" w:hAnsi="Pretendard" w:cs="Pretendard"/>
                <w:color w:val="1D0024"/>
                <w:sz w:val="18"/>
              </w:rPr>
              <w:t>받습니다</w:t>
            </w:r>
            <w:r>
              <w:rPr>
                <w:rFonts w:ascii="Pretendard" w:eastAsia="Pretendard" w:hAnsi="Pretendard" w:cs="Pretendard"/>
                <w:color w:val="1D0024"/>
                <w:sz w:val="18"/>
              </w:rPr>
              <w:t>(4-6)</w:t>
            </w:r>
          </w:p>
        </w:tc>
        <w:tc>
          <w:tcPr>
            <w:tcW w:w="2268" w:type="dxa"/>
          </w:tcPr>
          <w:p w14:paraId="203E37FE" w14:textId="77777777" w:rsidR="004B1372" w:rsidRDefault="00BB0BE3">
            <w:r>
              <w:rPr>
                <w:rFonts w:ascii="Pretendard" w:eastAsia="Pretendard" w:hAnsi="Pretendard" w:cs="Pretendard"/>
                <w:color w:val="1D0024"/>
                <w:sz w:val="18"/>
              </w:rPr>
              <w:t>차별점</w:t>
            </w:r>
            <w:r>
              <w:rPr>
                <w:rFonts w:ascii="Pretendard" w:eastAsia="Pretendard" w:hAnsi="Pretendard" w:cs="Pretendard"/>
                <w:color w:val="1D0024"/>
                <w:sz w:val="18"/>
              </w:rPr>
              <w:t xml:space="preserve"> </w:t>
            </w:r>
            <w:r>
              <w:rPr>
                <w:rFonts w:ascii="Pretendard" w:eastAsia="Pretendard" w:hAnsi="Pretendard" w:cs="Pretendard"/>
                <w:color w:val="1D0024"/>
                <w:sz w:val="18"/>
              </w:rPr>
              <w:t>재정의</w:t>
            </w:r>
            <w:r>
              <w:rPr>
                <w:rFonts w:ascii="Pretendard" w:eastAsia="Pretendard" w:hAnsi="Pretendard" w:cs="Pretendard"/>
                <w:color w:val="1D0024"/>
                <w:sz w:val="18"/>
              </w:rPr>
              <w:t>(4-7)</w:t>
            </w:r>
          </w:p>
        </w:tc>
      </w:tr>
      <w:tr w:rsidR="004B1372" w14:paraId="77F6C453" w14:textId="77777777">
        <w:trPr>
          <w:jc w:val="center"/>
        </w:trPr>
        <w:tc>
          <w:tcPr>
            <w:tcW w:w="1814" w:type="dxa"/>
          </w:tcPr>
          <w:p w14:paraId="50CC5D38" w14:textId="77777777" w:rsidR="004B1372" w:rsidRDefault="00BB0BE3">
            <w:r>
              <w:rPr>
                <w:rFonts w:ascii="Pretendard" w:eastAsia="Pretendard" w:hAnsi="Pretendard" w:cs="Pretendard"/>
                <w:b/>
                <w:color w:val="1D0024"/>
                <w:sz w:val="18"/>
              </w:rPr>
              <w:t>1</w:t>
            </w:r>
            <w:r>
              <w:rPr>
                <w:rFonts w:ascii="Pretendard" w:eastAsia="Pretendard" w:hAnsi="Pretendard" w:cs="Pretendard"/>
                <w:b/>
                <w:color w:val="1D0024"/>
                <w:sz w:val="18"/>
              </w:rPr>
              <w:t>단계</w:t>
            </w:r>
            <w:r>
              <w:rPr>
                <w:rFonts w:ascii="Pretendard" w:eastAsia="Pretendard" w:hAnsi="Pretendard" w:cs="Pretendard"/>
                <w:b/>
                <w:color w:val="1D0024"/>
                <w:sz w:val="18"/>
              </w:rPr>
              <w:t xml:space="preserve"> </w:t>
            </w:r>
            <w:r>
              <w:rPr>
                <w:rFonts w:ascii="Pretendard" w:eastAsia="Pretendard" w:hAnsi="Pretendard" w:cs="Pretendard"/>
                <w:b/>
                <w:color w:val="1D0024"/>
                <w:sz w:val="18"/>
              </w:rPr>
              <w:t>개발량</w:t>
            </w:r>
          </w:p>
        </w:tc>
        <w:tc>
          <w:tcPr>
            <w:tcW w:w="5556" w:type="dxa"/>
          </w:tcPr>
          <w:p w14:paraId="4B211066" w14:textId="77777777" w:rsidR="004B1372" w:rsidRDefault="00BB0BE3">
            <w:r>
              <w:rPr>
                <w:rFonts w:ascii="Pretendard" w:eastAsia="Pretendard" w:hAnsi="Pretendard" w:cs="Pretendard"/>
                <w:color w:val="1D0024"/>
                <w:sz w:val="18"/>
              </w:rPr>
              <w:t xml:space="preserve">§06 </w:t>
            </w:r>
            <w:r>
              <w:rPr>
                <w:rFonts w:ascii="Pretendard" w:eastAsia="Pretendard" w:hAnsi="Pretendard" w:cs="Pretendard"/>
                <w:color w:val="1D0024"/>
                <w:sz w:val="18"/>
              </w:rPr>
              <w:t>기준</w:t>
            </w:r>
            <w:r>
              <w:rPr>
                <w:rFonts w:ascii="Pretendard" w:eastAsia="Pretendard" w:hAnsi="Pretendard" w:cs="Pretendard"/>
                <w:color w:val="1D0024"/>
                <w:sz w:val="18"/>
              </w:rPr>
              <w:t xml:space="preserve"> </w:t>
            </w:r>
            <w:r>
              <w:rPr>
                <w:rFonts w:ascii="Pretendard" w:eastAsia="Pretendard" w:hAnsi="Pretendard" w:cs="Pretendard"/>
                <w:color w:val="1D0024"/>
                <w:sz w:val="18"/>
              </w:rPr>
              <w:t>신규</w:t>
            </w:r>
            <w:r>
              <w:rPr>
                <w:rFonts w:ascii="Pretendard" w:eastAsia="Pretendard" w:hAnsi="Pretendard" w:cs="Pretendard"/>
                <w:color w:val="1D0024"/>
                <w:sz w:val="18"/>
              </w:rPr>
              <w:t xml:space="preserve"> 7</w:t>
            </w:r>
            <w:r>
              <w:rPr>
                <w:rFonts w:ascii="Pretendard" w:eastAsia="Pretendard" w:hAnsi="Pretendard" w:cs="Pretendard"/>
                <w:color w:val="1D0024"/>
                <w:sz w:val="18"/>
              </w:rPr>
              <w:t>건</w:t>
            </w:r>
            <w:r>
              <w:rPr>
                <w:rFonts w:ascii="Pretendard" w:eastAsia="Pretendard" w:hAnsi="Pretendard" w:cs="Pretendard"/>
                <w:color w:val="1D0024"/>
                <w:sz w:val="18"/>
              </w:rPr>
              <w:t>(</w:t>
            </w:r>
            <w:r>
              <w:rPr>
                <w:rFonts w:ascii="Pretendard" w:eastAsia="Pretendard" w:hAnsi="Pretendard" w:cs="Pretendard"/>
                <w:color w:val="1D0024"/>
                <w:sz w:val="18"/>
              </w:rPr>
              <w:t>외국인</w:t>
            </w:r>
            <w:r>
              <w:rPr>
                <w:rFonts w:ascii="Pretendard" w:eastAsia="Pretendard" w:hAnsi="Pretendard" w:cs="Pretendard"/>
                <w:color w:val="1D0024"/>
                <w:sz w:val="18"/>
              </w:rPr>
              <w:t xml:space="preserve"> </w:t>
            </w:r>
            <w:r>
              <w:rPr>
                <w:rFonts w:ascii="Pretendard" w:eastAsia="Pretendard" w:hAnsi="Pretendard" w:cs="Pretendard"/>
                <w:color w:val="1D0024"/>
                <w:sz w:val="18"/>
              </w:rPr>
              <w:t>질문</w:t>
            </w:r>
            <w:r>
              <w:rPr>
                <w:rFonts w:ascii="Pretendard" w:eastAsia="Pretendard" w:hAnsi="Pretendard" w:cs="Pretendard"/>
                <w:color w:val="1D0024"/>
                <w:sz w:val="18"/>
              </w:rPr>
              <w:t xml:space="preserve"> </w:t>
            </w:r>
            <w:r>
              <w:rPr>
                <w:rFonts w:ascii="Pretendard" w:eastAsia="Pretendard" w:hAnsi="Pretendard" w:cs="Pretendard"/>
                <w:color w:val="1D0024"/>
                <w:sz w:val="18"/>
              </w:rPr>
              <w:t>뱅크</w:t>
            </w:r>
            <w:r>
              <w:rPr>
                <w:rFonts w:ascii="Pretendard" w:eastAsia="Pretendard" w:hAnsi="Pretendard" w:cs="Pretendard"/>
                <w:color w:val="1D0024"/>
                <w:sz w:val="18"/>
              </w:rPr>
              <w:t xml:space="preserve">, </w:t>
            </w:r>
            <w:r>
              <w:rPr>
                <w:rFonts w:ascii="Pretendard" w:eastAsia="Pretendard" w:hAnsi="Pretendard" w:cs="Pretendard"/>
                <w:color w:val="1D0024"/>
                <w:sz w:val="18"/>
              </w:rPr>
              <w:t>외국어</w:t>
            </w:r>
            <w:r>
              <w:rPr>
                <w:rFonts w:ascii="Pretendard" w:eastAsia="Pretendard" w:hAnsi="Pretendard" w:cs="Pretendard"/>
                <w:color w:val="1D0024"/>
                <w:sz w:val="18"/>
              </w:rPr>
              <w:t xml:space="preserve"> </w:t>
            </w:r>
            <w:r>
              <w:rPr>
                <w:rFonts w:ascii="Pretendard" w:eastAsia="Pretendard" w:hAnsi="Pretendard" w:cs="Pretendard"/>
                <w:color w:val="1D0024"/>
                <w:sz w:val="18"/>
              </w:rPr>
              <w:t>게이트</w:t>
            </w:r>
            <w:r>
              <w:rPr>
                <w:rFonts w:ascii="Pretendard" w:eastAsia="Pretendard" w:hAnsi="Pretendard" w:cs="Pretendard"/>
                <w:color w:val="1D0024"/>
                <w:sz w:val="18"/>
              </w:rPr>
              <w:t xml:space="preserve">, </w:t>
            </w:r>
            <w:r>
              <w:rPr>
                <w:rFonts w:ascii="Pretendard" w:eastAsia="Pretendard" w:hAnsi="Pretendard" w:cs="Pretendard"/>
                <w:color w:val="1D0024"/>
                <w:sz w:val="18"/>
              </w:rPr>
              <w:t>다국어</w:t>
            </w:r>
            <w:r>
              <w:rPr>
                <w:rFonts w:ascii="Pretendard" w:eastAsia="Pretendard" w:hAnsi="Pretendard" w:cs="Pretendard"/>
                <w:color w:val="1D0024"/>
                <w:sz w:val="18"/>
              </w:rPr>
              <w:t xml:space="preserve"> </w:t>
            </w:r>
            <w:r>
              <w:rPr>
                <w:rFonts w:ascii="Pretendard" w:eastAsia="Pretendard" w:hAnsi="Pretendard" w:cs="Pretendard"/>
                <w:color w:val="1D0024"/>
                <w:sz w:val="18"/>
              </w:rPr>
              <w:t>라우팅</w:t>
            </w:r>
            <w:r>
              <w:rPr>
                <w:rFonts w:ascii="Pretendard" w:eastAsia="Pretendard" w:hAnsi="Pretendard" w:cs="Pretendard"/>
                <w:color w:val="1D0024"/>
                <w:sz w:val="18"/>
              </w:rPr>
              <w:t>·</w:t>
            </w:r>
            <w:r>
              <w:rPr>
                <w:rFonts w:ascii="Pretendard" w:eastAsia="Pretendard" w:hAnsi="Pretendard" w:cs="Pretendard"/>
                <w:color w:val="1D0024"/>
                <w:sz w:val="18"/>
              </w:rPr>
              <w:t>상담</w:t>
            </w:r>
            <w:r>
              <w:rPr>
                <w:rFonts w:ascii="Pretendard" w:eastAsia="Pretendard" w:hAnsi="Pretendard" w:cs="Pretendard"/>
                <w:color w:val="1D0024"/>
                <w:sz w:val="18"/>
              </w:rPr>
              <w:t xml:space="preserve"> </w:t>
            </w:r>
            <w:r>
              <w:rPr>
                <w:rFonts w:ascii="Pretendard" w:eastAsia="Pretendard" w:hAnsi="Pretendard" w:cs="Pretendard"/>
                <w:color w:val="1D0024"/>
                <w:sz w:val="18"/>
              </w:rPr>
              <w:t>폼</w:t>
            </w:r>
            <w:r>
              <w:rPr>
                <w:rFonts w:ascii="Pretendard" w:eastAsia="Pretendard" w:hAnsi="Pretendard" w:cs="Pretendard"/>
                <w:color w:val="1D0024"/>
                <w:sz w:val="18"/>
              </w:rPr>
              <w:t xml:space="preserve">, </w:t>
            </w:r>
            <w:r>
              <w:rPr>
                <w:rFonts w:ascii="Pretendard" w:eastAsia="Pretendard" w:hAnsi="Pretendard" w:cs="Pretendard"/>
                <w:color w:val="1D0024"/>
                <w:sz w:val="18"/>
              </w:rPr>
              <w:t>다병원</w:t>
            </w:r>
            <w:r>
              <w:rPr>
                <w:rFonts w:ascii="Pretendard" w:eastAsia="Pretendard" w:hAnsi="Pretendard" w:cs="Pretendard"/>
                <w:color w:val="1D0024"/>
                <w:sz w:val="18"/>
              </w:rPr>
              <w:t xml:space="preserve"> </w:t>
            </w:r>
            <w:r>
              <w:rPr>
                <w:rFonts w:ascii="Pretendard" w:eastAsia="Pretendard" w:hAnsi="Pretendard" w:cs="Pretendard"/>
                <w:color w:val="1D0024"/>
                <w:sz w:val="18"/>
              </w:rPr>
              <w:t>허브</w:t>
            </w:r>
            <w:r>
              <w:rPr>
                <w:rFonts w:ascii="Pretendard" w:eastAsia="Pretendard" w:hAnsi="Pretendard" w:cs="Pretendard"/>
                <w:color w:val="1D0024"/>
                <w:sz w:val="18"/>
              </w:rPr>
              <w:t xml:space="preserve"> </w:t>
            </w:r>
            <w:r>
              <w:rPr>
                <w:rFonts w:ascii="Pretendard" w:eastAsia="Pretendard" w:hAnsi="Pretendard" w:cs="Pretendard"/>
                <w:color w:val="1D0024"/>
                <w:sz w:val="18"/>
              </w:rPr>
              <w:t>도메인</w:t>
            </w:r>
            <w:r>
              <w:rPr>
                <w:rFonts w:ascii="Pretendard" w:eastAsia="Pretendard" w:hAnsi="Pretendard" w:cs="Pretendard"/>
                <w:color w:val="1D0024"/>
                <w:sz w:val="18"/>
              </w:rPr>
              <w:t xml:space="preserve">, </w:t>
            </w:r>
            <w:r>
              <w:rPr>
                <w:rFonts w:ascii="Pretendard" w:eastAsia="Pretendard" w:hAnsi="Pretendard" w:cs="Pretendard"/>
                <w:color w:val="1D0024"/>
                <w:sz w:val="18"/>
              </w:rPr>
              <w:t>계정</w:t>
            </w:r>
            <w:r>
              <w:rPr>
                <w:rFonts w:ascii="Pretendard" w:eastAsia="Pretendard" w:hAnsi="Pretendard" w:cs="Pretendard"/>
                <w:color w:val="1D0024"/>
                <w:sz w:val="18"/>
              </w:rPr>
              <w:t>·</w:t>
            </w:r>
            <w:r>
              <w:rPr>
                <w:rFonts w:ascii="Pretendard" w:eastAsia="Pretendard" w:hAnsi="Pretendard" w:cs="Pretendard"/>
                <w:color w:val="1D0024"/>
                <w:sz w:val="18"/>
              </w:rPr>
              <w:t>권한</w:t>
            </w:r>
            <w:r>
              <w:rPr>
                <w:rFonts w:ascii="Pretendard" w:eastAsia="Pretendard" w:hAnsi="Pretendard" w:cs="Pretendard"/>
                <w:color w:val="1D0024"/>
                <w:sz w:val="18"/>
              </w:rPr>
              <w:t xml:space="preserve">, </w:t>
            </w:r>
            <w:r>
              <w:rPr>
                <w:rFonts w:ascii="Pretendard" w:eastAsia="Pretendard" w:hAnsi="Pretendard" w:cs="Pretendard"/>
                <w:color w:val="1D0024"/>
                <w:sz w:val="18"/>
              </w:rPr>
              <w:t>상담</w:t>
            </w:r>
            <w:r>
              <w:rPr>
                <w:rFonts w:ascii="Pretendard" w:eastAsia="Pretendard" w:hAnsi="Pretendard" w:cs="Pretendard"/>
                <w:color w:val="1D0024"/>
                <w:sz w:val="18"/>
              </w:rPr>
              <w:t xml:space="preserve"> </w:t>
            </w:r>
            <w:r>
              <w:rPr>
                <w:rFonts w:ascii="Pretendard" w:eastAsia="Pretendard" w:hAnsi="Pretendard" w:cs="Pretendard"/>
                <w:color w:val="1D0024"/>
                <w:sz w:val="18"/>
              </w:rPr>
              <w:t>알림</w:t>
            </w:r>
            <w:r>
              <w:rPr>
                <w:rFonts w:ascii="Pretendard" w:eastAsia="Pretendard" w:hAnsi="Pretendard" w:cs="Pretendard"/>
                <w:color w:val="1D0024"/>
                <w:sz w:val="18"/>
              </w:rPr>
              <w:t xml:space="preserve">, </w:t>
            </w:r>
            <w:r>
              <w:rPr>
                <w:rFonts w:ascii="Pretendard" w:eastAsia="Pretendard" w:hAnsi="Pretendard" w:cs="Pretendard"/>
                <w:color w:val="1D0024"/>
                <w:sz w:val="18"/>
              </w:rPr>
              <w:t>측정</w:t>
            </w:r>
            <w:r>
              <w:rPr>
                <w:rFonts w:ascii="Pretendard" w:eastAsia="Pretendard" w:hAnsi="Pretendard" w:cs="Pretendard"/>
                <w:color w:val="1D0024"/>
                <w:sz w:val="18"/>
              </w:rPr>
              <w:t xml:space="preserve"> </w:t>
            </w:r>
            <w:r>
              <w:rPr>
                <w:rFonts w:ascii="Pretendard" w:eastAsia="Pretendard" w:hAnsi="Pretendard" w:cs="Pretendard"/>
                <w:color w:val="1D0024"/>
                <w:sz w:val="18"/>
              </w:rPr>
              <w:t>인프라</w:t>
            </w:r>
            <w:r>
              <w:rPr>
                <w:rFonts w:ascii="Pretendard" w:eastAsia="Pretendard" w:hAnsi="Pretendard" w:cs="Pretendard"/>
                <w:color w:val="1D0024"/>
                <w:sz w:val="18"/>
              </w:rPr>
              <w:t>)</w:t>
            </w:r>
            <w:r>
              <w:rPr>
                <w:rFonts w:ascii="Pretendard" w:eastAsia="Pretendard" w:hAnsi="Pretendard" w:cs="Pretendard"/>
                <w:color w:val="1D0024"/>
                <w:sz w:val="18"/>
              </w:rPr>
              <w:t>과</w:t>
            </w:r>
            <w:r>
              <w:rPr>
                <w:rFonts w:ascii="Pretendard" w:eastAsia="Pretendard" w:hAnsi="Pretendard" w:cs="Pretendard"/>
                <w:color w:val="1D0024"/>
                <w:sz w:val="18"/>
              </w:rPr>
              <w:t xml:space="preserve"> </w:t>
            </w:r>
            <w:r>
              <w:rPr>
                <w:rFonts w:ascii="Pretendard" w:eastAsia="Pretendard" w:hAnsi="Pretendard" w:cs="Pretendard"/>
                <w:color w:val="1D0024"/>
                <w:sz w:val="18"/>
              </w:rPr>
              <w:t>부분</w:t>
            </w:r>
            <w:r>
              <w:rPr>
                <w:rFonts w:ascii="Pretendard" w:eastAsia="Pretendard" w:hAnsi="Pretendard" w:cs="Pretendard"/>
                <w:color w:val="1D0024"/>
                <w:sz w:val="18"/>
              </w:rPr>
              <w:t xml:space="preserve"> 2</w:t>
            </w:r>
            <w:r>
              <w:rPr>
                <w:rFonts w:ascii="Pretendard" w:eastAsia="Pretendard" w:hAnsi="Pretendard" w:cs="Pretendard"/>
                <w:color w:val="1D0024"/>
                <w:sz w:val="18"/>
              </w:rPr>
              <w:t>건</w:t>
            </w:r>
            <w:r>
              <w:rPr>
                <w:rFonts w:ascii="Pretendard" w:eastAsia="Pretendard" w:hAnsi="Pretendard" w:cs="Pretendard"/>
                <w:color w:val="1D0024"/>
                <w:sz w:val="18"/>
              </w:rPr>
              <w:t>(</w:t>
            </w:r>
            <w:r>
              <w:rPr>
                <w:rFonts w:ascii="Pretendard" w:eastAsia="Pretendard" w:hAnsi="Pretendard" w:cs="Pretendard"/>
                <w:color w:val="1D0024"/>
                <w:sz w:val="18"/>
              </w:rPr>
              <w:t>운영</w:t>
            </w:r>
            <w:r>
              <w:rPr>
                <w:rFonts w:ascii="Pretendard" w:eastAsia="Pretendard" w:hAnsi="Pretendard" w:cs="Pretendard"/>
                <w:color w:val="1D0024"/>
                <w:sz w:val="18"/>
              </w:rPr>
              <w:t xml:space="preserve"> </w:t>
            </w:r>
            <w:r>
              <w:rPr>
                <w:rFonts w:ascii="Pretendard" w:eastAsia="Pretendard" w:hAnsi="Pretendard" w:cs="Pretendard"/>
                <w:color w:val="1D0024"/>
                <w:sz w:val="18"/>
              </w:rPr>
              <w:lastRenderedPageBreak/>
              <w:t>콘솔</w:t>
            </w:r>
            <w:r>
              <w:rPr>
                <w:rFonts w:ascii="Pretendard" w:eastAsia="Pretendard" w:hAnsi="Pretendard" w:cs="Pretendard"/>
                <w:color w:val="1D0024"/>
                <w:sz w:val="18"/>
              </w:rPr>
              <w:t xml:space="preserve">, </w:t>
            </w:r>
            <w:r>
              <w:rPr>
                <w:rFonts w:ascii="Pretendard" w:eastAsia="Pretendard" w:hAnsi="Pretendard" w:cs="Pretendard"/>
                <w:color w:val="1D0024"/>
                <w:sz w:val="18"/>
              </w:rPr>
              <w:t>상시</w:t>
            </w:r>
            <w:r>
              <w:rPr>
                <w:rFonts w:ascii="Pretendard" w:eastAsia="Pretendard" w:hAnsi="Pretendard" w:cs="Pretendard"/>
                <w:color w:val="1D0024"/>
                <w:sz w:val="18"/>
              </w:rPr>
              <w:t xml:space="preserve"> </w:t>
            </w:r>
            <w:r>
              <w:rPr>
                <w:rFonts w:ascii="Pretendard" w:eastAsia="Pretendard" w:hAnsi="Pretendard" w:cs="Pretendard"/>
                <w:color w:val="1D0024"/>
                <w:sz w:val="18"/>
              </w:rPr>
              <w:t>워커</w:t>
            </w:r>
            <w:r>
              <w:rPr>
                <w:rFonts w:ascii="Pretendard" w:eastAsia="Pretendard" w:hAnsi="Pretendard" w:cs="Pretendard"/>
                <w:color w:val="1D0024"/>
                <w:sz w:val="18"/>
              </w:rPr>
              <w:t>)</w:t>
            </w:r>
          </w:p>
        </w:tc>
        <w:tc>
          <w:tcPr>
            <w:tcW w:w="2268" w:type="dxa"/>
          </w:tcPr>
          <w:p w14:paraId="4E7EF7D7" w14:textId="77777777" w:rsidR="004B1372" w:rsidRDefault="00BB0BE3">
            <w:r>
              <w:rPr>
                <w:rFonts w:ascii="Pretendard" w:eastAsia="Pretendard" w:hAnsi="Pretendard" w:cs="Pretendard"/>
                <w:color w:val="1D0024"/>
                <w:sz w:val="18"/>
              </w:rPr>
              <w:lastRenderedPageBreak/>
              <w:t>현재</w:t>
            </w:r>
            <w:r>
              <w:rPr>
                <w:rFonts w:ascii="Pretendard" w:eastAsia="Pretendard" w:hAnsi="Pretendard" w:cs="Pretendard"/>
                <w:color w:val="1D0024"/>
                <w:sz w:val="18"/>
              </w:rPr>
              <w:t xml:space="preserve"> </w:t>
            </w:r>
            <w:r>
              <w:rPr>
                <w:rFonts w:ascii="Pretendard" w:eastAsia="Pretendard" w:hAnsi="Pretendard" w:cs="Pretendard"/>
                <w:color w:val="1D0024"/>
                <w:sz w:val="18"/>
              </w:rPr>
              <w:t>인력으로</w:t>
            </w:r>
            <w:r>
              <w:rPr>
                <w:rFonts w:ascii="Pretendard" w:eastAsia="Pretendard" w:hAnsi="Pretendard" w:cs="Pretendard"/>
                <w:color w:val="1D0024"/>
                <w:sz w:val="18"/>
              </w:rPr>
              <w:t xml:space="preserve"> 8~12</w:t>
            </w:r>
            <w:r>
              <w:rPr>
                <w:rFonts w:ascii="Pretendard" w:eastAsia="Pretendard" w:hAnsi="Pretendard" w:cs="Pretendard"/>
                <w:color w:val="1D0024"/>
                <w:sz w:val="18"/>
              </w:rPr>
              <w:t>주는</w:t>
            </w:r>
            <w:r>
              <w:rPr>
                <w:rFonts w:ascii="Pretendard" w:eastAsia="Pretendard" w:hAnsi="Pretendard" w:cs="Pretendard"/>
                <w:color w:val="1D0024"/>
                <w:sz w:val="18"/>
              </w:rPr>
              <w:t xml:space="preserve"> </w:t>
            </w:r>
            <w:r>
              <w:rPr>
                <w:rFonts w:ascii="Pretendard" w:eastAsia="Pretendard" w:hAnsi="Pretendard" w:cs="Pretendard"/>
                <w:color w:val="1D0024"/>
                <w:sz w:val="18"/>
              </w:rPr>
              <w:t>낙관적</w:t>
            </w:r>
          </w:p>
        </w:tc>
      </w:tr>
      <w:tr w:rsidR="004B1372" w14:paraId="188CA8BA" w14:textId="77777777">
        <w:trPr>
          <w:jc w:val="center"/>
        </w:trPr>
        <w:tc>
          <w:tcPr>
            <w:tcW w:w="1814" w:type="dxa"/>
          </w:tcPr>
          <w:p w14:paraId="50D6A075" w14:textId="77777777" w:rsidR="004B1372" w:rsidRDefault="00BB0BE3">
            <w:r>
              <w:rPr>
                <w:rFonts w:ascii="Pretendard" w:eastAsia="Pretendard" w:hAnsi="Pretendard" w:cs="Pretendard"/>
                <w:b/>
                <w:color w:val="1D0024"/>
                <w:sz w:val="18"/>
              </w:rPr>
              <w:t>규제</w:t>
            </w:r>
            <w:r>
              <w:rPr>
                <w:rFonts w:ascii="Pretendard" w:eastAsia="Pretendard" w:hAnsi="Pretendard" w:cs="Pretendard"/>
                <w:b/>
                <w:color w:val="1D0024"/>
                <w:sz w:val="18"/>
              </w:rPr>
              <w:t xml:space="preserve"> </w:t>
            </w:r>
            <w:r>
              <w:rPr>
                <w:rFonts w:ascii="Pretendard" w:eastAsia="Pretendard" w:hAnsi="Pretendard" w:cs="Pretendard"/>
                <w:b/>
                <w:color w:val="1D0024"/>
                <w:sz w:val="18"/>
              </w:rPr>
              <w:t>변경</w:t>
            </w:r>
            <w:r>
              <w:rPr>
                <w:rFonts w:ascii="Pretendard" w:eastAsia="Pretendard" w:hAnsi="Pretendard" w:cs="Pretendard"/>
                <w:b/>
                <w:color w:val="1D0024"/>
                <w:sz w:val="18"/>
              </w:rPr>
              <w:t xml:space="preserve"> </w:t>
            </w:r>
            <w:r>
              <w:rPr>
                <w:rFonts w:ascii="Pretendard" w:eastAsia="Pretendard" w:hAnsi="Pretendard" w:cs="Pretendard"/>
                <w:b/>
                <w:color w:val="1D0024"/>
                <w:sz w:val="18"/>
              </w:rPr>
              <w:t>미반영</w:t>
            </w:r>
          </w:p>
        </w:tc>
        <w:tc>
          <w:tcPr>
            <w:tcW w:w="5556" w:type="dxa"/>
          </w:tcPr>
          <w:p w14:paraId="54D68F88" w14:textId="77777777" w:rsidR="004B1372" w:rsidRDefault="00BB0BE3">
            <w:r>
              <w:rPr>
                <w:rFonts w:ascii="Pretendard" w:eastAsia="Pretendard" w:hAnsi="Pretendard" w:cs="Pretendard"/>
                <w:color w:val="1D0024"/>
                <w:sz w:val="18"/>
              </w:rPr>
              <w:t xml:space="preserve">2026-05-15 </w:t>
            </w:r>
            <w:r>
              <w:rPr>
                <w:rFonts w:ascii="Pretendard" w:eastAsia="Pretendard" w:hAnsi="Pretendard" w:cs="Pretendard"/>
                <w:color w:val="1D0024"/>
                <w:sz w:val="18"/>
              </w:rPr>
              <w:t>시행규칙</w:t>
            </w:r>
            <w:r>
              <w:rPr>
                <w:rFonts w:ascii="Pretendard" w:eastAsia="Pretendard" w:hAnsi="Pretendard" w:cs="Pretendard"/>
                <w:color w:val="1D0024"/>
                <w:sz w:val="18"/>
              </w:rPr>
              <w:t xml:space="preserve"> </w:t>
            </w:r>
            <w:r>
              <w:rPr>
                <w:rFonts w:ascii="Pretendard" w:eastAsia="Pretendard" w:hAnsi="Pretendard" w:cs="Pretendard"/>
                <w:color w:val="1D0024"/>
                <w:sz w:val="18"/>
              </w:rPr>
              <w:t>개정으로</w:t>
            </w:r>
            <w:r>
              <w:rPr>
                <w:rFonts w:ascii="Pretendard" w:eastAsia="Pretendard" w:hAnsi="Pretendard" w:cs="Pretendard"/>
                <w:color w:val="1D0024"/>
                <w:sz w:val="18"/>
              </w:rPr>
              <w:t xml:space="preserve"> </w:t>
            </w:r>
            <w:r>
              <w:rPr>
                <w:rFonts w:ascii="Pretendard" w:eastAsia="Pretendard" w:hAnsi="Pretendard" w:cs="Pretendard"/>
                <w:color w:val="1D0024"/>
                <w:sz w:val="18"/>
              </w:rPr>
              <w:t>여행업자</w:t>
            </w:r>
            <w:r>
              <w:rPr>
                <w:rFonts w:ascii="Pretendard" w:eastAsia="Pretendard" w:hAnsi="Pretendard" w:cs="Pretendard"/>
                <w:color w:val="1D0024"/>
                <w:sz w:val="18"/>
              </w:rPr>
              <w:t xml:space="preserve"> </w:t>
            </w:r>
            <w:r>
              <w:rPr>
                <w:rFonts w:ascii="Pretendard" w:eastAsia="Pretendard" w:hAnsi="Pretendard" w:cs="Pretendard"/>
                <w:color w:val="1D0024"/>
                <w:sz w:val="18"/>
              </w:rPr>
              <w:t>자본금</w:t>
            </w:r>
            <w:r>
              <w:rPr>
                <w:rFonts w:ascii="Pretendard" w:eastAsia="Pretendard" w:hAnsi="Pretendard" w:cs="Pretendard"/>
                <w:color w:val="1D0024"/>
                <w:sz w:val="18"/>
              </w:rPr>
              <w:t xml:space="preserve"> 5</w:t>
            </w:r>
            <w:r>
              <w:rPr>
                <w:rFonts w:ascii="Pretendard" w:eastAsia="Pretendard" w:hAnsi="Pretendard" w:cs="Pretendard"/>
                <w:color w:val="1D0024"/>
                <w:sz w:val="18"/>
              </w:rPr>
              <w:t>천만</w:t>
            </w:r>
            <w:r>
              <w:rPr>
                <w:rFonts w:ascii="Pretendard" w:eastAsia="Pretendard" w:hAnsi="Pretendard" w:cs="Pretendard"/>
                <w:color w:val="1D0024"/>
                <w:sz w:val="18"/>
              </w:rPr>
              <w:t xml:space="preserve"> </w:t>
            </w:r>
            <w:r>
              <w:rPr>
                <w:rFonts w:ascii="Pretendard" w:eastAsia="Pretendard" w:hAnsi="Pretendard" w:cs="Pretendard"/>
                <w:color w:val="1D0024"/>
                <w:sz w:val="18"/>
              </w:rPr>
              <w:t>원</w:t>
            </w:r>
            <w:r>
              <w:rPr>
                <w:rFonts w:ascii="Pretendard" w:eastAsia="Pretendard" w:hAnsi="Pretendard" w:cs="Pretendard"/>
                <w:color w:val="1D0024"/>
                <w:sz w:val="18"/>
              </w:rPr>
              <w:t xml:space="preserve"> </w:t>
            </w:r>
            <w:r>
              <w:rPr>
                <w:rFonts w:ascii="Pretendard" w:eastAsia="Pretendard" w:hAnsi="Pretendard" w:cs="Pretendard"/>
                <w:color w:val="1D0024"/>
                <w:sz w:val="18"/>
              </w:rPr>
              <w:t>예외</w:t>
            </w:r>
            <w:r>
              <w:rPr>
                <w:rFonts w:ascii="Pretendard" w:eastAsia="Pretendard" w:hAnsi="Pretendard" w:cs="Pretendard"/>
                <w:color w:val="1D0024"/>
                <w:sz w:val="18"/>
              </w:rPr>
              <w:t xml:space="preserve"> </w:t>
            </w:r>
            <w:r>
              <w:rPr>
                <w:rFonts w:ascii="Pretendard" w:eastAsia="Pretendard" w:hAnsi="Pretendard" w:cs="Pretendard"/>
                <w:color w:val="1D0024"/>
                <w:sz w:val="18"/>
              </w:rPr>
              <w:t>삭제</w:t>
            </w:r>
            <w:r>
              <w:rPr>
                <w:rFonts w:ascii="Pretendard" w:eastAsia="Pretendard" w:hAnsi="Pretendard" w:cs="Pretendard"/>
                <w:color w:val="1D0024"/>
                <w:sz w:val="18"/>
              </w:rPr>
              <w:t xml:space="preserve">. </w:t>
            </w:r>
            <w:r>
              <w:rPr>
                <w:rFonts w:ascii="Pretendard" w:eastAsia="Pretendard" w:hAnsi="Pretendard" w:cs="Pretendard"/>
                <w:color w:val="1D0024"/>
                <w:sz w:val="18"/>
              </w:rPr>
              <w:t>유치업은</w:t>
            </w:r>
            <w:r>
              <w:rPr>
                <w:rFonts w:ascii="Pretendard" w:eastAsia="Pretendard" w:hAnsi="Pretendard" w:cs="Pretendard"/>
                <w:color w:val="1D0024"/>
                <w:sz w:val="18"/>
              </w:rPr>
              <w:t xml:space="preserve"> </w:t>
            </w:r>
            <w:r>
              <w:rPr>
                <w:rFonts w:ascii="Pretendard" w:eastAsia="Pretendard" w:hAnsi="Pretendard" w:cs="Pretendard"/>
                <w:color w:val="1D0024"/>
                <w:sz w:val="18"/>
              </w:rPr>
              <w:t>자본금</w:t>
            </w:r>
            <w:r>
              <w:rPr>
                <w:rFonts w:ascii="Pretendard" w:eastAsia="Pretendard" w:hAnsi="Pretendard" w:cs="Pretendard"/>
                <w:color w:val="1D0024"/>
                <w:sz w:val="18"/>
              </w:rPr>
              <w:t>·</w:t>
            </w:r>
            <w:r>
              <w:rPr>
                <w:rFonts w:ascii="Pretendard" w:eastAsia="Pretendard" w:hAnsi="Pretendard" w:cs="Pretendard"/>
                <w:color w:val="1D0024"/>
                <w:sz w:val="18"/>
              </w:rPr>
              <w:t>보증보험</w:t>
            </w:r>
            <w:r>
              <w:rPr>
                <w:rFonts w:ascii="Pretendard" w:eastAsia="Pretendard" w:hAnsi="Pretendard" w:cs="Pretendard"/>
                <w:color w:val="1D0024"/>
                <w:sz w:val="18"/>
              </w:rPr>
              <w:t xml:space="preserve"> </w:t>
            </w:r>
            <w:r>
              <w:rPr>
                <w:rFonts w:ascii="Pretendard" w:eastAsia="Pretendard" w:hAnsi="Pretendard" w:cs="Pretendard"/>
                <w:color w:val="1D0024"/>
                <w:sz w:val="18"/>
              </w:rPr>
              <w:t>각</w:t>
            </w:r>
            <w:r>
              <w:rPr>
                <w:rFonts w:ascii="Pretendard" w:eastAsia="Pretendard" w:hAnsi="Pretendard" w:cs="Pretendard"/>
                <w:color w:val="1D0024"/>
                <w:sz w:val="18"/>
              </w:rPr>
              <w:t xml:space="preserve"> 1</w:t>
            </w:r>
            <w:r>
              <w:rPr>
                <w:rFonts w:ascii="Pretendard" w:eastAsia="Pretendard" w:hAnsi="Pretendard" w:cs="Pretendard"/>
                <w:color w:val="1D0024"/>
                <w:sz w:val="18"/>
              </w:rPr>
              <w:t>억</w:t>
            </w:r>
            <w:r>
              <w:rPr>
                <w:rFonts w:ascii="Pretendard" w:eastAsia="Pretendard" w:hAnsi="Pretendard" w:cs="Pretendard"/>
                <w:color w:val="1D0024"/>
                <w:sz w:val="18"/>
              </w:rPr>
              <w:t xml:space="preserve"> </w:t>
            </w:r>
            <w:r>
              <w:rPr>
                <w:rFonts w:ascii="Pretendard" w:eastAsia="Pretendard" w:hAnsi="Pretendard" w:cs="Pretendard"/>
                <w:color w:val="1D0024"/>
                <w:sz w:val="18"/>
              </w:rPr>
              <w:t>원</w:t>
            </w:r>
            <w:r>
              <w:rPr>
                <w:rFonts w:ascii="Pretendard" w:eastAsia="Pretendard" w:hAnsi="Pretendard" w:cs="Pretendard"/>
                <w:color w:val="1D0024"/>
                <w:sz w:val="18"/>
              </w:rPr>
              <w:t xml:space="preserve">. </w:t>
            </w:r>
            <w:r>
              <w:rPr>
                <w:rFonts w:ascii="Pretendard" w:eastAsia="Pretendard" w:hAnsi="Pretendard" w:cs="Pretendard"/>
                <w:color w:val="1D0024"/>
                <w:sz w:val="18"/>
              </w:rPr>
              <w:t>등록</w:t>
            </w:r>
            <w:r>
              <w:rPr>
                <w:rFonts w:ascii="Pretendard" w:eastAsia="Pretendard" w:hAnsi="Pretendard" w:cs="Pretendard"/>
                <w:color w:val="1D0024"/>
                <w:sz w:val="18"/>
              </w:rPr>
              <w:t xml:space="preserve"> </w:t>
            </w:r>
            <w:r>
              <w:rPr>
                <w:rFonts w:ascii="Pretendard" w:eastAsia="Pretendard" w:hAnsi="Pretendard" w:cs="Pretendard"/>
                <w:color w:val="1D0024"/>
                <w:sz w:val="18"/>
              </w:rPr>
              <w:t>후</w:t>
            </w:r>
            <w:r>
              <w:rPr>
                <w:rFonts w:ascii="Pretendard" w:eastAsia="Pretendard" w:hAnsi="Pretendard" w:cs="Pretendard"/>
                <w:color w:val="1D0024"/>
                <w:sz w:val="18"/>
              </w:rPr>
              <w:t xml:space="preserve"> 2</w:t>
            </w:r>
            <w:r>
              <w:rPr>
                <w:rFonts w:ascii="Pretendard" w:eastAsia="Pretendard" w:hAnsi="Pretendard" w:cs="Pretendard"/>
                <w:color w:val="1D0024"/>
                <w:sz w:val="18"/>
              </w:rPr>
              <w:t>년</w:t>
            </w:r>
            <w:r>
              <w:rPr>
                <w:rFonts w:ascii="Pretendard" w:eastAsia="Pretendard" w:hAnsi="Pretendard" w:cs="Pretendard"/>
                <w:color w:val="1D0024"/>
                <w:sz w:val="18"/>
              </w:rPr>
              <w:t xml:space="preserve"> </w:t>
            </w:r>
            <w:r>
              <w:rPr>
                <w:rFonts w:ascii="Pretendard" w:eastAsia="Pretendard" w:hAnsi="Pretendard" w:cs="Pretendard"/>
                <w:color w:val="1D0024"/>
                <w:sz w:val="18"/>
              </w:rPr>
              <w:t>무실적이면</w:t>
            </w:r>
            <w:r>
              <w:rPr>
                <w:rFonts w:ascii="Pretendard" w:eastAsia="Pretendard" w:hAnsi="Pretendard" w:cs="Pretendard"/>
                <w:color w:val="1D0024"/>
                <w:sz w:val="18"/>
              </w:rPr>
              <w:t xml:space="preserve"> </w:t>
            </w:r>
            <w:r>
              <w:rPr>
                <w:rFonts w:ascii="Pretendard" w:eastAsia="Pretendard" w:hAnsi="Pretendard" w:cs="Pretendard"/>
                <w:color w:val="1D0024"/>
                <w:sz w:val="18"/>
              </w:rPr>
              <w:t>취소</w:t>
            </w:r>
            <w:r>
              <w:rPr>
                <w:rFonts w:ascii="Pretendard" w:eastAsia="Pretendard" w:hAnsi="Pretendard" w:cs="Pretendard"/>
                <w:color w:val="1D0024"/>
                <w:sz w:val="18"/>
              </w:rPr>
              <w:t xml:space="preserve"> </w:t>
            </w:r>
            <w:r>
              <w:rPr>
                <w:rFonts w:ascii="Pretendard" w:eastAsia="Pretendard" w:hAnsi="Pretendard" w:cs="Pretendard"/>
                <w:color w:val="1D0024"/>
                <w:sz w:val="18"/>
              </w:rPr>
              <w:t>사유</w:t>
            </w:r>
            <w:r>
              <w:rPr>
                <w:rFonts w:ascii="Pretendard" w:eastAsia="Pretendard" w:hAnsi="Pretendard" w:cs="Pretendard"/>
                <w:color w:val="1D0024"/>
                <w:sz w:val="18"/>
              </w:rPr>
              <w:t>. 2026-05-12</w:t>
            </w:r>
            <w:r>
              <w:rPr>
                <w:rFonts w:ascii="Pretendard" w:eastAsia="Pretendard" w:hAnsi="Pretendard" w:cs="Pretendard"/>
                <w:color w:val="1D0024"/>
                <w:sz w:val="18"/>
              </w:rPr>
              <w:t>부터</w:t>
            </w:r>
            <w:r>
              <w:rPr>
                <w:rFonts w:ascii="Pretendard" w:eastAsia="Pretendard" w:hAnsi="Pretendard" w:cs="Pretendard"/>
                <w:color w:val="1D0024"/>
                <w:sz w:val="18"/>
              </w:rPr>
              <w:t xml:space="preserve"> </w:t>
            </w:r>
            <w:r>
              <w:rPr>
                <w:rFonts w:ascii="Pretendard" w:eastAsia="Pretendard" w:hAnsi="Pretendard" w:cs="Pretendard"/>
                <w:color w:val="1D0024"/>
                <w:sz w:val="18"/>
              </w:rPr>
              <w:t>병원이</w:t>
            </w:r>
            <w:r>
              <w:rPr>
                <w:rFonts w:ascii="Pretendard" w:eastAsia="Pretendard" w:hAnsi="Pretendard" w:cs="Pretendard"/>
                <w:color w:val="1D0024"/>
                <w:sz w:val="18"/>
              </w:rPr>
              <w:t xml:space="preserve"> </w:t>
            </w:r>
            <w:r>
              <w:rPr>
                <w:rFonts w:ascii="Pretendard" w:eastAsia="Pretendard" w:hAnsi="Pretendard" w:cs="Pretendard"/>
                <w:color w:val="1D0024"/>
                <w:sz w:val="18"/>
              </w:rPr>
              <w:t>유치</w:t>
            </w:r>
            <w:r>
              <w:rPr>
                <w:rFonts w:ascii="Pretendard" w:eastAsia="Pretendard" w:hAnsi="Pretendard" w:cs="Pretendard"/>
                <w:color w:val="1D0024"/>
                <w:sz w:val="18"/>
              </w:rPr>
              <w:t xml:space="preserve"> </w:t>
            </w:r>
            <w:r>
              <w:rPr>
                <w:rFonts w:ascii="Pretendard" w:eastAsia="Pretendard" w:hAnsi="Pretendard" w:cs="Pretendard"/>
                <w:color w:val="1D0024"/>
                <w:sz w:val="18"/>
              </w:rPr>
              <w:t>경로</w:t>
            </w:r>
            <w:r>
              <w:rPr>
                <w:rFonts w:ascii="Pretendard" w:eastAsia="Pretendard" w:hAnsi="Pretendard" w:cs="Pretendard"/>
                <w:color w:val="1D0024"/>
                <w:sz w:val="18"/>
              </w:rPr>
              <w:t xml:space="preserve"> </w:t>
            </w:r>
            <w:r>
              <w:rPr>
                <w:rFonts w:ascii="Pretendard" w:eastAsia="Pretendard" w:hAnsi="Pretendard" w:cs="Pretendard"/>
                <w:color w:val="1D0024"/>
                <w:sz w:val="18"/>
              </w:rPr>
              <w:t>보고</w:t>
            </w:r>
          </w:p>
        </w:tc>
        <w:tc>
          <w:tcPr>
            <w:tcW w:w="2268" w:type="dxa"/>
          </w:tcPr>
          <w:p w14:paraId="464D24E1" w14:textId="77777777" w:rsidR="004B1372" w:rsidRDefault="00BB0BE3">
            <w:r>
              <w:rPr>
                <w:rFonts w:ascii="Pretendard" w:eastAsia="Pretendard" w:hAnsi="Pretendard" w:cs="Pretendard"/>
                <w:color w:val="1D0024"/>
                <w:sz w:val="18"/>
              </w:rPr>
              <w:t xml:space="preserve">§05 </w:t>
            </w:r>
            <w:r>
              <w:rPr>
                <w:rFonts w:ascii="Pretendard" w:eastAsia="Pretendard" w:hAnsi="Pretendard" w:cs="Pretendard"/>
                <w:color w:val="1D0024"/>
                <w:sz w:val="18"/>
              </w:rPr>
              <w:t>갱신</w:t>
            </w:r>
          </w:p>
        </w:tc>
      </w:tr>
      <w:tr w:rsidR="004B1372" w14:paraId="34A95E06" w14:textId="77777777">
        <w:trPr>
          <w:jc w:val="center"/>
        </w:trPr>
        <w:tc>
          <w:tcPr>
            <w:tcW w:w="1814" w:type="dxa"/>
          </w:tcPr>
          <w:p w14:paraId="6731AB01" w14:textId="77777777" w:rsidR="004B1372" w:rsidRDefault="00BB0BE3">
            <w:r>
              <w:rPr>
                <w:rFonts w:ascii="Pretendard" w:eastAsia="Pretendard" w:hAnsi="Pretendard" w:cs="Pretendard"/>
                <w:b/>
                <w:color w:val="1D0024"/>
                <w:sz w:val="18"/>
              </w:rPr>
              <w:t>민감정보</w:t>
            </w:r>
            <w:r>
              <w:rPr>
                <w:rFonts w:ascii="Pretendard" w:eastAsia="Pretendard" w:hAnsi="Pretendard" w:cs="Pretendard"/>
                <w:b/>
                <w:color w:val="1D0024"/>
                <w:sz w:val="18"/>
              </w:rPr>
              <w:t xml:space="preserve"> </w:t>
            </w:r>
            <w:r>
              <w:rPr>
                <w:rFonts w:ascii="Pretendard" w:eastAsia="Pretendard" w:hAnsi="Pretendard" w:cs="Pretendard"/>
                <w:b/>
                <w:color w:val="1D0024"/>
                <w:sz w:val="18"/>
              </w:rPr>
              <w:t>리스크</w:t>
            </w:r>
          </w:p>
        </w:tc>
        <w:tc>
          <w:tcPr>
            <w:tcW w:w="5556" w:type="dxa"/>
          </w:tcPr>
          <w:p w14:paraId="777A317B" w14:textId="77777777" w:rsidR="004B1372" w:rsidRDefault="00BB0BE3">
            <w:r>
              <w:rPr>
                <w:rFonts w:ascii="Pretendard" w:eastAsia="Pretendard" w:hAnsi="Pretendard" w:cs="Pretendard"/>
                <w:color w:val="1D0024"/>
                <w:sz w:val="18"/>
              </w:rPr>
              <w:t xml:space="preserve">2026-09-04~05 </w:t>
            </w:r>
            <w:r>
              <w:rPr>
                <w:rFonts w:ascii="Pretendard" w:eastAsia="Pretendard" w:hAnsi="Pretendard" w:cs="Pretendard"/>
                <w:color w:val="1D0024"/>
                <w:sz w:val="18"/>
              </w:rPr>
              <w:t>강남언니</w:t>
            </w:r>
            <w:r>
              <w:rPr>
                <w:rFonts w:ascii="Pretendard" w:eastAsia="Pretendard" w:hAnsi="Pretendard" w:cs="Pretendard"/>
                <w:color w:val="1D0024"/>
                <w:sz w:val="18"/>
              </w:rPr>
              <w:t xml:space="preserve"> 22</w:t>
            </w:r>
            <w:r>
              <w:rPr>
                <w:rFonts w:ascii="Pretendard" w:eastAsia="Pretendard" w:hAnsi="Pretendard" w:cs="Pretendard"/>
                <w:color w:val="1D0024"/>
                <w:sz w:val="18"/>
              </w:rPr>
              <w:t>만</w:t>
            </w:r>
            <w:r>
              <w:rPr>
                <w:rFonts w:ascii="Pretendard" w:eastAsia="Pretendard" w:hAnsi="Pretendard" w:cs="Pretendard"/>
                <w:color w:val="1D0024"/>
                <w:sz w:val="18"/>
              </w:rPr>
              <w:t xml:space="preserve"> </w:t>
            </w:r>
            <w:r>
              <w:rPr>
                <w:rFonts w:ascii="Pretendard" w:eastAsia="Pretendard" w:hAnsi="Pretendard" w:cs="Pretendard"/>
                <w:color w:val="1D0024"/>
                <w:sz w:val="18"/>
              </w:rPr>
              <w:t>명</w:t>
            </w:r>
            <w:r>
              <w:rPr>
                <w:rFonts w:ascii="Pretendard" w:eastAsia="Pretendard" w:hAnsi="Pretendard" w:cs="Pretendard"/>
                <w:color w:val="1D0024"/>
                <w:sz w:val="18"/>
              </w:rPr>
              <w:t>(</w:t>
            </w:r>
            <w:r>
              <w:rPr>
                <w:rFonts w:ascii="Pretendard" w:eastAsia="Pretendard" w:hAnsi="Pretendard" w:cs="Pretendard"/>
                <w:color w:val="1D0024"/>
                <w:sz w:val="18"/>
              </w:rPr>
              <w:t>해외</w:t>
            </w:r>
            <w:r>
              <w:rPr>
                <w:rFonts w:ascii="Pretendard" w:eastAsia="Pretendard" w:hAnsi="Pretendard" w:cs="Pretendard"/>
                <w:color w:val="1D0024"/>
                <w:sz w:val="18"/>
              </w:rPr>
              <w:t xml:space="preserve"> </w:t>
            </w:r>
            <w:r>
              <w:rPr>
                <w:rFonts w:ascii="Pretendard" w:eastAsia="Pretendard" w:hAnsi="Pretendard" w:cs="Pretendard"/>
                <w:color w:val="1D0024"/>
                <w:sz w:val="18"/>
              </w:rPr>
              <w:t>약</w:t>
            </w:r>
            <w:r>
              <w:rPr>
                <w:rFonts w:ascii="Pretendard" w:eastAsia="Pretendard" w:hAnsi="Pretendard" w:cs="Pretendard"/>
                <w:color w:val="1D0024"/>
                <w:sz w:val="18"/>
              </w:rPr>
              <w:t xml:space="preserve"> 6</w:t>
            </w:r>
            <w:r>
              <w:rPr>
                <w:rFonts w:ascii="Pretendard" w:eastAsia="Pretendard" w:hAnsi="Pretendard" w:cs="Pretendard"/>
                <w:color w:val="1D0024"/>
                <w:sz w:val="18"/>
              </w:rPr>
              <w:t>만</w:t>
            </w:r>
            <w:r>
              <w:rPr>
                <w:rFonts w:ascii="Pretendard" w:eastAsia="Pretendard" w:hAnsi="Pretendard" w:cs="Pretendard"/>
                <w:color w:val="1D0024"/>
                <w:sz w:val="18"/>
              </w:rPr>
              <w:t xml:space="preserve"> </w:t>
            </w:r>
            <w:r>
              <w:rPr>
                <w:rFonts w:ascii="Pretendard" w:eastAsia="Pretendard" w:hAnsi="Pretendard" w:cs="Pretendard"/>
                <w:color w:val="1D0024"/>
                <w:sz w:val="18"/>
              </w:rPr>
              <w:t>명</w:t>
            </w:r>
            <w:r>
              <w:rPr>
                <w:rFonts w:ascii="Pretendard" w:eastAsia="Pretendard" w:hAnsi="Pretendard" w:cs="Pretendard"/>
                <w:color w:val="1D0024"/>
                <w:sz w:val="18"/>
              </w:rPr>
              <w:t xml:space="preserve">) </w:t>
            </w:r>
            <w:r>
              <w:rPr>
                <w:rFonts w:ascii="Pretendard" w:eastAsia="Pretendard" w:hAnsi="Pretendard" w:cs="Pretendard"/>
                <w:color w:val="1D0024"/>
                <w:sz w:val="18"/>
              </w:rPr>
              <w:t>민감정보</w:t>
            </w:r>
            <w:r>
              <w:rPr>
                <w:rFonts w:ascii="Pretendard" w:eastAsia="Pretendard" w:hAnsi="Pretendard" w:cs="Pretendard"/>
                <w:color w:val="1D0024"/>
                <w:sz w:val="18"/>
              </w:rPr>
              <w:t xml:space="preserve"> </w:t>
            </w:r>
            <w:r>
              <w:rPr>
                <w:rFonts w:ascii="Pretendard" w:eastAsia="Pretendard" w:hAnsi="Pretendard" w:cs="Pretendard"/>
                <w:color w:val="1D0024"/>
                <w:sz w:val="18"/>
              </w:rPr>
              <w:t>유출</w:t>
            </w:r>
            <w:r>
              <w:rPr>
                <w:rFonts w:ascii="Pretendard" w:eastAsia="Pretendard" w:hAnsi="Pretendard" w:cs="Pretendard"/>
                <w:color w:val="1D0024"/>
                <w:sz w:val="18"/>
              </w:rPr>
              <w:t xml:space="preserve">. </w:t>
            </w:r>
            <w:r>
              <w:rPr>
                <w:rFonts w:ascii="Pretendard" w:eastAsia="Pretendard" w:hAnsi="Pretendard" w:cs="Pretendard"/>
                <w:color w:val="1D0024"/>
                <w:sz w:val="18"/>
              </w:rPr>
              <w:t>상담</w:t>
            </w:r>
            <w:r>
              <w:rPr>
                <w:rFonts w:ascii="Pretendard" w:eastAsia="Pretendard" w:hAnsi="Pretendard" w:cs="Pretendard"/>
                <w:color w:val="1D0024"/>
                <w:sz w:val="18"/>
              </w:rPr>
              <w:t xml:space="preserve"> </w:t>
            </w:r>
            <w:r>
              <w:rPr>
                <w:rFonts w:ascii="Pretendard" w:eastAsia="Pretendard" w:hAnsi="Pretendard" w:cs="Pretendard"/>
                <w:color w:val="1D0024"/>
                <w:sz w:val="18"/>
              </w:rPr>
              <w:t>폼만</w:t>
            </w:r>
            <w:r>
              <w:rPr>
                <w:rFonts w:ascii="Pretendard" w:eastAsia="Pretendard" w:hAnsi="Pretendard" w:cs="Pretendard"/>
                <w:color w:val="1D0024"/>
                <w:sz w:val="18"/>
              </w:rPr>
              <w:t xml:space="preserve"> </w:t>
            </w:r>
            <w:r>
              <w:rPr>
                <w:rFonts w:ascii="Pretendard" w:eastAsia="Pretendard" w:hAnsi="Pretendard" w:cs="Pretendard"/>
                <w:color w:val="1D0024"/>
                <w:sz w:val="18"/>
              </w:rPr>
              <w:t>받아도</w:t>
            </w:r>
            <w:r>
              <w:rPr>
                <w:rFonts w:ascii="Pretendard" w:eastAsia="Pretendard" w:hAnsi="Pretendard" w:cs="Pretendard"/>
                <w:color w:val="1D0024"/>
                <w:sz w:val="18"/>
              </w:rPr>
              <w:t xml:space="preserve"> </w:t>
            </w:r>
            <w:r>
              <w:rPr>
                <w:rFonts w:ascii="Pretendard" w:eastAsia="Pretendard" w:hAnsi="Pretendard" w:cs="Pretendard"/>
                <w:color w:val="1D0024"/>
                <w:sz w:val="18"/>
              </w:rPr>
              <w:t>건강정보</w:t>
            </w:r>
            <w:r>
              <w:rPr>
                <w:rFonts w:ascii="Pretendard" w:eastAsia="Pretendard" w:hAnsi="Pretendard" w:cs="Pretendard"/>
                <w:color w:val="1D0024"/>
                <w:sz w:val="18"/>
              </w:rPr>
              <w:t xml:space="preserve"> </w:t>
            </w:r>
            <w:r>
              <w:rPr>
                <w:rFonts w:ascii="Pretendard" w:eastAsia="Pretendard" w:hAnsi="Pretendard" w:cs="Pretendard"/>
                <w:color w:val="1D0024"/>
                <w:sz w:val="18"/>
              </w:rPr>
              <w:t>처리자가</w:t>
            </w:r>
            <w:r>
              <w:rPr>
                <w:rFonts w:ascii="Pretendard" w:eastAsia="Pretendard" w:hAnsi="Pretendard" w:cs="Pretendard"/>
                <w:color w:val="1D0024"/>
                <w:sz w:val="18"/>
              </w:rPr>
              <w:t xml:space="preserve"> </w:t>
            </w:r>
            <w:r>
              <w:rPr>
                <w:rFonts w:ascii="Pretendard" w:eastAsia="Pretendard" w:hAnsi="Pretendard" w:cs="Pretendard"/>
                <w:color w:val="1D0024"/>
                <w:sz w:val="18"/>
              </w:rPr>
              <w:t>됩니다</w:t>
            </w:r>
          </w:p>
        </w:tc>
        <w:tc>
          <w:tcPr>
            <w:tcW w:w="2268" w:type="dxa"/>
          </w:tcPr>
          <w:p w14:paraId="25C94002" w14:textId="77777777" w:rsidR="004B1372" w:rsidRDefault="00BB0BE3">
            <w:r>
              <w:rPr>
                <w:rFonts w:ascii="Pretendard" w:eastAsia="Pretendard" w:hAnsi="Pretendard" w:cs="Pretendard"/>
                <w:color w:val="1D0024"/>
                <w:sz w:val="18"/>
              </w:rPr>
              <w:t>최소</w:t>
            </w:r>
            <w:r>
              <w:rPr>
                <w:rFonts w:ascii="Pretendard" w:eastAsia="Pretendard" w:hAnsi="Pretendard" w:cs="Pretendard"/>
                <w:color w:val="1D0024"/>
                <w:sz w:val="18"/>
              </w:rPr>
              <w:t xml:space="preserve"> </w:t>
            </w:r>
            <w:r>
              <w:rPr>
                <w:rFonts w:ascii="Pretendard" w:eastAsia="Pretendard" w:hAnsi="Pretendard" w:cs="Pretendard"/>
                <w:color w:val="1D0024"/>
                <w:sz w:val="18"/>
              </w:rPr>
              <w:t>수집</w:t>
            </w:r>
            <w:r>
              <w:rPr>
                <w:rFonts w:ascii="Pretendard" w:eastAsia="Pretendard" w:hAnsi="Pretendard" w:cs="Pretendard"/>
                <w:color w:val="1D0024"/>
                <w:sz w:val="18"/>
              </w:rPr>
              <w:t xml:space="preserve">, </w:t>
            </w:r>
            <w:r>
              <w:rPr>
                <w:rFonts w:ascii="Pretendard" w:eastAsia="Pretendard" w:hAnsi="Pretendard" w:cs="Pretendard"/>
                <w:color w:val="1D0024"/>
                <w:sz w:val="18"/>
              </w:rPr>
              <w:t>보안</w:t>
            </w:r>
            <w:r>
              <w:rPr>
                <w:rFonts w:ascii="Pretendard" w:eastAsia="Pretendard" w:hAnsi="Pretendard" w:cs="Pretendard"/>
                <w:color w:val="1D0024"/>
                <w:sz w:val="18"/>
              </w:rPr>
              <w:t xml:space="preserve"> </w:t>
            </w:r>
            <w:r>
              <w:rPr>
                <w:rFonts w:ascii="Pretendard" w:eastAsia="Pretendard" w:hAnsi="Pretendard" w:cs="Pretendard"/>
                <w:color w:val="1D0024"/>
                <w:sz w:val="18"/>
              </w:rPr>
              <w:t>체계</w:t>
            </w:r>
            <w:r>
              <w:rPr>
                <w:rFonts w:ascii="Pretendard" w:eastAsia="Pretendard" w:hAnsi="Pretendard" w:cs="Pretendard"/>
                <w:color w:val="1D0024"/>
                <w:sz w:val="18"/>
              </w:rPr>
              <w:t xml:space="preserve"> </w:t>
            </w:r>
            <w:r>
              <w:rPr>
                <w:rFonts w:ascii="Pretendard" w:eastAsia="Pretendard" w:hAnsi="Pretendard" w:cs="Pretendard"/>
                <w:color w:val="1D0024"/>
                <w:sz w:val="18"/>
              </w:rPr>
              <w:t>선행</w:t>
            </w:r>
          </w:p>
        </w:tc>
      </w:tr>
      <w:tr w:rsidR="004B1372" w14:paraId="05E57A04" w14:textId="77777777">
        <w:trPr>
          <w:jc w:val="center"/>
        </w:trPr>
        <w:tc>
          <w:tcPr>
            <w:tcW w:w="1814" w:type="dxa"/>
          </w:tcPr>
          <w:p w14:paraId="6088E917" w14:textId="77777777" w:rsidR="004B1372" w:rsidRDefault="00BB0BE3">
            <w:r>
              <w:rPr>
                <w:rFonts w:ascii="Pretendard" w:eastAsia="Pretendard" w:hAnsi="Pretendard" w:cs="Pretendard"/>
                <w:b/>
                <w:color w:val="1D0024"/>
                <w:sz w:val="18"/>
              </w:rPr>
              <w:t>앵커</w:t>
            </w:r>
            <w:r>
              <w:rPr>
                <w:rFonts w:ascii="Pretendard" w:eastAsia="Pretendard" w:hAnsi="Pretendard" w:cs="Pretendard"/>
                <w:b/>
                <w:color w:val="1D0024"/>
                <w:sz w:val="18"/>
              </w:rPr>
              <w:t xml:space="preserve"> </w:t>
            </w:r>
            <w:r>
              <w:rPr>
                <w:rFonts w:ascii="Pretendard" w:eastAsia="Pretendard" w:hAnsi="Pretendard" w:cs="Pretendard"/>
                <w:b/>
                <w:color w:val="1D0024"/>
                <w:sz w:val="18"/>
              </w:rPr>
              <w:t>소개</w:t>
            </w:r>
            <w:r>
              <w:rPr>
                <w:rFonts w:ascii="Pretendard" w:eastAsia="Pretendard" w:hAnsi="Pretendard" w:cs="Pretendard"/>
                <w:b/>
                <w:color w:val="1D0024"/>
                <w:sz w:val="18"/>
              </w:rPr>
              <w:t xml:space="preserve"> </w:t>
            </w:r>
            <w:r>
              <w:rPr>
                <w:rFonts w:ascii="Pretendard" w:eastAsia="Pretendard" w:hAnsi="Pretendard" w:cs="Pretendard"/>
                <w:b/>
                <w:color w:val="1D0024"/>
                <w:sz w:val="18"/>
              </w:rPr>
              <w:t>역량</w:t>
            </w:r>
            <w:r>
              <w:rPr>
                <w:rFonts w:ascii="Pretendard" w:eastAsia="Pretendard" w:hAnsi="Pretendard" w:cs="Pretendard"/>
                <w:b/>
                <w:color w:val="1D0024"/>
                <w:sz w:val="18"/>
              </w:rPr>
              <w:t xml:space="preserve"> </w:t>
            </w:r>
            <w:r>
              <w:rPr>
                <w:rFonts w:ascii="Pretendard" w:eastAsia="Pretendard" w:hAnsi="Pretendard" w:cs="Pretendard"/>
                <w:b/>
                <w:color w:val="1D0024"/>
                <w:sz w:val="18"/>
              </w:rPr>
              <w:t>미확인</w:t>
            </w:r>
          </w:p>
        </w:tc>
        <w:tc>
          <w:tcPr>
            <w:tcW w:w="5556" w:type="dxa"/>
          </w:tcPr>
          <w:p w14:paraId="7F62FA2F" w14:textId="77777777" w:rsidR="004B1372" w:rsidRDefault="00BB0BE3">
            <w:r>
              <w:rPr>
                <w:rFonts w:ascii="Pretendard" w:eastAsia="Pretendard" w:hAnsi="Pretendard" w:cs="Pretendard"/>
                <w:color w:val="1D0024"/>
                <w:sz w:val="18"/>
              </w:rPr>
              <w:t>원장의</w:t>
            </w:r>
            <w:r>
              <w:rPr>
                <w:rFonts w:ascii="Pretendard" w:eastAsia="Pretendard" w:hAnsi="Pretendard" w:cs="Pretendard"/>
                <w:color w:val="1D0024"/>
                <w:sz w:val="18"/>
              </w:rPr>
              <w:t xml:space="preserve"> </w:t>
            </w:r>
            <w:r>
              <w:rPr>
                <w:rFonts w:ascii="Pretendard" w:eastAsia="Pretendard" w:hAnsi="Pretendard" w:cs="Pretendard"/>
                <w:color w:val="1D0024"/>
                <w:sz w:val="18"/>
              </w:rPr>
              <w:t>병원</w:t>
            </w:r>
            <w:r>
              <w:rPr>
                <w:rFonts w:ascii="Pretendard" w:eastAsia="Pretendard" w:hAnsi="Pretendard" w:cs="Pretendard"/>
                <w:color w:val="1D0024"/>
                <w:sz w:val="18"/>
              </w:rPr>
              <w:t xml:space="preserve"> </w:t>
            </w:r>
            <w:r>
              <w:rPr>
                <w:rFonts w:ascii="Pretendard" w:eastAsia="Pretendard" w:hAnsi="Pretendard" w:cs="Pretendard"/>
                <w:color w:val="1D0024"/>
                <w:sz w:val="18"/>
              </w:rPr>
              <w:t>네트워크</w:t>
            </w:r>
            <w:r>
              <w:rPr>
                <w:rFonts w:ascii="Pretendard" w:eastAsia="Pretendard" w:hAnsi="Pretendard" w:cs="Pretendard"/>
                <w:color w:val="1D0024"/>
                <w:sz w:val="18"/>
              </w:rPr>
              <w:t xml:space="preserve"> </w:t>
            </w:r>
            <w:r>
              <w:rPr>
                <w:rFonts w:ascii="Pretendard" w:eastAsia="Pretendard" w:hAnsi="Pretendard" w:cs="Pretendard"/>
                <w:color w:val="1D0024"/>
                <w:sz w:val="18"/>
              </w:rPr>
              <w:t>명단</w:t>
            </w:r>
            <w:r>
              <w:rPr>
                <w:rFonts w:ascii="Pretendard" w:eastAsia="Pretendard" w:hAnsi="Pretendard" w:cs="Pretendard"/>
                <w:color w:val="1D0024"/>
                <w:sz w:val="18"/>
              </w:rPr>
              <w:t>·</w:t>
            </w:r>
            <w:r>
              <w:rPr>
                <w:rFonts w:ascii="Pretendard" w:eastAsia="Pretendard" w:hAnsi="Pretendard" w:cs="Pretendard"/>
                <w:color w:val="1D0024"/>
                <w:sz w:val="18"/>
              </w:rPr>
              <w:t>수</w:t>
            </w:r>
            <w:r>
              <w:rPr>
                <w:rFonts w:ascii="Pretendard" w:eastAsia="Pretendard" w:hAnsi="Pretendard" w:cs="Pretendard"/>
                <w:color w:val="1D0024"/>
                <w:sz w:val="18"/>
              </w:rPr>
              <w:t>·</w:t>
            </w:r>
            <w:r>
              <w:rPr>
                <w:rFonts w:ascii="Pretendard" w:eastAsia="Pretendard" w:hAnsi="Pretendard" w:cs="Pretendard"/>
                <w:color w:val="1D0024"/>
                <w:sz w:val="18"/>
              </w:rPr>
              <w:t>관계</w:t>
            </w:r>
            <w:r>
              <w:rPr>
                <w:rFonts w:ascii="Pretendard" w:eastAsia="Pretendard" w:hAnsi="Pretendard" w:cs="Pretendard"/>
                <w:color w:val="1D0024"/>
                <w:sz w:val="18"/>
              </w:rPr>
              <w:t xml:space="preserve"> </w:t>
            </w:r>
            <w:r>
              <w:rPr>
                <w:rFonts w:ascii="Pretendard" w:eastAsia="Pretendard" w:hAnsi="Pretendard" w:cs="Pretendard"/>
                <w:color w:val="1D0024"/>
                <w:sz w:val="18"/>
              </w:rPr>
              <w:t>단계</w:t>
            </w:r>
            <w:r>
              <w:rPr>
                <w:rFonts w:ascii="Pretendard" w:eastAsia="Pretendard" w:hAnsi="Pretendard" w:cs="Pretendard"/>
                <w:color w:val="1D0024"/>
                <w:sz w:val="18"/>
              </w:rPr>
              <w:t xml:space="preserve"> </w:t>
            </w:r>
            <w:r>
              <w:rPr>
                <w:rFonts w:ascii="Pretendard" w:eastAsia="Pretendard" w:hAnsi="Pretendard" w:cs="Pretendard"/>
                <w:color w:val="1D0024"/>
                <w:sz w:val="18"/>
              </w:rPr>
              <w:t>미확인</w:t>
            </w:r>
          </w:p>
        </w:tc>
        <w:tc>
          <w:tcPr>
            <w:tcW w:w="2268" w:type="dxa"/>
          </w:tcPr>
          <w:p w14:paraId="1324CD52" w14:textId="77777777" w:rsidR="004B1372" w:rsidRDefault="00BB0BE3">
            <w:r>
              <w:rPr>
                <w:rFonts w:ascii="Pretendard" w:eastAsia="Pretendard" w:hAnsi="Pretendard" w:cs="Pretendard"/>
                <w:color w:val="1D0024"/>
                <w:sz w:val="18"/>
              </w:rPr>
              <w:t xml:space="preserve">MOU </w:t>
            </w:r>
            <w:r>
              <w:rPr>
                <w:rFonts w:ascii="Pretendard" w:eastAsia="Pretendard" w:hAnsi="Pretendard" w:cs="Pretendard"/>
                <w:color w:val="1D0024"/>
                <w:sz w:val="18"/>
              </w:rPr>
              <w:t>전</w:t>
            </w:r>
            <w:r>
              <w:rPr>
                <w:rFonts w:ascii="Pretendard" w:eastAsia="Pretendard" w:hAnsi="Pretendard" w:cs="Pretendard"/>
                <w:color w:val="1D0024"/>
                <w:sz w:val="18"/>
              </w:rPr>
              <w:t xml:space="preserve"> </w:t>
            </w:r>
            <w:r>
              <w:rPr>
                <w:rFonts w:ascii="Pretendard" w:eastAsia="Pretendard" w:hAnsi="Pretendard" w:cs="Pretendard"/>
                <w:color w:val="1D0024"/>
                <w:sz w:val="18"/>
              </w:rPr>
              <w:t>확인</w:t>
            </w:r>
            <w:r>
              <w:rPr>
                <w:rFonts w:ascii="Pretendard" w:eastAsia="Pretendard" w:hAnsi="Pretendard" w:cs="Pretendard"/>
                <w:color w:val="1D0024"/>
                <w:sz w:val="18"/>
              </w:rPr>
              <w:t xml:space="preserve"> </w:t>
            </w:r>
            <w:r>
              <w:rPr>
                <w:rFonts w:ascii="Pretendard" w:eastAsia="Pretendard" w:hAnsi="Pretendard" w:cs="Pretendard"/>
                <w:color w:val="1D0024"/>
                <w:sz w:val="18"/>
              </w:rPr>
              <w:t>질문</w:t>
            </w:r>
          </w:p>
        </w:tc>
      </w:tr>
      <w:tr w:rsidR="004B1372" w14:paraId="592948A9" w14:textId="77777777">
        <w:trPr>
          <w:jc w:val="center"/>
        </w:trPr>
        <w:tc>
          <w:tcPr>
            <w:tcW w:w="1814" w:type="dxa"/>
          </w:tcPr>
          <w:p w14:paraId="4F8699E8" w14:textId="77777777" w:rsidR="004B1372" w:rsidRDefault="00BB0BE3">
            <w:r>
              <w:rPr>
                <w:rFonts w:ascii="Pretendard" w:eastAsia="Pretendard" w:hAnsi="Pretendard" w:cs="Pretendard"/>
                <w:b/>
                <w:color w:val="1D0024"/>
                <w:sz w:val="18"/>
              </w:rPr>
              <w:t>브랜드</w:t>
            </w:r>
            <w:r>
              <w:rPr>
                <w:rFonts w:ascii="Pretendard" w:eastAsia="Pretendard" w:hAnsi="Pretendard" w:cs="Pretendard"/>
                <w:b/>
                <w:color w:val="1D0024"/>
                <w:sz w:val="18"/>
              </w:rPr>
              <w:t xml:space="preserve"> </w:t>
            </w:r>
            <w:r>
              <w:rPr>
                <w:rFonts w:ascii="Pretendard" w:eastAsia="Pretendard" w:hAnsi="Pretendard" w:cs="Pretendard"/>
                <w:b/>
                <w:color w:val="1D0024"/>
                <w:sz w:val="18"/>
              </w:rPr>
              <w:t>리스크</w:t>
            </w:r>
          </w:p>
        </w:tc>
        <w:tc>
          <w:tcPr>
            <w:tcW w:w="5556" w:type="dxa"/>
          </w:tcPr>
          <w:p w14:paraId="79CB4ACB" w14:textId="77777777" w:rsidR="004B1372" w:rsidRDefault="00BB0BE3">
            <w:r>
              <w:rPr>
                <w:rFonts w:ascii="Pretendard" w:eastAsia="Pretendard" w:hAnsi="Pretendard" w:cs="Pretendard"/>
                <w:color w:val="1D0024"/>
                <w:sz w:val="18"/>
              </w:rPr>
              <w:t>앵커</w:t>
            </w:r>
            <w:r>
              <w:rPr>
                <w:rFonts w:ascii="Pretendard" w:eastAsia="Pretendard" w:hAnsi="Pretendard" w:cs="Pretendard"/>
                <w:color w:val="1D0024"/>
                <w:sz w:val="18"/>
              </w:rPr>
              <w:t xml:space="preserve"> </w:t>
            </w:r>
            <w:r>
              <w:rPr>
                <w:rFonts w:ascii="Pretendard" w:eastAsia="Pretendard" w:hAnsi="Pretendard" w:cs="Pretendard"/>
                <w:color w:val="1D0024"/>
                <w:sz w:val="18"/>
              </w:rPr>
              <w:t>병원의</w:t>
            </w:r>
            <w:r>
              <w:rPr>
                <w:rFonts w:ascii="Pretendard" w:eastAsia="Pretendard" w:hAnsi="Pretendard" w:cs="Pretendard"/>
                <w:color w:val="1D0024"/>
                <w:sz w:val="18"/>
              </w:rPr>
              <w:t xml:space="preserve"> 2026-07 </w:t>
            </w:r>
            <w:r>
              <w:rPr>
                <w:rFonts w:ascii="Pretendard" w:eastAsia="Pretendard" w:hAnsi="Pretendard" w:cs="Pretendard"/>
                <w:color w:val="1D0024"/>
                <w:sz w:val="18"/>
              </w:rPr>
              <w:t>공정위</w:t>
            </w:r>
            <w:r>
              <w:rPr>
                <w:rFonts w:ascii="Pretendard" w:eastAsia="Pretendard" w:hAnsi="Pretendard" w:cs="Pretendard"/>
                <w:color w:val="1D0024"/>
                <w:sz w:val="18"/>
              </w:rPr>
              <w:t xml:space="preserve"> </w:t>
            </w:r>
            <w:r>
              <w:rPr>
                <w:rFonts w:ascii="Pretendard" w:eastAsia="Pretendard" w:hAnsi="Pretendard" w:cs="Pretendard"/>
                <w:color w:val="1D0024"/>
                <w:sz w:val="18"/>
              </w:rPr>
              <w:t>시정명령</w:t>
            </w:r>
            <w:r>
              <w:rPr>
                <w:rFonts w:ascii="Pretendard" w:eastAsia="Pretendard" w:hAnsi="Pretendard" w:cs="Pretendard"/>
                <w:color w:val="1D0024"/>
                <w:sz w:val="18"/>
              </w:rPr>
              <w:t xml:space="preserve"> </w:t>
            </w:r>
            <w:r>
              <w:rPr>
                <w:rFonts w:ascii="Pretendard" w:eastAsia="Pretendard" w:hAnsi="Pretendard" w:cs="Pretendard"/>
                <w:color w:val="1D0024"/>
                <w:sz w:val="18"/>
              </w:rPr>
              <w:t>이력</w:t>
            </w:r>
          </w:p>
        </w:tc>
        <w:tc>
          <w:tcPr>
            <w:tcW w:w="2268" w:type="dxa"/>
          </w:tcPr>
          <w:p w14:paraId="07015512" w14:textId="77777777" w:rsidR="004B1372" w:rsidRDefault="00BB0BE3">
            <w:r>
              <w:rPr>
                <w:rFonts w:ascii="Pretendard" w:eastAsia="Pretendard" w:hAnsi="Pretendard" w:cs="Pretendard"/>
                <w:color w:val="1D0024"/>
                <w:sz w:val="18"/>
              </w:rPr>
              <w:t>홍보</w:t>
            </w:r>
            <w:r>
              <w:rPr>
                <w:rFonts w:ascii="Pretendard" w:eastAsia="Pretendard" w:hAnsi="Pretendard" w:cs="Pretendard"/>
                <w:color w:val="1D0024"/>
                <w:sz w:val="18"/>
              </w:rPr>
              <w:t xml:space="preserve"> </w:t>
            </w:r>
            <w:r>
              <w:rPr>
                <w:rFonts w:ascii="Pretendard" w:eastAsia="Pretendard" w:hAnsi="Pretendard" w:cs="Pretendard"/>
                <w:color w:val="1D0024"/>
                <w:sz w:val="18"/>
              </w:rPr>
              <w:t>기사</w:t>
            </w:r>
            <w:r>
              <w:rPr>
                <w:rFonts w:ascii="Pretendard" w:eastAsia="Pretendard" w:hAnsi="Pretendard" w:cs="Pretendard"/>
                <w:color w:val="1D0024"/>
                <w:sz w:val="18"/>
              </w:rPr>
              <w:t xml:space="preserve"> </w:t>
            </w:r>
            <w:r>
              <w:rPr>
                <w:rFonts w:ascii="Pretendard" w:eastAsia="Pretendard" w:hAnsi="Pretendard" w:cs="Pretendard"/>
                <w:color w:val="1D0024"/>
                <w:sz w:val="18"/>
              </w:rPr>
              <w:t>문안</w:t>
            </w:r>
            <w:r>
              <w:rPr>
                <w:rFonts w:ascii="Pretendard" w:eastAsia="Pretendard" w:hAnsi="Pretendard" w:cs="Pretendard"/>
                <w:color w:val="1D0024"/>
                <w:sz w:val="18"/>
              </w:rPr>
              <w:t xml:space="preserve"> </w:t>
            </w:r>
            <w:r>
              <w:rPr>
                <w:rFonts w:ascii="Pretendard" w:eastAsia="Pretendard" w:hAnsi="Pretendard" w:cs="Pretendard"/>
                <w:color w:val="1D0024"/>
                <w:sz w:val="18"/>
              </w:rPr>
              <w:t>관리</w:t>
            </w:r>
          </w:p>
        </w:tc>
      </w:tr>
    </w:tbl>
    <w:p w14:paraId="1FD57348" w14:textId="77777777" w:rsidR="004B1372" w:rsidRDefault="004B1372">
      <w:pPr>
        <w:spacing w:after="40"/>
      </w:pPr>
    </w:p>
    <w:p w14:paraId="5AB45C9C" w14:textId="77777777" w:rsidR="004B1372" w:rsidRDefault="00BB0BE3">
      <w:pPr>
        <w:keepNext/>
        <w:spacing w:before="360" w:after="160"/>
      </w:pPr>
      <w:r>
        <w:rPr>
          <w:rFonts w:ascii="Pretendard" w:eastAsia="Pretendard" w:hAnsi="Pretendard" w:cs="Pretendard"/>
          <w:b/>
          <w:color w:val="1D0024"/>
          <w:sz w:val="32"/>
        </w:rPr>
        <w:t xml:space="preserve">3. </w:t>
      </w:r>
      <w:r>
        <w:rPr>
          <w:rFonts w:ascii="Pretendard" w:eastAsia="Pretendard" w:hAnsi="Pretendard" w:cs="Pretendard"/>
          <w:b/>
          <w:color w:val="1D0024"/>
          <w:sz w:val="32"/>
        </w:rPr>
        <w:t>시장</w:t>
      </w:r>
      <w:r>
        <w:rPr>
          <w:rFonts w:ascii="Pretendard" w:eastAsia="Pretendard" w:hAnsi="Pretendard" w:cs="Pretendard"/>
          <w:b/>
          <w:color w:val="1D0024"/>
          <w:sz w:val="32"/>
        </w:rPr>
        <w:t xml:space="preserve"> </w:t>
      </w:r>
      <w:r>
        <w:rPr>
          <w:rFonts w:ascii="Pretendard" w:eastAsia="Pretendard" w:hAnsi="Pretendard" w:cs="Pretendard"/>
          <w:b/>
          <w:color w:val="1D0024"/>
          <w:sz w:val="32"/>
        </w:rPr>
        <w:t>개요</w:t>
      </w:r>
    </w:p>
    <w:tbl>
      <w:tblPr>
        <w:tblStyle w:val="af9"/>
        <w:tblW w:w="0" w:type="auto"/>
        <w:jc w:val="center"/>
        <w:tblLayout w:type="fixed"/>
        <w:tblLook w:val="04A0" w:firstRow="1" w:lastRow="0" w:firstColumn="1" w:lastColumn="0" w:noHBand="0" w:noVBand="1"/>
      </w:tblPr>
      <w:tblGrid>
        <w:gridCol w:w="2041"/>
        <w:gridCol w:w="5329"/>
        <w:gridCol w:w="2268"/>
      </w:tblGrid>
      <w:tr w:rsidR="004B1372" w14:paraId="136ABB0A" w14:textId="77777777">
        <w:trPr>
          <w:cantSplit/>
          <w:tblHeader/>
          <w:jc w:val="center"/>
        </w:trPr>
        <w:tc>
          <w:tcPr>
            <w:tcW w:w="2041" w:type="dxa"/>
            <w:shd w:val="clear" w:color="auto" w:fill="1D0024"/>
          </w:tcPr>
          <w:p w14:paraId="5451A323" w14:textId="77777777" w:rsidR="004B1372" w:rsidRDefault="00BB0BE3">
            <w:r>
              <w:rPr>
                <w:rFonts w:ascii="Pretendard" w:eastAsia="Pretendard" w:hAnsi="Pretendard" w:cs="Pretendard"/>
                <w:b/>
                <w:color w:val="FFFFFF"/>
                <w:sz w:val="19"/>
              </w:rPr>
              <w:t>항목</w:t>
            </w:r>
          </w:p>
        </w:tc>
        <w:tc>
          <w:tcPr>
            <w:tcW w:w="5329" w:type="dxa"/>
            <w:shd w:val="clear" w:color="auto" w:fill="1D0024"/>
          </w:tcPr>
          <w:p w14:paraId="5AEC6714" w14:textId="77777777" w:rsidR="004B1372" w:rsidRDefault="00BB0BE3">
            <w:r>
              <w:rPr>
                <w:rFonts w:ascii="Pretendard" w:eastAsia="Pretendard" w:hAnsi="Pretendard" w:cs="Pretendard"/>
                <w:b/>
                <w:color w:val="FFFFFF"/>
                <w:sz w:val="19"/>
              </w:rPr>
              <w:t>수치</w:t>
            </w:r>
          </w:p>
        </w:tc>
        <w:tc>
          <w:tcPr>
            <w:tcW w:w="2268" w:type="dxa"/>
            <w:shd w:val="clear" w:color="auto" w:fill="1D0024"/>
          </w:tcPr>
          <w:p w14:paraId="3A3B63A6" w14:textId="77777777" w:rsidR="004B1372" w:rsidRDefault="00BB0BE3">
            <w:r>
              <w:rPr>
                <w:rFonts w:ascii="Pretendard" w:eastAsia="Pretendard" w:hAnsi="Pretendard" w:cs="Pretendard"/>
                <w:b/>
                <w:color w:val="FFFFFF"/>
                <w:sz w:val="19"/>
              </w:rPr>
              <w:t>출처</w:t>
            </w:r>
          </w:p>
        </w:tc>
      </w:tr>
      <w:tr w:rsidR="004B1372" w14:paraId="01C3E91E" w14:textId="77777777">
        <w:trPr>
          <w:jc w:val="center"/>
        </w:trPr>
        <w:tc>
          <w:tcPr>
            <w:tcW w:w="2041" w:type="dxa"/>
          </w:tcPr>
          <w:p w14:paraId="0096190C" w14:textId="77777777" w:rsidR="004B1372" w:rsidRDefault="00BB0BE3">
            <w:r>
              <w:rPr>
                <w:rFonts w:ascii="Pretendard" w:eastAsia="Pretendard" w:hAnsi="Pretendard" w:cs="Pretendard"/>
                <w:b/>
                <w:color w:val="1D0024"/>
                <w:sz w:val="19"/>
              </w:rPr>
              <w:t>외국인</w:t>
            </w:r>
            <w:r>
              <w:rPr>
                <w:rFonts w:ascii="Pretendard" w:eastAsia="Pretendard" w:hAnsi="Pretendard" w:cs="Pretendard"/>
                <w:b/>
                <w:color w:val="1D0024"/>
                <w:sz w:val="19"/>
              </w:rPr>
              <w:t xml:space="preserve"> </w:t>
            </w:r>
            <w:r>
              <w:rPr>
                <w:rFonts w:ascii="Pretendard" w:eastAsia="Pretendard" w:hAnsi="Pretendard" w:cs="Pretendard"/>
                <w:b/>
                <w:color w:val="1D0024"/>
                <w:sz w:val="19"/>
              </w:rPr>
              <w:t>환자</w:t>
            </w:r>
          </w:p>
        </w:tc>
        <w:tc>
          <w:tcPr>
            <w:tcW w:w="5329" w:type="dxa"/>
          </w:tcPr>
          <w:p w14:paraId="194B8D7F" w14:textId="77777777" w:rsidR="004B1372" w:rsidRDefault="00BB0BE3">
            <w:r>
              <w:rPr>
                <w:rFonts w:ascii="Pretendard" w:eastAsia="Pretendard" w:hAnsi="Pretendard" w:cs="Pretendard"/>
                <w:color w:val="1D0024"/>
                <w:sz w:val="19"/>
              </w:rPr>
              <w:t>2024</w:t>
            </w:r>
            <w:r>
              <w:rPr>
                <w:rFonts w:ascii="Pretendard" w:eastAsia="Pretendard" w:hAnsi="Pretendard" w:cs="Pretendard"/>
                <w:color w:val="1D0024"/>
                <w:sz w:val="19"/>
              </w:rPr>
              <w:t>년</w:t>
            </w:r>
            <w:r>
              <w:rPr>
                <w:rFonts w:ascii="Pretendard" w:eastAsia="Pretendard" w:hAnsi="Pretendard" w:cs="Pretendard"/>
                <w:color w:val="1D0024"/>
                <w:sz w:val="19"/>
              </w:rPr>
              <w:t xml:space="preserve"> 117</w:t>
            </w:r>
            <w:r>
              <w:rPr>
                <w:rFonts w:ascii="Pretendard" w:eastAsia="Pretendard" w:hAnsi="Pretendard" w:cs="Pretendard"/>
                <w:color w:val="1D0024"/>
                <w:sz w:val="19"/>
              </w:rPr>
              <w:t>만</w:t>
            </w:r>
            <w:r>
              <w:rPr>
                <w:rFonts w:ascii="Pretendard" w:eastAsia="Pretendard" w:hAnsi="Pretendard" w:cs="Pretendard"/>
                <w:color w:val="1D0024"/>
                <w:sz w:val="19"/>
              </w:rPr>
              <w:t xml:space="preserve"> </w:t>
            </w:r>
            <w:r>
              <w:rPr>
                <w:rFonts w:ascii="Pretendard" w:eastAsia="Pretendard" w:hAnsi="Pretendard" w:cs="Pretendard"/>
                <w:color w:val="1D0024"/>
                <w:sz w:val="19"/>
              </w:rPr>
              <w:t>명</w:t>
            </w:r>
            <w:r>
              <w:rPr>
                <w:rFonts w:ascii="Pretendard" w:eastAsia="Pretendard" w:hAnsi="Pretendard" w:cs="Pretendard"/>
                <w:color w:val="1D0024"/>
                <w:sz w:val="19"/>
              </w:rPr>
              <w:t xml:space="preserve"> → 2025</w:t>
            </w:r>
            <w:r>
              <w:rPr>
                <w:rFonts w:ascii="Pretendard" w:eastAsia="Pretendard" w:hAnsi="Pretendard" w:cs="Pretendard"/>
                <w:color w:val="1D0024"/>
                <w:sz w:val="19"/>
              </w:rPr>
              <w:t>년</w:t>
            </w:r>
            <w:r>
              <w:rPr>
                <w:rFonts w:ascii="Pretendard" w:eastAsia="Pretendard" w:hAnsi="Pretendard" w:cs="Pretendard"/>
                <w:color w:val="1D0024"/>
                <w:sz w:val="19"/>
              </w:rPr>
              <w:t xml:space="preserve"> 201</w:t>
            </w:r>
            <w:r>
              <w:rPr>
                <w:rFonts w:ascii="Pretendard" w:eastAsia="Pretendard" w:hAnsi="Pretendard" w:cs="Pretendard"/>
                <w:color w:val="1D0024"/>
                <w:sz w:val="19"/>
              </w:rPr>
              <w:t>만</w:t>
            </w:r>
            <w:r>
              <w:rPr>
                <w:rFonts w:ascii="Pretendard" w:eastAsia="Pretendard" w:hAnsi="Pretendard" w:cs="Pretendard"/>
                <w:color w:val="1D0024"/>
                <w:sz w:val="19"/>
              </w:rPr>
              <w:t xml:space="preserve"> </w:t>
            </w:r>
            <w:r>
              <w:rPr>
                <w:rFonts w:ascii="Pretendard" w:eastAsia="Pretendard" w:hAnsi="Pretendard" w:cs="Pretendard"/>
                <w:color w:val="1D0024"/>
                <w:sz w:val="19"/>
              </w:rPr>
              <w:t>명</w:t>
            </w:r>
            <w:r>
              <w:rPr>
                <w:rFonts w:ascii="Pretendard" w:eastAsia="Pretendard" w:hAnsi="Pretendard" w:cs="Pretendard"/>
                <w:color w:val="1D0024"/>
                <w:sz w:val="19"/>
              </w:rPr>
              <w:t>(</w:t>
            </w:r>
            <w:r>
              <w:rPr>
                <w:rFonts w:ascii="Pretendard" w:eastAsia="Pretendard" w:hAnsi="Pretendard" w:cs="Pretendard"/>
                <w:color w:val="1D0024"/>
                <w:sz w:val="19"/>
              </w:rPr>
              <w:t>연환자</w:t>
            </w:r>
            <w:r>
              <w:rPr>
                <w:rFonts w:ascii="Pretendard" w:eastAsia="Pretendard" w:hAnsi="Pretendard" w:cs="Pretendard"/>
                <w:color w:val="1D0024"/>
                <w:sz w:val="19"/>
              </w:rPr>
              <w:t xml:space="preserve"> 272</w:t>
            </w:r>
            <w:r>
              <w:rPr>
                <w:rFonts w:ascii="Pretendard" w:eastAsia="Pretendard" w:hAnsi="Pretendard" w:cs="Pretendard"/>
                <w:color w:val="1D0024"/>
                <w:sz w:val="19"/>
              </w:rPr>
              <w:t>만</w:t>
            </w:r>
            <w:r>
              <w:rPr>
                <w:rFonts w:ascii="Pretendard" w:eastAsia="Pretendard" w:hAnsi="Pretendard" w:cs="Pretendard"/>
                <w:color w:val="1D0024"/>
                <w:sz w:val="19"/>
              </w:rPr>
              <w:t xml:space="preserve"> </w:t>
            </w:r>
            <w:r>
              <w:rPr>
                <w:rFonts w:ascii="Pretendard" w:eastAsia="Pretendard" w:hAnsi="Pretendard" w:cs="Pretendard"/>
                <w:color w:val="1D0024"/>
                <w:sz w:val="19"/>
              </w:rPr>
              <w:t>명</w:t>
            </w:r>
            <w:r>
              <w:rPr>
                <w:rFonts w:ascii="Pretendard" w:eastAsia="Pretendard" w:hAnsi="Pretendard" w:cs="Pretendard"/>
                <w:color w:val="1D0024"/>
                <w:sz w:val="19"/>
              </w:rPr>
              <w:t>)</w:t>
            </w:r>
          </w:p>
        </w:tc>
        <w:tc>
          <w:tcPr>
            <w:tcW w:w="2268" w:type="dxa"/>
          </w:tcPr>
          <w:p w14:paraId="027FF418" w14:textId="77777777" w:rsidR="004B1372" w:rsidRDefault="00BB0BE3">
            <w:r>
              <w:rPr>
                <w:rFonts w:ascii="Pretendard" w:eastAsia="Pretendard" w:hAnsi="Pretendard" w:cs="Pretendard"/>
                <w:color w:val="1D0024"/>
                <w:sz w:val="19"/>
              </w:rPr>
              <w:t>보건복지부</w:t>
            </w:r>
            <w:r>
              <w:rPr>
                <w:rFonts w:ascii="Pretendard" w:eastAsia="Pretendard" w:hAnsi="Pretendard" w:cs="Pretendard"/>
                <w:color w:val="1D0024"/>
                <w:sz w:val="19"/>
              </w:rPr>
              <w:t xml:space="preserve"> 2025-04, 2026-04</w:t>
            </w:r>
          </w:p>
        </w:tc>
      </w:tr>
      <w:tr w:rsidR="004B1372" w14:paraId="7B5D80EB" w14:textId="77777777">
        <w:trPr>
          <w:jc w:val="center"/>
        </w:trPr>
        <w:tc>
          <w:tcPr>
            <w:tcW w:w="2041" w:type="dxa"/>
          </w:tcPr>
          <w:p w14:paraId="53D2DC0F" w14:textId="77777777" w:rsidR="004B1372" w:rsidRDefault="00BB0BE3">
            <w:r>
              <w:rPr>
                <w:rFonts w:ascii="Pretendard" w:eastAsia="Pretendard" w:hAnsi="Pretendard" w:cs="Pretendard"/>
                <w:b/>
                <w:color w:val="1D0024"/>
                <w:sz w:val="19"/>
              </w:rPr>
              <w:t xml:space="preserve">2025 </w:t>
            </w:r>
            <w:r>
              <w:rPr>
                <w:rFonts w:ascii="Pretendard" w:eastAsia="Pretendard" w:hAnsi="Pretendard" w:cs="Pretendard"/>
                <w:b/>
                <w:color w:val="1D0024"/>
                <w:sz w:val="19"/>
              </w:rPr>
              <w:t>진료과</w:t>
            </w:r>
          </w:p>
        </w:tc>
        <w:tc>
          <w:tcPr>
            <w:tcW w:w="5329" w:type="dxa"/>
          </w:tcPr>
          <w:p w14:paraId="5B510E76" w14:textId="77777777" w:rsidR="004B1372" w:rsidRDefault="00BB0BE3">
            <w:r>
              <w:rPr>
                <w:rFonts w:ascii="Pretendard" w:eastAsia="Pretendard" w:hAnsi="Pretendard" w:cs="Pretendard"/>
                <w:color w:val="1D0024"/>
                <w:sz w:val="19"/>
              </w:rPr>
              <w:t>피부과</w:t>
            </w:r>
            <w:r>
              <w:rPr>
                <w:rFonts w:ascii="Pretendard" w:eastAsia="Pretendard" w:hAnsi="Pretendard" w:cs="Pretendard"/>
                <w:color w:val="1D0024"/>
                <w:sz w:val="19"/>
              </w:rPr>
              <w:t xml:space="preserve"> 62.9%(131.3</w:t>
            </w:r>
            <w:r>
              <w:rPr>
                <w:rFonts w:ascii="Pretendard" w:eastAsia="Pretendard" w:hAnsi="Pretendard" w:cs="Pretendard"/>
                <w:color w:val="1D0024"/>
                <w:sz w:val="19"/>
              </w:rPr>
              <w:t>만</w:t>
            </w:r>
            <w:r>
              <w:rPr>
                <w:rFonts w:ascii="Pretendard" w:eastAsia="Pretendard" w:hAnsi="Pretendard" w:cs="Pretendard"/>
                <w:color w:val="1D0024"/>
                <w:sz w:val="19"/>
              </w:rPr>
              <w:t xml:space="preserve"> </w:t>
            </w:r>
            <w:r>
              <w:rPr>
                <w:rFonts w:ascii="Pretendard" w:eastAsia="Pretendard" w:hAnsi="Pretendard" w:cs="Pretendard"/>
                <w:color w:val="1D0024"/>
                <w:sz w:val="19"/>
              </w:rPr>
              <w:t>명</w:t>
            </w:r>
            <w:r>
              <w:rPr>
                <w:rFonts w:ascii="Pretendard" w:eastAsia="Pretendard" w:hAnsi="Pretendard" w:cs="Pretendard"/>
                <w:color w:val="1D0024"/>
                <w:sz w:val="19"/>
              </w:rPr>
              <w:t xml:space="preserve">), </w:t>
            </w:r>
            <w:r>
              <w:rPr>
                <w:rFonts w:ascii="Pretendard" w:eastAsia="Pretendard" w:hAnsi="Pretendard" w:cs="Pretendard"/>
                <w:color w:val="1D0024"/>
                <w:sz w:val="19"/>
              </w:rPr>
              <w:t>성형외과</w:t>
            </w:r>
            <w:r>
              <w:rPr>
                <w:rFonts w:ascii="Pretendard" w:eastAsia="Pretendard" w:hAnsi="Pretendard" w:cs="Pretendard"/>
                <w:color w:val="1D0024"/>
                <w:sz w:val="19"/>
              </w:rPr>
              <w:t xml:space="preserve"> 11.2%(23.3</w:t>
            </w:r>
            <w:r>
              <w:rPr>
                <w:rFonts w:ascii="Pretendard" w:eastAsia="Pretendard" w:hAnsi="Pretendard" w:cs="Pretendard"/>
                <w:color w:val="1D0024"/>
                <w:sz w:val="19"/>
              </w:rPr>
              <w:t>만</w:t>
            </w:r>
            <w:r>
              <w:rPr>
                <w:rFonts w:ascii="Pretendard" w:eastAsia="Pretendard" w:hAnsi="Pretendard" w:cs="Pretendard"/>
                <w:color w:val="1D0024"/>
                <w:sz w:val="19"/>
              </w:rPr>
              <w:t xml:space="preserve"> </w:t>
            </w:r>
            <w:r>
              <w:rPr>
                <w:rFonts w:ascii="Pretendard" w:eastAsia="Pretendard" w:hAnsi="Pretendard" w:cs="Pretendard"/>
                <w:color w:val="1D0024"/>
                <w:sz w:val="19"/>
              </w:rPr>
              <w:t>명</w:t>
            </w:r>
            <w:r>
              <w:rPr>
                <w:rFonts w:ascii="Pretendard" w:eastAsia="Pretendard" w:hAnsi="Pretendard" w:cs="Pretendard"/>
                <w:color w:val="1D0024"/>
                <w:sz w:val="19"/>
              </w:rPr>
              <w:t xml:space="preserve">), </w:t>
            </w:r>
            <w:r>
              <w:rPr>
                <w:rFonts w:ascii="Pretendard" w:eastAsia="Pretendard" w:hAnsi="Pretendard" w:cs="Pretendard"/>
                <w:color w:val="1D0024"/>
                <w:sz w:val="19"/>
              </w:rPr>
              <w:t>내과</w:t>
            </w:r>
            <w:r>
              <w:rPr>
                <w:rFonts w:ascii="Pretendard" w:eastAsia="Pretendard" w:hAnsi="Pretendard" w:cs="Pretendard"/>
                <w:color w:val="1D0024"/>
                <w:sz w:val="19"/>
              </w:rPr>
              <w:t xml:space="preserve"> 9.2%</w:t>
            </w:r>
          </w:p>
        </w:tc>
        <w:tc>
          <w:tcPr>
            <w:tcW w:w="2268" w:type="dxa"/>
          </w:tcPr>
          <w:p w14:paraId="4FA4ABBE" w14:textId="77777777" w:rsidR="004B1372" w:rsidRDefault="00BB0BE3">
            <w:r>
              <w:rPr>
                <w:rFonts w:ascii="Pretendard" w:eastAsia="Pretendard" w:hAnsi="Pretendard" w:cs="Pretendard"/>
                <w:color w:val="1D0024"/>
                <w:sz w:val="19"/>
              </w:rPr>
              <w:t>보건복지부</w:t>
            </w:r>
            <w:r>
              <w:rPr>
                <w:rFonts w:ascii="Pretendard" w:eastAsia="Pretendard" w:hAnsi="Pretendard" w:cs="Pretendard"/>
                <w:color w:val="1D0024"/>
                <w:sz w:val="19"/>
              </w:rPr>
              <w:t xml:space="preserve"> 2026-04</w:t>
            </w:r>
          </w:p>
        </w:tc>
      </w:tr>
      <w:tr w:rsidR="004B1372" w14:paraId="751DB22E" w14:textId="77777777">
        <w:trPr>
          <w:jc w:val="center"/>
        </w:trPr>
        <w:tc>
          <w:tcPr>
            <w:tcW w:w="2041" w:type="dxa"/>
          </w:tcPr>
          <w:p w14:paraId="4D27C2F6" w14:textId="77777777" w:rsidR="004B1372" w:rsidRDefault="00BB0BE3">
            <w:r>
              <w:rPr>
                <w:rFonts w:ascii="Pretendard" w:eastAsia="Pretendard" w:hAnsi="Pretendard" w:cs="Pretendard"/>
                <w:b/>
                <w:color w:val="1D0024"/>
                <w:sz w:val="19"/>
              </w:rPr>
              <w:t xml:space="preserve">2025 </w:t>
            </w:r>
            <w:r>
              <w:rPr>
                <w:rFonts w:ascii="Pretendard" w:eastAsia="Pretendard" w:hAnsi="Pretendard" w:cs="Pretendard"/>
                <w:b/>
                <w:color w:val="1D0024"/>
                <w:sz w:val="19"/>
              </w:rPr>
              <w:t>국적</w:t>
            </w:r>
          </w:p>
        </w:tc>
        <w:tc>
          <w:tcPr>
            <w:tcW w:w="5329" w:type="dxa"/>
          </w:tcPr>
          <w:p w14:paraId="096F407F" w14:textId="77777777" w:rsidR="004B1372" w:rsidRDefault="00BB0BE3">
            <w:r>
              <w:rPr>
                <w:rFonts w:ascii="Pretendard" w:eastAsia="Pretendard" w:hAnsi="Pretendard" w:cs="Pretendard"/>
                <w:color w:val="1D0024"/>
                <w:sz w:val="19"/>
              </w:rPr>
              <w:t>중국</w:t>
            </w:r>
            <w:r>
              <w:rPr>
                <w:rFonts w:ascii="Pretendard" w:eastAsia="Pretendard" w:hAnsi="Pretendard" w:cs="Pretendard"/>
                <w:color w:val="1D0024"/>
                <w:sz w:val="19"/>
              </w:rPr>
              <w:t xml:space="preserve"> 30.8%, </w:t>
            </w:r>
            <w:r>
              <w:rPr>
                <w:rFonts w:ascii="Pretendard" w:eastAsia="Pretendard" w:hAnsi="Pretendard" w:cs="Pretendard"/>
                <w:color w:val="1D0024"/>
                <w:sz w:val="19"/>
              </w:rPr>
              <w:t>일본</w:t>
            </w:r>
            <w:r>
              <w:rPr>
                <w:rFonts w:ascii="Pretendard" w:eastAsia="Pretendard" w:hAnsi="Pretendard" w:cs="Pretendard"/>
                <w:color w:val="1D0024"/>
                <w:sz w:val="19"/>
              </w:rPr>
              <w:t xml:space="preserve"> 29.8%, </w:t>
            </w:r>
            <w:r>
              <w:rPr>
                <w:rFonts w:ascii="Pretendard" w:eastAsia="Pretendard" w:hAnsi="Pretendard" w:cs="Pretendard"/>
                <w:color w:val="1D0024"/>
                <w:sz w:val="19"/>
              </w:rPr>
              <w:t>대만</w:t>
            </w:r>
            <w:r>
              <w:rPr>
                <w:rFonts w:ascii="Pretendard" w:eastAsia="Pretendard" w:hAnsi="Pretendard" w:cs="Pretendard"/>
                <w:color w:val="1D0024"/>
                <w:sz w:val="19"/>
              </w:rPr>
              <w:t xml:space="preserve"> 9.2%, </w:t>
            </w:r>
            <w:r>
              <w:rPr>
                <w:rFonts w:ascii="Pretendard" w:eastAsia="Pretendard" w:hAnsi="Pretendard" w:cs="Pretendard"/>
                <w:color w:val="1D0024"/>
                <w:sz w:val="19"/>
              </w:rPr>
              <w:t>미국</w:t>
            </w:r>
            <w:r>
              <w:rPr>
                <w:rFonts w:ascii="Pretendard" w:eastAsia="Pretendard" w:hAnsi="Pretendard" w:cs="Pretendard"/>
                <w:color w:val="1D0024"/>
                <w:sz w:val="19"/>
              </w:rPr>
              <w:t xml:space="preserve"> 8.6%, </w:t>
            </w:r>
            <w:r>
              <w:rPr>
                <w:rFonts w:ascii="Pretendard" w:eastAsia="Pretendard" w:hAnsi="Pretendard" w:cs="Pretendard"/>
                <w:color w:val="1D0024"/>
                <w:sz w:val="19"/>
              </w:rPr>
              <w:t>태국</w:t>
            </w:r>
            <w:r>
              <w:rPr>
                <w:rFonts w:ascii="Pretendard" w:eastAsia="Pretendard" w:hAnsi="Pretendard" w:cs="Pretendard"/>
                <w:color w:val="1D0024"/>
                <w:sz w:val="19"/>
              </w:rPr>
              <w:t xml:space="preserve"> </w:t>
            </w:r>
            <w:r>
              <w:rPr>
                <w:rFonts w:ascii="Pretendard" w:eastAsia="Pretendard" w:hAnsi="Pretendard" w:cs="Pretendard"/>
                <w:color w:val="1D0024"/>
                <w:sz w:val="19"/>
              </w:rPr>
              <w:t>약</w:t>
            </w:r>
            <w:r>
              <w:rPr>
                <w:rFonts w:ascii="Pretendard" w:eastAsia="Pretendard" w:hAnsi="Pretendard" w:cs="Pretendard"/>
                <w:color w:val="1D0024"/>
                <w:sz w:val="19"/>
              </w:rPr>
              <w:t xml:space="preserve"> 2.9%</w:t>
            </w:r>
          </w:p>
        </w:tc>
        <w:tc>
          <w:tcPr>
            <w:tcW w:w="2268" w:type="dxa"/>
          </w:tcPr>
          <w:p w14:paraId="0C09F58C" w14:textId="77777777" w:rsidR="004B1372" w:rsidRDefault="00BB0BE3">
            <w:r>
              <w:rPr>
                <w:rFonts w:ascii="Pretendard" w:eastAsia="Pretendard" w:hAnsi="Pretendard" w:cs="Pretendard"/>
                <w:color w:val="1D0024"/>
                <w:sz w:val="19"/>
              </w:rPr>
              <w:t>보건복지부</w:t>
            </w:r>
            <w:r>
              <w:rPr>
                <w:rFonts w:ascii="Pretendard" w:eastAsia="Pretendard" w:hAnsi="Pretendard" w:cs="Pretendard"/>
                <w:color w:val="1D0024"/>
                <w:sz w:val="19"/>
              </w:rPr>
              <w:t xml:space="preserve"> 2026-04</w:t>
            </w:r>
          </w:p>
        </w:tc>
      </w:tr>
      <w:tr w:rsidR="004B1372" w14:paraId="50BC05EE" w14:textId="77777777">
        <w:trPr>
          <w:jc w:val="center"/>
        </w:trPr>
        <w:tc>
          <w:tcPr>
            <w:tcW w:w="2041" w:type="dxa"/>
          </w:tcPr>
          <w:p w14:paraId="0F498301" w14:textId="77777777" w:rsidR="004B1372" w:rsidRDefault="00BB0BE3">
            <w:r>
              <w:rPr>
                <w:rFonts w:ascii="Pretendard" w:eastAsia="Pretendard" w:hAnsi="Pretendard" w:cs="Pretendard"/>
                <w:b/>
                <w:color w:val="1D0024"/>
                <w:sz w:val="19"/>
              </w:rPr>
              <w:t>의원급</w:t>
            </w:r>
            <w:r>
              <w:rPr>
                <w:rFonts w:ascii="Pretendard" w:eastAsia="Pretendard" w:hAnsi="Pretendard" w:cs="Pretendard"/>
                <w:b/>
                <w:color w:val="1D0024"/>
                <w:sz w:val="19"/>
              </w:rPr>
              <w:t>·</w:t>
            </w:r>
            <w:r>
              <w:rPr>
                <w:rFonts w:ascii="Pretendard" w:eastAsia="Pretendard" w:hAnsi="Pretendard" w:cs="Pretendard"/>
                <w:b/>
                <w:color w:val="1D0024"/>
                <w:sz w:val="19"/>
              </w:rPr>
              <w:t>서울</w:t>
            </w:r>
            <w:r>
              <w:rPr>
                <w:rFonts w:ascii="Pretendard" w:eastAsia="Pretendard" w:hAnsi="Pretendard" w:cs="Pretendard"/>
                <w:b/>
                <w:color w:val="1D0024"/>
                <w:sz w:val="19"/>
              </w:rPr>
              <w:t xml:space="preserve"> </w:t>
            </w:r>
            <w:r>
              <w:rPr>
                <w:rFonts w:ascii="Pretendard" w:eastAsia="Pretendard" w:hAnsi="Pretendard" w:cs="Pretendard"/>
                <w:b/>
                <w:color w:val="1D0024"/>
                <w:sz w:val="19"/>
              </w:rPr>
              <w:t>비중</w:t>
            </w:r>
          </w:p>
        </w:tc>
        <w:tc>
          <w:tcPr>
            <w:tcW w:w="5329" w:type="dxa"/>
          </w:tcPr>
          <w:p w14:paraId="12336D3F" w14:textId="77777777" w:rsidR="004B1372" w:rsidRDefault="00BB0BE3">
            <w:r>
              <w:rPr>
                <w:rFonts w:ascii="Pretendard" w:eastAsia="Pretendard" w:hAnsi="Pretendard" w:cs="Pretendard"/>
                <w:color w:val="1D0024"/>
                <w:sz w:val="19"/>
              </w:rPr>
              <w:t>의원급</w:t>
            </w:r>
            <w:r>
              <w:rPr>
                <w:rFonts w:ascii="Pretendard" w:eastAsia="Pretendard" w:hAnsi="Pretendard" w:cs="Pretendard"/>
                <w:color w:val="1D0024"/>
                <w:sz w:val="19"/>
              </w:rPr>
              <w:t xml:space="preserve"> 87.7%, </w:t>
            </w:r>
            <w:r>
              <w:rPr>
                <w:rFonts w:ascii="Pretendard" w:eastAsia="Pretendard" w:hAnsi="Pretendard" w:cs="Pretendard"/>
                <w:color w:val="1D0024"/>
                <w:sz w:val="19"/>
              </w:rPr>
              <w:t>서울</w:t>
            </w:r>
            <w:r>
              <w:rPr>
                <w:rFonts w:ascii="Pretendard" w:eastAsia="Pretendard" w:hAnsi="Pretendard" w:cs="Pretendard"/>
                <w:color w:val="1D0024"/>
                <w:sz w:val="19"/>
              </w:rPr>
              <w:t xml:space="preserve"> 87.2%</w:t>
            </w:r>
          </w:p>
        </w:tc>
        <w:tc>
          <w:tcPr>
            <w:tcW w:w="2268" w:type="dxa"/>
          </w:tcPr>
          <w:p w14:paraId="59F2BFFC" w14:textId="77777777" w:rsidR="004B1372" w:rsidRDefault="00BB0BE3">
            <w:r>
              <w:rPr>
                <w:rFonts w:ascii="Pretendard" w:eastAsia="Pretendard" w:hAnsi="Pretendard" w:cs="Pretendard"/>
                <w:color w:val="1D0024"/>
                <w:sz w:val="19"/>
              </w:rPr>
              <w:t>보건복지부</w:t>
            </w:r>
            <w:r>
              <w:rPr>
                <w:rFonts w:ascii="Pretendard" w:eastAsia="Pretendard" w:hAnsi="Pretendard" w:cs="Pretendard"/>
                <w:color w:val="1D0024"/>
                <w:sz w:val="19"/>
              </w:rPr>
              <w:t xml:space="preserve"> 2026-04</w:t>
            </w:r>
          </w:p>
        </w:tc>
      </w:tr>
      <w:tr w:rsidR="004B1372" w14:paraId="1E56B5D5" w14:textId="77777777">
        <w:trPr>
          <w:jc w:val="center"/>
        </w:trPr>
        <w:tc>
          <w:tcPr>
            <w:tcW w:w="2041" w:type="dxa"/>
          </w:tcPr>
          <w:p w14:paraId="583C5E11" w14:textId="77777777" w:rsidR="004B1372" w:rsidRDefault="00BB0BE3">
            <w:r>
              <w:rPr>
                <w:rFonts w:ascii="Pretendard" w:eastAsia="Pretendard" w:hAnsi="Pretendard" w:cs="Pretendard"/>
                <w:b/>
                <w:color w:val="1D0024"/>
                <w:sz w:val="19"/>
              </w:rPr>
              <w:t xml:space="preserve">2026 </w:t>
            </w:r>
            <w:r>
              <w:rPr>
                <w:rFonts w:ascii="Pretendard" w:eastAsia="Pretendard" w:hAnsi="Pretendard" w:cs="Pretendard"/>
                <w:b/>
                <w:color w:val="1D0024"/>
                <w:sz w:val="19"/>
              </w:rPr>
              <w:t>상반기</w:t>
            </w:r>
            <w:r>
              <w:rPr>
                <w:rFonts w:ascii="Pretendard" w:eastAsia="Pretendard" w:hAnsi="Pretendard" w:cs="Pretendard"/>
                <w:b/>
                <w:color w:val="1D0024"/>
                <w:sz w:val="19"/>
              </w:rPr>
              <w:t xml:space="preserve"> </w:t>
            </w:r>
            <w:r>
              <w:rPr>
                <w:rFonts w:ascii="Pretendard" w:eastAsia="Pretendard" w:hAnsi="Pretendard" w:cs="Pretendard"/>
                <w:b/>
                <w:color w:val="1D0024"/>
                <w:sz w:val="19"/>
              </w:rPr>
              <w:t>외국인</w:t>
            </w:r>
            <w:r>
              <w:rPr>
                <w:rFonts w:ascii="Pretendard" w:eastAsia="Pretendard" w:hAnsi="Pretendard" w:cs="Pretendard"/>
                <w:b/>
                <w:color w:val="1D0024"/>
                <w:sz w:val="19"/>
              </w:rPr>
              <w:t xml:space="preserve"> </w:t>
            </w:r>
            <w:r>
              <w:rPr>
                <w:rFonts w:ascii="Pretendard" w:eastAsia="Pretendard" w:hAnsi="Pretendard" w:cs="Pretendard"/>
                <w:b/>
                <w:color w:val="1D0024"/>
                <w:sz w:val="19"/>
              </w:rPr>
              <w:t>카드</w:t>
            </w:r>
            <w:r>
              <w:rPr>
                <w:rFonts w:ascii="Pretendard" w:eastAsia="Pretendard" w:hAnsi="Pretendard" w:cs="Pretendard"/>
                <w:b/>
                <w:color w:val="1D0024"/>
                <w:sz w:val="19"/>
              </w:rPr>
              <w:t xml:space="preserve"> </w:t>
            </w:r>
            <w:r>
              <w:rPr>
                <w:rFonts w:ascii="Pretendard" w:eastAsia="Pretendard" w:hAnsi="Pretendard" w:cs="Pretendard"/>
                <w:b/>
                <w:color w:val="1D0024"/>
                <w:sz w:val="19"/>
              </w:rPr>
              <w:t>결제</w:t>
            </w:r>
          </w:p>
        </w:tc>
        <w:tc>
          <w:tcPr>
            <w:tcW w:w="5329" w:type="dxa"/>
          </w:tcPr>
          <w:p w14:paraId="1EF18D84" w14:textId="77777777" w:rsidR="004B1372" w:rsidRDefault="00BB0BE3">
            <w:r>
              <w:rPr>
                <w:rFonts w:ascii="Pretendard" w:eastAsia="Pretendard" w:hAnsi="Pretendard" w:cs="Pretendard"/>
                <w:color w:val="1D0024"/>
                <w:sz w:val="19"/>
              </w:rPr>
              <w:t>1</w:t>
            </w:r>
            <w:r>
              <w:rPr>
                <w:rFonts w:ascii="Pretendard" w:eastAsia="Pretendard" w:hAnsi="Pretendard" w:cs="Pretendard"/>
                <w:color w:val="1D0024"/>
                <w:sz w:val="19"/>
              </w:rPr>
              <w:t>조</w:t>
            </w:r>
            <w:r>
              <w:rPr>
                <w:rFonts w:ascii="Pretendard" w:eastAsia="Pretendard" w:hAnsi="Pretendard" w:cs="Pretendard"/>
                <w:color w:val="1D0024"/>
                <w:sz w:val="19"/>
              </w:rPr>
              <w:t>4,203</w:t>
            </w:r>
            <w:r>
              <w:rPr>
                <w:rFonts w:ascii="Pretendard" w:eastAsia="Pretendard" w:hAnsi="Pretendard" w:cs="Pretendard"/>
                <w:color w:val="1D0024"/>
                <w:sz w:val="19"/>
              </w:rPr>
              <w:t>억</w:t>
            </w:r>
            <w:r>
              <w:rPr>
                <w:rFonts w:ascii="Pretendard" w:eastAsia="Pretendard" w:hAnsi="Pretendard" w:cs="Pretendard"/>
                <w:color w:val="1D0024"/>
                <w:sz w:val="19"/>
              </w:rPr>
              <w:t xml:space="preserve"> </w:t>
            </w:r>
            <w:r>
              <w:rPr>
                <w:rFonts w:ascii="Pretendard" w:eastAsia="Pretendard" w:hAnsi="Pretendard" w:cs="Pretendard"/>
                <w:color w:val="1D0024"/>
                <w:sz w:val="19"/>
              </w:rPr>
              <w:t>원</w:t>
            </w:r>
            <w:r>
              <w:rPr>
                <w:rFonts w:ascii="Pretendard" w:eastAsia="Pretendard" w:hAnsi="Pretendard" w:cs="Pretendard"/>
                <w:color w:val="1D0024"/>
                <w:sz w:val="19"/>
              </w:rPr>
              <w:t>(</w:t>
            </w:r>
            <w:r>
              <w:rPr>
                <w:rFonts w:ascii="Pretendard" w:eastAsia="Pretendard" w:hAnsi="Pretendard" w:cs="Pretendard"/>
                <w:color w:val="1D0024"/>
                <w:sz w:val="19"/>
              </w:rPr>
              <w:t>전년</w:t>
            </w:r>
            <w:r>
              <w:rPr>
                <w:rFonts w:ascii="Pretendard" w:eastAsia="Pretendard" w:hAnsi="Pretendard" w:cs="Pretendard"/>
                <w:color w:val="1D0024"/>
                <w:sz w:val="19"/>
              </w:rPr>
              <w:t xml:space="preserve"> </w:t>
            </w:r>
            <w:r>
              <w:rPr>
                <w:rFonts w:ascii="Pretendard" w:eastAsia="Pretendard" w:hAnsi="Pretendard" w:cs="Pretendard"/>
                <w:color w:val="1D0024"/>
                <w:sz w:val="19"/>
              </w:rPr>
              <w:t>대비</w:t>
            </w:r>
            <w:r>
              <w:rPr>
                <w:rFonts w:ascii="Pretendard" w:eastAsia="Pretendard" w:hAnsi="Pretendard" w:cs="Pretendard"/>
                <w:color w:val="1D0024"/>
                <w:sz w:val="19"/>
              </w:rPr>
              <w:t xml:space="preserve"> +38.6%), </w:t>
            </w:r>
            <w:r>
              <w:rPr>
                <w:rFonts w:ascii="Pretendard" w:eastAsia="Pretendard" w:hAnsi="Pretendard" w:cs="Pretendard"/>
                <w:color w:val="1D0024"/>
                <w:sz w:val="19"/>
              </w:rPr>
              <w:t>피부과</w:t>
            </w:r>
            <w:r>
              <w:rPr>
                <w:rFonts w:ascii="Pretendard" w:eastAsia="Pretendard" w:hAnsi="Pretendard" w:cs="Pretendard"/>
                <w:color w:val="1D0024"/>
                <w:sz w:val="19"/>
              </w:rPr>
              <w:t xml:space="preserve"> 7,685</w:t>
            </w:r>
            <w:r>
              <w:rPr>
                <w:rFonts w:ascii="Pretendard" w:eastAsia="Pretendard" w:hAnsi="Pretendard" w:cs="Pretendard"/>
                <w:color w:val="1D0024"/>
                <w:sz w:val="19"/>
              </w:rPr>
              <w:t>억</w:t>
            </w:r>
            <w:r>
              <w:rPr>
                <w:rFonts w:ascii="Pretendard" w:eastAsia="Pretendard" w:hAnsi="Pretendard" w:cs="Pretendard"/>
                <w:color w:val="1D0024"/>
                <w:sz w:val="19"/>
              </w:rPr>
              <w:t xml:space="preserve"> </w:t>
            </w:r>
            <w:r>
              <w:rPr>
                <w:rFonts w:ascii="Pretendard" w:eastAsia="Pretendard" w:hAnsi="Pretendard" w:cs="Pretendard"/>
                <w:color w:val="1D0024"/>
                <w:sz w:val="19"/>
              </w:rPr>
              <w:t>원</w:t>
            </w:r>
          </w:p>
        </w:tc>
        <w:tc>
          <w:tcPr>
            <w:tcW w:w="2268" w:type="dxa"/>
          </w:tcPr>
          <w:p w14:paraId="33CEC48A" w14:textId="77777777" w:rsidR="004B1372" w:rsidRDefault="00BB0BE3">
            <w:r>
              <w:rPr>
                <w:rFonts w:ascii="Pretendard" w:eastAsia="Pretendard" w:hAnsi="Pretendard" w:cs="Pretendard"/>
                <w:color w:val="1D0024"/>
                <w:sz w:val="19"/>
              </w:rPr>
              <w:t>하나카드</w:t>
            </w:r>
            <w:r>
              <w:rPr>
                <w:rFonts w:ascii="Pretendard" w:eastAsia="Pretendard" w:hAnsi="Pretendard" w:cs="Pretendard"/>
                <w:color w:val="1D0024"/>
                <w:sz w:val="19"/>
              </w:rPr>
              <w:t xml:space="preserve"> </w:t>
            </w:r>
            <w:r>
              <w:rPr>
                <w:rFonts w:ascii="Pretendard" w:eastAsia="Pretendard" w:hAnsi="Pretendard" w:cs="Pretendard"/>
                <w:color w:val="1D0024"/>
                <w:sz w:val="19"/>
              </w:rPr>
              <w:t>데이터</w:t>
            </w:r>
            <w:r>
              <w:rPr>
                <w:rFonts w:ascii="Pretendard" w:eastAsia="Pretendard" w:hAnsi="Pretendard" w:cs="Pretendard"/>
                <w:color w:val="1D0024"/>
                <w:sz w:val="19"/>
              </w:rPr>
              <w:t xml:space="preserve"> 2026-08-27</w:t>
            </w:r>
          </w:p>
        </w:tc>
      </w:tr>
      <w:tr w:rsidR="004B1372" w14:paraId="7EE2D7AB" w14:textId="77777777">
        <w:trPr>
          <w:jc w:val="center"/>
        </w:trPr>
        <w:tc>
          <w:tcPr>
            <w:tcW w:w="2041" w:type="dxa"/>
          </w:tcPr>
          <w:p w14:paraId="7F8A5BBB" w14:textId="77777777" w:rsidR="004B1372" w:rsidRDefault="00BB0BE3">
            <w:r>
              <w:rPr>
                <w:rFonts w:ascii="Pretendard" w:eastAsia="Pretendard" w:hAnsi="Pretendard" w:cs="Pretendard"/>
                <w:b/>
                <w:color w:val="1D0024"/>
                <w:sz w:val="19"/>
              </w:rPr>
              <w:t>정부</w:t>
            </w:r>
            <w:r>
              <w:rPr>
                <w:rFonts w:ascii="Pretendard" w:eastAsia="Pretendard" w:hAnsi="Pretendard" w:cs="Pretendard"/>
                <w:b/>
                <w:color w:val="1D0024"/>
                <w:sz w:val="19"/>
              </w:rPr>
              <w:t xml:space="preserve"> </w:t>
            </w:r>
            <w:r>
              <w:rPr>
                <w:rFonts w:ascii="Pretendard" w:eastAsia="Pretendard" w:hAnsi="Pretendard" w:cs="Pretendard"/>
                <w:b/>
                <w:color w:val="1D0024"/>
                <w:sz w:val="19"/>
              </w:rPr>
              <w:t>목표</w:t>
            </w:r>
          </w:p>
        </w:tc>
        <w:tc>
          <w:tcPr>
            <w:tcW w:w="5329" w:type="dxa"/>
          </w:tcPr>
          <w:p w14:paraId="79EE0D57" w14:textId="77777777" w:rsidR="004B1372" w:rsidRDefault="00BB0BE3">
            <w:r>
              <w:rPr>
                <w:rFonts w:ascii="Pretendard" w:eastAsia="Pretendard" w:hAnsi="Pretendard" w:cs="Pretendard"/>
                <w:color w:val="1D0024"/>
                <w:sz w:val="19"/>
              </w:rPr>
              <w:t>2027</w:t>
            </w:r>
            <w:r>
              <w:rPr>
                <w:rFonts w:ascii="Pretendard" w:eastAsia="Pretendard" w:hAnsi="Pretendard" w:cs="Pretendard"/>
                <w:color w:val="1D0024"/>
                <w:sz w:val="19"/>
              </w:rPr>
              <w:t>년</w:t>
            </w:r>
            <w:r>
              <w:rPr>
                <w:rFonts w:ascii="Pretendard" w:eastAsia="Pretendard" w:hAnsi="Pretendard" w:cs="Pretendard"/>
                <w:color w:val="1D0024"/>
                <w:sz w:val="19"/>
              </w:rPr>
              <w:t xml:space="preserve"> 70</w:t>
            </w:r>
            <w:r>
              <w:rPr>
                <w:rFonts w:ascii="Pretendard" w:eastAsia="Pretendard" w:hAnsi="Pretendard" w:cs="Pretendard"/>
                <w:color w:val="1D0024"/>
                <w:sz w:val="19"/>
              </w:rPr>
              <w:t>만</w:t>
            </w:r>
            <w:r>
              <w:rPr>
                <w:rFonts w:ascii="Pretendard" w:eastAsia="Pretendard" w:hAnsi="Pretendard" w:cs="Pretendard"/>
                <w:color w:val="1D0024"/>
                <w:sz w:val="19"/>
              </w:rPr>
              <w:t xml:space="preserve"> </w:t>
            </w:r>
            <w:r>
              <w:rPr>
                <w:rFonts w:ascii="Pretendard" w:eastAsia="Pretendard" w:hAnsi="Pretendard" w:cs="Pretendard"/>
                <w:color w:val="1D0024"/>
                <w:sz w:val="19"/>
              </w:rPr>
              <w:t>명</w:t>
            </w:r>
            <w:r>
              <w:rPr>
                <w:rFonts w:ascii="Pretendard" w:eastAsia="Pretendard" w:hAnsi="Pretendard" w:cs="Pretendard"/>
                <w:color w:val="1D0024"/>
                <w:sz w:val="19"/>
              </w:rPr>
              <w:t xml:space="preserve">(2023 </w:t>
            </w:r>
            <w:r>
              <w:rPr>
                <w:rFonts w:ascii="Pretendard" w:eastAsia="Pretendard" w:hAnsi="Pretendard" w:cs="Pretendard"/>
                <w:color w:val="1D0024"/>
                <w:sz w:val="19"/>
              </w:rPr>
              <w:t>발표</w:t>
            </w:r>
            <w:r>
              <w:rPr>
                <w:rFonts w:ascii="Pretendard" w:eastAsia="Pretendard" w:hAnsi="Pretendard" w:cs="Pretendard"/>
                <w:color w:val="1D0024"/>
                <w:sz w:val="19"/>
              </w:rPr>
              <w:t>), 2024</w:t>
            </w:r>
            <w:r>
              <w:rPr>
                <w:rFonts w:ascii="Pretendard" w:eastAsia="Pretendard" w:hAnsi="Pretendard" w:cs="Pretendard"/>
                <w:color w:val="1D0024"/>
                <w:sz w:val="19"/>
              </w:rPr>
              <w:t>년</w:t>
            </w:r>
            <w:r>
              <w:rPr>
                <w:rFonts w:ascii="Pretendard" w:eastAsia="Pretendard" w:hAnsi="Pretendard" w:cs="Pretendard"/>
                <w:color w:val="1D0024"/>
                <w:sz w:val="19"/>
              </w:rPr>
              <w:t xml:space="preserve"> </w:t>
            </w:r>
            <w:r>
              <w:rPr>
                <w:rFonts w:ascii="Pretendard" w:eastAsia="Pretendard" w:hAnsi="Pretendard" w:cs="Pretendard"/>
                <w:color w:val="1D0024"/>
                <w:sz w:val="19"/>
              </w:rPr>
              <w:t>조기</w:t>
            </w:r>
            <w:r>
              <w:rPr>
                <w:rFonts w:ascii="Pretendard" w:eastAsia="Pretendard" w:hAnsi="Pretendard" w:cs="Pretendard"/>
                <w:color w:val="1D0024"/>
                <w:sz w:val="19"/>
              </w:rPr>
              <w:t xml:space="preserve"> </w:t>
            </w:r>
            <w:r>
              <w:rPr>
                <w:rFonts w:ascii="Pretendard" w:eastAsia="Pretendard" w:hAnsi="Pretendard" w:cs="Pretendard"/>
                <w:color w:val="1D0024"/>
                <w:sz w:val="19"/>
              </w:rPr>
              <w:t>달성</w:t>
            </w:r>
            <w:r>
              <w:rPr>
                <w:rFonts w:ascii="Pretendard" w:eastAsia="Pretendard" w:hAnsi="Pretendard" w:cs="Pretendard"/>
                <w:color w:val="1D0024"/>
                <w:sz w:val="19"/>
              </w:rPr>
              <w:t xml:space="preserve">. </w:t>
            </w:r>
            <w:r>
              <w:rPr>
                <w:rFonts w:ascii="Pretendard" w:eastAsia="Pretendard" w:hAnsi="Pretendard" w:cs="Pretendard"/>
                <w:color w:val="1D0024"/>
                <w:sz w:val="19"/>
              </w:rPr>
              <w:t>새</w:t>
            </w:r>
            <w:r>
              <w:rPr>
                <w:rFonts w:ascii="Pretendard" w:eastAsia="Pretendard" w:hAnsi="Pretendard" w:cs="Pretendard"/>
                <w:color w:val="1D0024"/>
                <w:sz w:val="19"/>
              </w:rPr>
              <w:t xml:space="preserve"> </w:t>
            </w:r>
            <w:r>
              <w:rPr>
                <w:rFonts w:ascii="Pretendard" w:eastAsia="Pretendard" w:hAnsi="Pretendard" w:cs="Pretendard"/>
                <w:color w:val="1D0024"/>
                <w:sz w:val="19"/>
              </w:rPr>
              <w:t>목표</w:t>
            </w:r>
            <w:r>
              <w:rPr>
                <w:rFonts w:ascii="Pretendard" w:eastAsia="Pretendard" w:hAnsi="Pretendard" w:cs="Pretendard"/>
                <w:color w:val="1D0024"/>
                <w:sz w:val="19"/>
              </w:rPr>
              <w:t xml:space="preserve"> </w:t>
            </w:r>
            <w:r>
              <w:rPr>
                <w:rFonts w:ascii="Pretendard" w:eastAsia="Pretendard" w:hAnsi="Pretendard" w:cs="Pretendard"/>
                <w:color w:val="1D0024"/>
                <w:sz w:val="19"/>
              </w:rPr>
              <w:t>미확인</w:t>
            </w:r>
          </w:p>
        </w:tc>
        <w:tc>
          <w:tcPr>
            <w:tcW w:w="2268" w:type="dxa"/>
          </w:tcPr>
          <w:p w14:paraId="3C82BEE9" w14:textId="77777777" w:rsidR="004B1372" w:rsidRDefault="00BB0BE3">
            <w:r>
              <w:rPr>
                <w:rFonts w:ascii="Pretendard" w:eastAsia="Pretendard" w:hAnsi="Pretendard" w:cs="Pretendard"/>
                <w:color w:val="1D0024"/>
                <w:sz w:val="19"/>
              </w:rPr>
              <w:t>보건복지부</w:t>
            </w:r>
            <w:r>
              <w:rPr>
                <w:rFonts w:ascii="Pretendard" w:eastAsia="Pretendard" w:hAnsi="Pretendard" w:cs="Pretendard"/>
                <w:color w:val="1D0024"/>
                <w:sz w:val="19"/>
              </w:rPr>
              <w:t xml:space="preserve"> 2023-05-29</w:t>
            </w:r>
          </w:p>
        </w:tc>
      </w:tr>
      <w:tr w:rsidR="004B1372" w14:paraId="330792E0" w14:textId="77777777">
        <w:trPr>
          <w:jc w:val="center"/>
        </w:trPr>
        <w:tc>
          <w:tcPr>
            <w:tcW w:w="2041" w:type="dxa"/>
          </w:tcPr>
          <w:p w14:paraId="5F78B1F5" w14:textId="77777777" w:rsidR="004B1372" w:rsidRDefault="00BB0BE3">
            <w:r>
              <w:rPr>
                <w:rFonts w:ascii="Pretendard" w:eastAsia="Pretendard" w:hAnsi="Pretendard" w:cs="Pretendard"/>
                <w:b/>
                <w:color w:val="1D0024"/>
                <w:sz w:val="19"/>
              </w:rPr>
              <w:t>미용성형</w:t>
            </w:r>
            <w:r>
              <w:rPr>
                <w:rFonts w:ascii="Pretendard" w:eastAsia="Pretendard" w:hAnsi="Pretendard" w:cs="Pretendard"/>
                <w:b/>
                <w:color w:val="1D0024"/>
                <w:sz w:val="19"/>
              </w:rPr>
              <w:t xml:space="preserve"> </w:t>
            </w:r>
            <w:r>
              <w:rPr>
                <w:rFonts w:ascii="Pretendard" w:eastAsia="Pretendard" w:hAnsi="Pretendard" w:cs="Pretendard"/>
                <w:b/>
                <w:color w:val="1D0024"/>
                <w:sz w:val="19"/>
              </w:rPr>
              <w:t>부가세</w:t>
            </w:r>
            <w:r>
              <w:rPr>
                <w:rFonts w:ascii="Pretendard" w:eastAsia="Pretendard" w:hAnsi="Pretendard" w:cs="Pretendard"/>
                <w:b/>
                <w:color w:val="1D0024"/>
                <w:sz w:val="19"/>
              </w:rPr>
              <w:t xml:space="preserve"> </w:t>
            </w:r>
            <w:r>
              <w:rPr>
                <w:rFonts w:ascii="Pretendard" w:eastAsia="Pretendard" w:hAnsi="Pretendard" w:cs="Pretendard"/>
                <w:b/>
                <w:color w:val="1D0024"/>
                <w:sz w:val="19"/>
              </w:rPr>
              <w:t>환급</w:t>
            </w:r>
          </w:p>
        </w:tc>
        <w:tc>
          <w:tcPr>
            <w:tcW w:w="5329" w:type="dxa"/>
          </w:tcPr>
          <w:p w14:paraId="344FE0FE" w14:textId="77777777" w:rsidR="004B1372" w:rsidRDefault="00BB0BE3">
            <w:r>
              <w:rPr>
                <w:rFonts w:ascii="Pretendard" w:eastAsia="Pretendard" w:hAnsi="Pretendard" w:cs="Pretendard"/>
                <w:color w:val="1D0024"/>
                <w:sz w:val="19"/>
              </w:rPr>
              <w:t xml:space="preserve">2025-12-31 </w:t>
            </w:r>
            <w:r>
              <w:rPr>
                <w:rFonts w:ascii="Pretendard" w:eastAsia="Pretendard" w:hAnsi="Pretendard" w:cs="Pretendard"/>
                <w:color w:val="1D0024"/>
                <w:sz w:val="19"/>
              </w:rPr>
              <w:t>종료</w:t>
            </w:r>
            <w:r>
              <w:rPr>
                <w:rFonts w:ascii="Pretendard" w:eastAsia="Pretendard" w:hAnsi="Pretendard" w:cs="Pretendard"/>
                <w:color w:val="1D0024"/>
                <w:sz w:val="19"/>
              </w:rPr>
              <w:t xml:space="preserve">. </w:t>
            </w:r>
            <w:r>
              <w:rPr>
                <w:rFonts w:ascii="Pretendard" w:eastAsia="Pretendard" w:hAnsi="Pretendard" w:cs="Pretendard"/>
                <w:color w:val="1D0024"/>
                <w:sz w:val="19"/>
              </w:rPr>
              <w:t>재도입</w:t>
            </w:r>
            <w:r>
              <w:rPr>
                <w:rFonts w:ascii="Pretendard" w:eastAsia="Pretendard" w:hAnsi="Pretendard" w:cs="Pretendard"/>
                <w:color w:val="1D0024"/>
                <w:sz w:val="19"/>
              </w:rPr>
              <w:t xml:space="preserve"> </w:t>
            </w:r>
            <w:r>
              <w:rPr>
                <w:rFonts w:ascii="Pretendard" w:eastAsia="Pretendard" w:hAnsi="Pretendard" w:cs="Pretendard"/>
                <w:color w:val="1D0024"/>
                <w:sz w:val="19"/>
              </w:rPr>
              <w:t>법안</w:t>
            </w:r>
            <w:r>
              <w:rPr>
                <w:rFonts w:ascii="Pretendard" w:eastAsia="Pretendard" w:hAnsi="Pretendard" w:cs="Pretendard"/>
                <w:color w:val="1D0024"/>
                <w:sz w:val="19"/>
              </w:rPr>
              <w:t xml:space="preserve"> </w:t>
            </w:r>
            <w:r>
              <w:rPr>
                <w:rFonts w:ascii="Pretendard" w:eastAsia="Pretendard" w:hAnsi="Pretendard" w:cs="Pretendard"/>
                <w:color w:val="1D0024"/>
                <w:sz w:val="19"/>
              </w:rPr>
              <w:t>국회</w:t>
            </w:r>
            <w:r>
              <w:rPr>
                <w:rFonts w:ascii="Pretendard" w:eastAsia="Pretendard" w:hAnsi="Pretendard" w:cs="Pretendard"/>
                <w:color w:val="1D0024"/>
                <w:sz w:val="19"/>
              </w:rPr>
              <w:t xml:space="preserve"> </w:t>
            </w:r>
            <w:r>
              <w:rPr>
                <w:rFonts w:ascii="Pretendard" w:eastAsia="Pretendard" w:hAnsi="Pretendard" w:cs="Pretendard"/>
                <w:color w:val="1D0024"/>
                <w:sz w:val="19"/>
              </w:rPr>
              <w:t>소위</w:t>
            </w:r>
            <w:r>
              <w:rPr>
                <w:rFonts w:ascii="Pretendard" w:eastAsia="Pretendard" w:hAnsi="Pretendard" w:cs="Pretendard"/>
                <w:color w:val="1D0024"/>
                <w:sz w:val="19"/>
              </w:rPr>
              <w:t xml:space="preserve">(2026-07-29). </w:t>
            </w:r>
            <w:r>
              <w:rPr>
                <w:rFonts w:ascii="Pretendard" w:eastAsia="Pretendard" w:hAnsi="Pretendard" w:cs="Pretendard"/>
                <w:color w:val="1D0024"/>
                <w:sz w:val="19"/>
              </w:rPr>
              <w:t>성형외과의사회는</w:t>
            </w:r>
            <w:r>
              <w:rPr>
                <w:rFonts w:ascii="Pretendard" w:eastAsia="Pretendard" w:hAnsi="Pretendard" w:cs="Pretendard"/>
                <w:color w:val="1D0024"/>
                <w:sz w:val="19"/>
              </w:rPr>
              <w:t xml:space="preserve"> </w:t>
            </w:r>
            <w:r>
              <w:rPr>
                <w:rFonts w:ascii="Pretendard" w:eastAsia="Pretendard" w:hAnsi="Pretendard" w:cs="Pretendard"/>
                <w:color w:val="1D0024"/>
                <w:sz w:val="19"/>
              </w:rPr>
              <w:t>종료</w:t>
            </w:r>
            <w:r>
              <w:rPr>
                <w:rFonts w:ascii="Pretendard" w:eastAsia="Pretendard" w:hAnsi="Pretendard" w:cs="Pretendard"/>
                <w:color w:val="1D0024"/>
                <w:sz w:val="19"/>
              </w:rPr>
              <w:t xml:space="preserve"> </w:t>
            </w:r>
            <w:r>
              <w:rPr>
                <w:rFonts w:ascii="Pretendard" w:eastAsia="Pretendard" w:hAnsi="Pretendard" w:cs="Pretendard"/>
                <w:color w:val="1D0024"/>
                <w:sz w:val="19"/>
              </w:rPr>
              <w:t>후</w:t>
            </w:r>
            <w:r>
              <w:rPr>
                <w:rFonts w:ascii="Pretendard" w:eastAsia="Pretendard" w:hAnsi="Pretendard" w:cs="Pretendard"/>
                <w:color w:val="1D0024"/>
                <w:sz w:val="19"/>
              </w:rPr>
              <w:t xml:space="preserve"> 20~30% </w:t>
            </w:r>
            <w:r>
              <w:rPr>
                <w:rFonts w:ascii="Pretendard" w:eastAsia="Pretendard" w:hAnsi="Pretendard" w:cs="Pretendard"/>
                <w:color w:val="1D0024"/>
                <w:sz w:val="19"/>
              </w:rPr>
              <w:t>감소</w:t>
            </w:r>
            <w:r>
              <w:rPr>
                <w:rFonts w:ascii="Pretendard" w:eastAsia="Pretendard" w:hAnsi="Pretendard" w:cs="Pretendard"/>
                <w:color w:val="1D0024"/>
                <w:sz w:val="19"/>
              </w:rPr>
              <w:t xml:space="preserve"> </w:t>
            </w:r>
            <w:r>
              <w:rPr>
                <w:rFonts w:ascii="Pretendard" w:eastAsia="Pretendard" w:hAnsi="Pretendard" w:cs="Pretendard"/>
                <w:color w:val="1D0024"/>
                <w:sz w:val="19"/>
              </w:rPr>
              <w:t>주장</w:t>
            </w:r>
            <w:r>
              <w:rPr>
                <w:rFonts w:ascii="Pretendard" w:eastAsia="Pretendard" w:hAnsi="Pretendard" w:cs="Pretendard"/>
                <w:color w:val="1D0024"/>
                <w:sz w:val="19"/>
              </w:rPr>
              <w:t>(</w:t>
            </w:r>
            <w:r>
              <w:rPr>
                <w:rFonts w:ascii="Pretendard" w:eastAsia="Pretendard" w:hAnsi="Pretendard" w:cs="Pretendard"/>
                <w:color w:val="1D0024"/>
                <w:sz w:val="19"/>
              </w:rPr>
              <w:t>통계</w:t>
            </w:r>
            <w:r>
              <w:rPr>
                <w:rFonts w:ascii="Pretendard" w:eastAsia="Pretendard" w:hAnsi="Pretendard" w:cs="Pretendard"/>
                <w:color w:val="1D0024"/>
                <w:sz w:val="19"/>
              </w:rPr>
              <w:t xml:space="preserve"> </w:t>
            </w:r>
            <w:r>
              <w:rPr>
                <w:rFonts w:ascii="Pretendard" w:eastAsia="Pretendard" w:hAnsi="Pretendard" w:cs="Pretendard"/>
                <w:color w:val="1D0024"/>
                <w:sz w:val="19"/>
              </w:rPr>
              <w:t>아님</w:t>
            </w:r>
            <w:r>
              <w:rPr>
                <w:rFonts w:ascii="Pretendard" w:eastAsia="Pretendard" w:hAnsi="Pretendard" w:cs="Pretendard"/>
                <w:color w:val="1D0024"/>
                <w:sz w:val="19"/>
              </w:rPr>
              <w:t>)</w:t>
            </w:r>
          </w:p>
        </w:tc>
        <w:tc>
          <w:tcPr>
            <w:tcW w:w="2268" w:type="dxa"/>
          </w:tcPr>
          <w:p w14:paraId="777733B5" w14:textId="77777777" w:rsidR="004B1372" w:rsidRDefault="00BB0BE3">
            <w:r>
              <w:rPr>
                <w:rFonts w:ascii="Pretendard" w:eastAsia="Pretendard" w:hAnsi="Pretendard" w:cs="Pretendard"/>
                <w:color w:val="1D0024"/>
                <w:sz w:val="19"/>
              </w:rPr>
              <w:t>2025-07-31, 2026-08-14</w:t>
            </w:r>
          </w:p>
        </w:tc>
      </w:tr>
    </w:tbl>
    <w:p w14:paraId="449A7969" w14:textId="77777777" w:rsidR="004B1372" w:rsidRDefault="004B1372">
      <w:pPr>
        <w:spacing w:after="40"/>
      </w:pPr>
    </w:p>
    <w:p w14:paraId="75308968" w14:textId="77777777" w:rsidR="004B1372" w:rsidRDefault="00BB0BE3">
      <w:pPr>
        <w:spacing w:after="120" w:line="324" w:lineRule="auto"/>
      </w:pPr>
      <w:r>
        <w:rPr>
          <w:rFonts w:ascii="Pretendard" w:eastAsia="Pretendard" w:hAnsi="Pretendard" w:cs="Pretendard"/>
          <w:color w:val="555560"/>
          <w:sz w:val="20"/>
        </w:rPr>
        <w:t>시장은</w:t>
      </w:r>
      <w:r>
        <w:rPr>
          <w:rFonts w:ascii="Pretendard" w:eastAsia="Pretendard" w:hAnsi="Pretendard" w:cs="Pretendard"/>
          <w:color w:val="555560"/>
          <w:sz w:val="20"/>
        </w:rPr>
        <w:t xml:space="preserve"> </w:t>
      </w:r>
      <w:r>
        <w:rPr>
          <w:rFonts w:ascii="Pretendard" w:eastAsia="Pretendard" w:hAnsi="Pretendard" w:cs="Pretendard"/>
          <w:color w:val="555560"/>
          <w:sz w:val="20"/>
        </w:rPr>
        <w:t>커지고</w:t>
      </w:r>
      <w:r>
        <w:rPr>
          <w:rFonts w:ascii="Pretendard" w:eastAsia="Pretendard" w:hAnsi="Pretendard" w:cs="Pretendard"/>
          <w:color w:val="555560"/>
          <w:sz w:val="20"/>
        </w:rPr>
        <w:t xml:space="preserve"> </w:t>
      </w:r>
      <w:r>
        <w:rPr>
          <w:rFonts w:ascii="Pretendard" w:eastAsia="Pretendard" w:hAnsi="Pretendard" w:cs="Pretendard"/>
          <w:color w:val="555560"/>
          <w:sz w:val="20"/>
        </w:rPr>
        <w:t>있으나</w:t>
      </w:r>
      <w:r>
        <w:rPr>
          <w:rFonts w:ascii="Pretendard" w:eastAsia="Pretendard" w:hAnsi="Pretendard" w:cs="Pretendard"/>
          <w:color w:val="555560"/>
          <w:sz w:val="20"/>
        </w:rPr>
        <w:t xml:space="preserve"> </w:t>
      </w:r>
      <w:r>
        <w:rPr>
          <w:rFonts w:ascii="Pretendard" w:eastAsia="Pretendard" w:hAnsi="Pretendard" w:cs="Pretendard"/>
          <w:color w:val="555560"/>
          <w:sz w:val="20"/>
        </w:rPr>
        <w:t>성장의</w:t>
      </w:r>
      <w:r>
        <w:rPr>
          <w:rFonts w:ascii="Pretendard" w:eastAsia="Pretendard" w:hAnsi="Pretendard" w:cs="Pretendard"/>
          <w:color w:val="555560"/>
          <w:sz w:val="20"/>
        </w:rPr>
        <w:t xml:space="preserve"> </w:t>
      </w:r>
      <w:r>
        <w:rPr>
          <w:rFonts w:ascii="Pretendard" w:eastAsia="Pretendard" w:hAnsi="Pretendard" w:cs="Pretendard"/>
          <w:color w:val="555560"/>
          <w:sz w:val="20"/>
        </w:rPr>
        <w:t>중심은</w:t>
      </w:r>
      <w:r>
        <w:rPr>
          <w:rFonts w:ascii="Pretendard" w:eastAsia="Pretendard" w:hAnsi="Pretendard" w:cs="Pretendard"/>
          <w:color w:val="555560"/>
          <w:sz w:val="20"/>
        </w:rPr>
        <w:t xml:space="preserve"> </w:t>
      </w:r>
      <w:r>
        <w:rPr>
          <w:rFonts w:ascii="Pretendard" w:eastAsia="Pretendard" w:hAnsi="Pretendard" w:cs="Pretendard"/>
          <w:color w:val="555560"/>
          <w:sz w:val="20"/>
        </w:rPr>
        <w:t>피부과입니다</w:t>
      </w:r>
      <w:r>
        <w:rPr>
          <w:rFonts w:ascii="Pretendard" w:eastAsia="Pretendard" w:hAnsi="Pretendard" w:cs="Pretendard"/>
          <w:color w:val="555560"/>
          <w:sz w:val="20"/>
        </w:rPr>
        <w:t xml:space="preserve">. </w:t>
      </w:r>
      <w:r>
        <w:rPr>
          <w:rFonts w:ascii="Pretendard" w:eastAsia="Pretendard" w:hAnsi="Pretendard" w:cs="Pretendard"/>
          <w:color w:val="555560"/>
          <w:sz w:val="20"/>
        </w:rPr>
        <w:t>성형외과</w:t>
      </w:r>
      <w:r>
        <w:rPr>
          <w:rFonts w:ascii="Pretendard" w:eastAsia="Pretendard" w:hAnsi="Pretendard" w:cs="Pretendard"/>
          <w:color w:val="555560"/>
          <w:sz w:val="20"/>
        </w:rPr>
        <w:t xml:space="preserve"> </w:t>
      </w:r>
      <w:r>
        <w:rPr>
          <w:rFonts w:ascii="Pretendard" w:eastAsia="Pretendard" w:hAnsi="Pretendard" w:cs="Pretendard"/>
          <w:color w:val="555560"/>
          <w:sz w:val="20"/>
        </w:rPr>
        <w:t>비중은</w:t>
      </w:r>
      <w:r>
        <w:rPr>
          <w:rFonts w:ascii="Pretendard" w:eastAsia="Pretendard" w:hAnsi="Pretendard" w:cs="Pretendard"/>
          <w:color w:val="555560"/>
          <w:sz w:val="20"/>
        </w:rPr>
        <w:t xml:space="preserve"> 11%</w:t>
      </w:r>
      <w:r>
        <w:rPr>
          <w:rFonts w:ascii="Pretendard" w:eastAsia="Pretendard" w:hAnsi="Pretendard" w:cs="Pretendard"/>
          <w:color w:val="555560"/>
          <w:sz w:val="20"/>
        </w:rPr>
        <w:t>이고</w:t>
      </w:r>
      <w:r>
        <w:rPr>
          <w:rFonts w:ascii="Pretendard" w:eastAsia="Pretendard" w:hAnsi="Pretendard" w:cs="Pretendard"/>
          <w:color w:val="555560"/>
          <w:sz w:val="20"/>
        </w:rPr>
        <w:t xml:space="preserve">, </w:t>
      </w:r>
      <w:r>
        <w:rPr>
          <w:rFonts w:ascii="Pretendard" w:eastAsia="Pretendard" w:hAnsi="Pretendard" w:cs="Pretendard"/>
          <w:color w:val="555560"/>
          <w:sz w:val="20"/>
        </w:rPr>
        <w:t>부가세</w:t>
      </w:r>
      <w:r>
        <w:rPr>
          <w:rFonts w:ascii="Pretendard" w:eastAsia="Pretendard" w:hAnsi="Pretendard" w:cs="Pretendard"/>
          <w:color w:val="555560"/>
          <w:sz w:val="20"/>
        </w:rPr>
        <w:t xml:space="preserve"> </w:t>
      </w:r>
      <w:r>
        <w:rPr>
          <w:rFonts w:ascii="Pretendard" w:eastAsia="Pretendard" w:hAnsi="Pretendard" w:cs="Pretendard"/>
          <w:color w:val="555560"/>
          <w:sz w:val="20"/>
        </w:rPr>
        <w:t>환급</w:t>
      </w:r>
      <w:r>
        <w:rPr>
          <w:rFonts w:ascii="Pretendard" w:eastAsia="Pretendard" w:hAnsi="Pretendard" w:cs="Pretendard"/>
          <w:color w:val="555560"/>
          <w:sz w:val="20"/>
        </w:rPr>
        <w:t xml:space="preserve"> </w:t>
      </w:r>
      <w:r>
        <w:rPr>
          <w:rFonts w:ascii="Pretendard" w:eastAsia="Pretendard" w:hAnsi="Pretendard" w:cs="Pretendard"/>
          <w:color w:val="555560"/>
          <w:sz w:val="20"/>
        </w:rPr>
        <w:t>종료의</w:t>
      </w:r>
      <w:r>
        <w:rPr>
          <w:rFonts w:ascii="Pretendard" w:eastAsia="Pretendard" w:hAnsi="Pretendard" w:cs="Pretendard"/>
          <w:color w:val="555560"/>
          <w:sz w:val="20"/>
        </w:rPr>
        <w:t xml:space="preserve"> </w:t>
      </w:r>
      <w:r>
        <w:rPr>
          <w:rFonts w:ascii="Pretendard" w:eastAsia="Pretendard" w:hAnsi="Pretendard" w:cs="Pretendard"/>
          <w:color w:val="555560"/>
          <w:sz w:val="20"/>
        </w:rPr>
        <w:t>영향은</w:t>
      </w:r>
      <w:r>
        <w:rPr>
          <w:rFonts w:ascii="Pretendard" w:eastAsia="Pretendard" w:hAnsi="Pretendard" w:cs="Pretendard"/>
          <w:color w:val="555560"/>
          <w:sz w:val="20"/>
        </w:rPr>
        <w:t xml:space="preserve"> </w:t>
      </w:r>
      <w:r>
        <w:rPr>
          <w:rFonts w:ascii="Pretendard" w:eastAsia="Pretendard" w:hAnsi="Pretendard" w:cs="Pretendard"/>
          <w:color w:val="555560"/>
          <w:sz w:val="20"/>
        </w:rPr>
        <w:t>공식</w:t>
      </w:r>
      <w:r>
        <w:rPr>
          <w:rFonts w:ascii="Pretendard" w:eastAsia="Pretendard" w:hAnsi="Pretendard" w:cs="Pretendard"/>
          <w:color w:val="555560"/>
          <w:sz w:val="20"/>
        </w:rPr>
        <w:t xml:space="preserve"> </w:t>
      </w:r>
      <w:r>
        <w:rPr>
          <w:rFonts w:ascii="Pretendard" w:eastAsia="Pretendard" w:hAnsi="Pretendard" w:cs="Pretendard"/>
          <w:color w:val="555560"/>
          <w:sz w:val="20"/>
        </w:rPr>
        <w:t>통계로</w:t>
      </w:r>
      <w:r>
        <w:rPr>
          <w:rFonts w:ascii="Pretendard" w:eastAsia="Pretendard" w:hAnsi="Pretendard" w:cs="Pretendard"/>
          <w:color w:val="555560"/>
          <w:sz w:val="20"/>
        </w:rPr>
        <w:t xml:space="preserve"> </w:t>
      </w:r>
      <w:r>
        <w:rPr>
          <w:rFonts w:ascii="Pretendard" w:eastAsia="Pretendard" w:hAnsi="Pretendard" w:cs="Pretendard"/>
          <w:color w:val="555560"/>
          <w:sz w:val="20"/>
        </w:rPr>
        <w:t>아직</w:t>
      </w:r>
      <w:r>
        <w:rPr>
          <w:rFonts w:ascii="Pretendard" w:eastAsia="Pretendard" w:hAnsi="Pretendard" w:cs="Pretendard"/>
          <w:color w:val="555560"/>
          <w:sz w:val="20"/>
        </w:rPr>
        <w:t xml:space="preserve"> </w:t>
      </w:r>
      <w:r>
        <w:rPr>
          <w:rFonts w:ascii="Pretendard" w:eastAsia="Pretendard" w:hAnsi="Pretendard" w:cs="Pretendard"/>
          <w:color w:val="555560"/>
          <w:sz w:val="20"/>
        </w:rPr>
        <w:t>확인되지</w:t>
      </w:r>
      <w:r>
        <w:rPr>
          <w:rFonts w:ascii="Pretendard" w:eastAsia="Pretendard" w:hAnsi="Pretendard" w:cs="Pretendard"/>
          <w:color w:val="555560"/>
          <w:sz w:val="20"/>
        </w:rPr>
        <w:t xml:space="preserve"> </w:t>
      </w:r>
      <w:r>
        <w:rPr>
          <w:rFonts w:ascii="Pretendard" w:eastAsia="Pretendard" w:hAnsi="Pretendard" w:cs="Pretendard"/>
          <w:color w:val="555560"/>
          <w:sz w:val="20"/>
        </w:rPr>
        <w:t>않았습니다</w:t>
      </w:r>
      <w:r>
        <w:rPr>
          <w:rFonts w:ascii="Pretendard" w:eastAsia="Pretendard" w:hAnsi="Pretendard" w:cs="Pretendard"/>
          <w:color w:val="555560"/>
          <w:sz w:val="20"/>
        </w:rPr>
        <w:t>.</w:t>
      </w:r>
    </w:p>
    <w:p w14:paraId="621459EF" w14:textId="77777777" w:rsidR="004B1372" w:rsidRDefault="00BB0BE3">
      <w:pPr>
        <w:keepNext/>
        <w:spacing w:before="360" w:after="160"/>
      </w:pPr>
      <w:r>
        <w:rPr>
          <w:rFonts w:ascii="Pretendard" w:eastAsia="Pretendard" w:hAnsi="Pretendard" w:cs="Pretendard"/>
          <w:b/>
          <w:color w:val="1D0024"/>
          <w:sz w:val="32"/>
        </w:rPr>
        <w:t xml:space="preserve">4. </w:t>
      </w:r>
      <w:r>
        <w:rPr>
          <w:rFonts w:ascii="Pretendard" w:eastAsia="Pretendard" w:hAnsi="Pretendard" w:cs="Pretendard"/>
          <w:b/>
          <w:color w:val="1D0024"/>
          <w:sz w:val="32"/>
        </w:rPr>
        <w:t>경쟁분석</w:t>
      </w:r>
      <w:r>
        <w:rPr>
          <w:rFonts w:ascii="Pretendard" w:eastAsia="Pretendard" w:hAnsi="Pretendard" w:cs="Pretendard"/>
          <w:b/>
          <w:color w:val="1D0024"/>
          <w:sz w:val="32"/>
        </w:rPr>
        <w:t xml:space="preserve"> (</w:t>
      </w:r>
      <w:r>
        <w:rPr>
          <w:rFonts w:ascii="Pretendard" w:eastAsia="Pretendard" w:hAnsi="Pretendard" w:cs="Pretendard"/>
          <w:b/>
          <w:color w:val="1D0024"/>
          <w:sz w:val="32"/>
        </w:rPr>
        <w:t>상세</w:t>
      </w:r>
      <w:r>
        <w:rPr>
          <w:rFonts w:ascii="Pretendard" w:eastAsia="Pretendard" w:hAnsi="Pretendard" w:cs="Pretendard"/>
          <w:b/>
          <w:color w:val="1D0024"/>
          <w:sz w:val="32"/>
        </w:rPr>
        <w:t>)</w:t>
      </w:r>
    </w:p>
    <w:p w14:paraId="41CB091B" w14:textId="77777777" w:rsidR="004B1372" w:rsidRDefault="00BB0BE3">
      <w:pPr>
        <w:keepNext/>
        <w:spacing w:before="200" w:after="160"/>
      </w:pPr>
      <w:r>
        <w:rPr>
          <w:rFonts w:ascii="Pretendard" w:eastAsia="Pretendard" w:hAnsi="Pretendard" w:cs="Pretendard"/>
          <w:b/>
          <w:color w:val="4F1DA1"/>
          <w:sz w:val="26"/>
        </w:rPr>
        <w:t xml:space="preserve">4-1. </w:t>
      </w:r>
      <w:r>
        <w:rPr>
          <w:rFonts w:ascii="Pretendard" w:eastAsia="Pretendard" w:hAnsi="Pretendard" w:cs="Pretendard"/>
          <w:b/>
          <w:color w:val="4F1DA1"/>
          <w:sz w:val="26"/>
        </w:rPr>
        <w:t>경쟁</w:t>
      </w:r>
      <w:r>
        <w:rPr>
          <w:rFonts w:ascii="Pretendard" w:eastAsia="Pretendard" w:hAnsi="Pretendard" w:cs="Pretendard"/>
          <w:b/>
          <w:color w:val="4F1DA1"/>
          <w:sz w:val="26"/>
        </w:rPr>
        <w:t xml:space="preserve"> </w:t>
      </w:r>
      <w:r>
        <w:rPr>
          <w:rFonts w:ascii="Pretendard" w:eastAsia="Pretendard" w:hAnsi="Pretendard" w:cs="Pretendard"/>
          <w:b/>
          <w:color w:val="4F1DA1"/>
          <w:sz w:val="26"/>
        </w:rPr>
        <w:t>구도</w:t>
      </w:r>
    </w:p>
    <w:tbl>
      <w:tblPr>
        <w:tblStyle w:val="af9"/>
        <w:tblW w:w="0" w:type="auto"/>
        <w:jc w:val="center"/>
        <w:tblLayout w:type="fixed"/>
        <w:tblLook w:val="04A0" w:firstRow="1" w:lastRow="0" w:firstColumn="1" w:lastColumn="0" w:noHBand="0" w:noVBand="1"/>
      </w:tblPr>
      <w:tblGrid>
        <w:gridCol w:w="1928"/>
        <w:gridCol w:w="2154"/>
        <w:gridCol w:w="2721"/>
        <w:gridCol w:w="2835"/>
      </w:tblGrid>
      <w:tr w:rsidR="004B1372" w14:paraId="6BEC6B99" w14:textId="77777777">
        <w:trPr>
          <w:cantSplit/>
          <w:tblHeader/>
          <w:jc w:val="center"/>
        </w:trPr>
        <w:tc>
          <w:tcPr>
            <w:tcW w:w="1928" w:type="dxa"/>
            <w:shd w:val="clear" w:color="auto" w:fill="1D0024"/>
          </w:tcPr>
          <w:p w14:paraId="25291E23" w14:textId="77777777" w:rsidR="004B1372" w:rsidRDefault="00BB0BE3">
            <w:r>
              <w:rPr>
                <w:rFonts w:ascii="Pretendard" w:eastAsia="Pretendard" w:hAnsi="Pretendard" w:cs="Pretendard"/>
                <w:b/>
                <w:color w:val="FFFFFF"/>
                <w:sz w:val="18"/>
              </w:rPr>
              <w:t>유형</w:t>
            </w:r>
          </w:p>
        </w:tc>
        <w:tc>
          <w:tcPr>
            <w:tcW w:w="2154" w:type="dxa"/>
            <w:shd w:val="clear" w:color="auto" w:fill="1D0024"/>
          </w:tcPr>
          <w:p w14:paraId="3575E993" w14:textId="77777777" w:rsidR="004B1372" w:rsidRDefault="00BB0BE3">
            <w:r>
              <w:rPr>
                <w:rFonts w:ascii="Pretendard" w:eastAsia="Pretendard" w:hAnsi="Pretendard" w:cs="Pretendard"/>
                <w:b/>
                <w:color w:val="FFFFFF"/>
                <w:sz w:val="18"/>
              </w:rPr>
              <w:t>사업자</w:t>
            </w:r>
          </w:p>
        </w:tc>
        <w:tc>
          <w:tcPr>
            <w:tcW w:w="2721" w:type="dxa"/>
            <w:shd w:val="clear" w:color="auto" w:fill="1D0024"/>
          </w:tcPr>
          <w:p w14:paraId="078E8379" w14:textId="77777777" w:rsidR="004B1372" w:rsidRDefault="00BB0BE3">
            <w:r>
              <w:rPr>
                <w:rFonts w:ascii="Pretendard" w:eastAsia="Pretendard" w:hAnsi="Pretendard" w:cs="Pretendard"/>
                <w:b/>
                <w:color w:val="FFFFFF"/>
                <w:sz w:val="18"/>
              </w:rPr>
              <w:t>핵심</w:t>
            </w:r>
            <w:r>
              <w:rPr>
                <w:rFonts w:ascii="Pretendard" w:eastAsia="Pretendard" w:hAnsi="Pretendard" w:cs="Pretendard"/>
                <w:b/>
                <w:color w:val="FFFFFF"/>
                <w:sz w:val="18"/>
              </w:rPr>
              <w:t xml:space="preserve"> </w:t>
            </w:r>
            <w:r>
              <w:rPr>
                <w:rFonts w:ascii="Pretendard" w:eastAsia="Pretendard" w:hAnsi="Pretendard" w:cs="Pretendard"/>
                <w:b/>
                <w:color w:val="FFFFFF"/>
                <w:sz w:val="18"/>
              </w:rPr>
              <w:t>자산</w:t>
            </w:r>
          </w:p>
        </w:tc>
        <w:tc>
          <w:tcPr>
            <w:tcW w:w="2835" w:type="dxa"/>
            <w:shd w:val="clear" w:color="auto" w:fill="1D0024"/>
          </w:tcPr>
          <w:p w14:paraId="01566EFC" w14:textId="77777777" w:rsidR="004B1372" w:rsidRDefault="00BB0BE3">
            <w:r>
              <w:rPr>
                <w:rFonts w:ascii="Pretendard" w:eastAsia="Pretendard" w:hAnsi="Pretendard" w:cs="Pretendard"/>
                <w:b/>
                <w:color w:val="FFFFFF"/>
                <w:sz w:val="18"/>
              </w:rPr>
              <w:t>허브</w:t>
            </w:r>
            <w:r>
              <w:rPr>
                <w:rFonts w:ascii="Pretendard" w:eastAsia="Pretendard" w:hAnsi="Pretendard" w:cs="Pretendard"/>
                <w:b/>
                <w:color w:val="FFFFFF"/>
                <w:sz w:val="18"/>
              </w:rPr>
              <w:t>(PRD 1</w:t>
            </w:r>
            <w:r>
              <w:rPr>
                <w:rFonts w:ascii="Pretendard" w:eastAsia="Pretendard" w:hAnsi="Pretendard" w:cs="Pretendard"/>
                <w:b/>
                <w:color w:val="FFFFFF"/>
                <w:sz w:val="18"/>
              </w:rPr>
              <w:t>층</w:t>
            </w:r>
            <w:r>
              <w:rPr>
                <w:rFonts w:ascii="Pretendard" w:eastAsia="Pretendard" w:hAnsi="Pretendard" w:cs="Pretendard"/>
                <w:b/>
                <w:color w:val="FFFFFF"/>
                <w:sz w:val="18"/>
              </w:rPr>
              <w:t>)</w:t>
            </w:r>
            <w:r>
              <w:rPr>
                <w:rFonts w:ascii="Pretendard" w:eastAsia="Pretendard" w:hAnsi="Pretendard" w:cs="Pretendard"/>
                <w:b/>
                <w:color w:val="FFFFFF"/>
                <w:sz w:val="18"/>
              </w:rPr>
              <w:t>와</w:t>
            </w:r>
            <w:r>
              <w:rPr>
                <w:rFonts w:ascii="Pretendard" w:eastAsia="Pretendard" w:hAnsi="Pretendard" w:cs="Pretendard"/>
                <w:b/>
                <w:color w:val="FFFFFF"/>
                <w:sz w:val="18"/>
              </w:rPr>
              <w:t xml:space="preserve"> </w:t>
            </w:r>
            <w:r>
              <w:rPr>
                <w:rFonts w:ascii="Pretendard" w:eastAsia="Pretendard" w:hAnsi="Pretendard" w:cs="Pretendard"/>
                <w:b/>
                <w:color w:val="FFFFFF"/>
                <w:sz w:val="18"/>
              </w:rPr>
              <w:t>겹치는</w:t>
            </w:r>
            <w:r>
              <w:rPr>
                <w:rFonts w:ascii="Pretendard" w:eastAsia="Pretendard" w:hAnsi="Pretendard" w:cs="Pretendard"/>
                <w:b/>
                <w:color w:val="FFFFFF"/>
                <w:sz w:val="18"/>
              </w:rPr>
              <w:t xml:space="preserve"> </w:t>
            </w:r>
            <w:r>
              <w:rPr>
                <w:rFonts w:ascii="Pretendard" w:eastAsia="Pretendard" w:hAnsi="Pretendard" w:cs="Pretendard"/>
                <w:b/>
                <w:color w:val="FFFFFF"/>
                <w:sz w:val="18"/>
              </w:rPr>
              <w:t>부분</w:t>
            </w:r>
          </w:p>
        </w:tc>
      </w:tr>
      <w:tr w:rsidR="004B1372" w14:paraId="2066435D" w14:textId="77777777">
        <w:trPr>
          <w:jc w:val="center"/>
        </w:trPr>
        <w:tc>
          <w:tcPr>
            <w:tcW w:w="1928" w:type="dxa"/>
          </w:tcPr>
          <w:p w14:paraId="67E8B34F" w14:textId="77777777" w:rsidR="004B1372" w:rsidRDefault="00BB0BE3">
            <w:r>
              <w:rPr>
                <w:rFonts w:ascii="Pretendard" w:eastAsia="Pretendard" w:hAnsi="Pretendard" w:cs="Pretendard"/>
                <w:b/>
                <w:color w:val="1D0024"/>
                <w:sz w:val="18"/>
              </w:rPr>
              <w:t>국내</w:t>
            </w:r>
            <w:r>
              <w:rPr>
                <w:rFonts w:ascii="Pretendard" w:eastAsia="Pretendard" w:hAnsi="Pretendard" w:cs="Pretendard"/>
                <w:b/>
                <w:color w:val="1D0024"/>
                <w:sz w:val="18"/>
              </w:rPr>
              <w:t xml:space="preserve"> </w:t>
            </w:r>
            <w:r>
              <w:rPr>
                <w:rFonts w:ascii="Pretendard" w:eastAsia="Pretendard" w:hAnsi="Pretendard" w:cs="Pretendard"/>
                <w:b/>
                <w:color w:val="1D0024"/>
                <w:sz w:val="18"/>
              </w:rPr>
              <w:t>미용의료</w:t>
            </w:r>
            <w:r>
              <w:rPr>
                <w:rFonts w:ascii="Pretendard" w:eastAsia="Pretendard" w:hAnsi="Pretendard" w:cs="Pretendard"/>
                <w:b/>
                <w:color w:val="1D0024"/>
                <w:sz w:val="18"/>
              </w:rPr>
              <w:t xml:space="preserve"> </w:t>
            </w:r>
            <w:r>
              <w:rPr>
                <w:rFonts w:ascii="Pretendard" w:eastAsia="Pretendard" w:hAnsi="Pretendard" w:cs="Pretendard"/>
                <w:b/>
                <w:color w:val="1D0024"/>
                <w:sz w:val="18"/>
              </w:rPr>
              <w:t>앱의</w:t>
            </w:r>
            <w:r>
              <w:rPr>
                <w:rFonts w:ascii="Pretendard" w:eastAsia="Pretendard" w:hAnsi="Pretendard" w:cs="Pretendard"/>
                <w:b/>
                <w:color w:val="1D0024"/>
                <w:sz w:val="18"/>
              </w:rPr>
              <w:t xml:space="preserve"> </w:t>
            </w:r>
            <w:r>
              <w:rPr>
                <w:rFonts w:ascii="Pretendard" w:eastAsia="Pretendard" w:hAnsi="Pretendard" w:cs="Pretendard"/>
                <w:b/>
                <w:color w:val="1D0024"/>
                <w:sz w:val="18"/>
              </w:rPr>
              <w:t>해외</w:t>
            </w:r>
            <w:r>
              <w:rPr>
                <w:rFonts w:ascii="Pretendard" w:eastAsia="Pretendard" w:hAnsi="Pretendard" w:cs="Pretendard"/>
                <w:b/>
                <w:color w:val="1D0024"/>
                <w:sz w:val="18"/>
              </w:rPr>
              <w:t xml:space="preserve"> </w:t>
            </w:r>
            <w:r>
              <w:rPr>
                <w:rFonts w:ascii="Pretendard" w:eastAsia="Pretendard" w:hAnsi="Pretendard" w:cs="Pretendard"/>
                <w:b/>
                <w:color w:val="1D0024"/>
                <w:sz w:val="18"/>
              </w:rPr>
              <w:t>확장</w:t>
            </w:r>
          </w:p>
        </w:tc>
        <w:tc>
          <w:tcPr>
            <w:tcW w:w="2154" w:type="dxa"/>
          </w:tcPr>
          <w:p w14:paraId="6533C420" w14:textId="77777777" w:rsidR="004B1372" w:rsidRDefault="00BB0BE3">
            <w:r>
              <w:rPr>
                <w:rFonts w:ascii="Pretendard" w:eastAsia="Pretendard" w:hAnsi="Pretendard" w:cs="Pretendard"/>
                <w:color w:val="1D0024"/>
                <w:sz w:val="18"/>
              </w:rPr>
              <w:t>강남언니</w:t>
            </w:r>
            <w:r>
              <w:rPr>
                <w:rFonts w:ascii="Pretendard" w:eastAsia="Pretendard" w:hAnsi="Pretendard" w:cs="Pretendard"/>
                <w:color w:val="1D0024"/>
                <w:sz w:val="18"/>
              </w:rPr>
              <w:t xml:space="preserve">, </w:t>
            </w:r>
            <w:r>
              <w:rPr>
                <w:rFonts w:ascii="Pretendard" w:eastAsia="Pretendard" w:hAnsi="Pretendard" w:cs="Pretendard"/>
                <w:color w:val="1D0024"/>
                <w:sz w:val="18"/>
              </w:rPr>
              <w:t>바비톡</w:t>
            </w:r>
            <w:r>
              <w:rPr>
                <w:rFonts w:ascii="Pretendard" w:eastAsia="Pretendard" w:hAnsi="Pretendard" w:cs="Pretendard"/>
                <w:color w:val="1D0024"/>
                <w:sz w:val="18"/>
              </w:rPr>
              <w:t xml:space="preserve">, </w:t>
            </w:r>
            <w:r>
              <w:rPr>
                <w:rFonts w:ascii="Pretendard" w:eastAsia="Pretendard" w:hAnsi="Pretendard" w:cs="Pretendard"/>
                <w:color w:val="1D0024"/>
                <w:sz w:val="18"/>
              </w:rPr>
              <w:t>여신티켓</w:t>
            </w:r>
          </w:p>
        </w:tc>
        <w:tc>
          <w:tcPr>
            <w:tcW w:w="2721" w:type="dxa"/>
          </w:tcPr>
          <w:p w14:paraId="0DF7E515" w14:textId="77777777" w:rsidR="004B1372" w:rsidRDefault="00BB0BE3">
            <w:r>
              <w:rPr>
                <w:rFonts w:ascii="Pretendard" w:eastAsia="Pretendard" w:hAnsi="Pretendard" w:cs="Pretendard"/>
                <w:color w:val="1D0024"/>
                <w:sz w:val="18"/>
              </w:rPr>
              <w:t>병원</w:t>
            </w:r>
            <w:r>
              <w:rPr>
                <w:rFonts w:ascii="Pretendard" w:eastAsia="Pretendard" w:hAnsi="Pretendard" w:cs="Pretendard"/>
                <w:color w:val="1D0024"/>
                <w:sz w:val="18"/>
              </w:rPr>
              <w:t xml:space="preserve"> </w:t>
            </w:r>
            <w:r>
              <w:rPr>
                <w:rFonts w:ascii="Pretendard" w:eastAsia="Pretendard" w:hAnsi="Pretendard" w:cs="Pretendard"/>
                <w:color w:val="1D0024"/>
                <w:sz w:val="18"/>
              </w:rPr>
              <w:t>수천</w:t>
            </w:r>
            <w:r>
              <w:rPr>
                <w:rFonts w:ascii="Pretendard" w:eastAsia="Pretendard" w:hAnsi="Pretendard" w:cs="Pretendard"/>
                <w:color w:val="1D0024"/>
                <w:sz w:val="18"/>
              </w:rPr>
              <w:t xml:space="preserve"> </w:t>
            </w:r>
            <w:r>
              <w:rPr>
                <w:rFonts w:ascii="Pretendard" w:eastAsia="Pretendard" w:hAnsi="Pretendard" w:cs="Pretendard"/>
                <w:color w:val="1D0024"/>
                <w:sz w:val="18"/>
              </w:rPr>
              <w:t>곳</w:t>
            </w:r>
            <w:r>
              <w:rPr>
                <w:rFonts w:ascii="Pretendard" w:eastAsia="Pretendard" w:hAnsi="Pretendard" w:cs="Pretendard"/>
                <w:color w:val="1D0024"/>
                <w:sz w:val="18"/>
              </w:rPr>
              <w:t xml:space="preserve"> </w:t>
            </w:r>
            <w:r>
              <w:rPr>
                <w:rFonts w:ascii="Pretendard" w:eastAsia="Pretendard" w:hAnsi="Pretendard" w:cs="Pretendard"/>
                <w:color w:val="1D0024"/>
                <w:sz w:val="18"/>
              </w:rPr>
              <w:t>제휴</w:t>
            </w:r>
            <w:r>
              <w:rPr>
                <w:rFonts w:ascii="Pretendard" w:eastAsia="Pretendard" w:hAnsi="Pretendard" w:cs="Pretendard"/>
                <w:color w:val="1D0024"/>
                <w:sz w:val="18"/>
              </w:rPr>
              <w:t xml:space="preserve">, </w:t>
            </w:r>
            <w:r>
              <w:rPr>
                <w:rFonts w:ascii="Pretendard" w:eastAsia="Pretendard" w:hAnsi="Pretendard" w:cs="Pretendard"/>
                <w:color w:val="1D0024"/>
                <w:sz w:val="18"/>
              </w:rPr>
              <w:t>후기</w:t>
            </w:r>
            <w:r>
              <w:rPr>
                <w:rFonts w:ascii="Pretendard" w:eastAsia="Pretendard" w:hAnsi="Pretendard" w:cs="Pretendard"/>
                <w:color w:val="1D0024"/>
                <w:sz w:val="18"/>
              </w:rPr>
              <w:t>·</w:t>
            </w:r>
            <w:r>
              <w:rPr>
                <w:rFonts w:ascii="Pretendard" w:eastAsia="Pretendard" w:hAnsi="Pretendard" w:cs="Pretendard"/>
                <w:color w:val="1D0024"/>
                <w:sz w:val="18"/>
              </w:rPr>
              <w:t>가격</w:t>
            </w:r>
            <w:r>
              <w:rPr>
                <w:rFonts w:ascii="Pretendard" w:eastAsia="Pretendard" w:hAnsi="Pretendard" w:cs="Pretendard"/>
                <w:color w:val="1D0024"/>
                <w:sz w:val="18"/>
              </w:rPr>
              <w:t xml:space="preserve"> </w:t>
            </w:r>
            <w:r>
              <w:rPr>
                <w:rFonts w:ascii="Pretendard" w:eastAsia="Pretendard" w:hAnsi="Pretendard" w:cs="Pretendard"/>
                <w:color w:val="1D0024"/>
                <w:sz w:val="18"/>
              </w:rPr>
              <w:t>데이터</w:t>
            </w:r>
            <w:r>
              <w:rPr>
                <w:rFonts w:ascii="Pretendard" w:eastAsia="Pretendard" w:hAnsi="Pretendard" w:cs="Pretendard"/>
                <w:color w:val="1D0024"/>
                <w:sz w:val="18"/>
              </w:rPr>
              <w:t xml:space="preserve">, </w:t>
            </w:r>
            <w:r>
              <w:rPr>
                <w:rFonts w:ascii="Pretendard" w:eastAsia="Pretendard" w:hAnsi="Pretendard" w:cs="Pretendard"/>
                <w:color w:val="1D0024"/>
                <w:sz w:val="18"/>
              </w:rPr>
              <w:t>광고</w:t>
            </w:r>
            <w:r>
              <w:rPr>
                <w:rFonts w:ascii="Pretendard" w:eastAsia="Pretendard" w:hAnsi="Pretendard" w:cs="Pretendard"/>
                <w:color w:val="1D0024"/>
                <w:sz w:val="18"/>
              </w:rPr>
              <w:t xml:space="preserve"> </w:t>
            </w:r>
            <w:r>
              <w:rPr>
                <w:rFonts w:ascii="Pretendard" w:eastAsia="Pretendard" w:hAnsi="Pretendard" w:cs="Pretendard"/>
                <w:color w:val="1D0024"/>
                <w:sz w:val="18"/>
              </w:rPr>
              <w:t>매출</w:t>
            </w:r>
          </w:p>
        </w:tc>
        <w:tc>
          <w:tcPr>
            <w:tcW w:w="2835" w:type="dxa"/>
          </w:tcPr>
          <w:p w14:paraId="7A1C07DB" w14:textId="77777777" w:rsidR="004B1372" w:rsidRDefault="00BB0BE3">
            <w:r>
              <w:rPr>
                <w:rFonts w:ascii="Pretendard" w:eastAsia="Pretendard" w:hAnsi="Pretendard" w:cs="Pretendard"/>
                <w:color w:val="1D0024"/>
                <w:sz w:val="18"/>
              </w:rPr>
              <w:t>다국어</w:t>
            </w:r>
            <w:r>
              <w:rPr>
                <w:rFonts w:ascii="Pretendard" w:eastAsia="Pretendard" w:hAnsi="Pretendard" w:cs="Pretendard"/>
                <w:color w:val="1D0024"/>
                <w:sz w:val="18"/>
              </w:rPr>
              <w:t xml:space="preserve"> </w:t>
            </w:r>
            <w:r>
              <w:rPr>
                <w:rFonts w:ascii="Pretendard" w:eastAsia="Pretendard" w:hAnsi="Pretendard" w:cs="Pretendard"/>
                <w:color w:val="1D0024"/>
                <w:sz w:val="18"/>
              </w:rPr>
              <w:t>병원</w:t>
            </w:r>
            <w:r>
              <w:rPr>
                <w:rFonts w:ascii="Pretendard" w:eastAsia="Pretendard" w:hAnsi="Pretendard" w:cs="Pretendard"/>
                <w:color w:val="1D0024"/>
                <w:sz w:val="18"/>
              </w:rPr>
              <w:t xml:space="preserve"> </w:t>
            </w:r>
            <w:r>
              <w:rPr>
                <w:rFonts w:ascii="Pretendard" w:eastAsia="Pretendard" w:hAnsi="Pretendard" w:cs="Pretendard"/>
                <w:color w:val="1D0024"/>
                <w:sz w:val="18"/>
              </w:rPr>
              <w:t>정보</w:t>
            </w:r>
            <w:r>
              <w:rPr>
                <w:rFonts w:ascii="Pretendard" w:eastAsia="Pretendard" w:hAnsi="Pretendard" w:cs="Pretendard"/>
                <w:color w:val="1D0024"/>
                <w:sz w:val="18"/>
              </w:rPr>
              <w:t xml:space="preserve">, </w:t>
            </w:r>
            <w:r>
              <w:rPr>
                <w:rFonts w:ascii="Pretendard" w:eastAsia="Pretendard" w:hAnsi="Pretendard" w:cs="Pretendard"/>
                <w:color w:val="1D0024"/>
                <w:sz w:val="18"/>
              </w:rPr>
              <w:t>상담</w:t>
            </w:r>
            <w:r>
              <w:rPr>
                <w:rFonts w:ascii="Pretendard" w:eastAsia="Pretendard" w:hAnsi="Pretendard" w:cs="Pretendard"/>
                <w:color w:val="1D0024"/>
                <w:sz w:val="18"/>
              </w:rPr>
              <w:t>·</w:t>
            </w:r>
            <w:r>
              <w:rPr>
                <w:rFonts w:ascii="Pretendard" w:eastAsia="Pretendard" w:hAnsi="Pretendard" w:cs="Pretendard"/>
                <w:color w:val="1D0024"/>
                <w:sz w:val="18"/>
              </w:rPr>
              <w:t>예약</w:t>
            </w:r>
          </w:p>
        </w:tc>
      </w:tr>
      <w:tr w:rsidR="004B1372" w14:paraId="385E7040" w14:textId="77777777">
        <w:trPr>
          <w:jc w:val="center"/>
        </w:trPr>
        <w:tc>
          <w:tcPr>
            <w:tcW w:w="1928" w:type="dxa"/>
          </w:tcPr>
          <w:p w14:paraId="0E33025B" w14:textId="77777777" w:rsidR="004B1372" w:rsidRPr="00F00E73" w:rsidRDefault="00BB0BE3">
            <w:pPr>
              <w:rPr>
                <w:color w:val="EE0000"/>
              </w:rPr>
            </w:pPr>
            <w:r w:rsidRPr="00F00E73">
              <w:rPr>
                <w:rFonts w:ascii="Pretendard" w:eastAsia="Pretendard" w:hAnsi="Pretendard" w:cs="Pretendard"/>
                <w:b/>
                <w:color w:val="EE0000"/>
                <w:sz w:val="18"/>
              </w:rPr>
              <w:t>외국인</w:t>
            </w:r>
            <w:r w:rsidRPr="00F00E73">
              <w:rPr>
                <w:rFonts w:ascii="Pretendard" w:eastAsia="Pretendard" w:hAnsi="Pretendard" w:cs="Pretendard"/>
                <w:b/>
                <w:color w:val="EE0000"/>
                <w:sz w:val="18"/>
              </w:rPr>
              <w:t xml:space="preserve"> </w:t>
            </w:r>
            <w:r w:rsidRPr="00F00E73">
              <w:rPr>
                <w:rFonts w:ascii="Pretendard" w:eastAsia="Pretendard" w:hAnsi="Pretendard" w:cs="Pretendard"/>
                <w:b/>
                <w:color w:val="EE0000"/>
                <w:sz w:val="18"/>
              </w:rPr>
              <w:t>여행</w:t>
            </w:r>
            <w:r w:rsidRPr="00F00E73">
              <w:rPr>
                <w:rFonts w:ascii="Pretendard" w:eastAsia="Pretendard" w:hAnsi="Pretendard" w:cs="Pretendard"/>
                <w:b/>
                <w:color w:val="EE0000"/>
                <w:sz w:val="18"/>
              </w:rPr>
              <w:t>·</w:t>
            </w:r>
            <w:r w:rsidRPr="00F00E73">
              <w:rPr>
                <w:rFonts w:ascii="Pretendard" w:eastAsia="Pretendard" w:hAnsi="Pretendard" w:cs="Pretendard"/>
                <w:b/>
                <w:color w:val="EE0000"/>
                <w:sz w:val="18"/>
              </w:rPr>
              <w:t>뷰티</w:t>
            </w:r>
            <w:r w:rsidRPr="00F00E73">
              <w:rPr>
                <w:rFonts w:ascii="Pretendard" w:eastAsia="Pretendard" w:hAnsi="Pretendard" w:cs="Pretendard"/>
                <w:b/>
                <w:color w:val="EE0000"/>
                <w:sz w:val="18"/>
              </w:rPr>
              <w:t xml:space="preserve"> </w:t>
            </w:r>
            <w:r w:rsidRPr="00F00E73">
              <w:rPr>
                <w:rFonts w:ascii="Pretendard" w:eastAsia="Pretendard" w:hAnsi="Pretendard" w:cs="Pretendard"/>
                <w:b/>
                <w:color w:val="EE0000"/>
                <w:sz w:val="18"/>
              </w:rPr>
              <w:t>예약</w:t>
            </w:r>
            <w:r w:rsidRPr="00F00E73">
              <w:rPr>
                <w:rFonts w:ascii="Pretendard" w:eastAsia="Pretendard" w:hAnsi="Pretendard" w:cs="Pretendard"/>
                <w:b/>
                <w:color w:val="EE0000"/>
                <w:sz w:val="18"/>
              </w:rPr>
              <w:t xml:space="preserve"> </w:t>
            </w:r>
            <w:r w:rsidRPr="00F00E73">
              <w:rPr>
                <w:rFonts w:ascii="Pretendard" w:eastAsia="Pretendard" w:hAnsi="Pretendard" w:cs="Pretendard"/>
                <w:b/>
                <w:color w:val="EE0000"/>
                <w:sz w:val="18"/>
              </w:rPr>
              <w:t>플랫폼</w:t>
            </w:r>
          </w:p>
        </w:tc>
        <w:tc>
          <w:tcPr>
            <w:tcW w:w="2154" w:type="dxa"/>
          </w:tcPr>
          <w:p w14:paraId="55EE200B" w14:textId="77777777" w:rsidR="004B1372" w:rsidRPr="00F00E73" w:rsidRDefault="00BB0BE3">
            <w:pPr>
              <w:rPr>
                <w:color w:val="EE0000"/>
              </w:rPr>
            </w:pPr>
            <w:r w:rsidRPr="00F00E73">
              <w:rPr>
                <w:rFonts w:ascii="Pretendard" w:eastAsia="Pretendard" w:hAnsi="Pretendard" w:cs="Pretendard"/>
                <w:color w:val="EE0000"/>
                <w:sz w:val="18"/>
              </w:rPr>
              <w:t>크리에이트립</w:t>
            </w:r>
            <w:r w:rsidRPr="00F00E73">
              <w:rPr>
                <w:rFonts w:ascii="Pretendard" w:eastAsia="Pretendard" w:hAnsi="Pretendard" w:cs="Pretendard"/>
                <w:color w:val="EE0000"/>
                <w:sz w:val="18"/>
              </w:rPr>
              <w:t>, BeautsGO, Klook</w:t>
            </w:r>
          </w:p>
        </w:tc>
        <w:tc>
          <w:tcPr>
            <w:tcW w:w="2721" w:type="dxa"/>
          </w:tcPr>
          <w:p w14:paraId="2B502EAC" w14:textId="77777777" w:rsidR="004B1372" w:rsidRPr="00F00E73" w:rsidRDefault="00BB0BE3">
            <w:pPr>
              <w:rPr>
                <w:color w:val="EE0000"/>
              </w:rPr>
            </w:pPr>
            <w:r w:rsidRPr="00F00E73">
              <w:rPr>
                <w:rFonts w:ascii="Pretendard" w:eastAsia="Pretendard" w:hAnsi="Pretendard" w:cs="Pretendard"/>
                <w:color w:val="EE0000"/>
                <w:sz w:val="18"/>
              </w:rPr>
              <w:t>외국인</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사용자</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숙박</w:t>
            </w:r>
            <w:r w:rsidRPr="00F00E73">
              <w:rPr>
                <w:rFonts w:ascii="Pretendard" w:eastAsia="Pretendard" w:hAnsi="Pretendard" w:cs="Pretendard"/>
                <w:color w:val="EE0000"/>
                <w:sz w:val="18"/>
              </w:rPr>
              <w:t>·</w:t>
            </w:r>
            <w:r w:rsidRPr="00F00E73">
              <w:rPr>
                <w:rFonts w:ascii="Pretendard" w:eastAsia="Pretendard" w:hAnsi="Pretendard" w:cs="Pretendard"/>
                <w:color w:val="EE0000"/>
                <w:sz w:val="18"/>
              </w:rPr>
              <w:t>관광</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결합</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유치업</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등록</w:t>
            </w:r>
            <w:r w:rsidRPr="00F00E73">
              <w:rPr>
                <w:rFonts w:ascii="Pretendard" w:eastAsia="Pretendard" w:hAnsi="Pretendard" w:cs="Pretendard"/>
                <w:color w:val="EE0000"/>
                <w:sz w:val="18"/>
              </w:rPr>
              <w:t>(</w:t>
            </w:r>
            <w:r w:rsidRPr="00F00E73">
              <w:rPr>
                <w:rFonts w:ascii="Pretendard" w:eastAsia="Pretendard" w:hAnsi="Pretendard" w:cs="Pretendard"/>
                <w:color w:val="EE0000"/>
                <w:sz w:val="18"/>
              </w:rPr>
              <w:t>크리에이트립</w:t>
            </w:r>
            <w:r w:rsidRPr="00F00E73">
              <w:rPr>
                <w:rFonts w:ascii="Pretendard" w:eastAsia="Pretendard" w:hAnsi="Pretendard" w:cs="Pretendard"/>
                <w:color w:val="EE0000"/>
                <w:sz w:val="18"/>
              </w:rPr>
              <w:t>)</w:t>
            </w:r>
          </w:p>
        </w:tc>
        <w:tc>
          <w:tcPr>
            <w:tcW w:w="2835" w:type="dxa"/>
          </w:tcPr>
          <w:p w14:paraId="3E1B4CCF" w14:textId="77777777" w:rsidR="004B1372" w:rsidRPr="00F00E73" w:rsidRDefault="00BB0BE3">
            <w:pPr>
              <w:rPr>
                <w:color w:val="EE0000"/>
              </w:rPr>
            </w:pPr>
            <w:r w:rsidRPr="00F00E73">
              <w:rPr>
                <w:rFonts w:ascii="Pretendard" w:eastAsia="Pretendard" w:hAnsi="Pretendard" w:cs="Pretendard"/>
                <w:color w:val="EE0000"/>
                <w:sz w:val="18"/>
              </w:rPr>
              <w:t>상담</w:t>
            </w:r>
            <w:r w:rsidRPr="00F00E73">
              <w:rPr>
                <w:rFonts w:ascii="Pretendard" w:eastAsia="Pretendard" w:hAnsi="Pretendard" w:cs="Pretendard"/>
                <w:color w:val="EE0000"/>
                <w:sz w:val="18"/>
              </w:rPr>
              <w:t>·</w:t>
            </w:r>
            <w:r w:rsidRPr="00F00E73">
              <w:rPr>
                <w:rFonts w:ascii="Pretendard" w:eastAsia="Pretendard" w:hAnsi="Pretendard" w:cs="Pretendard"/>
                <w:color w:val="EE0000"/>
                <w:sz w:val="18"/>
              </w:rPr>
              <w:t>예약</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회복기</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여정</w:t>
            </w:r>
          </w:p>
        </w:tc>
      </w:tr>
      <w:tr w:rsidR="004B1372" w14:paraId="607592BC" w14:textId="77777777">
        <w:trPr>
          <w:jc w:val="center"/>
        </w:trPr>
        <w:tc>
          <w:tcPr>
            <w:tcW w:w="1928" w:type="dxa"/>
          </w:tcPr>
          <w:p w14:paraId="1A0512EE" w14:textId="77777777" w:rsidR="004B1372" w:rsidRPr="00F00E73" w:rsidRDefault="00BB0BE3">
            <w:pPr>
              <w:rPr>
                <w:color w:val="EE0000"/>
              </w:rPr>
            </w:pPr>
            <w:r w:rsidRPr="00F00E73">
              <w:rPr>
                <w:rFonts w:ascii="Pretendard" w:eastAsia="Pretendard" w:hAnsi="Pretendard" w:cs="Pretendard"/>
                <w:b/>
                <w:color w:val="EE0000"/>
                <w:sz w:val="18"/>
              </w:rPr>
              <w:t>해외</w:t>
            </w:r>
            <w:r w:rsidRPr="00F00E73">
              <w:rPr>
                <w:rFonts w:ascii="Pretendard" w:eastAsia="Pretendard" w:hAnsi="Pretendard" w:cs="Pretendard"/>
                <w:b/>
                <w:color w:val="EE0000"/>
                <w:sz w:val="18"/>
              </w:rPr>
              <w:t xml:space="preserve"> </w:t>
            </w:r>
            <w:r w:rsidRPr="00F00E73">
              <w:rPr>
                <w:rFonts w:ascii="Pretendard" w:eastAsia="Pretendard" w:hAnsi="Pretendard" w:cs="Pretendard"/>
                <w:b/>
                <w:color w:val="EE0000"/>
                <w:sz w:val="18"/>
              </w:rPr>
              <w:t>의료관광</w:t>
            </w:r>
            <w:r w:rsidRPr="00F00E73">
              <w:rPr>
                <w:rFonts w:ascii="Pretendard" w:eastAsia="Pretendard" w:hAnsi="Pretendard" w:cs="Pretendard"/>
                <w:b/>
                <w:color w:val="EE0000"/>
                <w:sz w:val="18"/>
              </w:rPr>
              <w:t xml:space="preserve"> </w:t>
            </w:r>
            <w:r w:rsidRPr="00F00E73">
              <w:rPr>
                <w:rFonts w:ascii="Pretendard" w:eastAsia="Pretendard" w:hAnsi="Pretendard" w:cs="Pretendard"/>
                <w:b/>
                <w:color w:val="EE0000"/>
                <w:sz w:val="18"/>
              </w:rPr>
              <w:t>중개</w:t>
            </w:r>
            <w:r w:rsidRPr="00F00E73">
              <w:rPr>
                <w:rFonts w:ascii="Pretendard" w:eastAsia="Pretendard" w:hAnsi="Pretendard" w:cs="Pretendard"/>
                <w:b/>
                <w:color w:val="EE0000"/>
                <w:sz w:val="18"/>
              </w:rPr>
              <w:t xml:space="preserve"> </w:t>
            </w:r>
            <w:r w:rsidRPr="00F00E73">
              <w:rPr>
                <w:rFonts w:ascii="Pretendard" w:eastAsia="Pretendard" w:hAnsi="Pretendard" w:cs="Pretendard"/>
                <w:b/>
                <w:color w:val="EE0000"/>
                <w:sz w:val="18"/>
              </w:rPr>
              <w:t>사이트</w:t>
            </w:r>
          </w:p>
        </w:tc>
        <w:tc>
          <w:tcPr>
            <w:tcW w:w="2154" w:type="dxa"/>
          </w:tcPr>
          <w:p w14:paraId="4FB3F978" w14:textId="77777777" w:rsidR="004B1372" w:rsidRPr="00F00E73" w:rsidRDefault="00BB0BE3">
            <w:pPr>
              <w:rPr>
                <w:color w:val="EE0000"/>
              </w:rPr>
            </w:pPr>
            <w:r w:rsidRPr="00F00E73">
              <w:rPr>
                <w:rFonts w:ascii="Pretendard" w:eastAsia="Pretendard" w:hAnsi="Pretendard" w:cs="Pretendard"/>
                <w:color w:val="EE0000"/>
                <w:sz w:val="18"/>
              </w:rPr>
              <w:t>Bookimed, ClinicsOnCall, PlacidWay</w:t>
            </w:r>
          </w:p>
        </w:tc>
        <w:tc>
          <w:tcPr>
            <w:tcW w:w="2721" w:type="dxa"/>
          </w:tcPr>
          <w:p w14:paraId="46765599" w14:textId="77777777" w:rsidR="004B1372" w:rsidRPr="00F00E73" w:rsidRDefault="00BB0BE3">
            <w:pPr>
              <w:rPr>
                <w:color w:val="EE0000"/>
              </w:rPr>
            </w:pPr>
            <w:r w:rsidRPr="00F00E73">
              <w:rPr>
                <w:rFonts w:ascii="Pretendard" w:eastAsia="Pretendard" w:hAnsi="Pretendard" w:cs="Pretendard"/>
                <w:color w:val="EE0000"/>
                <w:sz w:val="18"/>
              </w:rPr>
              <w:t>다국가</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병원</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비교</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무료</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코디네이터</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병원</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수수료</w:t>
            </w:r>
          </w:p>
        </w:tc>
        <w:tc>
          <w:tcPr>
            <w:tcW w:w="2835" w:type="dxa"/>
          </w:tcPr>
          <w:p w14:paraId="44BEA2BA" w14:textId="77777777" w:rsidR="004B1372" w:rsidRPr="00F00E73" w:rsidRDefault="00BB0BE3">
            <w:pPr>
              <w:rPr>
                <w:color w:val="EE0000"/>
              </w:rPr>
            </w:pPr>
            <w:r w:rsidRPr="00F00E73">
              <w:rPr>
                <w:rFonts w:ascii="Pretendard" w:eastAsia="Pretendard" w:hAnsi="Pretendard" w:cs="Pretendard"/>
                <w:color w:val="EE0000"/>
                <w:sz w:val="18"/>
              </w:rPr>
              <w:t>영문</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병원</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정보</w:t>
            </w:r>
            <w:r w:rsidRPr="00F00E73">
              <w:rPr>
                <w:rFonts w:ascii="Pretendard" w:eastAsia="Pretendard" w:hAnsi="Pretendard" w:cs="Pretendard"/>
                <w:color w:val="EE0000"/>
                <w:sz w:val="18"/>
              </w:rPr>
              <w:t xml:space="preserve">, AI </w:t>
            </w:r>
            <w:r w:rsidRPr="00F00E73">
              <w:rPr>
                <w:rFonts w:ascii="Pretendard" w:eastAsia="Pretendard" w:hAnsi="Pretendard" w:cs="Pretendard"/>
                <w:color w:val="EE0000"/>
                <w:sz w:val="18"/>
              </w:rPr>
              <w:t>인용</w:t>
            </w:r>
          </w:p>
        </w:tc>
      </w:tr>
      <w:tr w:rsidR="004B1372" w14:paraId="513C2F0E" w14:textId="77777777">
        <w:trPr>
          <w:jc w:val="center"/>
        </w:trPr>
        <w:tc>
          <w:tcPr>
            <w:tcW w:w="1928" w:type="dxa"/>
          </w:tcPr>
          <w:p w14:paraId="198B15FC" w14:textId="77777777" w:rsidR="004B1372" w:rsidRPr="00F00E73" w:rsidRDefault="00BB0BE3">
            <w:pPr>
              <w:rPr>
                <w:color w:val="EE0000"/>
              </w:rPr>
            </w:pPr>
            <w:r w:rsidRPr="00F00E73">
              <w:rPr>
                <w:rFonts w:ascii="Pretendard" w:eastAsia="Pretendard" w:hAnsi="Pretendard" w:cs="Pretendard"/>
                <w:b/>
                <w:color w:val="EE0000"/>
                <w:sz w:val="18"/>
              </w:rPr>
              <w:t>영문</w:t>
            </w:r>
            <w:r w:rsidRPr="00F00E73">
              <w:rPr>
                <w:rFonts w:ascii="Pretendard" w:eastAsia="Pretendard" w:hAnsi="Pretendard" w:cs="Pretendard"/>
                <w:b/>
                <w:color w:val="EE0000"/>
                <w:sz w:val="18"/>
              </w:rPr>
              <w:t xml:space="preserve"> </w:t>
            </w:r>
            <w:r w:rsidRPr="00F00E73">
              <w:rPr>
                <w:rFonts w:ascii="Pretendard" w:eastAsia="Pretendard" w:hAnsi="Pretendard" w:cs="Pretendard"/>
                <w:b/>
                <w:color w:val="EE0000"/>
                <w:sz w:val="18"/>
              </w:rPr>
              <w:t>한국</w:t>
            </w:r>
            <w:r w:rsidRPr="00F00E73">
              <w:rPr>
                <w:rFonts w:ascii="Pretendard" w:eastAsia="Pretendard" w:hAnsi="Pretendard" w:cs="Pretendard"/>
                <w:b/>
                <w:color w:val="EE0000"/>
                <w:sz w:val="18"/>
              </w:rPr>
              <w:t xml:space="preserve"> </w:t>
            </w:r>
            <w:r w:rsidRPr="00F00E73">
              <w:rPr>
                <w:rFonts w:ascii="Pretendard" w:eastAsia="Pretendard" w:hAnsi="Pretendard" w:cs="Pretendard"/>
                <w:b/>
                <w:color w:val="EE0000"/>
                <w:sz w:val="18"/>
              </w:rPr>
              <w:t>클리닉</w:t>
            </w:r>
            <w:r w:rsidRPr="00F00E73">
              <w:rPr>
                <w:rFonts w:ascii="Pretendard" w:eastAsia="Pretendard" w:hAnsi="Pretendard" w:cs="Pretendard"/>
                <w:b/>
                <w:color w:val="EE0000"/>
                <w:sz w:val="18"/>
              </w:rPr>
              <w:t xml:space="preserve"> </w:t>
            </w:r>
            <w:r w:rsidRPr="00F00E73">
              <w:rPr>
                <w:rFonts w:ascii="Pretendard" w:eastAsia="Pretendard" w:hAnsi="Pretendard" w:cs="Pretendard"/>
                <w:b/>
                <w:color w:val="EE0000"/>
                <w:sz w:val="18"/>
              </w:rPr>
              <w:t>가이드</w:t>
            </w:r>
            <w:r w:rsidRPr="00F00E73">
              <w:rPr>
                <w:rFonts w:ascii="Pretendard" w:eastAsia="Pretendard" w:hAnsi="Pretendard" w:cs="Pretendard"/>
                <w:b/>
                <w:color w:val="EE0000"/>
                <w:sz w:val="18"/>
              </w:rPr>
              <w:t xml:space="preserve"> </w:t>
            </w:r>
            <w:r w:rsidRPr="00F00E73">
              <w:rPr>
                <w:rFonts w:ascii="Pretendard" w:eastAsia="Pretendard" w:hAnsi="Pretendard" w:cs="Pretendard"/>
                <w:b/>
                <w:color w:val="EE0000"/>
                <w:sz w:val="18"/>
              </w:rPr>
              <w:t>사이트</w:t>
            </w:r>
          </w:p>
        </w:tc>
        <w:tc>
          <w:tcPr>
            <w:tcW w:w="2154" w:type="dxa"/>
          </w:tcPr>
          <w:p w14:paraId="07D7164E" w14:textId="77777777" w:rsidR="004B1372" w:rsidRPr="00F00E73" w:rsidRDefault="00BB0BE3">
            <w:pPr>
              <w:rPr>
                <w:color w:val="EE0000"/>
              </w:rPr>
            </w:pPr>
            <w:r w:rsidRPr="00F00E73">
              <w:rPr>
                <w:rFonts w:ascii="Pretendard" w:eastAsia="Pretendard" w:hAnsi="Pretendard" w:cs="Pretendard"/>
                <w:color w:val="EE0000"/>
                <w:sz w:val="18"/>
              </w:rPr>
              <w:t xml:space="preserve">Korea Clinic Guide, ClinicSeoul, </w:t>
            </w:r>
            <w:r w:rsidRPr="00F00E73">
              <w:rPr>
                <w:rFonts w:ascii="Pretendard" w:eastAsia="Pretendard" w:hAnsi="Pretendard" w:cs="Pretendard"/>
                <w:color w:val="EE0000"/>
                <w:sz w:val="18"/>
              </w:rPr>
              <w:t>개별</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가이드</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사이트</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다수</w:t>
            </w:r>
          </w:p>
        </w:tc>
        <w:tc>
          <w:tcPr>
            <w:tcW w:w="2721" w:type="dxa"/>
          </w:tcPr>
          <w:p w14:paraId="617F52D3" w14:textId="77777777" w:rsidR="004B1372" w:rsidRPr="00F00E73" w:rsidRDefault="00BB0BE3">
            <w:pPr>
              <w:rPr>
                <w:color w:val="EE0000"/>
              </w:rPr>
            </w:pPr>
            <w:r w:rsidRPr="00F00E73">
              <w:rPr>
                <w:rFonts w:ascii="Pretendard" w:eastAsia="Pretendard" w:hAnsi="Pretendard" w:cs="Pretendard"/>
                <w:color w:val="EE0000"/>
                <w:sz w:val="18"/>
              </w:rPr>
              <w:t>영문</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원문</w:t>
            </w:r>
            <w:r w:rsidRPr="00F00E73">
              <w:rPr>
                <w:rFonts w:ascii="Pretendard" w:eastAsia="Pretendard" w:hAnsi="Pretendard" w:cs="Pretendard"/>
                <w:color w:val="EE0000"/>
                <w:sz w:val="18"/>
              </w:rPr>
              <w:t>·FAQ·</w:t>
            </w:r>
            <w:r w:rsidRPr="00F00E73">
              <w:rPr>
                <w:rFonts w:ascii="Pretendard" w:eastAsia="Pretendard" w:hAnsi="Pretendard" w:cs="Pretendard"/>
                <w:color w:val="EE0000"/>
                <w:sz w:val="18"/>
              </w:rPr>
              <w:t>가격</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정보</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저비용</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운영</w:t>
            </w:r>
          </w:p>
        </w:tc>
        <w:tc>
          <w:tcPr>
            <w:tcW w:w="2835" w:type="dxa"/>
          </w:tcPr>
          <w:p w14:paraId="6C995419" w14:textId="77777777" w:rsidR="004B1372" w:rsidRPr="00F00E73" w:rsidRDefault="00BB0BE3">
            <w:pPr>
              <w:rPr>
                <w:color w:val="EE0000"/>
              </w:rPr>
            </w:pPr>
            <w:r w:rsidRPr="00F00E73">
              <w:rPr>
                <w:rFonts w:ascii="Pretendard" w:eastAsia="Pretendard" w:hAnsi="Pretendard" w:cs="Pretendard"/>
                <w:color w:val="EE0000"/>
                <w:sz w:val="18"/>
              </w:rPr>
              <w:t>AI</w:t>
            </w:r>
            <w:r w:rsidRPr="00F00E73">
              <w:rPr>
                <w:rFonts w:ascii="Pretendard" w:eastAsia="Pretendard" w:hAnsi="Pretendard" w:cs="Pretendard"/>
                <w:color w:val="EE0000"/>
                <w:sz w:val="18"/>
              </w:rPr>
              <w:t>가</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인용하는</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다국어</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원문</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허브의</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핵심</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가치와</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직접</w:t>
            </w:r>
            <w:r w:rsidRPr="00F00E73">
              <w:rPr>
                <w:rFonts w:ascii="Pretendard" w:eastAsia="Pretendard" w:hAnsi="Pretendard" w:cs="Pretendard"/>
                <w:color w:val="EE0000"/>
                <w:sz w:val="18"/>
              </w:rPr>
              <w:t xml:space="preserve"> </w:t>
            </w:r>
            <w:r w:rsidRPr="00F00E73">
              <w:rPr>
                <w:rFonts w:ascii="Pretendard" w:eastAsia="Pretendard" w:hAnsi="Pretendard" w:cs="Pretendard"/>
                <w:color w:val="EE0000"/>
                <w:sz w:val="18"/>
              </w:rPr>
              <w:t>겹침</w:t>
            </w:r>
          </w:p>
        </w:tc>
      </w:tr>
      <w:tr w:rsidR="004B1372" w14:paraId="42F70216" w14:textId="77777777">
        <w:trPr>
          <w:jc w:val="center"/>
        </w:trPr>
        <w:tc>
          <w:tcPr>
            <w:tcW w:w="1928" w:type="dxa"/>
          </w:tcPr>
          <w:p w14:paraId="0CE5FC30" w14:textId="77777777" w:rsidR="004B1372" w:rsidRDefault="00BB0BE3">
            <w:r>
              <w:rPr>
                <w:rFonts w:ascii="Pretendard" w:eastAsia="Pretendard" w:hAnsi="Pretendard" w:cs="Pretendard"/>
                <w:b/>
                <w:color w:val="1D0024"/>
                <w:sz w:val="18"/>
              </w:rPr>
              <w:t>공공</w:t>
            </w:r>
            <w:r>
              <w:rPr>
                <w:rFonts w:ascii="Pretendard" w:eastAsia="Pretendard" w:hAnsi="Pretendard" w:cs="Pretendard"/>
                <w:b/>
                <w:color w:val="1D0024"/>
                <w:sz w:val="18"/>
              </w:rPr>
              <w:t xml:space="preserve"> </w:t>
            </w:r>
            <w:r>
              <w:rPr>
                <w:rFonts w:ascii="Pretendard" w:eastAsia="Pretendard" w:hAnsi="Pretendard" w:cs="Pretendard"/>
                <w:b/>
                <w:color w:val="1D0024"/>
                <w:sz w:val="18"/>
              </w:rPr>
              <w:t>포털</w:t>
            </w:r>
          </w:p>
        </w:tc>
        <w:tc>
          <w:tcPr>
            <w:tcW w:w="2154" w:type="dxa"/>
          </w:tcPr>
          <w:p w14:paraId="6E087794" w14:textId="77777777" w:rsidR="004B1372" w:rsidRDefault="00BB0BE3">
            <w:r>
              <w:rPr>
                <w:rFonts w:ascii="Pretendard" w:eastAsia="Pretendard" w:hAnsi="Pretendard" w:cs="Pretendard"/>
                <w:color w:val="1D0024"/>
                <w:sz w:val="18"/>
              </w:rPr>
              <w:t>메디컬코리아</w:t>
            </w:r>
            <w:r>
              <w:rPr>
                <w:rFonts w:ascii="Pretendard" w:eastAsia="Pretendard" w:hAnsi="Pretendard" w:cs="Pretendard"/>
                <w:color w:val="1D0024"/>
                <w:sz w:val="18"/>
              </w:rPr>
              <w:t xml:space="preserve">(KHIDI), </w:t>
            </w:r>
            <w:r>
              <w:rPr>
                <w:rFonts w:ascii="Pretendard" w:eastAsia="Pretendard" w:hAnsi="Pretendard" w:cs="Pretendard"/>
                <w:color w:val="1D0024"/>
                <w:sz w:val="18"/>
              </w:rPr>
              <w:t>강남구</w:t>
            </w:r>
            <w:r>
              <w:rPr>
                <w:rFonts w:ascii="Pretendard" w:eastAsia="Pretendard" w:hAnsi="Pretendard" w:cs="Pretendard"/>
                <w:color w:val="1D0024"/>
                <w:sz w:val="18"/>
              </w:rPr>
              <w:t xml:space="preserve"> </w:t>
            </w:r>
            <w:r>
              <w:rPr>
                <w:rFonts w:ascii="Pretendard" w:eastAsia="Pretendard" w:hAnsi="Pretendard" w:cs="Pretendard"/>
                <w:color w:val="1D0024"/>
                <w:sz w:val="18"/>
              </w:rPr>
              <w:t>의료관광</w:t>
            </w:r>
            <w:r>
              <w:rPr>
                <w:rFonts w:ascii="Pretendard" w:eastAsia="Pretendard" w:hAnsi="Pretendard" w:cs="Pretendard"/>
                <w:color w:val="1D0024"/>
                <w:sz w:val="18"/>
              </w:rPr>
              <w:t xml:space="preserve">, </w:t>
            </w:r>
            <w:r>
              <w:rPr>
                <w:rFonts w:ascii="Pretendard" w:eastAsia="Pretendard" w:hAnsi="Pretendard" w:cs="Pretendard"/>
                <w:color w:val="1D0024"/>
                <w:sz w:val="18"/>
              </w:rPr>
              <w:t>한국관광공사</w:t>
            </w:r>
            <w:r>
              <w:rPr>
                <w:rFonts w:ascii="Pretendard" w:eastAsia="Pretendard" w:hAnsi="Pretendard" w:cs="Pretendard"/>
                <w:color w:val="1D0024"/>
                <w:sz w:val="18"/>
              </w:rPr>
              <w:t xml:space="preserve"> </w:t>
            </w:r>
            <w:r>
              <w:rPr>
                <w:rFonts w:ascii="Pretendard" w:eastAsia="Pretendard" w:hAnsi="Pretendard" w:cs="Pretendard"/>
                <w:color w:val="1D0024"/>
                <w:sz w:val="18"/>
              </w:rPr>
              <w:t>영문</w:t>
            </w:r>
          </w:p>
        </w:tc>
        <w:tc>
          <w:tcPr>
            <w:tcW w:w="2721" w:type="dxa"/>
          </w:tcPr>
          <w:p w14:paraId="55E0672B" w14:textId="77777777" w:rsidR="004B1372" w:rsidRDefault="00BB0BE3">
            <w:r>
              <w:rPr>
                <w:rFonts w:ascii="Pretendard" w:eastAsia="Pretendard" w:hAnsi="Pretendard" w:cs="Pretendard"/>
                <w:color w:val="1D0024"/>
                <w:sz w:val="18"/>
              </w:rPr>
              <w:t>공신력</w:t>
            </w:r>
            <w:r>
              <w:rPr>
                <w:rFonts w:ascii="Pretendard" w:eastAsia="Pretendard" w:hAnsi="Pretendard" w:cs="Pretendard"/>
                <w:color w:val="1D0024"/>
                <w:sz w:val="18"/>
              </w:rPr>
              <w:t xml:space="preserve">, </w:t>
            </w:r>
            <w:r>
              <w:rPr>
                <w:rFonts w:ascii="Pretendard" w:eastAsia="Pretendard" w:hAnsi="Pretendard" w:cs="Pretendard"/>
                <w:color w:val="1D0024"/>
                <w:sz w:val="18"/>
              </w:rPr>
              <w:t>유치기관</w:t>
            </w:r>
            <w:r>
              <w:rPr>
                <w:rFonts w:ascii="Pretendard" w:eastAsia="Pretendard" w:hAnsi="Pretendard" w:cs="Pretendard"/>
                <w:color w:val="1D0024"/>
                <w:sz w:val="18"/>
              </w:rPr>
              <w:t xml:space="preserve"> </w:t>
            </w:r>
            <w:r>
              <w:rPr>
                <w:rFonts w:ascii="Pretendard" w:eastAsia="Pretendard" w:hAnsi="Pretendard" w:cs="Pretendard"/>
                <w:color w:val="1D0024"/>
                <w:sz w:val="18"/>
              </w:rPr>
              <w:t>조회</w:t>
            </w:r>
            <w:r>
              <w:rPr>
                <w:rFonts w:ascii="Pretendard" w:eastAsia="Pretendard" w:hAnsi="Pretendard" w:cs="Pretendard"/>
                <w:color w:val="1D0024"/>
                <w:sz w:val="18"/>
              </w:rPr>
              <w:t xml:space="preserve">, </w:t>
            </w:r>
            <w:r>
              <w:rPr>
                <w:rFonts w:ascii="Pretendard" w:eastAsia="Pretendard" w:hAnsi="Pretendard" w:cs="Pretendard"/>
                <w:color w:val="1D0024"/>
                <w:sz w:val="18"/>
              </w:rPr>
              <w:t>무료</w:t>
            </w:r>
          </w:p>
        </w:tc>
        <w:tc>
          <w:tcPr>
            <w:tcW w:w="2835" w:type="dxa"/>
          </w:tcPr>
          <w:p w14:paraId="1CE2C6F2" w14:textId="77777777" w:rsidR="004B1372" w:rsidRDefault="00BB0BE3">
            <w:r>
              <w:rPr>
                <w:rFonts w:ascii="Pretendard" w:eastAsia="Pretendard" w:hAnsi="Pretendard" w:cs="Pretendard"/>
                <w:color w:val="1D0024"/>
                <w:sz w:val="18"/>
              </w:rPr>
              <w:t>병원</w:t>
            </w:r>
            <w:r>
              <w:rPr>
                <w:rFonts w:ascii="Pretendard" w:eastAsia="Pretendard" w:hAnsi="Pretendard" w:cs="Pretendard"/>
                <w:color w:val="1D0024"/>
                <w:sz w:val="18"/>
              </w:rPr>
              <w:t xml:space="preserve"> </w:t>
            </w:r>
            <w:r>
              <w:rPr>
                <w:rFonts w:ascii="Pretendard" w:eastAsia="Pretendard" w:hAnsi="Pretendard" w:cs="Pretendard"/>
                <w:color w:val="1D0024"/>
                <w:sz w:val="18"/>
              </w:rPr>
              <w:t>목록</w:t>
            </w:r>
            <w:r>
              <w:rPr>
                <w:rFonts w:ascii="Pretendard" w:eastAsia="Pretendard" w:hAnsi="Pretendard" w:cs="Pretendard"/>
                <w:color w:val="1D0024"/>
                <w:sz w:val="18"/>
              </w:rPr>
              <w:t>·</w:t>
            </w:r>
            <w:r>
              <w:rPr>
                <w:rFonts w:ascii="Pretendard" w:eastAsia="Pretendard" w:hAnsi="Pretendard" w:cs="Pretendard"/>
                <w:color w:val="1D0024"/>
                <w:sz w:val="18"/>
              </w:rPr>
              <w:t>안내</w:t>
            </w:r>
          </w:p>
        </w:tc>
      </w:tr>
      <w:tr w:rsidR="004B1372" w14:paraId="4B59DBC0" w14:textId="77777777">
        <w:trPr>
          <w:jc w:val="center"/>
        </w:trPr>
        <w:tc>
          <w:tcPr>
            <w:tcW w:w="1928" w:type="dxa"/>
          </w:tcPr>
          <w:p w14:paraId="1917ED79" w14:textId="77777777" w:rsidR="004B1372" w:rsidRDefault="00BB0BE3">
            <w:r>
              <w:rPr>
                <w:rFonts w:ascii="Pretendard" w:eastAsia="Pretendard" w:hAnsi="Pretendard" w:cs="Pretendard"/>
                <w:b/>
                <w:color w:val="1D0024"/>
                <w:sz w:val="18"/>
              </w:rPr>
              <w:lastRenderedPageBreak/>
              <w:t>커뮤니티</w:t>
            </w:r>
            <w:r>
              <w:rPr>
                <w:rFonts w:ascii="Pretendard" w:eastAsia="Pretendard" w:hAnsi="Pretendard" w:cs="Pretendard"/>
                <w:b/>
                <w:color w:val="1D0024"/>
                <w:sz w:val="18"/>
              </w:rPr>
              <w:t>·</w:t>
            </w:r>
            <w:r>
              <w:rPr>
                <w:rFonts w:ascii="Pretendard" w:eastAsia="Pretendard" w:hAnsi="Pretendard" w:cs="Pretendard"/>
                <w:b/>
                <w:color w:val="1D0024"/>
                <w:sz w:val="18"/>
              </w:rPr>
              <w:t>후기</w:t>
            </w:r>
          </w:p>
        </w:tc>
        <w:tc>
          <w:tcPr>
            <w:tcW w:w="2154" w:type="dxa"/>
          </w:tcPr>
          <w:p w14:paraId="45FDE883" w14:textId="77777777" w:rsidR="004B1372" w:rsidRDefault="00BB0BE3">
            <w:r>
              <w:rPr>
                <w:rFonts w:ascii="Pretendard" w:eastAsia="Pretendard" w:hAnsi="Pretendard" w:cs="Pretendard"/>
                <w:color w:val="1D0024"/>
                <w:sz w:val="18"/>
              </w:rPr>
              <w:t>Reddit, RealSelf</w:t>
            </w:r>
          </w:p>
        </w:tc>
        <w:tc>
          <w:tcPr>
            <w:tcW w:w="2721" w:type="dxa"/>
          </w:tcPr>
          <w:p w14:paraId="38CDD437" w14:textId="77777777" w:rsidR="004B1372" w:rsidRDefault="00BB0BE3">
            <w:r>
              <w:rPr>
                <w:rFonts w:ascii="Pretendard" w:eastAsia="Pretendard" w:hAnsi="Pretendard" w:cs="Pretendard"/>
                <w:color w:val="1D0024"/>
                <w:sz w:val="18"/>
              </w:rPr>
              <w:t>실사용자</w:t>
            </w:r>
            <w:r>
              <w:rPr>
                <w:rFonts w:ascii="Pretendard" w:eastAsia="Pretendard" w:hAnsi="Pretendard" w:cs="Pretendard"/>
                <w:color w:val="1D0024"/>
                <w:sz w:val="18"/>
              </w:rPr>
              <w:t xml:space="preserve"> </w:t>
            </w:r>
            <w:r>
              <w:rPr>
                <w:rFonts w:ascii="Pretendard" w:eastAsia="Pretendard" w:hAnsi="Pretendard" w:cs="Pretendard"/>
                <w:color w:val="1D0024"/>
                <w:sz w:val="18"/>
              </w:rPr>
              <w:t>경험담</w:t>
            </w:r>
            <w:r>
              <w:rPr>
                <w:rFonts w:ascii="Pretendard" w:eastAsia="Pretendard" w:hAnsi="Pretendard" w:cs="Pretendard"/>
                <w:color w:val="1D0024"/>
                <w:sz w:val="18"/>
              </w:rPr>
              <w:t xml:space="preserve">. AI </w:t>
            </w:r>
            <w:r>
              <w:rPr>
                <w:rFonts w:ascii="Pretendard" w:eastAsia="Pretendard" w:hAnsi="Pretendard" w:cs="Pretendard"/>
                <w:color w:val="1D0024"/>
                <w:sz w:val="18"/>
              </w:rPr>
              <w:t>답변의</w:t>
            </w:r>
            <w:r>
              <w:rPr>
                <w:rFonts w:ascii="Pretendard" w:eastAsia="Pretendard" w:hAnsi="Pretendard" w:cs="Pretendard"/>
                <w:color w:val="1D0024"/>
                <w:sz w:val="18"/>
              </w:rPr>
              <w:t xml:space="preserve"> </w:t>
            </w:r>
            <w:r>
              <w:rPr>
                <w:rFonts w:ascii="Pretendard" w:eastAsia="Pretendard" w:hAnsi="Pretendard" w:cs="Pretendard"/>
                <w:color w:val="1D0024"/>
                <w:sz w:val="18"/>
              </w:rPr>
              <w:t>주요</w:t>
            </w:r>
            <w:r>
              <w:rPr>
                <w:rFonts w:ascii="Pretendard" w:eastAsia="Pretendard" w:hAnsi="Pretendard" w:cs="Pretendard"/>
                <w:color w:val="1D0024"/>
                <w:sz w:val="18"/>
              </w:rPr>
              <w:t xml:space="preserve"> </w:t>
            </w:r>
            <w:r>
              <w:rPr>
                <w:rFonts w:ascii="Pretendard" w:eastAsia="Pretendard" w:hAnsi="Pretendard" w:cs="Pretendard"/>
                <w:color w:val="1D0024"/>
                <w:sz w:val="18"/>
              </w:rPr>
              <w:t>근거</w:t>
            </w:r>
          </w:p>
        </w:tc>
        <w:tc>
          <w:tcPr>
            <w:tcW w:w="2835" w:type="dxa"/>
          </w:tcPr>
          <w:p w14:paraId="4B5307AA" w14:textId="77777777" w:rsidR="004B1372" w:rsidRDefault="00BB0BE3">
            <w:r>
              <w:rPr>
                <w:rFonts w:ascii="Pretendard" w:eastAsia="Pretendard" w:hAnsi="Pretendard" w:cs="Pretendard"/>
                <w:color w:val="1D0024"/>
                <w:sz w:val="18"/>
              </w:rPr>
              <w:t>외국인</w:t>
            </w:r>
            <w:r>
              <w:rPr>
                <w:rFonts w:ascii="Pretendard" w:eastAsia="Pretendard" w:hAnsi="Pretendard" w:cs="Pretendard"/>
                <w:color w:val="1D0024"/>
                <w:sz w:val="18"/>
              </w:rPr>
              <w:t xml:space="preserve"> </w:t>
            </w:r>
            <w:r>
              <w:rPr>
                <w:rFonts w:ascii="Pretendard" w:eastAsia="Pretendard" w:hAnsi="Pretendard" w:cs="Pretendard"/>
                <w:color w:val="1D0024"/>
                <w:sz w:val="18"/>
              </w:rPr>
              <w:t>질문</w:t>
            </w:r>
            <w:r>
              <w:rPr>
                <w:rFonts w:ascii="Pretendard" w:eastAsia="Pretendard" w:hAnsi="Pretendard" w:cs="Pretendard"/>
                <w:color w:val="1D0024"/>
                <w:sz w:val="18"/>
              </w:rPr>
              <w:t xml:space="preserve"> </w:t>
            </w:r>
            <w:r>
              <w:rPr>
                <w:rFonts w:ascii="Pretendard" w:eastAsia="Pretendard" w:hAnsi="Pretendard" w:cs="Pretendard"/>
                <w:color w:val="1D0024"/>
                <w:sz w:val="18"/>
              </w:rPr>
              <w:t>답변</w:t>
            </w:r>
            <w:r>
              <w:rPr>
                <w:rFonts w:ascii="Pretendard" w:eastAsia="Pretendard" w:hAnsi="Pretendard" w:cs="Pretendard"/>
                <w:color w:val="1D0024"/>
                <w:sz w:val="18"/>
              </w:rPr>
              <w:t>(</w:t>
            </w:r>
            <w:r>
              <w:rPr>
                <w:rFonts w:ascii="Pretendard" w:eastAsia="Pretendard" w:hAnsi="Pretendard" w:cs="Pretendard"/>
                <w:color w:val="1D0024"/>
                <w:sz w:val="18"/>
              </w:rPr>
              <w:t>후기는</w:t>
            </w:r>
            <w:r>
              <w:rPr>
                <w:rFonts w:ascii="Pretendard" w:eastAsia="Pretendard" w:hAnsi="Pretendard" w:cs="Pretendard"/>
                <w:color w:val="1D0024"/>
                <w:sz w:val="18"/>
              </w:rPr>
              <w:t xml:space="preserve"> </w:t>
            </w:r>
            <w:r>
              <w:rPr>
                <w:rFonts w:ascii="Pretendard" w:eastAsia="Pretendard" w:hAnsi="Pretendard" w:cs="Pretendard"/>
                <w:color w:val="1D0024"/>
                <w:sz w:val="18"/>
              </w:rPr>
              <w:t>의료법상</w:t>
            </w:r>
            <w:r>
              <w:rPr>
                <w:rFonts w:ascii="Pretendard" w:eastAsia="Pretendard" w:hAnsi="Pretendard" w:cs="Pretendard"/>
                <w:color w:val="1D0024"/>
                <w:sz w:val="18"/>
              </w:rPr>
              <w:t xml:space="preserve"> </w:t>
            </w:r>
            <w:r>
              <w:rPr>
                <w:rFonts w:ascii="Pretendard" w:eastAsia="Pretendard" w:hAnsi="Pretendard" w:cs="Pretendard"/>
                <w:color w:val="1D0024"/>
                <w:sz w:val="18"/>
              </w:rPr>
              <w:t>허브가</w:t>
            </w:r>
            <w:r>
              <w:rPr>
                <w:rFonts w:ascii="Pretendard" w:eastAsia="Pretendard" w:hAnsi="Pretendard" w:cs="Pretendard"/>
                <w:color w:val="1D0024"/>
                <w:sz w:val="18"/>
              </w:rPr>
              <w:t xml:space="preserve"> </w:t>
            </w:r>
            <w:r>
              <w:rPr>
                <w:rFonts w:ascii="Pretendard" w:eastAsia="Pretendard" w:hAnsi="Pretendard" w:cs="Pretendard"/>
                <w:color w:val="1D0024"/>
                <w:sz w:val="18"/>
              </w:rPr>
              <w:t>만들</w:t>
            </w:r>
            <w:r>
              <w:rPr>
                <w:rFonts w:ascii="Pretendard" w:eastAsia="Pretendard" w:hAnsi="Pretendard" w:cs="Pretendard"/>
                <w:color w:val="1D0024"/>
                <w:sz w:val="18"/>
              </w:rPr>
              <w:t xml:space="preserve"> </w:t>
            </w:r>
            <w:r>
              <w:rPr>
                <w:rFonts w:ascii="Pretendard" w:eastAsia="Pretendard" w:hAnsi="Pretendard" w:cs="Pretendard"/>
                <w:color w:val="1D0024"/>
                <w:sz w:val="18"/>
              </w:rPr>
              <w:t>수</w:t>
            </w:r>
            <w:r>
              <w:rPr>
                <w:rFonts w:ascii="Pretendard" w:eastAsia="Pretendard" w:hAnsi="Pretendard" w:cs="Pretendard"/>
                <w:color w:val="1D0024"/>
                <w:sz w:val="18"/>
              </w:rPr>
              <w:t xml:space="preserve"> </w:t>
            </w:r>
            <w:r>
              <w:rPr>
                <w:rFonts w:ascii="Pretendard" w:eastAsia="Pretendard" w:hAnsi="Pretendard" w:cs="Pretendard"/>
                <w:color w:val="1D0024"/>
                <w:sz w:val="18"/>
              </w:rPr>
              <w:t>없음</w:t>
            </w:r>
            <w:r>
              <w:rPr>
                <w:rFonts w:ascii="Pretendard" w:eastAsia="Pretendard" w:hAnsi="Pretendard" w:cs="Pretendard"/>
                <w:color w:val="1D0024"/>
                <w:sz w:val="18"/>
              </w:rPr>
              <w:t>)</w:t>
            </w:r>
          </w:p>
        </w:tc>
      </w:tr>
    </w:tbl>
    <w:p w14:paraId="51502A2B" w14:textId="77777777" w:rsidR="004B1372" w:rsidRDefault="004B1372">
      <w:pPr>
        <w:spacing w:after="40"/>
      </w:pPr>
    </w:p>
    <w:p w14:paraId="0B6E9029" w14:textId="77777777" w:rsidR="004B1372" w:rsidRDefault="00BB0BE3">
      <w:pPr>
        <w:keepNext/>
        <w:spacing w:before="200" w:after="160"/>
      </w:pPr>
      <w:r>
        <w:rPr>
          <w:rFonts w:ascii="Pretendard" w:eastAsia="Pretendard" w:hAnsi="Pretendard" w:cs="Pretendard"/>
          <w:b/>
          <w:color w:val="4F1DA1"/>
          <w:sz w:val="26"/>
        </w:rPr>
        <w:t xml:space="preserve">4-2. </w:t>
      </w:r>
      <w:r>
        <w:rPr>
          <w:rFonts w:ascii="Pretendard" w:eastAsia="Pretendard" w:hAnsi="Pretendard" w:cs="Pretendard"/>
          <w:b/>
          <w:color w:val="4F1DA1"/>
          <w:sz w:val="26"/>
        </w:rPr>
        <w:t>사업자별</w:t>
      </w:r>
      <w:r>
        <w:rPr>
          <w:rFonts w:ascii="Pretendard" w:eastAsia="Pretendard" w:hAnsi="Pretendard" w:cs="Pretendard"/>
          <w:b/>
          <w:color w:val="4F1DA1"/>
          <w:sz w:val="26"/>
        </w:rPr>
        <w:t xml:space="preserve"> </w:t>
      </w:r>
      <w:r>
        <w:rPr>
          <w:rFonts w:ascii="Pretendard" w:eastAsia="Pretendard" w:hAnsi="Pretendard" w:cs="Pretendard"/>
          <w:b/>
          <w:color w:val="4F1DA1"/>
          <w:sz w:val="26"/>
        </w:rPr>
        <w:t>프로필</w:t>
      </w:r>
    </w:p>
    <w:p w14:paraId="2B9D34E3" w14:textId="77777777" w:rsidR="004B1372" w:rsidRDefault="00BB0BE3">
      <w:pPr>
        <w:keepNext/>
        <w:spacing w:before="200" w:after="160"/>
      </w:pPr>
      <w:r>
        <w:rPr>
          <w:rFonts w:ascii="Pretendard" w:eastAsia="Pretendard" w:hAnsi="Pretendard" w:cs="Pretendard"/>
          <w:b/>
          <w:color w:val="4F1DA1"/>
          <w:sz w:val="26"/>
        </w:rPr>
        <w:t xml:space="preserve">① </w:t>
      </w:r>
      <w:r>
        <w:rPr>
          <w:rFonts w:ascii="Pretendard" w:eastAsia="Pretendard" w:hAnsi="Pretendard" w:cs="Pretendard"/>
          <w:b/>
          <w:color w:val="4F1DA1"/>
          <w:sz w:val="26"/>
        </w:rPr>
        <w:t>강남언니</w:t>
      </w:r>
      <w:r>
        <w:rPr>
          <w:rFonts w:ascii="Pretendard" w:eastAsia="Pretendard" w:hAnsi="Pretendard" w:cs="Pretendard"/>
          <w:b/>
          <w:color w:val="4F1DA1"/>
          <w:sz w:val="26"/>
        </w:rPr>
        <w:t xml:space="preserve"> (</w:t>
      </w:r>
      <w:r>
        <w:rPr>
          <w:rFonts w:ascii="Pretendard" w:eastAsia="Pretendard" w:hAnsi="Pretendard" w:cs="Pretendard"/>
          <w:b/>
          <w:color w:val="4F1DA1"/>
          <w:sz w:val="26"/>
        </w:rPr>
        <w:t>힐링페이퍼</w:t>
      </w:r>
      <w:r>
        <w:rPr>
          <w:rFonts w:ascii="Pretendard" w:eastAsia="Pretendard" w:hAnsi="Pretendard" w:cs="Pretendard"/>
          <w:b/>
          <w:color w:val="4F1DA1"/>
          <w:sz w:val="26"/>
        </w:rPr>
        <w:t>)</w:t>
      </w:r>
    </w:p>
    <w:tbl>
      <w:tblPr>
        <w:tblStyle w:val="af9"/>
        <w:tblW w:w="0" w:type="auto"/>
        <w:jc w:val="center"/>
        <w:tblLayout w:type="fixed"/>
        <w:tblLook w:val="04A0" w:firstRow="1" w:lastRow="0" w:firstColumn="1" w:lastColumn="0" w:noHBand="0" w:noVBand="1"/>
      </w:tblPr>
      <w:tblGrid>
        <w:gridCol w:w="1928"/>
        <w:gridCol w:w="7710"/>
      </w:tblGrid>
      <w:tr w:rsidR="004B1372" w14:paraId="58DE8F51" w14:textId="77777777">
        <w:trPr>
          <w:cantSplit/>
          <w:tblHeader/>
          <w:jc w:val="center"/>
        </w:trPr>
        <w:tc>
          <w:tcPr>
            <w:tcW w:w="1928" w:type="dxa"/>
            <w:shd w:val="clear" w:color="auto" w:fill="1D0024"/>
          </w:tcPr>
          <w:p w14:paraId="4902A096" w14:textId="77777777" w:rsidR="004B1372" w:rsidRDefault="00BB0BE3">
            <w:r>
              <w:rPr>
                <w:rFonts w:ascii="Pretendard" w:eastAsia="Pretendard" w:hAnsi="Pretendard" w:cs="Pretendard"/>
                <w:b/>
                <w:color w:val="FFFFFF"/>
                <w:sz w:val="19"/>
              </w:rPr>
              <w:t>항목</w:t>
            </w:r>
          </w:p>
        </w:tc>
        <w:tc>
          <w:tcPr>
            <w:tcW w:w="7710" w:type="dxa"/>
            <w:shd w:val="clear" w:color="auto" w:fill="1D0024"/>
          </w:tcPr>
          <w:p w14:paraId="04D77635" w14:textId="77777777" w:rsidR="004B1372" w:rsidRDefault="00BB0BE3">
            <w:r>
              <w:rPr>
                <w:rFonts w:ascii="Pretendard" w:eastAsia="Pretendard" w:hAnsi="Pretendard" w:cs="Pretendard"/>
                <w:b/>
                <w:color w:val="FFFFFF"/>
                <w:sz w:val="19"/>
              </w:rPr>
              <w:t>내용</w:t>
            </w:r>
          </w:p>
        </w:tc>
      </w:tr>
      <w:tr w:rsidR="004B1372" w14:paraId="16DD8365" w14:textId="77777777">
        <w:trPr>
          <w:jc w:val="center"/>
        </w:trPr>
        <w:tc>
          <w:tcPr>
            <w:tcW w:w="1928" w:type="dxa"/>
          </w:tcPr>
          <w:p w14:paraId="6D2CFBE0" w14:textId="77777777" w:rsidR="004B1372" w:rsidRDefault="00BB0BE3">
            <w:r>
              <w:rPr>
                <w:rFonts w:ascii="Pretendard" w:eastAsia="Pretendard" w:hAnsi="Pretendard" w:cs="Pretendard"/>
                <w:b/>
                <w:color w:val="1D0024"/>
                <w:sz w:val="19"/>
              </w:rPr>
              <w:t>해외</w:t>
            </w:r>
            <w:r>
              <w:rPr>
                <w:rFonts w:ascii="Pretendard" w:eastAsia="Pretendard" w:hAnsi="Pretendard" w:cs="Pretendard"/>
                <w:b/>
                <w:color w:val="1D0024"/>
                <w:sz w:val="19"/>
              </w:rPr>
              <w:t xml:space="preserve"> </w:t>
            </w:r>
            <w:r>
              <w:rPr>
                <w:rFonts w:ascii="Pretendard" w:eastAsia="Pretendard" w:hAnsi="Pretendard" w:cs="Pretendard"/>
                <w:b/>
                <w:color w:val="1D0024"/>
                <w:sz w:val="19"/>
              </w:rPr>
              <w:t>출시</w:t>
            </w:r>
          </w:p>
        </w:tc>
        <w:tc>
          <w:tcPr>
            <w:tcW w:w="7710" w:type="dxa"/>
          </w:tcPr>
          <w:p w14:paraId="71C7BE54" w14:textId="77777777" w:rsidR="004B1372" w:rsidRDefault="00BB0BE3">
            <w:r>
              <w:rPr>
                <w:rFonts w:ascii="Pretendard" w:eastAsia="Pretendard" w:hAnsi="Pretendard" w:cs="Pretendard"/>
                <w:color w:val="1D0024"/>
                <w:sz w:val="19"/>
              </w:rPr>
              <w:t>일본</w:t>
            </w:r>
            <w:r>
              <w:rPr>
                <w:rFonts w:ascii="Pretendard" w:eastAsia="Pretendard" w:hAnsi="Pretendard" w:cs="Pretendard"/>
                <w:color w:val="1D0024"/>
                <w:sz w:val="19"/>
              </w:rPr>
              <w:t xml:space="preserve"> 2019-11, </w:t>
            </w:r>
            <w:r>
              <w:rPr>
                <w:rFonts w:ascii="Pretendard" w:eastAsia="Pretendard" w:hAnsi="Pretendard" w:cs="Pretendard"/>
                <w:color w:val="1D0024"/>
                <w:sz w:val="19"/>
              </w:rPr>
              <w:t>영어</w:t>
            </w:r>
            <w:r>
              <w:rPr>
                <w:rFonts w:ascii="Pretendard" w:eastAsia="Pretendard" w:hAnsi="Pretendard" w:cs="Pretendard"/>
                <w:color w:val="1D0024"/>
                <w:sz w:val="19"/>
              </w:rPr>
              <w:t xml:space="preserve">(UNNI) 2023-12, </w:t>
            </w:r>
            <w:r>
              <w:rPr>
                <w:rFonts w:ascii="Pretendard" w:eastAsia="Pretendard" w:hAnsi="Pretendard" w:cs="Pretendard"/>
                <w:color w:val="1D0024"/>
                <w:sz w:val="19"/>
              </w:rPr>
              <w:t>태국</w:t>
            </w:r>
            <w:r>
              <w:rPr>
                <w:rFonts w:ascii="Pretendard" w:eastAsia="Pretendard" w:hAnsi="Pretendard" w:cs="Pretendard"/>
                <w:color w:val="1D0024"/>
                <w:sz w:val="19"/>
              </w:rPr>
              <w:t xml:space="preserve"> 2024 </w:t>
            </w:r>
            <w:r>
              <w:rPr>
                <w:rFonts w:ascii="Pretendard" w:eastAsia="Pretendard" w:hAnsi="Pretendard" w:cs="Pretendard"/>
                <w:color w:val="1D0024"/>
                <w:sz w:val="19"/>
              </w:rPr>
              <w:t>말</w:t>
            </w:r>
            <w:r>
              <w:rPr>
                <w:rFonts w:ascii="Pretendard" w:eastAsia="Pretendard" w:hAnsi="Pretendard" w:cs="Pretendard"/>
                <w:color w:val="1D0024"/>
                <w:sz w:val="19"/>
              </w:rPr>
              <w:t xml:space="preserve">, </w:t>
            </w:r>
            <w:r>
              <w:rPr>
                <w:rFonts w:ascii="Pretendard" w:eastAsia="Pretendard" w:hAnsi="Pretendard" w:cs="Pretendard"/>
                <w:color w:val="1D0024"/>
                <w:sz w:val="19"/>
              </w:rPr>
              <w:t>중국</w:t>
            </w:r>
            <w:r>
              <w:rPr>
                <w:rFonts w:ascii="Pretendard" w:eastAsia="Pretendard" w:hAnsi="Pretendard" w:cs="Pretendard"/>
                <w:color w:val="1D0024"/>
                <w:sz w:val="19"/>
              </w:rPr>
              <w:t>·</w:t>
            </w:r>
            <w:r>
              <w:rPr>
                <w:rFonts w:ascii="Pretendard" w:eastAsia="Pretendard" w:hAnsi="Pretendard" w:cs="Pretendard"/>
                <w:color w:val="1D0024"/>
                <w:sz w:val="19"/>
              </w:rPr>
              <w:t>대만</w:t>
            </w:r>
            <w:r>
              <w:rPr>
                <w:rFonts w:ascii="Pretendard" w:eastAsia="Pretendard" w:hAnsi="Pretendard" w:cs="Pretendard"/>
                <w:color w:val="1D0024"/>
                <w:sz w:val="19"/>
              </w:rPr>
              <w:t xml:space="preserve"> 2025-10-15. </w:t>
            </w:r>
            <w:r>
              <w:rPr>
                <w:rFonts w:ascii="Pretendard" w:eastAsia="Pretendard" w:hAnsi="Pretendard" w:cs="Pretendard"/>
                <w:color w:val="1D0024"/>
                <w:sz w:val="19"/>
              </w:rPr>
              <w:t>한</w:t>
            </w:r>
            <w:r>
              <w:rPr>
                <w:rFonts w:ascii="Pretendard" w:eastAsia="Pretendard" w:hAnsi="Pretendard" w:cs="Pretendard"/>
                <w:color w:val="1D0024"/>
                <w:sz w:val="19"/>
              </w:rPr>
              <w:t>·</w:t>
            </w:r>
            <w:r>
              <w:rPr>
                <w:rFonts w:ascii="Pretendard" w:eastAsia="Pretendard" w:hAnsi="Pretendard" w:cs="Pretendard"/>
                <w:color w:val="1D0024"/>
                <w:sz w:val="19"/>
              </w:rPr>
              <w:t>영</w:t>
            </w:r>
            <w:r>
              <w:rPr>
                <w:rFonts w:ascii="Pretendard" w:eastAsia="Pretendard" w:hAnsi="Pretendard" w:cs="Pretendard"/>
                <w:color w:val="1D0024"/>
                <w:sz w:val="19"/>
              </w:rPr>
              <w:t>·</w:t>
            </w:r>
            <w:r>
              <w:rPr>
                <w:rFonts w:ascii="Pretendard" w:eastAsia="Pretendard" w:hAnsi="Pretendard" w:cs="Pretendard"/>
                <w:color w:val="1D0024"/>
                <w:sz w:val="19"/>
              </w:rPr>
              <w:t>일</w:t>
            </w:r>
            <w:r>
              <w:rPr>
                <w:rFonts w:ascii="Pretendard" w:eastAsia="Pretendard" w:hAnsi="Pretendard" w:cs="Pretendard"/>
                <w:color w:val="1D0024"/>
                <w:sz w:val="19"/>
              </w:rPr>
              <w:t>·</w:t>
            </w:r>
            <w:r>
              <w:rPr>
                <w:rFonts w:ascii="Pretendard" w:eastAsia="Pretendard" w:hAnsi="Pretendard" w:cs="Pretendard"/>
                <w:color w:val="1D0024"/>
                <w:sz w:val="19"/>
              </w:rPr>
              <w:t>태</w:t>
            </w:r>
            <w:r>
              <w:rPr>
                <w:rFonts w:ascii="Pretendard" w:eastAsia="Pretendard" w:hAnsi="Pretendard" w:cs="Pretendard"/>
                <w:color w:val="1D0024"/>
                <w:sz w:val="19"/>
              </w:rPr>
              <w:t>·</w:t>
            </w:r>
            <w:r>
              <w:rPr>
                <w:rFonts w:ascii="Pretendard" w:eastAsia="Pretendard" w:hAnsi="Pretendard" w:cs="Pretendard"/>
                <w:color w:val="1D0024"/>
                <w:sz w:val="19"/>
              </w:rPr>
              <w:t>중</w:t>
            </w:r>
            <w:r>
              <w:rPr>
                <w:rFonts w:ascii="Pretendard" w:eastAsia="Pretendard" w:hAnsi="Pretendard" w:cs="Pretendard"/>
                <w:color w:val="1D0024"/>
                <w:sz w:val="19"/>
              </w:rPr>
              <w:t>(</w:t>
            </w:r>
            <w:r>
              <w:rPr>
                <w:rFonts w:ascii="Pretendard" w:eastAsia="Pretendard" w:hAnsi="Pretendard" w:cs="Pretendard"/>
                <w:color w:val="1D0024"/>
                <w:sz w:val="19"/>
              </w:rPr>
              <w:t>간체</w:t>
            </w:r>
            <w:r>
              <w:rPr>
                <w:rFonts w:ascii="Pretendard" w:eastAsia="Pretendard" w:hAnsi="Pretendard" w:cs="Pretendard"/>
                <w:color w:val="1D0024"/>
                <w:sz w:val="19"/>
              </w:rPr>
              <w:t>·</w:t>
            </w:r>
            <w:r>
              <w:rPr>
                <w:rFonts w:ascii="Pretendard" w:eastAsia="Pretendard" w:hAnsi="Pretendard" w:cs="Pretendard"/>
                <w:color w:val="1D0024"/>
                <w:sz w:val="19"/>
              </w:rPr>
              <w:t>번체</w:t>
            </w:r>
            <w:r>
              <w:rPr>
                <w:rFonts w:ascii="Pretendard" w:eastAsia="Pretendard" w:hAnsi="Pretendard" w:cs="Pretendard"/>
                <w:color w:val="1D0024"/>
                <w:sz w:val="19"/>
              </w:rPr>
              <w:t>) 6</w:t>
            </w:r>
            <w:r>
              <w:rPr>
                <w:rFonts w:ascii="Pretendard" w:eastAsia="Pretendard" w:hAnsi="Pretendard" w:cs="Pretendard"/>
                <w:color w:val="1D0024"/>
                <w:sz w:val="19"/>
              </w:rPr>
              <w:t>개</w:t>
            </w:r>
            <w:r>
              <w:rPr>
                <w:rFonts w:ascii="Pretendard" w:eastAsia="Pretendard" w:hAnsi="Pretendard" w:cs="Pretendard"/>
                <w:color w:val="1D0024"/>
                <w:sz w:val="19"/>
              </w:rPr>
              <w:t xml:space="preserve"> </w:t>
            </w:r>
            <w:r>
              <w:rPr>
                <w:rFonts w:ascii="Pretendard" w:eastAsia="Pretendard" w:hAnsi="Pretendard" w:cs="Pretendard"/>
                <w:color w:val="1D0024"/>
                <w:sz w:val="19"/>
              </w:rPr>
              <w:t>언어</w:t>
            </w:r>
          </w:p>
        </w:tc>
      </w:tr>
      <w:tr w:rsidR="004B1372" w14:paraId="4A1D908D" w14:textId="77777777">
        <w:trPr>
          <w:jc w:val="center"/>
        </w:trPr>
        <w:tc>
          <w:tcPr>
            <w:tcW w:w="1928" w:type="dxa"/>
          </w:tcPr>
          <w:p w14:paraId="4B067C4D" w14:textId="77777777" w:rsidR="004B1372" w:rsidRDefault="00BB0BE3">
            <w:r>
              <w:rPr>
                <w:rFonts w:ascii="Pretendard" w:eastAsia="Pretendard" w:hAnsi="Pretendard" w:cs="Pretendard"/>
                <w:b/>
                <w:color w:val="1D0024"/>
                <w:sz w:val="19"/>
              </w:rPr>
              <w:t>규모</w:t>
            </w:r>
          </w:p>
        </w:tc>
        <w:tc>
          <w:tcPr>
            <w:tcW w:w="7710" w:type="dxa"/>
          </w:tcPr>
          <w:p w14:paraId="52DB822B" w14:textId="77777777" w:rsidR="004B1372" w:rsidRDefault="00BB0BE3">
            <w:r>
              <w:rPr>
                <w:rFonts w:ascii="Pretendard" w:eastAsia="Pretendard" w:hAnsi="Pretendard" w:cs="Pretendard"/>
                <w:color w:val="1D0024"/>
                <w:sz w:val="19"/>
              </w:rPr>
              <w:t>해외</w:t>
            </w:r>
            <w:r>
              <w:rPr>
                <w:rFonts w:ascii="Pretendard" w:eastAsia="Pretendard" w:hAnsi="Pretendard" w:cs="Pretendard"/>
                <w:color w:val="1D0024"/>
                <w:sz w:val="19"/>
              </w:rPr>
              <w:t xml:space="preserve"> </w:t>
            </w:r>
            <w:r>
              <w:rPr>
                <w:rFonts w:ascii="Pretendard" w:eastAsia="Pretendard" w:hAnsi="Pretendard" w:cs="Pretendard"/>
                <w:color w:val="1D0024"/>
                <w:sz w:val="19"/>
              </w:rPr>
              <w:t>누적회원</w:t>
            </w:r>
            <w:r>
              <w:rPr>
                <w:rFonts w:ascii="Pretendard" w:eastAsia="Pretendard" w:hAnsi="Pretendard" w:cs="Pretendard"/>
                <w:color w:val="1D0024"/>
                <w:sz w:val="19"/>
              </w:rPr>
              <w:t xml:space="preserve"> 148</w:t>
            </w:r>
            <w:r>
              <w:rPr>
                <w:rFonts w:ascii="Pretendard" w:eastAsia="Pretendard" w:hAnsi="Pretendard" w:cs="Pretendard"/>
                <w:color w:val="1D0024"/>
                <w:sz w:val="19"/>
              </w:rPr>
              <w:t>만</w:t>
            </w:r>
            <w:r>
              <w:rPr>
                <w:rFonts w:ascii="Pretendard" w:eastAsia="Pretendard" w:hAnsi="Pretendard" w:cs="Pretendard"/>
                <w:color w:val="1D0024"/>
                <w:sz w:val="19"/>
              </w:rPr>
              <w:t xml:space="preserve">, </w:t>
            </w:r>
            <w:r>
              <w:rPr>
                <w:rFonts w:ascii="Pretendard" w:eastAsia="Pretendard" w:hAnsi="Pretendard" w:cs="Pretendard"/>
                <w:color w:val="1D0024"/>
                <w:sz w:val="19"/>
              </w:rPr>
              <w:t>해외</w:t>
            </w:r>
            <w:r>
              <w:rPr>
                <w:rFonts w:ascii="Pretendard" w:eastAsia="Pretendard" w:hAnsi="Pretendard" w:cs="Pretendard"/>
                <w:color w:val="1D0024"/>
                <w:sz w:val="19"/>
              </w:rPr>
              <w:t xml:space="preserve"> MAU 23</w:t>
            </w:r>
            <w:r>
              <w:rPr>
                <w:rFonts w:ascii="Pretendard" w:eastAsia="Pretendard" w:hAnsi="Pretendard" w:cs="Pretendard"/>
                <w:color w:val="1D0024"/>
                <w:sz w:val="19"/>
              </w:rPr>
              <w:t>만</w:t>
            </w:r>
            <w:r>
              <w:rPr>
                <w:rFonts w:ascii="Pretendard" w:eastAsia="Pretendard" w:hAnsi="Pretendard" w:cs="Pretendard"/>
                <w:color w:val="1D0024"/>
                <w:sz w:val="19"/>
              </w:rPr>
              <w:t xml:space="preserve">, </w:t>
            </w:r>
            <w:r>
              <w:rPr>
                <w:rFonts w:ascii="Pretendard" w:eastAsia="Pretendard" w:hAnsi="Pretendard" w:cs="Pretendard"/>
                <w:color w:val="1D0024"/>
                <w:sz w:val="19"/>
              </w:rPr>
              <w:t>월</w:t>
            </w:r>
            <w:r>
              <w:rPr>
                <w:rFonts w:ascii="Pretendard" w:eastAsia="Pretendard" w:hAnsi="Pretendard" w:cs="Pretendard"/>
                <w:color w:val="1D0024"/>
                <w:sz w:val="19"/>
              </w:rPr>
              <w:t xml:space="preserve"> </w:t>
            </w:r>
            <w:r>
              <w:rPr>
                <w:rFonts w:ascii="Pretendard" w:eastAsia="Pretendard" w:hAnsi="Pretendard" w:cs="Pretendard"/>
                <w:color w:val="1D0024"/>
                <w:sz w:val="19"/>
              </w:rPr>
              <w:t>상담</w:t>
            </w:r>
            <w:r>
              <w:rPr>
                <w:rFonts w:ascii="Pretendard" w:eastAsia="Pretendard" w:hAnsi="Pretendard" w:cs="Pretendard"/>
                <w:color w:val="1D0024"/>
                <w:sz w:val="19"/>
              </w:rPr>
              <w:t xml:space="preserve"> </w:t>
            </w:r>
            <w:r>
              <w:rPr>
                <w:rFonts w:ascii="Pretendard" w:eastAsia="Pretendard" w:hAnsi="Pretendard" w:cs="Pretendard"/>
                <w:color w:val="1D0024"/>
                <w:sz w:val="19"/>
              </w:rPr>
              <w:t>약</w:t>
            </w:r>
            <w:r>
              <w:rPr>
                <w:rFonts w:ascii="Pretendard" w:eastAsia="Pretendard" w:hAnsi="Pretendard" w:cs="Pretendard"/>
                <w:color w:val="1D0024"/>
                <w:sz w:val="19"/>
              </w:rPr>
              <w:t xml:space="preserve"> 1.3</w:t>
            </w:r>
            <w:r>
              <w:rPr>
                <w:rFonts w:ascii="Pretendard" w:eastAsia="Pretendard" w:hAnsi="Pretendard" w:cs="Pretendard"/>
                <w:color w:val="1D0024"/>
                <w:sz w:val="19"/>
              </w:rPr>
              <w:t>만</w:t>
            </w:r>
            <w:r>
              <w:rPr>
                <w:rFonts w:ascii="Pretendard" w:eastAsia="Pretendard" w:hAnsi="Pretendard" w:cs="Pretendard"/>
                <w:color w:val="1D0024"/>
                <w:sz w:val="19"/>
              </w:rPr>
              <w:t xml:space="preserve"> </w:t>
            </w:r>
            <w:r>
              <w:rPr>
                <w:rFonts w:ascii="Pretendard" w:eastAsia="Pretendard" w:hAnsi="Pretendard" w:cs="Pretendard"/>
                <w:color w:val="1D0024"/>
                <w:sz w:val="19"/>
              </w:rPr>
              <w:t>건</w:t>
            </w:r>
            <w:r>
              <w:rPr>
                <w:rFonts w:ascii="Pretendard" w:eastAsia="Pretendard" w:hAnsi="Pretendard" w:cs="Pretendard"/>
                <w:color w:val="1D0024"/>
                <w:sz w:val="19"/>
              </w:rPr>
              <w:t xml:space="preserve">(2025-09). </w:t>
            </w:r>
            <w:r>
              <w:rPr>
                <w:rFonts w:ascii="Pretendard" w:eastAsia="Pretendard" w:hAnsi="Pretendard" w:cs="Pretendard"/>
                <w:color w:val="1D0024"/>
                <w:sz w:val="19"/>
              </w:rPr>
              <w:t>일본</w:t>
            </w:r>
            <w:r>
              <w:rPr>
                <w:rFonts w:ascii="Pretendard" w:eastAsia="Pretendard" w:hAnsi="Pretendard" w:cs="Pretendard"/>
                <w:color w:val="1D0024"/>
                <w:sz w:val="19"/>
              </w:rPr>
              <w:t xml:space="preserve"> </w:t>
            </w:r>
            <w:r>
              <w:rPr>
                <w:rFonts w:ascii="Pretendard" w:eastAsia="Pretendard" w:hAnsi="Pretendard" w:cs="Pretendard"/>
                <w:color w:val="1D0024"/>
                <w:sz w:val="19"/>
              </w:rPr>
              <w:t>사용자</w:t>
            </w:r>
            <w:r>
              <w:rPr>
                <w:rFonts w:ascii="Pretendard" w:eastAsia="Pretendard" w:hAnsi="Pretendard" w:cs="Pretendard"/>
                <w:color w:val="1D0024"/>
                <w:sz w:val="19"/>
              </w:rPr>
              <w:t xml:space="preserve"> 160</w:t>
            </w:r>
            <w:r>
              <w:rPr>
                <w:rFonts w:ascii="Pretendard" w:eastAsia="Pretendard" w:hAnsi="Pretendard" w:cs="Pretendard"/>
                <w:color w:val="1D0024"/>
                <w:sz w:val="19"/>
              </w:rPr>
              <w:t>만</w:t>
            </w:r>
            <w:r>
              <w:rPr>
                <w:rFonts w:ascii="Pretendard" w:eastAsia="Pretendard" w:hAnsi="Pretendard" w:cs="Pretendard"/>
                <w:color w:val="1D0024"/>
                <w:sz w:val="19"/>
              </w:rPr>
              <w:t>·</w:t>
            </w:r>
            <w:r>
              <w:rPr>
                <w:rFonts w:ascii="Pretendard" w:eastAsia="Pretendard" w:hAnsi="Pretendard" w:cs="Pretendard"/>
                <w:color w:val="1D0024"/>
                <w:sz w:val="19"/>
              </w:rPr>
              <w:t>제휴병원</w:t>
            </w:r>
            <w:r>
              <w:rPr>
                <w:rFonts w:ascii="Pretendard" w:eastAsia="Pretendard" w:hAnsi="Pretendard" w:cs="Pretendard"/>
                <w:color w:val="1D0024"/>
                <w:sz w:val="19"/>
              </w:rPr>
              <w:t xml:space="preserve"> 1,500</w:t>
            </w:r>
            <w:r>
              <w:rPr>
                <w:rFonts w:ascii="Pretendard" w:eastAsia="Pretendard" w:hAnsi="Pretendard" w:cs="Pretendard"/>
                <w:color w:val="1D0024"/>
                <w:sz w:val="19"/>
              </w:rPr>
              <w:t>곳</w:t>
            </w:r>
            <w:r>
              <w:rPr>
                <w:rFonts w:ascii="Pretendard" w:eastAsia="Pretendard" w:hAnsi="Pretendard" w:cs="Pretendard"/>
                <w:color w:val="1D0024"/>
                <w:sz w:val="19"/>
              </w:rPr>
              <w:t xml:space="preserve">(2025-10). </w:t>
            </w:r>
            <w:r>
              <w:rPr>
                <w:rFonts w:ascii="Pretendard" w:eastAsia="Pretendard" w:hAnsi="Pretendard" w:cs="Pretendard"/>
                <w:color w:val="1D0024"/>
                <w:sz w:val="19"/>
              </w:rPr>
              <w:t>일본</w:t>
            </w:r>
            <w:r>
              <w:rPr>
                <w:rFonts w:ascii="Pretendard" w:eastAsia="Pretendard" w:hAnsi="Pretendard" w:cs="Pretendard"/>
                <w:color w:val="1D0024"/>
                <w:sz w:val="19"/>
              </w:rPr>
              <w:t xml:space="preserve"> </w:t>
            </w:r>
            <w:r>
              <w:rPr>
                <w:rFonts w:ascii="Pretendard" w:eastAsia="Pretendard" w:hAnsi="Pretendard" w:cs="Pretendard"/>
                <w:color w:val="1D0024"/>
                <w:sz w:val="19"/>
              </w:rPr>
              <w:t>앱</w:t>
            </w:r>
            <w:r>
              <w:rPr>
                <w:rFonts w:ascii="Pretendard" w:eastAsia="Pretendard" w:hAnsi="Pretendard" w:cs="Pretendard"/>
                <w:color w:val="1D0024"/>
                <w:sz w:val="19"/>
              </w:rPr>
              <w:t xml:space="preserve"> </w:t>
            </w:r>
            <w:r>
              <w:rPr>
                <w:rFonts w:ascii="Pretendard" w:eastAsia="Pretendard" w:hAnsi="Pretendard" w:cs="Pretendard"/>
                <w:color w:val="1D0024"/>
                <w:sz w:val="19"/>
              </w:rPr>
              <w:t>예약</w:t>
            </w:r>
            <w:r>
              <w:rPr>
                <w:rFonts w:ascii="Pretendard" w:eastAsia="Pretendard" w:hAnsi="Pretendard" w:cs="Pretendard"/>
                <w:color w:val="1D0024"/>
                <w:sz w:val="19"/>
              </w:rPr>
              <w:t xml:space="preserve"> </w:t>
            </w:r>
            <w:r>
              <w:rPr>
                <w:rFonts w:ascii="Pretendard" w:eastAsia="Pretendard" w:hAnsi="Pretendard" w:cs="Pretendard"/>
                <w:color w:val="1D0024"/>
                <w:sz w:val="19"/>
              </w:rPr>
              <w:t>연</w:t>
            </w:r>
            <w:r>
              <w:rPr>
                <w:rFonts w:ascii="Pretendard" w:eastAsia="Pretendard" w:hAnsi="Pretendard" w:cs="Pretendard"/>
                <w:color w:val="1D0024"/>
                <w:sz w:val="19"/>
              </w:rPr>
              <w:t xml:space="preserve"> </w:t>
            </w:r>
            <w:r>
              <w:rPr>
                <w:rFonts w:ascii="Pretendard" w:eastAsia="Pretendard" w:hAnsi="Pretendard" w:cs="Pretendard"/>
                <w:color w:val="1D0024"/>
                <w:sz w:val="19"/>
              </w:rPr>
              <w:t>약</w:t>
            </w:r>
            <w:r>
              <w:rPr>
                <w:rFonts w:ascii="Pretendard" w:eastAsia="Pretendard" w:hAnsi="Pretendard" w:cs="Pretendard"/>
                <w:color w:val="1D0024"/>
                <w:sz w:val="19"/>
              </w:rPr>
              <w:t xml:space="preserve"> 55</w:t>
            </w:r>
            <w:r>
              <w:rPr>
                <w:rFonts w:ascii="Pretendard" w:eastAsia="Pretendard" w:hAnsi="Pretendard" w:cs="Pretendard"/>
                <w:color w:val="1D0024"/>
                <w:sz w:val="19"/>
              </w:rPr>
              <w:t>만</w:t>
            </w:r>
            <w:r>
              <w:rPr>
                <w:rFonts w:ascii="Pretendard" w:eastAsia="Pretendard" w:hAnsi="Pretendard" w:cs="Pretendard"/>
                <w:color w:val="1D0024"/>
                <w:sz w:val="19"/>
              </w:rPr>
              <w:t xml:space="preserve"> </w:t>
            </w:r>
            <w:r>
              <w:rPr>
                <w:rFonts w:ascii="Pretendard" w:eastAsia="Pretendard" w:hAnsi="Pretendard" w:cs="Pretendard"/>
                <w:color w:val="1D0024"/>
                <w:sz w:val="19"/>
              </w:rPr>
              <w:t>건</w:t>
            </w:r>
            <w:r>
              <w:rPr>
                <w:rFonts w:ascii="Pretendard" w:eastAsia="Pretendard" w:hAnsi="Pretendard" w:cs="Pretendard"/>
                <w:color w:val="1D0024"/>
                <w:sz w:val="19"/>
              </w:rPr>
              <w:t>(2026-08). 73</w:t>
            </w:r>
            <w:r>
              <w:rPr>
                <w:rFonts w:ascii="Pretendard" w:eastAsia="Pretendard" w:hAnsi="Pretendard" w:cs="Pretendard"/>
                <w:color w:val="1D0024"/>
                <w:sz w:val="19"/>
              </w:rPr>
              <w:t>개국</w:t>
            </w:r>
            <w:r>
              <w:rPr>
                <w:rFonts w:ascii="Pretendard" w:eastAsia="Pretendard" w:hAnsi="Pretendard" w:cs="Pretendard"/>
                <w:color w:val="1D0024"/>
                <w:sz w:val="19"/>
              </w:rPr>
              <w:t xml:space="preserve"> </w:t>
            </w:r>
            <w:r>
              <w:rPr>
                <w:rFonts w:ascii="Pretendard" w:eastAsia="Pretendard" w:hAnsi="Pretendard" w:cs="Pretendard"/>
                <w:color w:val="1D0024"/>
                <w:sz w:val="19"/>
              </w:rPr>
              <w:t>이용</w:t>
            </w:r>
          </w:p>
        </w:tc>
      </w:tr>
      <w:tr w:rsidR="004B1372" w14:paraId="496564FD" w14:textId="77777777">
        <w:trPr>
          <w:jc w:val="center"/>
        </w:trPr>
        <w:tc>
          <w:tcPr>
            <w:tcW w:w="1928" w:type="dxa"/>
          </w:tcPr>
          <w:p w14:paraId="6B3F3E66" w14:textId="77777777" w:rsidR="004B1372" w:rsidRDefault="00BB0BE3">
            <w:r>
              <w:rPr>
                <w:rFonts w:ascii="Pretendard" w:eastAsia="Pretendard" w:hAnsi="Pretendard" w:cs="Pretendard"/>
                <w:b/>
                <w:color w:val="1D0024"/>
                <w:sz w:val="19"/>
              </w:rPr>
              <w:t>성장</w:t>
            </w:r>
          </w:p>
        </w:tc>
        <w:tc>
          <w:tcPr>
            <w:tcW w:w="7710" w:type="dxa"/>
          </w:tcPr>
          <w:p w14:paraId="7449AC56" w14:textId="77777777" w:rsidR="004B1372" w:rsidRDefault="00BB0BE3">
            <w:r>
              <w:rPr>
                <w:rFonts w:ascii="Pretendard" w:eastAsia="Pretendard" w:hAnsi="Pretendard" w:cs="Pretendard"/>
                <w:color w:val="1D0024"/>
                <w:sz w:val="19"/>
              </w:rPr>
              <w:t>태국</w:t>
            </w:r>
            <w:r>
              <w:rPr>
                <w:rFonts w:ascii="Pretendard" w:eastAsia="Pretendard" w:hAnsi="Pretendard" w:cs="Pretendard"/>
                <w:color w:val="1D0024"/>
                <w:sz w:val="19"/>
              </w:rPr>
              <w:t xml:space="preserve"> 7</w:t>
            </w:r>
            <w:r>
              <w:rPr>
                <w:rFonts w:ascii="Pretendard" w:eastAsia="Pretendard" w:hAnsi="Pretendard" w:cs="Pretendard"/>
                <w:color w:val="1D0024"/>
                <w:sz w:val="19"/>
              </w:rPr>
              <w:t>개월</w:t>
            </w:r>
            <w:r>
              <w:rPr>
                <w:rFonts w:ascii="Pretendard" w:eastAsia="Pretendard" w:hAnsi="Pretendard" w:cs="Pretendard"/>
                <w:color w:val="1D0024"/>
                <w:sz w:val="19"/>
              </w:rPr>
              <w:t xml:space="preserve"> </w:t>
            </w:r>
            <w:r>
              <w:rPr>
                <w:rFonts w:ascii="Pretendard" w:eastAsia="Pretendard" w:hAnsi="Pretendard" w:cs="Pretendard"/>
                <w:color w:val="1D0024"/>
                <w:sz w:val="19"/>
              </w:rPr>
              <w:t>만에</w:t>
            </w:r>
            <w:r>
              <w:rPr>
                <w:rFonts w:ascii="Pretendard" w:eastAsia="Pretendard" w:hAnsi="Pretendard" w:cs="Pretendard"/>
                <w:color w:val="1D0024"/>
                <w:sz w:val="19"/>
              </w:rPr>
              <w:t xml:space="preserve"> </w:t>
            </w:r>
            <w:r>
              <w:rPr>
                <w:rFonts w:ascii="Pretendard" w:eastAsia="Pretendard" w:hAnsi="Pretendard" w:cs="Pretendard"/>
                <w:color w:val="1D0024"/>
                <w:sz w:val="19"/>
              </w:rPr>
              <w:t>예약자</w:t>
            </w:r>
            <w:r>
              <w:rPr>
                <w:rFonts w:ascii="Pretendard" w:eastAsia="Pretendard" w:hAnsi="Pretendard" w:cs="Pretendard"/>
                <w:color w:val="1D0024"/>
                <w:sz w:val="19"/>
              </w:rPr>
              <w:t xml:space="preserve"> 10</w:t>
            </w:r>
            <w:r>
              <w:rPr>
                <w:rFonts w:ascii="Pretendard" w:eastAsia="Pretendard" w:hAnsi="Pretendard" w:cs="Pretendard"/>
                <w:color w:val="1D0024"/>
                <w:sz w:val="19"/>
              </w:rPr>
              <w:t>배</w:t>
            </w:r>
            <w:r>
              <w:rPr>
                <w:rFonts w:ascii="Pretendard" w:eastAsia="Pretendard" w:hAnsi="Pretendard" w:cs="Pretendard"/>
                <w:color w:val="1D0024"/>
                <w:sz w:val="19"/>
              </w:rPr>
              <w:t xml:space="preserve">(2025-06). 2026-07 </w:t>
            </w:r>
            <w:r>
              <w:rPr>
                <w:rFonts w:ascii="Pretendard" w:eastAsia="Pretendard" w:hAnsi="Pretendard" w:cs="Pretendard"/>
                <w:color w:val="1D0024"/>
                <w:sz w:val="19"/>
              </w:rPr>
              <w:t>기준</w:t>
            </w:r>
            <w:r>
              <w:rPr>
                <w:rFonts w:ascii="Pretendard" w:eastAsia="Pretendard" w:hAnsi="Pretendard" w:cs="Pretendard"/>
                <w:color w:val="1D0024"/>
                <w:sz w:val="19"/>
              </w:rPr>
              <w:t xml:space="preserve"> </w:t>
            </w:r>
            <w:r>
              <w:rPr>
                <w:rFonts w:ascii="Pretendard" w:eastAsia="Pretendard" w:hAnsi="Pretendard" w:cs="Pretendard"/>
                <w:color w:val="1D0024"/>
                <w:sz w:val="19"/>
              </w:rPr>
              <w:t>전년</w:t>
            </w:r>
            <w:r>
              <w:rPr>
                <w:rFonts w:ascii="Pretendard" w:eastAsia="Pretendard" w:hAnsi="Pretendard" w:cs="Pretendard"/>
                <w:color w:val="1D0024"/>
                <w:sz w:val="19"/>
              </w:rPr>
              <w:t xml:space="preserve"> </w:t>
            </w:r>
            <w:r>
              <w:rPr>
                <w:rFonts w:ascii="Pretendard" w:eastAsia="Pretendard" w:hAnsi="Pretendard" w:cs="Pretendard"/>
                <w:color w:val="1D0024"/>
                <w:sz w:val="19"/>
              </w:rPr>
              <w:t>대비</w:t>
            </w:r>
            <w:r>
              <w:rPr>
                <w:rFonts w:ascii="Pretendard" w:eastAsia="Pretendard" w:hAnsi="Pretendard" w:cs="Pretendard"/>
                <w:color w:val="1D0024"/>
                <w:sz w:val="19"/>
              </w:rPr>
              <w:t xml:space="preserve"> </w:t>
            </w:r>
            <w:r>
              <w:rPr>
                <w:rFonts w:ascii="Pretendard" w:eastAsia="Pretendard" w:hAnsi="Pretendard" w:cs="Pretendard"/>
                <w:color w:val="1D0024"/>
                <w:sz w:val="19"/>
              </w:rPr>
              <w:t>태국</w:t>
            </w:r>
            <w:r>
              <w:rPr>
                <w:rFonts w:ascii="Pretendard" w:eastAsia="Pretendard" w:hAnsi="Pretendard" w:cs="Pretendard"/>
                <w:color w:val="1D0024"/>
                <w:sz w:val="19"/>
              </w:rPr>
              <w:t xml:space="preserve"> 13</w:t>
            </w:r>
            <w:r>
              <w:rPr>
                <w:rFonts w:ascii="Pretendard" w:eastAsia="Pretendard" w:hAnsi="Pretendard" w:cs="Pretendard"/>
                <w:color w:val="1D0024"/>
                <w:sz w:val="19"/>
              </w:rPr>
              <w:t>배</w:t>
            </w:r>
            <w:r>
              <w:rPr>
                <w:rFonts w:ascii="Pretendard" w:eastAsia="Pretendard" w:hAnsi="Pretendard" w:cs="Pretendard"/>
                <w:color w:val="1D0024"/>
                <w:sz w:val="19"/>
              </w:rPr>
              <w:t xml:space="preserve">, </w:t>
            </w:r>
            <w:r>
              <w:rPr>
                <w:rFonts w:ascii="Pretendard" w:eastAsia="Pretendard" w:hAnsi="Pretendard" w:cs="Pretendard"/>
                <w:color w:val="1D0024"/>
                <w:sz w:val="19"/>
              </w:rPr>
              <w:t>중국</w:t>
            </w:r>
            <w:r>
              <w:rPr>
                <w:rFonts w:ascii="Pretendard" w:eastAsia="Pretendard" w:hAnsi="Pretendard" w:cs="Pretendard"/>
                <w:color w:val="1D0024"/>
                <w:sz w:val="19"/>
              </w:rPr>
              <w:t xml:space="preserve"> 12</w:t>
            </w:r>
            <w:r>
              <w:rPr>
                <w:rFonts w:ascii="Pretendard" w:eastAsia="Pretendard" w:hAnsi="Pretendard" w:cs="Pretendard"/>
                <w:color w:val="1D0024"/>
                <w:sz w:val="19"/>
              </w:rPr>
              <w:t>배</w:t>
            </w:r>
          </w:p>
        </w:tc>
      </w:tr>
      <w:tr w:rsidR="004B1372" w14:paraId="5D04C1B8" w14:textId="77777777">
        <w:trPr>
          <w:jc w:val="center"/>
        </w:trPr>
        <w:tc>
          <w:tcPr>
            <w:tcW w:w="1928" w:type="dxa"/>
          </w:tcPr>
          <w:p w14:paraId="51E02097" w14:textId="77777777" w:rsidR="004B1372" w:rsidRDefault="00BB0BE3">
            <w:r>
              <w:rPr>
                <w:rFonts w:ascii="Pretendard" w:eastAsia="Pretendard" w:hAnsi="Pretendard" w:cs="Pretendard"/>
                <w:b/>
                <w:color w:val="1D0024"/>
                <w:sz w:val="19"/>
              </w:rPr>
              <w:t>오프라인</w:t>
            </w:r>
            <w:r>
              <w:rPr>
                <w:rFonts w:ascii="Pretendard" w:eastAsia="Pretendard" w:hAnsi="Pretendard" w:cs="Pretendard"/>
                <w:b/>
                <w:color w:val="1D0024"/>
                <w:sz w:val="19"/>
              </w:rPr>
              <w:t>·</w:t>
            </w:r>
            <w:r>
              <w:rPr>
                <w:rFonts w:ascii="Pretendard" w:eastAsia="Pretendard" w:hAnsi="Pretendard" w:cs="Pretendard"/>
                <w:b/>
                <w:color w:val="1D0024"/>
                <w:sz w:val="19"/>
              </w:rPr>
              <w:t>통역</w:t>
            </w:r>
          </w:p>
        </w:tc>
        <w:tc>
          <w:tcPr>
            <w:tcW w:w="7710" w:type="dxa"/>
          </w:tcPr>
          <w:p w14:paraId="1E4F232A" w14:textId="77777777" w:rsidR="004B1372" w:rsidRDefault="00BB0BE3">
            <w:r>
              <w:rPr>
                <w:rFonts w:ascii="Pretendard" w:eastAsia="Pretendard" w:hAnsi="Pretendard" w:cs="Pretendard"/>
                <w:color w:val="1D0024"/>
                <w:sz w:val="19"/>
              </w:rPr>
              <w:t xml:space="preserve">2026-03 </w:t>
            </w:r>
            <w:r>
              <w:rPr>
                <w:rFonts w:ascii="Pretendard" w:eastAsia="Pretendard" w:hAnsi="Pretendard" w:cs="Pretendard"/>
                <w:color w:val="1D0024"/>
                <w:sz w:val="19"/>
              </w:rPr>
              <w:t>논현동</w:t>
            </w:r>
            <w:r>
              <w:rPr>
                <w:rFonts w:ascii="Pretendard" w:eastAsia="Pretendard" w:hAnsi="Pretendard" w:cs="Pretendard"/>
                <w:color w:val="1D0024"/>
                <w:sz w:val="19"/>
              </w:rPr>
              <w:t xml:space="preserve"> </w:t>
            </w:r>
            <w:r>
              <w:rPr>
                <w:rFonts w:ascii="Pretendard" w:eastAsia="Pretendard" w:hAnsi="Pretendard" w:cs="Pretendard"/>
                <w:color w:val="1D0024"/>
                <w:sz w:val="19"/>
              </w:rPr>
              <w:t>언니가이드</w:t>
            </w:r>
            <w:r>
              <w:rPr>
                <w:rFonts w:ascii="Pretendard" w:eastAsia="Pretendard" w:hAnsi="Pretendard" w:cs="Pretendard"/>
                <w:color w:val="1D0024"/>
                <w:sz w:val="19"/>
              </w:rPr>
              <w:t xml:space="preserve"> </w:t>
            </w:r>
            <w:r>
              <w:rPr>
                <w:rFonts w:ascii="Pretendard" w:eastAsia="Pretendard" w:hAnsi="Pretendard" w:cs="Pretendard"/>
                <w:color w:val="1D0024"/>
                <w:sz w:val="19"/>
              </w:rPr>
              <w:t>센터</w:t>
            </w:r>
            <w:r>
              <w:rPr>
                <w:rFonts w:ascii="Pretendard" w:eastAsia="Pretendard" w:hAnsi="Pretendard" w:cs="Pretendard"/>
                <w:color w:val="1D0024"/>
                <w:sz w:val="19"/>
              </w:rPr>
              <w:t xml:space="preserve"> </w:t>
            </w:r>
            <w:r>
              <w:rPr>
                <w:rFonts w:ascii="Pretendard" w:eastAsia="Pretendard" w:hAnsi="Pretendard" w:cs="Pretendard"/>
                <w:color w:val="1D0024"/>
                <w:sz w:val="19"/>
              </w:rPr>
              <w:t>개소</w:t>
            </w:r>
            <w:r>
              <w:rPr>
                <w:rFonts w:ascii="Pretendard" w:eastAsia="Pretendard" w:hAnsi="Pretendard" w:cs="Pretendard"/>
                <w:color w:val="1D0024"/>
                <w:sz w:val="19"/>
              </w:rPr>
              <w:t xml:space="preserve">. 2026-05 </w:t>
            </w:r>
            <w:r>
              <w:rPr>
                <w:rFonts w:ascii="Pretendard" w:eastAsia="Pretendard" w:hAnsi="Pretendard" w:cs="Pretendard"/>
                <w:color w:val="1D0024"/>
                <w:sz w:val="19"/>
              </w:rPr>
              <w:t>오프라인</w:t>
            </w:r>
            <w:r>
              <w:rPr>
                <w:rFonts w:ascii="Pretendard" w:eastAsia="Pretendard" w:hAnsi="Pretendard" w:cs="Pretendard"/>
                <w:color w:val="1D0024"/>
                <w:sz w:val="19"/>
              </w:rPr>
              <w:t xml:space="preserve"> </w:t>
            </w:r>
            <w:r>
              <w:rPr>
                <w:rFonts w:ascii="Pretendard" w:eastAsia="Pretendard" w:hAnsi="Pretendard" w:cs="Pretendard"/>
                <w:color w:val="1D0024"/>
                <w:sz w:val="19"/>
              </w:rPr>
              <w:t>통역</w:t>
            </w:r>
            <w:r>
              <w:rPr>
                <w:rFonts w:ascii="Pretendard" w:eastAsia="Pretendard" w:hAnsi="Pretendard" w:cs="Pretendard"/>
                <w:color w:val="1D0024"/>
                <w:sz w:val="19"/>
              </w:rPr>
              <w:t>(8</w:t>
            </w:r>
            <w:r>
              <w:rPr>
                <w:rFonts w:ascii="Pretendard" w:eastAsia="Pretendard" w:hAnsi="Pretendard" w:cs="Pretendard"/>
                <w:color w:val="1D0024"/>
                <w:sz w:val="19"/>
              </w:rPr>
              <w:t>개</w:t>
            </w:r>
            <w:r>
              <w:rPr>
                <w:rFonts w:ascii="Pretendard" w:eastAsia="Pretendard" w:hAnsi="Pretendard" w:cs="Pretendard"/>
                <w:color w:val="1D0024"/>
                <w:sz w:val="19"/>
              </w:rPr>
              <w:t xml:space="preserve"> </w:t>
            </w:r>
            <w:r>
              <w:rPr>
                <w:rFonts w:ascii="Pretendard" w:eastAsia="Pretendard" w:hAnsi="Pretendard" w:cs="Pretendard"/>
                <w:color w:val="1D0024"/>
                <w:sz w:val="19"/>
              </w:rPr>
              <w:t>언어</w:t>
            </w:r>
            <w:r>
              <w:rPr>
                <w:rFonts w:ascii="Pretendard" w:eastAsia="Pretendard" w:hAnsi="Pretendard" w:cs="Pretendard"/>
                <w:color w:val="1D0024"/>
                <w:sz w:val="19"/>
              </w:rPr>
              <w:t xml:space="preserve">, </w:t>
            </w:r>
            <w:r>
              <w:rPr>
                <w:rFonts w:ascii="Pretendard" w:eastAsia="Pretendard" w:hAnsi="Pretendard" w:cs="Pretendard"/>
                <w:color w:val="1D0024"/>
                <w:sz w:val="19"/>
              </w:rPr>
              <w:t>환자</w:t>
            </w:r>
            <w:r>
              <w:rPr>
                <w:rFonts w:ascii="Pretendard" w:eastAsia="Pretendard" w:hAnsi="Pretendard" w:cs="Pretendard"/>
                <w:color w:val="1D0024"/>
                <w:sz w:val="19"/>
              </w:rPr>
              <w:t xml:space="preserve"> </w:t>
            </w:r>
            <w:r>
              <w:rPr>
                <w:rFonts w:ascii="Pretendard" w:eastAsia="Pretendard" w:hAnsi="Pretendard" w:cs="Pretendard"/>
                <w:color w:val="1D0024"/>
                <w:sz w:val="19"/>
              </w:rPr>
              <w:t>무료</w:t>
            </w:r>
            <w:r>
              <w:rPr>
                <w:rFonts w:ascii="Pretendard" w:eastAsia="Pretendard" w:hAnsi="Pretendard" w:cs="Pretendard"/>
                <w:color w:val="1D0024"/>
                <w:sz w:val="19"/>
              </w:rPr>
              <w:t xml:space="preserve">). LINE·WeChat·WhatsApp </w:t>
            </w:r>
            <w:r>
              <w:rPr>
                <w:rFonts w:ascii="Pretendard" w:eastAsia="Pretendard" w:hAnsi="Pretendard" w:cs="Pretendard"/>
                <w:color w:val="1D0024"/>
                <w:sz w:val="19"/>
              </w:rPr>
              <w:t>상담</w:t>
            </w:r>
            <w:r>
              <w:rPr>
                <w:rFonts w:ascii="Pretendard" w:eastAsia="Pretendard" w:hAnsi="Pretendard" w:cs="Pretendard"/>
                <w:color w:val="1D0024"/>
                <w:sz w:val="19"/>
              </w:rPr>
              <w:t>. 5</w:t>
            </w:r>
            <w:r>
              <w:rPr>
                <w:rFonts w:ascii="Pretendard" w:eastAsia="Pretendard" w:hAnsi="Pretendard" w:cs="Pretendard"/>
                <w:color w:val="1D0024"/>
                <w:sz w:val="19"/>
              </w:rPr>
              <w:t>개월</w:t>
            </w:r>
            <w:r>
              <w:rPr>
                <w:rFonts w:ascii="Pretendard" w:eastAsia="Pretendard" w:hAnsi="Pretendard" w:cs="Pretendard"/>
                <w:color w:val="1D0024"/>
                <w:sz w:val="19"/>
              </w:rPr>
              <w:t xml:space="preserve"> </w:t>
            </w:r>
            <w:r>
              <w:rPr>
                <w:rFonts w:ascii="Pretendard" w:eastAsia="Pretendard" w:hAnsi="Pretendard" w:cs="Pretendard"/>
                <w:color w:val="1D0024"/>
                <w:sz w:val="19"/>
              </w:rPr>
              <w:t>통역</w:t>
            </w:r>
            <w:r>
              <w:rPr>
                <w:rFonts w:ascii="Pretendard" w:eastAsia="Pretendard" w:hAnsi="Pretendard" w:cs="Pretendard"/>
                <w:color w:val="1D0024"/>
                <w:sz w:val="19"/>
              </w:rPr>
              <w:t xml:space="preserve"> 1,600</w:t>
            </w:r>
            <w:r>
              <w:rPr>
                <w:rFonts w:ascii="Pretendard" w:eastAsia="Pretendard" w:hAnsi="Pretendard" w:cs="Pretendard"/>
                <w:color w:val="1D0024"/>
                <w:sz w:val="19"/>
              </w:rPr>
              <w:t>건</w:t>
            </w:r>
          </w:p>
        </w:tc>
      </w:tr>
      <w:tr w:rsidR="004B1372" w14:paraId="7EE5C8B6" w14:textId="77777777">
        <w:trPr>
          <w:jc w:val="center"/>
        </w:trPr>
        <w:tc>
          <w:tcPr>
            <w:tcW w:w="1928" w:type="dxa"/>
          </w:tcPr>
          <w:p w14:paraId="1A88AA47" w14:textId="77777777" w:rsidR="004B1372" w:rsidRDefault="00BB0BE3">
            <w:r>
              <w:rPr>
                <w:rFonts w:ascii="Pretendard" w:eastAsia="Pretendard" w:hAnsi="Pretendard" w:cs="Pretendard"/>
                <w:b/>
                <w:color w:val="1D0024"/>
                <w:sz w:val="19"/>
              </w:rPr>
              <w:t>수익</w:t>
            </w:r>
            <w:r>
              <w:rPr>
                <w:rFonts w:ascii="Pretendard" w:eastAsia="Pretendard" w:hAnsi="Pretendard" w:cs="Pretendard"/>
                <w:b/>
                <w:color w:val="1D0024"/>
                <w:sz w:val="19"/>
              </w:rPr>
              <w:t xml:space="preserve"> </w:t>
            </w:r>
            <w:r>
              <w:rPr>
                <w:rFonts w:ascii="Pretendard" w:eastAsia="Pretendard" w:hAnsi="Pretendard" w:cs="Pretendard"/>
                <w:b/>
                <w:color w:val="1D0024"/>
                <w:sz w:val="19"/>
              </w:rPr>
              <w:t>모델</w:t>
            </w:r>
          </w:p>
        </w:tc>
        <w:tc>
          <w:tcPr>
            <w:tcW w:w="7710" w:type="dxa"/>
          </w:tcPr>
          <w:p w14:paraId="07F937FE" w14:textId="77777777" w:rsidR="004B1372" w:rsidRDefault="00BB0BE3">
            <w:r>
              <w:rPr>
                <w:rFonts w:ascii="Pretendard" w:eastAsia="Pretendard" w:hAnsi="Pretendard" w:cs="Pretendard"/>
                <w:color w:val="1D0024"/>
                <w:sz w:val="19"/>
              </w:rPr>
              <w:t>이벤트</w:t>
            </w:r>
            <w:r>
              <w:rPr>
                <w:rFonts w:ascii="Pretendard" w:eastAsia="Pretendard" w:hAnsi="Pretendard" w:cs="Pretendard"/>
                <w:color w:val="1D0024"/>
                <w:sz w:val="19"/>
              </w:rPr>
              <w:t xml:space="preserve"> </w:t>
            </w:r>
            <w:r>
              <w:rPr>
                <w:rFonts w:ascii="Pretendard" w:eastAsia="Pretendard" w:hAnsi="Pretendard" w:cs="Pretendard"/>
                <w:color w:val="1D0024"/>
                <w:sz w:val="19"/>
              </w:rPr>
              <w:t>페이지</w:t>
            </w:r>
            <w:r>
              <w:rPr>
                <w:rFonts w:ascii="Pretendard" w:eastAsia="Pretendard" w:hAnsi="Pretendard" w:cs="Pretendard"/>
                <w:color w:val="1D0024"/>
                <w:sz w:val="19"/>
              </w:rPr>
              <w:t xml:space="preserve"> </w:t>
            </w:r>
            <w:r>
              <w:rPr>
                <w:rFonts w:ascii="Pretendard" w:eastAsia="Pretendard" w:hAnsi="Pretendard" w:cs="Pretendard"/>
                <w:color w:val="1D0024"/>
                <w:sz w:val="19"/>
              </w:rPr>
              <w:t>조회당</w:t>
            </w:r>
            <w:r>
              <w:rPr>
                <w:rFonts w:ascii="Pretendard" w:eastAsia="Pretendard" w:hAnsi="Pretendard" w:cs="Pretendard"/>
                <w:color w:val="1D0024"/>
                <w:sz w:val="19"/>
              </w:rPr>
              <w:t xml:space="preserve"> </w:t>
            </w:r>
            <w:r>
              <w:rPr>
                <w:rFonts w:ascii="Pretendard" w:eastAsia="Pretendard" w:hAnsi="Pretendard" w:cs="Pretendard"/>
                <w:color w:val="1D0024"/>
                <w:sz w:val="19"/>
              </w:rPr>
              <w:t>과금</w:t>
            </w:r>
            <w:r>
              <w:rPr>
                <w:rFonts w:ascii="Pretendard" w:eastAsia="Pretendard" w:hAnsi="Pretendard" w:cs="Pretendard"/>
                <w:color w:val="1D0024"/>
                <w:sz w:val="19"/>
              </w:rPr>
              <w:t xml:space="preserve">(CPV). </w:t>
            </w:r>
            <w:r>
              <w:rPr>
                <w:rFonts w:ascii="Pretendard" w:eastAsia="Pretendard" w:hAnsi="Pretendard" w:cs="Pretendard"/>
                <w:color w:val="1D0024"/>
                <w:sz w:val="19"/>
              </w:rPr>
              <w:t>상담</w:t>
            </w:r>
            <w:r>
              <w:rPr>
                <w:rFonts w:ascii="Pretendard" w:eastAsia="Pretendard" w:hAnsi="Pretendard" w:cs="Pretendard"/>
                <w:color w:val="1D0024"/>
                <w:sz w:val="19"/>
              </w:rPr>
              <w:t>·</w:t>
            </w:r>
            <w:r>
              <w:rPr>
                <w:rFonts w:ascii="Pretendard" w:eastAsia="Pretendard" w:hAnsi="Pretendard" w:cs="Pretendard"/>
                <w:color w:val="1D0024"/>
                <w:sz w:val="19"/>
              </w:rPr>
              <w:t>내원과</w:t>
            </w:r>
            <w:r>
              <w:rPr>
                <w:rFonts w:ascii="Pretendard" w:eastAsia="Pretendard" w:hAnsi="Pretendard" w:cs="Pretendard"/>
                <w:color w:val="1D0024"/>
                <w:sz w:val="19"/>
              </w:rPr>
              <w:t xml:space="preserve"> </w:t>
            </w:r>
            <w:r>
              <w:rPr>
                <w:rFonts w:ascii="Pretendard" w:eastAsia="Pretendard" w:hAnsi="Pretendard" w:cs="Pretendard"/>
                <w:color w:val="1D0024"/>
                <w:sz w:val="19"/>
              </w:rPr>
              <w:t>무관하게</w:t>
            </w:r>
            <w:r>
              <w:rPr>
                <w:rFonts w:ascii="Pretendard" w:eastAsia="Pretendard" w:hAnsi="Pretendard" w:cs="Pretendard"/>
                <w:color w:val="1D0024"/>
                <w:sz w:val="19"/>
              </w:rPr>
              <w:t xml:space="preserve"> </w:t>
            </w:r>
            <w:r>
              <w:rPr>
                <w:rFonts w:ascii="Pretendard" w:eastAsia="Pretendard" w:hAnsi="Pretendard" w:cs="Pretendard"/>
                <w:color w:val="1D0024"/>
                <w:sz w:val="19"/>
              </w:rPr>
              <w:t>과금</w:t>
            </w:r>
            <w:r>
              <w:rPr>
                <w:rFonts w:ascii="Pretendard" w:eastAsia="Pretendard" w:hAnsi="Pretendard" w:cs="Pretendard"/>
                <w:color w:val="1D0024"/>
                <w:sz w:val="19"/>
              </w:rPr>
              <w:t xml:space="preserve">. </w:t>
            </w:r>
            <w:r>
              <w:rPr>
                <w:rFonts w:ascii="Pretendard" w:eastAsia="Pretendard" w:hAnsi="Pretendard" w:cs="Pretendard"/>
                <w:color w:val="1D0024"/>
                <w:sz w:val="19"/>
              </w:rPr>
              <w:t>성과형</w:t>
            </w:r>
            <w:r>
              <w:rPr>
                <w:rFonts w:ascii="Pretendard" w:eastAsia="Pretendard" w:hAnsi="Pretendard" w:cs="Pretendard"/>
                <w:color w:val="1D0024"/>
                <w:sz w:val="19"/>
              </w:rPr>
              <w:t xml:space="preserve"> </w:t>
            </w:r>
            <w:r>
              <w:rPr>
                <w:rFonts w:ascii="Pretendard" w:eastAsia="Pretendard" w:hAnsi="Pretendard" w:cs="Pretendard"/>
                <w:color w:val="1D0024"/>
                <w:sz w:val="19"/>
              </w:rPr>
              <w:t>광고</w:t>
            </w:r>
            <w:r>
              <w:rPr>
                <w:rFonts w:ascii="Pretendard" w:eastAsia="Pretendard" w:hAnsi="Pretendard" w:cs="Pretendard"/>
                <w:color w:val="1D0024"/>
                <w:sz w:val="19"/>
              </w:rPr>
              <w:t xml:space="preserve"> </w:t>
            </w:r>
            <w:r>
              <w:rPr>
                <w:rFonts w:ascii="Pretendard" w:eastAsia="Pretendard" w:hAnsi="Pretendard" w:cs="Pretendard"/>
                <w:color w:val="1D0024"/>
                <w:sz w:val="19"/>
              </w:rPr>
              <w:t>상품</w:t>
            </w:r>
            <w:r>
              <w:rPr>
                <w:rFonts w:ascii="Pretendard" w:eastAsia="Pretendard" w:hAnsi="Pretendard" w:cs="Pretendard"/>
                <w:color w:val="1D0024"/>
                <w:sz w:val="19"/>
              </w:rPr>
              <w:t xml:space="preserve"> </w:t>
            </w:r>
            <w:r>
              <w:rPr>
                <w:rFonts w:ascii="Pretendard" w:eastAsia="Pretendard" w:hAnsi="Pretendard" w:cs="Pretendard"/>
                <w:color w:val="1D0024"/>
                <w:sz w:val="19"/>
              </w:rPr>
              <w:t>병행</w:t>
            </w:r>
            <w:r>
              <w:rPr>
                <w:rFonts w:ascii="Pretendard" w:eastAsia="Pretendard" w:hAnsi="Pretendard" w:cs="Pretendard"/>
                <w:color w:val="1D0024"/>
                <w:sz w:val="19"/>
              </w:rPr>
              <w:t xml:space="preserve">. </w:t>
            </w:r>
            <w:r>
              <w:rPr>
                <w:rFonts w:ascii="Pretendard" w:eastAsia="Pretendard" w:hAnsi="Pretendard" w:cs="Pretendard"/>
                <w:color w:val="1D0024"/>
                <w:sz w:val="19"/>
              </w:rPr>
              <w:t>입점</w:t>
            </w:r>
            <w:r>
              <w:rPr>
                <w:rFonts w:ascii="Pretendard" w:eastAsia="Pretendard" w:hAnsi="Pretendard" w:cs="Pretendard"/>
                <w:color w:val="1D0024"/>
                <w:sz w:val="19"/>
              </w:rPr>
              <w:t xml:space="preserve"> </w:t>
            </w:r>
            <w:r>
              <w:rPr>
                <w:rFonts w:ascii="Pretendard" w:eastAsia="Pretendard" w:hAnsi="Pretendard" w:cs="Pretendard"/>
                <w:color w:val="1D0024"/>
                <w:sz w:val="19"/>
              </w:rPr>
              <w:t>병원에</w:t>
            </w:r>
            <w:r>
              <w:rPr>
                <w:rFonts w:ascii="Pretendard" w:eastAsia="Pretendard" w:hAnsi="Pretendard" w:cs="Pretendard"/>
                <w:color w:val="1D0024"/>
                <w:sz w:val="19"/>
              </w:rPr>
              <w:t xml:space="preserve"> </w:t>
            </w:r>
            <w:r>
              <w:rPr>
                <w:rFonts w:ascii="Pretendard" w:eastAsia="Pretendard" w:hAnsi="Pretendard" w:cs="Pretendard"/>
                <w:color w:val="1D0024"/>
                <w:sz w:val="19"/>
              </w:rPr>
              <w:t>유치의료기관</w:t>
            </w:r>
            <w:r>
              <w:rPr>
                <w:rFonts w:ascii="Pretendard" w:eastAsia="Pretendard" w:hAnsi="Pretendard" w:cs="Pretendard"/>
                <w:color w:val="1D0024"/>
                <w:sz w:val="19"/>
              </w:rPr>
              <w:t xml:space="preserve"> </w:t>
            </w:r>
            <w:r>
              <w:rPr>
                <w:rFonts w:ascii="Pretendard" w:eastAsia="Pretendard" w:hAnsi="Pretendard" w:cs="Pretendard"/>
                <w:color w:val="1D0024"/>
                <w:sz w:val="19"/>
              </w:rPr>
              <w:t>등록</w:t>
            </w:r>
            <w:r>
              <w:rPr>
                <w:rFonts w:ascii="Pretendard" w:eastAsia="Pretendard" w:hAnsi="Pretendard" w:cs="Pretendard"/>
                <w:color w:val="1D0024"/>
                <w:sz w:val="19"/>
              </w:rPr>
              <w:t xml:space="preserve"> </w:t>
            </w:r>
            <w:r>
              <w:rPr>
                <w:rFonts w:ascii="Pretendard" w:eastAsia="Pretendard" w:hAnsi="Pretendard" w:cs="Pretendard"/>
                <w:color w:val="1D0024"/>
                <w:sz w:val="19"/>
              </w:rPr>
              <w:t>요구</w:t>
            </w:r>
          </w:p>
        </w:tc>
      </w:tr>
      <w:tr w:rsidR="004B1372" w14:paraId="3C988030" w14:textId="77777777">
        <w:trPr>
          <w:jc w:val="center"/>
        </w:trPr>
        <w:tc>
          <w:tcPr>
            <w:tcW w:w="1928" w:type="dxa"/>
          </w:tcPr>
          <w:p w14:paraId="5051EC39" w14:textId="77777777" w:rsidR="004B1372" w:rsidRDefault="00BB0BE3">
            <w:r>
              <w:rPr>
                <w:rFonts w:ascii="Pretendard" w:eastAsia="Pretendard" w:hAnsi="Pretendard" w:cs="Pretendard"/>
                <w:b/>
                <w:color w:val="1D0024"/>
                <w:sz w:val="19"/>
              </w:rPr>
              <w:t>실적</w:t>
            </w:r>
          </w:p>
        </w:tc>
        <w:tc>
          <w:tcPr>
            <w:tcW w:w="7710" w:type="dxa"/>
          </w:tcPr>
          <w:p w14:paraId="71E01527" w14:textId="77777777" w:rsidR="004B1372" w:rsidRDefault="00BB0BE3">
            <w:r>
              <w:rPr>
                <w:rFonts w:ascii="Pretendard" w:eastAsia="Pretendard" w:hAnsi="Pretendard" w:cs="Pretendard"/>
                <w:color w:val="1D0024"/>
                <w:sz w:val="19"/>
              </w:rPr>
              <w:t>매출</w:t>
            </w:r>
            <w:r>
              <w:rPr>
                <w:rFonts w:ascii="Pretendard" w:eastAsia="Pretendard" w:hAnsi="Pretendard" w:cs="Pretendard"/>
                <w:color w:val="1D0024"/>
                <w:sz w:val="19"/>
              </w:rPr>
              <w:t xml:space="preserve"> 2023 417</w:t>
            </w:r>
            <w:r>
              <w:rPr>
                <w:rFonts w:ascii="Pretendard" w:eastAsia="Pretendard" w:hAnsi="Pretendard" w:cs="Pretendard"/>
                <w:color w:val="1D0024"/>
                <w:sz w:val="19"/>
              </w:rPr>
              <w:t>억</w:t>
            </w:r>
            <w:r>
              <w:rPr>
                <w:rFonts w:ascii="Pretendard" w:eastAsia="Pretendard" w:hAnsi="Pretendard" w:cs="Pretendard"/>
                <w:color w:val="1D0024"/>
                <w:sz w:val="19"/>
              </w:rPr>
              <w:t xml:space="preserve"> / 2024 530</w:t>
            </w:r>
            <w:r>
              <w:rPr>
                <w:rFonts w:ascii="Pretendard" w:eastAsia="Pretendard" w:hAnsi="Pretendard" w:cs="Pretendard"/>
                <w:color w:val="1D0024"/>
                <w:sz w:val="19"/>
              </w:rPr>
              <w:t>억</w:t>
            </w:r>
            <w:r>
              <w:rPr>
                <w:rFonts w:ascii="Pretendard" w:eastAsia="Pretendard" w:hAnsi="Pretendard" w:cs="Pretendard"/>
                <w:color w:val="1D0024"/>
                <w:sz w:val="19"/>
              </w:rPr>
              <w:t xml:space="preserve"> / 2025 752</w:t>
            </w:r>
            <w:r>
              <w:rPr>
                <w:rFonts w:ascii="Pretendard" w:eastAsia="Pretendard" w:hAnsi="Pretendard" w:cs="Pretendard"/>
                <w:color w:val="1D0024"/>
                <w:sz w:val="19"/>
              </w:rPr>
              <w:t>억</w:t>
            </w:r>
            <w:r>
              <w:rPr>
                <w:rFonts w:ascii="Pretendard" w:eastAsia="Pretendard" w:hAnsi="Pretendard" w:cs="Pretendard"/>
                <w:color w:val="1D0024"/>
                <w:sz w:val="19"/>
              </w:rPr>
              <w:t xml:space="preserve">. </w:t>
            </w:r>
            <w:r>
              <w:rPr>
                <w:rFonts w:ascii="Pretendard" w:eastAsia="Pretendard" w:hAnsi="Pretendard" w:cs="Pretendard"/>
                <w:color w:val="1D0024"/>
                <w:sz w:val="19"/>
              </w:rPr>
              <w:t>영업이익</w:t>
            </w:r>
            <w:r>
              <w:rPr>
                <w:rFonts w:ascii="Pretendard" w:eastAsia="Pretendard" w:hAnsi="Pretendard" w:cs="Pretendard"/>
                <w:color w:val="1D0024"/>
                <w:sz w:val="19"/>
              </w:rPr>
              <w:t xml:space="preserve"> 122</w:t>
            </w:r>
            <w:r>
              <w:rPr>
                <w:rFonts w:ascii="Pretendard" w:eastAsia="Pretendard" w:hAnsi="Pretendard" w:cs="Pretendard"/>
                <w:color w:val="1D0024"/>
                <w:sz w:val="19"/>
              </w:rPr>
              <w:t>억</w:t>
            </w:r>
            <w:r>
              <w:rPr>
                <w:rFonts w:ascii="Pretendard" w:eastAsia="Pretendard" w:hAnsi="Pretendard" w:cs="Pretendard"/>
                <w:color w:val="1D0024"/>
                <w:sz w:val="19"/>
              </w:rPr>
              <w:t xml:space="preserve"> / 128</w:t>
            </w:r>
            <w:r>
              <w:rPr>
                <w:rFonts w:ascii="Pretendard" w:eastAsia="Pretendard" w:hAnsi="Pretendard" w:cs="Pretendard"/>
                <w:color w:val="1D0024"/>
                <w:sz w:val="19"/>
              </w:rPr>
              <w:t>억</w:t>
            </w:r>
            <w:r>
              <w:rPr>
                <w:rFonts w:ascii="Pretendard" w:eastAsia="Pretendard" w:hAnsi="Pretendard" w:cs="Pretendard"/>
                <w:color w:val="1D0024"/>
                <w:sz w:val="19"/>
              </w:rPr>
              <w:t xml:space="preserve"> / 75</w:t>
            </w:r>
            <w:r>
              <w:rPr>
                <w:rFonts w:ascii="Pretendard" w:eastAsia="Pretendard" w:hAnsi="Pretendard" w:cs="Pretendard"/>
                <w:color w:val="1D0024"/>
                <w:sz w:val="19"/>
              </w:rPr>
              <w:t>억</w:t>
            </w:r>
            <w:r>
              <w:rPr>
                <w:rFonts w:ascii="Pretendard" w:eastAsia="Pretendard" w:hAnsi="Pretendard" w:cs="Pretendard"/>
                <w:color w:val="1D0024"/>
                <w:sz w:val="19"/>
              </w:rPr>
              <w:t>(2025</w:t>
            </w:r>
            <w:r>
              <w:rPr>
                <w:rFonts w:ascii="Pretendard" w:eastAsia="Pretendard" w:hAnsi="Pretendard" w:cs="Pretendard"/>
                <w:color w:val="1D0024"/>
                <w:sz w:val="19"/>
              </w:rPr>
              <w:t>년</w:t>
            </w:r>
            <w:r>
              <w:rPr>
                <w:rFonts w:ascii="Pretendard" w:eastAsia="Pretendard" w:hAnsi="Pretendard" w:cs="Pretendard"/>
                <w:color w:val="1D0024"/>
                <w:sz w:val="19"/>
              </w:rPr>
              <w:t xml:space="preserve"> -41.3%). 2025 </w:t>
            </w:r>
            <w:r>
              <w:rPr>
                <w:rFonts w:ascii="Pretendard" w:eastAsia="Pretendard" w:hAnsi="Pretendard" w:cs="Pretendard"/>
                <w:color w:val="1D0024"/>
                <w:sz w:val="19"/>
              </w:rPr>
              <w:t>광고선전비</w:t>
            </w:r>
            <w:r>
              <w:rPr>
                <w:rFonts w:ascii="Pretendard" w:eastAsia="Pretendard" w:hAnsi="Pretendard" w:cs="Pretendard"/>
                <w:color w:val="1D0024"/>
                <w:sz w:val="19"/>
              </w:rPr>
              <w:t xml:space="preserve"> 343</w:t>
            </w:r>
            <w:r>
              <w:rPr>
                <w:rFonts w:ascii="Pretendard" w:eastAsia="Pretendard" w:hAnsi="Pretendard" w:cs="Pretendard"/>
                <w:color w:val="1D0024"/>
                <w:sz w:val="19"/>
              </w:rPr>
              <w:t>억</w:t>
            </w:r>
            <w:r>
              <w:rPr>
                <w:rFonts w:ascii="Pretendard" w:eastAsia="Pretendard" w:hAnsi="Pretendard" w:cs="Pretendard"/>
                <w:color w:val="1D0024"/>
                <w:sz w:val="19"/>
              </w:rPr>
              <w:t xml:space="preserve">(+100.6%), </w:t>
            </w:r>
            <w:r>
              <w:rPr>
                <w:rFonts w:ascii="Pretendard" w:eastAsia="Pretendard" w:hAnsi="Pretendard" w:cs="Pretendard"/>
                <w:color w:val="1D0024"/>
                <w:sz w:val="19"/>
              </w:rPr>
              <w:t>일본법인</w:t>
            </w:r>
            <w:r>
              <w:rPr>
                <w:rFonts w:ascii="Pretendard" w:eastAsia="Pretendard" w:hAnsi="Pretendard" w:cs="Pretendard"/>
                <w:color w:val="1D0024"/>
                <w:sz w:val="19"/>
              </w:rPr>
              <w:t xml:space="preserve"> </w:t>
            </w:r>
            <w:r>
              <w:rPr>
                <w:rFonts w:ascii="Pretendard" w:eastAsia="Pretendard" w:hAnsi="Pretendard" w:cs="Pretendard"/>
                <w:color w:val="1D0024"/>
                <w:sz w:val="19"/>
              </w:rPr>
              <w:t>순손실</w:t>
            </w:r>
            <w:r>
              <w:rPr>
                <w:rFonts w:ascii="Pretendard" w:eastAsia="Pretendard" w:hAnsi="Pretendard" w:cs="Pretendard"/>
                <w:color w:val="1D0024"/>
                <w:sz w:val="19"/>
              </w:rPr>
              <w:t xml:space="preserve"> 46</w:t>
            </w:r>
            <w:r>
              <w:rPr>
                <w:rFonts w:ascii="Pretendard" w:eastAsia="Pretendard" w:hAnsi="Pretendard" w:cs="Pretendard"/>
                <w:color w:val="1D0024"/>
                <w:sz w:val="19"/>
              </w:rPr>
              <w:t>억</w:t>
            </w:r>
          </w:p>
        </w:tc>
      </w:tr>
      <w:tr w:rsidR="004B1372" w14:paraId="4D6754E8" w14:textId="77777777">
        <w:trPr>
          <w:jc w:val="center"/>
        </w:trPr>
        <w:tc>
          <w:tcPr>
            <w:tcW w:w="1928" w:type="dxa"/>
          </w:tcPr>
          <w:p w14:paraId="417A976A" w14:textId="77777777" w:rsidR="004B1372" w:rsidRDefault="00BB0BE3">
            <w:r>
              <w:rPr>
                <w:rFonts w:ascii="Pretendard" w:eastAsia="Pretendard" w:hAnsi="Pretendard" w:cs="Pretendard"/>
                <w:b/>
                <w:color w:val="1D0024"/>
                <w:sz w:val="19"/>
              </w:rPr>
              <w:t>규제</w:t>
            </w:r>
            <w:r>
              <w:rPr>
                <w:rFonts w:ascii="Pretendard" w:eastAsia="Pretendard" w:hAnsi="Pretendard" w:cs="Pretendard"/>
                <w:b/>
                <w:color w:val="1D0024"/>
                <w:sz w:val="19"/>
              </w:rPr>
              <w:t xml:space="preserve"> </w:t>
            </w:r>
            <w:r>
              <w:rPr>
                <w:rFonts w:ascii="Pretendard" w:eastAsia="Pretendard" w:hAnsi="Pretendard" w:cs="Pretendard"/>
                <w:b/>
                <w:color w:val="1D0024"/>
                <w:sz w:val="19"/>
              </w:rPr>
              <w:t>이력</w:t>
            </w:r>
          </w:p>
        </w:tc>
        <w:tc>
          <w:tcPr>
            <w:tcW w:w="7710" w:type="dxa"/>
          </w:tcPr>
          <w:p w14:paraId="170F9F84" w14:textId="77777777" w:rsidR="004B1372" w:rsidRDefault="00BB0BE3">
            <w:r>
              <w:rPr>
                <w:rFonts w:ascii="Pretendard" w:eastAsia="Pretendard" w:hAnsi="Pretendard" w:cs="Pretendard"/>
                <w:color w:val="1D0024"/>
                <w:sz w:val="19"/>
              </w:rPr>
              <w:t>진료비</w:t>
            </w:r>
            <w:r>
              <w:rPr>
                <w:rFonts w:ascii="Pretendard" w:eastAsia="Pretendard" w:hAnsi="Pretendard" w:cs="Pretendard"/>
                <w:color w:val="1D0024"/>
                <w:sz w:val="19"/>
              </w:rPr>
              <w:t xml:space="preserve"> </w:t>
            </w:r>
            <w:r>
              <w:rPr>
                <w:rFonts w:ascii="Pretendard" w:eastAsia="Pretendard" w:hAnsi="Pretendard" w:cs="Pretendard"/>
                <w:color w:val="1D0024"/>
                <w:sz w:val="19"/>
              </w:rPr>
              <w:t>비율</w:t>
            </w:r>
            <w:r>
              <w:rPr>
                <w:rFonts w:ascii="Pretendard" w:eastAsia="Pretendard" w:hAnsi="Pretendard" w:cs="Pretendard"/>
                <w:color w:val="1D0024"/>
                <w:sz w:val="19"/>
              </w:rPr>
              <w:t xml:space="preserve"> </w:t>
            </w:r>
            <w:r>
              <w:rPr>
                <w:rFonts w:ascii="Pretendard" w:eastAsia="Pretendard" w:hAnsi="Pretendard" w:cs="Pretendard"/>
                <w:color w:val="1D0024"/>
                <w:sz w:val="19"/>
              </w:rPr>
              <w:t>수수료</w:t>
            </w:r>
            <w:r>
              <w:rPr>
                <w:rFonts w:ascii="Pretendard" w:eastAsia="Pretendard" w:hAnsi="Pretendard" w:cs="Pretendard"/>
                <w:color w:val="1D0024"/>
                <w:sz w:val="19"/>
              </w:rPr>
              <w:t xml:space="preserve"> </w:t>
            </w:r>
            <w:r>
              <w:rPr>
                <w:rFonts w:ascii="Pretendard" w:eastAsia="Pretendard" w:hAnsi="Pretendard" w:cs="Pretendard"/>
                <w:color w:val="1D0024"/>
                <w:sz w:val="19"/>
              </w:rPr>
              <w:t>모델로</w:t>
            </w:r>
            <w:r>
              <w:rPr>
                <w:rFonts w:ascii="Pretendard" w:eastAsia="Pretendard" w:hAnsi="Pretendard" w:cs="Pretendard"/>
                <w:color w:val="1D0024"/>
                <w:sz w:val="19"/>
              </w:rPr>
              <w:t xml:space="preserve"> </w:t>
            </w:r>
            <w:r>
              <w:rPr>
                <w:rFonts w:ascii="Pretendard" w:eastAsia="Pretendard" w:hAnsi="Pretendard" w:cs="Pretendard"/>
                <w:color w:val="1D0024"/>
                <w:sz w:val="19"/>
              </w:rPr>
              <w:t>의료법</w:t>
            </w:r>
            <w:r>
              <w:rPr>
                <w:rFonts w:ascii="Pretendard" w:eastAsia="Pretendard" w:hAnsi="Pretendard" w:cs="Pretendard"/>
                <w:color w:val="1D0024"/>
                <w:sz w:val="19"/>
              </w:rPr>
              <w:t xml:space="preserve"> 27</w:t>
            </w:r>
            <w:r>
              <w:rPr>
                <w:rFonts w:ascii="Pretendard" w:eastAsia="Pretendard" w:hAnsi="Pretendard" w:cs="Pretendard"/>
                <w:color w:val="1D0024"/>
                <w:sz w:val="19"/>
              </w:rPr>
              <w:t>조</w:t>
            </w:r>
            <w:r>
              <w:rPr>
                <w:rFonts w:ascii="Pretendard" w:eastAsia="Pretendard" w:hAnsi="Pretendard" w:cs="Pretendard"/>
                <w:color w:val="1D0024"/>
                <w:sz w:val="19"/>
              </w:rPr>
              <w:t xml:space="preserve"> 3</w:t>
            </w:r>
            <w:r>
              <w:rPr>
                <w:rFonts w:ascii="Pretendard" w:eastAsia="Pretendard" w:hAnsi="Pretendard" w:cs="Pretendard"/>
                <w:color w:val="1D0024"/>
                <w:sz w:val="19"/>
              </w:rPr>
              <w:t>항</w:t>
            </w:r>
            <w:r>
              <w:rPr>
                <w:rFonts w:ascii="Pretendard" w:eastAsia="Pretendard" w:hAnsi="Pretendard" w:cs="Pretendard"/>
                <w:color w:val="1D0024"/>
                <w:sz w:val="19"/>
              </w:rPr>
              <w:t xml:space="preserve"> </w:t>
            </w:r>
            <w:r>
              <w:rPr>
                <w:rFonts w:ascii="Pretendard" w:eastAsia="Pretendard" w:hAnsi="Pretendard" w:cs="Pretendard"/>
                <w:color w:val="1D0024"/>
                <w:sz w:val="19"/>
              </w:rPr>
              <w:t>위반</w:t>
            </w:r>
            <w:r>
              <w:rPr>
                <w:rFonts w:ascii="Pretendard" w:eastAsia="Pretendard" w:hAnsi="Pretendard" w:cs="Pretendard"/>
                <w:color w:val="1D0024"/>
                <w:sz w:val="19"/>
              </w:rPr>
              <w:t xml:space="preserve"> 1</w:t>
            </w:r>
            <w:r>
              <w:rPr>
                <w:rFonts w:ascii="Pretendard" w:eastAsia="Pretendard" w:hAnsi="Pretendard" w:cs="Pretendard"/>
                <w:color w:val="1D0024"/>
                <w:sz w:val="19"/>
              </w:rPr>
              <w:t>심</w:t>
            </w:r>
            <w:r>
              <w:rPr>
                <w:rFonts w:ascii="Pretendard" w:eastAsia="Pretendard" w:hAnsi="Pretendard" w:cs="Pretendard"/>
                <w:color w:val="1D0024"/>
                <w:sz w:val="19"/>
              </w:rPr>
              <w:t>(2022-01)·2</w:t>
            </w:r>
            <w:r>
              <w:rPr>
                <w:rFonts w:ascii="Pretendard" w:eastAsia="Pretendard" w:hAnsi="Pretendard" w:cs="Pretendard"/>
                <w:color w:val="1D0024"/>
                <w:sz w:val="19"/>
              </w:rPr>
              <w:t>심</w:t>
            </w:r>
            <w:r>
              <w:rPr>
                <w:rFonts w:ascii="Pretendard" w:eastAsia="Pretendard" w:hAnsi="Pretendard" w:cs="Pretendard"/>
                <w:color w:val="1D0024"/>
                <w:sz w:val="19"/>
              </w:rPr>
              <w:t xml:space="preserve">(2023-07) </w:t>
            </w:r>
            <w:r>
              <w:rPr>
                <w:rFonts w:ascii="Pretendard" w:eastAsia="Pretendard" w:hAnsi="Pretendard" w:cs="Pretendard"/>
                <w:color w:val="1D0024"/>
                <w:sz w:val="19"/>
              </w:rPr>
              <w:t>징역</w:t>
            </w:r>
            <w:r>
              <w:rPr>
                <w:rFonts w:ascii="Pretendard" w:eastAsia="Pretendard" w:hAnsi="Pretendard" w:cs="Pretendard"/>
                <w:color w:val="1D0024"/>
                <w:sz w:val="19"/>
              </w:rPr>
              <w:t xml:space="preserve"> 8</w:t>
            </w:r>
            <w:r>
              <w:rPr>
                <w:rFonts w:ascii="Pretendard" w:eastAsia="Pretendard" w:hAnsi="Pretendard" w:cs="Pretendard"/>
                <w:color w:val="1D0024"/>
                <w:sz w:val="19"/>
              </w:rPr>
              <w:t>월</w:t>
            </w:r>
            <w:r>
              <w:rPr>
                <w:rFonts w:ascii="Pretendard" w:eastAsia="Pretendard" w:hAnsi="Pretendard" w:cs="Pretendard"/>
                <w:color w:val="1D0024"/>
                <w:sz w:val="19"/>
              </w:rPr>
              <w:t>·</w:t>
            </w:r>
            <w:r>
              <w:rPr>
                <w:rFonts w:ascii="Pretendard" w:eastAsia="Pretendard" w:hAnsi="Pretendard" w:cs="Pretendard"/>
                <w:color w:val="1D0024"/>
                <w:sz w:val="19"/>
              </w:rPr>
              <w:t>집행유예</w:t>
            </w:r>
            <w:r>
              <w:rPr>
                <w:rFonts w:ascii="Pretendard" w:eastAsia="Pretendard" w:hAnsi="Pretendard" w:cs="Pretendard"/>
                <w:color w:val="1D0024"/>
                <w:sz w:val="19"/>
              </w:rPr>
              <w:t xml:space="preserve"> 2</w:t>
            </w:r>
            <w:r>
              <w:rPr>
                <w:rFonts w:ascii="Pretendard" w:eastAsia="Pretendard" w:hAnsi="Pretendard" w:cs="Pretendard"/>
                <w:color w:val="1D0024"/>
                <w:sz w:val="19"/>
              </w:rPr>
              <w:t>년</w:t>
            </w:r>
            <w:r>
              <w:rPr>
                <w:rFonts w:ascii="Pretendard" w:eastAsia="Pretendard" w:hAnsi="Pretendard" w:cs="Pretendard"/>
                <w:color w:val="1D0024"/>
                <w:sz w:val="19"/>
              </w:rPr>
              <w:t xml:space="preserve">. </w:t>
            </w:r>
            <w:r>
              <w:rPr>
                <w:rFonts w:ascii="Pretendard" w:eastAsia="Pretendard" w:hAnsi="Pretendard" w:cs="Pretendard"/>
                <w:color w:val="1D0024"/>
                <w:sz w:val="19"/>
              </w:rPr>
              <w:t>이후</w:t>
            </w:r>
            <w:r>
              <w:rPr>
                <w:rFonts w:ascii="Pretendard" w:eastAsia="Pretendard" w:hAnsi="Pretendard" w:cs="Pretendard"/>
                <w:color w:val="1D0024"/>
                <w:sz w:val="19"/>
              </w:rPr>
              <w:t xml:space="preserve"> </w:t>
            </w:r>
            <w:r>
              <w:rPr>
                <w:rFonts w:ascii="Pretendard" w:eastAsia="Pretendard" w:hAnsi="Pretendard" w:cs="Pretendard"/>
                <w:color w:val="1D0024"/>
                <w:sz w:val="19"/>
              </w:rPr>
              <w:t>광고형</w:t>
            </w:r>
            <w:r>
              <w:rPr>
                <w:rFonts w:ascii="Pretendard" w:eastAsia="Pretendard" w:hAnsi="Pretendard" w:cs="Pretendard"/>
                <w:color w:val="1D0024"/>
                <w:sz w:val="19"/>
              </w:rPr>
              <w:t xml:space="preserve"> </w:t>
            </w:r>
            <w:r>
              <w:rPr>
                <w:rFonts w:ascii="Pretendard" w:eastAsia="Pretendard" w:hAnsi="Pretendard" w:cs="Pretendard"/>
                <w:color w:val="1D0024"/>
                <w:sz w:val="19"/>
              </w:rPr>
              <w:t>전환</w:t>
            </w:r>
            <w:r>
              <w:rPr>
                <w:rFonts w:ascii="Pretendard" w:eastAsia="Pretendard" w:hAnsi="Pretendard" w:cs="Pretendard"/>
                <w:color w:val="1D0024"/>
                <w:sz w:val="19"/>
              </w:rPr>
              <w:t xml:space="preserve">. 2026-09-04~05 </w:t>
            </w:r>
            <w:r>
              <w:rPr>
                <w:rFonts w:ascii="Pretendard" w:eastAsia="Pretendard" w:hAnsi="Pretendard" w:cs="Pretendard"/>
                <w:color w:val="1D0024"/>
                <w:sz w:val="19"/>
              </w:rPr>
              <w:t>민감정보</w:t>
            </w:r>
            <w:r>
              <w:rPr>
                <w:rFonts w:ascii="Pretendard" w:eastAsia="Pretendard" w:hAnsi="Pretendard" w:cs="Pretendard"/>
                <w:color w:val="1D0024"/>
                <w:sz w:val="19"/>
              </w:rPr>
              <w:t xml:space="preserve"> 219,665</w:t>
            </w:r>
            <w:r>
              <w:rPr>
                <w:rFonts w:ascii="Pretendard" w:eastAsia="Pretendard" w:hAnsi="Pretendard" w:cs="Pretendard"/>
                <w:color w:val="1D0024"/>
                <w:sz w:val="19"/>
              </w:rPr>
              <w:t>명</w:t>
            </w:r>
            <w:r>
              <w:rPr>
                <w:rFonts w:ascii="Pretendard" w:eastAsia="Pretendard" w:hAnsi="Pretendard" w:cs="Pretendard"/>
                <w:color w:val="1D0024"/>
                <w:sz w:val="19"/>
              </w:rPr>
              <w:t xml:space="preserve"> </w:t>
            </w:r>
            <w:r>
              <w:rPr>
                <w:rFonts w:ascii="Pretendard" w:eastAsia="Pretendard" w:hAnsi="Pretendard" w:cs="Pretendard"/>
                <w:color w:val="1D0024"/>
                <w:sz w:val="19"/>
              </w:rPr>
              <w:t>유출</w:t>
            </w:r>
            <w:r>
              <w:rPr>
                <w:rFonts w:ascii="Pretendard" w:eastAsia="Pretendard" w:hAnsi="Pretendard" w:cs="Pretendard"/>
                <w:color w:val="1D0024"/>
                <w:sz w:val="19"/>
              </w:rPr>
              <w:t>(</w:t>
            </w:r>
            <w:r>
              <w:rPr>
                <w:rFonts w:ascii="Pretendard" w:eastAsia="Pretendard" w:hAnsi="Pretendard" w:cs="Pretendard"/>
                <w:color w:val="1D0024"/>
                <w:sz w:val="19"/>
              </w:rPr>
              <w:t>해외</w:t>
            </w:r>
            <w:r>
              <w:rPr>
                <w:rFonts w:ascii="Pretendard" w:eastAsia="Pretendard" w:hAnsi="Pretendard" w:cs="Pretendard"/>
                <w:color w:val="1D0024"/>
                <w:sz w:val="19"/>
              </w:rPr>
              <w:t xml:space="preserve"> </w:t>
            </w:r>
            <w:r>
              <w:rPr>
                <w:rFonts w:ascii="Pretendard" w:eastAsia="Pretendard" w:hAnsi="Pretendard" w:cs="Pretendard"/>
                <w:color w:val="1D0024"/>
                <w:sz w:val="19"/>
              </w:rPr>
              <w:t>약</w:t>
            </w:r>
            <w:r>
              <w:rPr>
                <w:rFonts w:ascii="Pretendard" w:eastAsia="Pretendard" w:hAnsi="Pretendard" w:cs="Pretendard"/>
                <w:color w:val="1D0024"/>
                <w:sz w:val="19"/>
              </w:rPr>
              <w:t xml:space="preserve"> 6</w:t>
            </w:r>
            <w:r>
              <w:rPr>
                <w:rFonts w:ascii="Pretendard" w:eastAsia="Pretendard" w:hAnsi="Pretendard" w:cs="Pretendard"/>
                <w:color w:val="1D0024"/>
                <w:sz w:val="19"/>
              </w:rPr>
              <w:t>만</w:t>
            </w:r>
            <w:r>
              <w:rPr>
                <w:rFonts w:ascii="Pretendard" w:eastAsia="Pretendard" w:hAnsi="Pretendard" w:cs="Pretendard"/>
                <w:color w:val="1D0024"/>
                <w:sz w:val="19"/>
              </w:rPr>
              <w:t xml:space="preserve"> </w:t>
            </w:r>
            <w:r>
              <w:rPr>
                <w:rFonts w:ascii="Pretendard" w:eastAsia="Pretendard" w:hAnsi="Pretendard" w:cs="Pretendard"/>
                <w:color w:val="1D0024"/>
                <w:sz w:val="19"/>
              </w:rPr>
              <w:t>명</w:t>
            </w:r>
            <w:r>
              <w:rPr>
                <w:rFonts w:ascii="Pretendard" w:eastAsia="Pretendard" w:hAnsi="Pretendard" w:cs="Pretendard"/>
                <w:color w:val="1D0024"/>
                <w:sz w:val="19"/>
              </w:rPr>
              <w:t>)</w:t>
            </w:r>
          </w:p>
        </w:tc>
      </w:tr>
      <w:tr w:rsidR="004B1372" w14:paraId="7C0F6093" w14:textId="77777777">
        <w:trPr>
          <w:jc w:val="center"/>
        </w:trPr>
        <w:tc>
          <w:tcPr>
            <w:tcW w:w="1928" w:type="dxa"/>
          </w:tcPr>
          <w:p w14:paraId="10312CD7" w14:textId="77777777" w:rsidR="004B1372" w:rsidRDefault="00BB0BE3">
            <w:r>
              <w:rPr>
                <w:rFonts w:ascii="Pretendard" w:eastAsia="Pretendard" w:hAnsi="Pretendard" w:cs="Pretendard"/>
                <w:b/>
                <w:color w:val="1D0024"/>
                <w:sz w:val="19"/>
              </w:rPr>
              <w:t>AI·</w:t>
            </w:r>
            <w:r>
              <w:rPr>
                <w:rFonts w:ascii="Pretendard" w:eastAsia="Pretendard" w:hAnsi="Pretendard" w:cs="Pretendard"/>
                <w:b/>
                <w:color w:val="1D0024"/>
                <w:sz w:val="19"/>
              </w:rPr>
              <w:t>오픈웹</w:t>
            </w:r>
          </w:p>
        </w:tc>
        <w:tc>
          <w:tcPr>
            <w:tcW w:w="7710" w:type="dxa"/>
          </w:tcPr>
          <w:p w14:paraId="4991DE71" w14:textId="77777777" w:rsidR="004B1372" w:rsidRDefault="00BB0BE3">
            <w:r>
              <w:rPr>
                <w:rFonts w:ascii="Pretendard" w:eastAsia="Pretendard" w:hAnsi="Pretendard" w:cs="Pretendard"/>
                <w:color w:val="1D0024"/>
                <w:sz w:val="19"/>
              </w:rPr>
              <w:t xml:space="preserve">AI </w:t>
            </w:r>
            <w:r>
              <w:rPr>
                <w:rFonts w:ascii="Pretendard" w:eastAsia="Pretendard" w:hAnsi="Pretendard" w:cs="Pretendard"/>
                <w:color w:val="1D0024"/>
                <w:sz w:val="19"/>
              </w:rPr>
              <w:t>검색봇</w:t>
            </w:r>
            <w:r>
              <w:rPr>
                <w:rFonts w:ascii="Pretendard" w:eastAsia="Pretendard" w:hAnsi="Pretendard" w:cs="Pretendard"/>
                <w:color w:val="1D0024"/>
                <w:sz w:val="19"/>
              </w:rPr>
              <w:t xml:space="preserve">(OAI-SearchBot·PerplexityBot·Claude-SearchBot) </w:t>
            </w:r>
            <w:r>
              <w:rPr>
                <w:rFonts w:ascii="Pretendard" w:eastAsia="Pretendard" w:hAnsi="Pretendard" w:cs="Pretendard"/>
                <w:color w:val="1D0024"/>
                <w:sz w:val="19"/>
              </w:rPr>
              <w:t>허용</w:t>
            </w:r>
            <w:r>
              <w:rPr>
                <w:rFonts w:ascii="Pretendard" w:eastAsia="Pretendard" w:hAnsi="Pretendard" w:cs="Pretendard"/>
                <w:color w:val="1D0024"/>
                <w:sz w:val="19"/>
              </w:rPr>
              <w:t xml:space="preserve">, </w:t>
            </w:r>
            <w:r>
              <w:rPr>
                <w:rFonts w:ascii="Pretendard" w:eastAsia="Pretendard" w:hAnsi="Pretendard" w:cs="Pretendard"/>
                <w:color w:val="1D0024"/>
                <w:sz w:val="19"/>
              </w:rPr>
              <w:t>후기</w:t>
            </w:r>
            <w:r>
              <w:rPr>
                <w:rFonts w:ascii="Pretendard" w:eastAsia="Pretendard" w:hAnsi="Pretendard" w:cs="Pretendard"/>
                <w:color w:val="1D0024"/>
                <w:sz w:val="19"/>
              </w:rPr>
              <w:t xml:space="preserve">(/reviews) </w:t>
            </w:r>
            <w:r>
              <w:rPr>
                <w:rFonts w:ascii="Pretendard" w:eastAsia="Pretendard" w:hAnsi="Pretendard" w:cs="Pretendard"/>
                <w:color w:val="1D0024"/>
                <w:sz w:val="19"/>
              </w:rPr>
              <w:t>차단</w:t>
            </w:r>
            <w:r>
              <w:rPr>
                <w:rFonts w:ascii="Pretendard" w:eastAsia="Pretendard" w:hAnsi="Pretendard" w:cs="Pretendard"/>
                <w:color w:val="1D0024"/>
                <w:sz w:val="19"/>
              </w:rPr>
              <w:t xml:space="preserve">, </w:t>
            </w:r>
            <w:r>
              <w:rPr>
                <w:rFonts w:ascii="Pretendard" w:eastAsia="Pretendard" w:hAnsi="Pretendard" w:cs="Pretendard"/>
                <w:color w:val="1D0024"/>
                <w:sz w:val="19"/>
              </w:rPr>
              <w:t>학습</w:t>
            </w:r>
            <w:r>
              <w:rPr>
                <w:rFonts w:ascii="Pretendard" w:eastAsia="Pretendard" w:hAnsi="Pretendard" w:cs="Pretendard"/>
                <w:color w:val="1D0024"/>
                <w:sz w:val="19"/>
              </w:rPr>
              <w:t xml:space="preserve"> </w:t>
            </w:r>
            <w:r>
              <w:rPr>
                <w:rFonts w:ascii="Pretendard" w:eastAsia="Pretendard" w:hAnsi="Pretendard" w:cs="Pretendard"/>
                <w:color w:val="1D0024"/>
                <w:sz w:val="19"/>
              </w:rPr>
              <w:t>크롤러</w:t>
            </w:r>
            <w:r>
              <w:rPr>
                <w:rFonts w:ascii="Pretendard" w:eastAsia="Pretendard" w:hAnsi="Pretendard" w:cs="Pretendard"/>
                <w:color w:val="1D0024"/>
                <w:sz w:val="19"/>
              </w:rPr>
              <w:t xml:space="preserve"> </w:t>
            </w:r>
            <w:r>
              <w:rPr>
                <w:rFonts w:ascii="Pretendard" w:eastAsia="Pretendard" w:hAnsi="Pretendard" w:cs="Pretendard"/>
                <w:color w:val="1D0024"/>
                <w:sz w:val="19"/>
              </w:rPr>
              <w:t>차단</w:t>
            </w:r>
            <w:r>
              <w:rPr>
                <w:rFonts w:ascii="Pretendard" w:eastAsia="Pretendard" w:hAnsi="Pretendard" w:cs="Pretendard"/>
                <w:color w:val="1D0024"/>
                <w:sz w:val="19"/>
              </w:rPr>
              <w:t>. hreflang 6</w:t>
            </w:r>
            <w:r>
              <w:rPr>
                <w:rFonts w:ascii="Pretendard" w:eastAsia="Pretendard" w:hAnsi="Pretendard" w:cs="Pretendard"/>
                <w:color w:val="1D0024"/>
                <w:sz w:val="19"/>
              </w:rPr>
              <w:t>개</w:t>
            </w:r>
            <w:r>
              <w:rPr>
                <w:rFonts w:ascii="Pretendard" w:eastAsia="Pretendard" w:hAnsi="Pretendard" w:cs="Pretendard"/>
                <w:color w:val="1D0024"/>
                <w:sz w:val="19"/>
              </w:rPr>
              <w:t xml:space="preserve"> </w:t>
            </w:r>
            <w:r>
              <w:rPr>
                <w:rFonts w:ascii="Pretendard" w:eastAsia="Pretendard" w:hAnsi="Pretendard" w:cs="Pretendard"/>
                <w:color w:val="1D0024"/>
                <w:sz w:val="19"/>
              </w:rPr>
              <w:t>언어</w:t>
            </w:r>
            <w:r>
              <w:rPr>
                <w:rFonts w:ascii="Pretendard" w:eastAsia="Pretendard" w:hAnsi="Pretendard" w:cs="Pretendard"/>
                <w:color w:val="1D0024"/>
                <w:sz w:val="19"/>
              </w:rPr>
              <w:t xml:space="preserve">. </w:t>
            </w:r>
            <w:r>
              <w:rPr>
                <w:rFonts w:ascii="Pretendard" w:eastAsia="Pretendard" w:hAnsi="Pretendard" w:cs="Pretendard"/>
                <w:color w:val="1D0024"/>
                <w:sz w:val="19"/>
              </w:rPr>
              <w:t>영문</w:t>
            </w:r>
            <w:r>
              <w:rPr>
                <w:rFonts w:ascii="Pretendard" w:eastAsia="Pretendard" w:hAnsi="Pretendard" w:cs="Pretendard"/>
                <w:color w:val="1D0024"/>
                <w:sz w:val="19"/>
              </w:rPr>
              <w:t xml:space="preserve"> unni.app/us, US </w:t>
            </w:r>
            <w:r>
              <w:rPr>
                <w:rFonts w:ascii="Pretendard" w:eastAsia="Pretendard" w:hAnsi="Pretendard" w:cs="Pretendard"/>
                <w:color w:val="1D0024"/>
                <w:sz w:val="19"/>
              </w:rPr>
              <w:t>병원</w:t>
            </w:r>
            <w:r>
              <w:rPr>
                <w:rFonts w:ascii="Pretendard" w:eastAsia="Pretendard" w:hAnsi="Pretendard" w:cs="Pretendard"/>
                <w:color w:val="1D0024"/>
                <w:sz w:val="19"/>
              </w:rPr>
              <w:t xml:space="preserve"> </w:t>
            </w:r>
            <w:r>
              <w:rPr>
                <w:rFonts w:ascii="Pretendard" w:eastAsia="Pretendard" w:hAnsi="Pretendard" w:cs="Pretendard"/>
                <w:color w:val="1D0024"/>
                <w:sz w:val="19"/>
              </w:rPr>
              <w:t>사이트맵</w:t>
            </w:r>
            <w:r>
              <w:rPr>
                <w:rFonts w:ascii="Pretendard" w:eastAsia="Pretendard" w:hAnsi="Pretendard" w:cs="Pretendard"/>
                <w:color w:val="1D0024"/>
                <w:sz w:val="19"/>
              </w:rPr>
              <w:t xml:space="preserve"> 20</w:t>
            </w:r>
            <w:r>
              <w:rPr>
                <w:rFonts w:ascii="Pretendard" w:eastAsia="Pretendard" w:hAnsi="Pretendard" w:cs="Pretendard"/>
                <w:color w:val="1D0024"/>
                <w:sz w:val="19"/>
              </w:rPr>
              <w:t>건</w:t>
            </w:r>
            <w:r>
              <w:rPr>
                <w:rFonts w:ascii="Pretendard" w:eastAsia="Pretendard" w:hAnsi="Pretendard" w:cs="Pretendard"/>
                <w:color w:val="1D0024"/>
                <w:sz w:val="19"/>
              </w:rPr>
              <w:t xml:space="preserve">. llms.txt </w:t>
            </w:r>
            <w:r>
              <w:rPr>
                <w:rFonts w:ascii="Pretendard" w:eastAsia="Pretendard" w:hAnsi="Pretendard" w:cs="Pretendard"/>
                <w:color w:val="1D0024"/>
                <w:sz w:val="19"/>
              </w:rPr>
              <w:t>없음</w:t>
            </w:r>
          </w:p>
        </w:tc>
      </w:tr>
    </w:tbl>
    <w:p w14:paraId="74F8EB33" w14:textId="77777777" w:rsidR="004B1372" w:rsidRDefault="004B1372">
      <w:pPr>
        <w:spacing w:after="40"/>
      </w:pPr>
    </w:p>
    <w:p w14:paraId="0C63F0DA" w14:textId="77777777" w:rsidR="004B1372" w:rsidRDefault="00BB0BE3">
      <w:pPr>
        <w:spacing w:line="324" w:lineRule="auto"/>
      </w:pPr>
      <w:r>
        <w:rPr>
          <w:rFonts w:ascii="Pretendard" w:eastAsia="Pretendard" w:hAnsi="Pretendard" w:cs="Pretendard"/>
          <w:b/>
          <w:color w:val="1D0024"/>
          <w:sz w:val="21"/>
        </w:rPr>
        <w:t>허브</w:t>
      </w:r>
      <w:r>
        <w:rPr>
          <w:rFonts w:ascii="Pretendard" w:eastAsia="Pretendard" w:hAnsi="Pretendard" w:cs="Pretendard"/>
          <w:b/>
          <w:color w:val="1D0024"/>
          <w:sz w:val="21"/>
        </w:rPr>
        <w:t xml:space="preserve"> </w:t>
      </w:r>
      <w:r>
        <w:rPr>
          <w:rFonts w:ascii="Pretendard" w:eastAsia="Pretendard" w:hAnsi="Pretendard" w:cs="Pretendard"/>
          <w:b/>
          <w:color w:val="1D0024"/>
          <w:sz w:val="21"/>
        </w:rPr>
        <w:t>관점</w:t>
      </w:r>
      <w:r>
        <w:rPr>
          <w:rFonts w:ascii="Pretendard" w:eastAsia="Pretendard" w:hAnsi="Pretendard" w:cs="Pretendard"/>
          <w:b/>
          <w:color w:val="1D0024"/>
          <w:sz w:val="21"/>
        </w:rPr>
        <w:t xml:space="preserve">: </w:t>
      </w:r>
      <w:r>
        <w:rPr>
          <w:rFonts w:ascii="Pretendard" w:eastAsia="Pretendard" w:hAnsi="Pretendard" w:cs="Pretendard"/>
          <w:color w:val="1D0024"/>
          <w:sz w:val="21"/>
        </w:rPr>
        <w:t>외국인</w:t>
      </w:r>
      <w:r>
        <w:rPr>
          <w:rFonts w:ascii="Pretendard" w:eastAsia="Pretendard" w:hAnsi="Pretendard" w:cs="Pretendard"/>
          <w:color w:val="1D0024"/>
          <w:sz w:val="21"/>
        </w:rPr>
        <w:t xml:space="preserve"> </w:t>
      </w:r>
      <w:r>
        <w:rPr>
          <w:rFonts w:ascii="Pretendard" w:eastAsia="Pretendard" w:hAnsi="Pretendard" w:cs="Pretendard"/>
          <w:color w:val="1D0024"/>
          <w:sz w:val="21"/>
        </w:rPr>
        <w:t>수요와</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공급을</w:t>
      </w:r>
      <w:r>
        <w:rPr>
          <w:rFonts w:ascii="Pretendard" w:eastAsia="Pretendard" w:hAnsi="Pretendard" w:cs="Pretendard"/>
          <w:color w:val="1D0024"/>
          <w:sz w:val="21"/>
        </w:rPr>
        <w:t xml:space="preserve"> </w:t>
      </w:r>
      <w:r>
        <w:rPr>
          <w:rFonts w:ascii="Pretendard" w:eastAsia="Pretendard" w:hAnsi="Pretendard" w:cs="Pretendard"/>
          <w:color w:val="1D0024"/>
          <w:sz w:val="21"/>
        </w:rPr>
        <w:t>이미</w:t>
      </w:r>
      <w:r>
        <w:rPr>
          <w:rFonts w:ascii="Pretendard" w:eastAsia="Pretendard" w:hAnsi="Pretendard" w:cs="Pretendard"/>
          <w:color w:val="1D0024"/>
          <w:sz w:val="21"/>
        </w:rPr>
        <w:t xml:space="preserve"> </w:t>
      </w:r>
      <w:r>
        <w:rPr>
          <w:rFonts w:ascii="Pretendard" w:eastAsia="Pretendard" w:hAnsi="Pretendard" w:cs="Pretendard"/>
          <w:color w:val="1D0024"/>
          <w:sz w:val="21"/>
        </w:rPr>
        <w:t>확보한</w:t>
      </w:r>
      <w:r>
        <w:rPr>
          <w:rFonts w:ascii="Pretendard" w:eastAsia="Pretendard" w:hAnsi="Pretendard" w:cs="Pretendard"/>
          <w:color w:val="1D0024"/>
          <w:sz w:val="21"/>
        </w:rPr>
        <w:t xml:space="preserve"> </w:t>
      </w:r>
      <w:r>
        <w:rPr>
          <w:rFonts w:ascii="Pretendard" w:eastAsia="Pretendard" w:hAnsi="Pretendard" w:cs="Pretendard"/>
          <w:color w:val="1D0024"/>
          <w:sz w:val="21"/>
        </w:rPr>
        <w:t>선두</w:t>
      </w:r>
      <w:r>
        <w:rPr>
          <w:rFonts w:ascii="Pretendard" w:eastAsia="Pretendard" w:hAnsi="Pretendard" w:cs="Pretendard"/>
          <w:color w:val="1D0024"/>
          <w:sz w:val="21"/>
        </w:rPr>
        <w:t xml:space="preserve"> </w:t>
      </w:r>
      <w:r>
        <w:rPr>
          <w:rFonts w:ascii="Pretendard" w:eastAsia="Pretendard" w:hAnsi="Pretendard" w:cs="Pretendard"/>
          <w:color w:val="1D0024"/>
          <w:sz w:val="21"/>
        </w:rPr>
        <w:t>사업자입니다</w:t>
      </w:r>
      <w:r>
        <w:rPr>
          <w:rFonts w:ascii="Pretendard" w:eastAsia="Pretendard" w:hAnsi="Pretendard" w:cs="Pretendard"/>
          <w:color w:val="1D0024"/>
          <w:sz w:val="21"/>
        </w:rPr>
        <w:t xml:space="preserve">. </w:t>
      </w:r>
      <w:r>
        <w:rPr>
          <w:rFonts w:ascii="Pretendard" w:eastAsia="Pretendard" w:hAnsi="Pretendard" w:cs="Pretendard"/>
          <w:color w:val="1D0024"/>
          <w:sz w:val="21"/>
        </w:rPr>
        <w:t>허브가</w:t>
      </w:r>
      <w:r>
        <w:rPr>
          <w:rFonts w:ascii="Pretendard" w:eastAsia="Pretendard" w:hAnsi="Pretendard" w:cs="Pretendard"/>
          <w:color w:val="1D0024"/>
          <w:sz w:val="21"/>
        </w:rPr>
        <w:t xml:space="preserve"> </w:t>
      </w:r>
      <w:r>
        <w:rPr>
          <w:rFonts w:ascii="Pretendard" w:eastAsia="Pretendard" w:hAnsi="Pretendard" w:cs="Pretendard"/>
          <w:color w:val="1D0024"/>
          <w:sz w:val="21"/>
        </w:rPr>
        <w:t>정보</w:t>
      </w:r>
      <w:r>
        <w:rPr>
          <w:rFonts w:ascii="Pretendard" w:eastAsia="Pretendard" w:hAnsi="Pretendard" w:cs="Pretendard"/>
          <w:color w:val="1D0024"/>
          <w:sz w:val="21"/>
        </w:rPr>
        <w:t xml:space="preserve"> </w:t>
      </w:r>
      <w:r>
        <w:rPr>
          <w:rFonts w:ascii="Pretendard" w:eastAsia="Pretendard" w:hAnsi="Pretendard" w:cs="Pretendard"/>
          <w:color w:val="1D0024"/>
          <w:sz w:val="21"/>
        </w:rPr>
        <w:t>허브로</w:t>
      </w:r>
      <w:r>
        <w:rPr>
          <w:rFonts w:ascii="Pretendard" w:eastAsia="Pretendard" w:hAnsi="Pretendard" w:cs="Pretendard"/>
          <w:color w:val="1D0024"/>
          <w:sz w:val="21"/>
        </w:rPr>
        <w:t xml:space="preserve"> </w:t>
      </w:r>
      <w:r>
        <w:rPr>
          <w:rFonts w:ascii="Pretendard" w:eastAsia="Pretendard" w:hAnsi="Pretendard" w:cs="Pretendard"/>
          <w:color w:val="1D0024"/>
          <w:sz w:val="21"/>
        </w:rPr>
        <w:t>경쟁하면</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수</w:t>
      </w:r>
      <w:r>
        <w:rPr>
          <w:rFonts w:ascii="Pretendard" w:eastAsia="Pretendard" w:hAnsi="Pretendard" w:cs="Pretendard"/>
          <w:color w:val="1D0024"/>
          <w:sz w:val="21"/>
        </w:rPr>
        <w:t>·</w:t>
      </w:r>
      <w:r>
        <w:rPr>
          <w:rFonts w:ascii="Pretendard" w:eastAsia="Pretendard" w:hAnsi="Pretendard" w:cs="Pretendard"/>
          <w:color w:val="1D0024"/>
          <w:sz w:val="21"/>
        </w:rPr>
        <w:t>후기</w:t>
      </w:r>
      <w:r>
        <w:rPr>
          <w:rFonts w:ascii="Pretendard" w:eastAsia="Pretendard" w:hAnsi="Pretendard" w:cs="Pretendard"/>
          <w:color w:val="1D0024"/>
          <w:sz w:val="21"/>
        </w:rPr>
        <w:t>·</w:t>
      </w:r>
      <w:r>
        <w:rPr>
          <w:rFonts w:ascii="Pretendard" w:eastAsia="Pretendard" w:hAnsi="Pretendard" w:cs="Pretendard"/>
          <w:color w:val="1D0024"/>
          <w:sz w:val="21"/>
        </w:rPr>
        <w:t>통역에서</w:t>
      </w:r>
      <w:r>
        <w:rPr>
          <w:rFonts w:ascii="Pretendard" w:eastAsia="Pretendard" w:hAnsi="Pretendard" w:cs="Pretendard"/>
          <w:color w:val="1D0024"/>
          <w:sz w:val="21"/>
        </w:rPr>
        <w:t xml:space="preserve"> </w:t>
      </w:r>
      <w:r>
        <w:rPr>
          <w:rFonts w:ascii="Pretendard" w:eastAsia="Pretendard" w:hAnsi="Pretendard" w:cs="Pretendard"/>
          <w:color w:val="1D0024"/>
          <w:sz w:val="21"/>
        </w:rPr>
        <w:t>비교가</w:t>
      </w:r>
      <w:r>
        <w:rPr>
          <w:rFonts w:ascii="Pretendard" w:eastAsia="Pretendard" w:hAnsi="Pretendard" w:cs="Pretendard"/>
          <w:color w:val="1D0024"/>
          <w:sz w:val="21"/>
        </w:rPr>
        <w:t xml:space="preserve"> </w:t>
      </w:r>
      <w:r>
        <w:rPr>
          <w:rFonts w:ascii="Pretendard" w:eastAsia="Pretendard" w:hAnsi="Pretendard" w:cs="Pretendard"/>
          <w:color w:val="1D0024"/>
          <w:sz w:val="21"/>
        </w:rPr>
        <w:t>되지</w:t>
      </w:r>
      <w:r>
        <w:rPr>
          <w:rFonts w:ascii="Pretendard" w:eastAsia="Pretendard" w:hAnsi="Pretendard" w:cs="Pretendard"/>
          <w:color w:val="1D0024"/>
          <w:sz w:val="21"/>
        </w:rPr>
        <w:t xml:space="preserve"> </w:t>
      </w:r>
      <w:r>
        <w:rPr>
          <w:rFonts w:ascii="Pretendard" w:eastAsia="Pretendard" w:hAnsi="Pretendard" w:cs="Pretendard"/>
          <w:color w:val="1D0024"/>
          <w:sz w:val="21"/>
        </w:rPr>
        <w:t>않습니다</w:t>
      </w:r>
      <w:r>
        <w:rPr>
          <w:rFonts w:ascii="Pretendard" w:eastAsia="Pretendard" w:hAnsi="Pretendard" w:cs="Pretendard"/>
          <w:color w:val="1D0024"/>
          <w:sz w:val="21"/>
        </w:rPr>
        <w:t xml:space="preserve">. </w:t>
      </w:r>
      <w:r>
        <w:rPr>
          <w:rFonts w:ascii="Pretendard" w:eastAsia="Pretendard" w:hAnsi="Pretendard" w:cs="Pretendard"/>
          <w:color w:val="1D0024"/>
          <w:sz w:val="21"/>
        </w:rPr>
        <w:t>다만</w:t>
      </w:r>
      <w:r>
        <w:rPr>
          <w:rFonts w:ascii="Pretendard" w:eastAsia="Pretendard" w:hAnsi="Pretendard" w:cs="Pretendard"/>
          <w:color w:val="1D0024"/>
          <w:sz w:val="21"/>
        </w:rPr>
        <w:t xml:space="preserve"> </w:t>
      </w:r>
      <w:r>
        <w:rPr>
          <w:rFonts w:ascii="Pretendard" w:eastAsia="Pretendard" w:hAnsi="Pretendard" w:cs="Pretendard"/>
          <w:color w:val="1D0024"/>
          <w:sz w:val="21"/>
        </w:rPr>
        <w:t>영업이익이</w:t>
      </w:r>
      <w:r>
        <w:rPr>
          <w:rFonts w:ascii="Pretendard" w:eastAsia="Pretendard" w:hAnsi="Pretendard" w:cs="Pretendard"/>
          <w:color w:val="1D0024"/>
          <w:sz w:val="21"/>
        </w:rPr>
        <w:t xml:space="preserve"> </w:t>
      </w:r>
      <w:r>
        <w:rPr>
          <w:rFonts w:ascii="Pretendard" w:eastAsia="Pretendard" w:hAnsi="Pretendard" w:cs="Pretendard"/>
          <w:color w:val="1D0024"/>
          <w:sz w:val="21"/>
        </w:rPr>
        <w:t>줄고</w:t>
      </w:r>
      <w:r>
        <w:rPr>
          <w:rFonts w:ascii="Pretendard" w:eastAsia="Pretendard" w:hAnsi="Pretendard" w:cs="Pretendard"/>
          <w:color w:val="1D0024"/>
          <w:sz w:val="21"/>
        </w:rPr>
        <w:t xml:space="preserve"> </w:t>
      </w:r>
      <w:r>
        <w:rPr>
          <w:rFonts w:ascii="Pretendard" w:eastAsia="Pretendard" w:hAnsi="Pretendard" w:cs="Pretendard"/>
          <w:color w:val="1D0024"/>
          <w:sz w:val="21"/>
        </w:rPr>
        <w:t>개인정보</w:t>
      </w:r>
      <w:r>
        <w:rPr>
          <w:rFonts w:ascii="Pretendard" w:eastAsia="Pretendard" w:hAnsi="Pretendard" w:cs="Pretendard"/>
          <w:color w:val="1D0024"/>
          <w:sz w:val="21"/>
        </w:rPr>
        <w:t xml:space="preserve"> </w:t>
      </w:r>
      <w:r>
        <w:rPr>
          <w:rFonts w:ascii="Pretendard" w:eastAsia="Pretendard" w:hAnsi="Pretendard" w:cs="Pretendard"/>
          <w:color w:val="1D0024"/>
          <w:sz w:val="21"/>
        </w:rPr>
        <w:t>사고가</w:t>
      </w:r>
      <w:r>
        <w:rPr>
          <w:rFonts w:ascii="Pretendard" w:eastAsia="Pretendard" w:hAnsi="Pretendard" w:cs="Pretendard"/>
          <w:color w:val="1D0024"/>
          <w:sz w:val="21"/>
        </w:rPr>
        <w:t xml:space="preserve"> </w:t>
      </w:r>
      <w:r>
        <w:rPr>
          <w:rFonts w:ascii="Pretendard" w:eastAsia="Pretendard" w:hAnsi="Pretendard" w:cs="Pretendard"/>
          <w:color w:val="1D0024"/>
          <w:sz w:val="21"/>
        </w:rPr>
        <w:t>난</w:t>
      </w:r>
      <w:r>
        <w:rPr>
          <w:rFonts w:ascii="Pretendard" w:eastAsia="Pretendard" w:hAnsi="Pretendard" w:cs="Pretendard"/>
          <w:color w:val="1D0024"/>
          <w:sz w:val="21"/>
        </w:rPr>
        <w:t xml:space="preserve"> </w:t>
      </w:r>
      <w:r>
        <w:rPr>
          <w:rFonts w:ascii="Pretendard" w:eastAsia="Pretendard" w:hAnsi="Pretendard" w:cs="Pretendard"/>
          <w:color w:val="1D0024"/>
          <w:sz w:val="21"/>
        </w:rPr>
        <w:t>시점이라</w:t>
      </w:r>
      <w:r>
        <w:rPr>
          <w:rFonts w:ascii="Pretendard" w:eastAsia="Pretendard" w:hAnsi="Pretendard" w:cs="Pretendard"/>
          <w:color w:val="1D0024"/>
          <w:sz w:val="21"/>
        </w:rPr>
        <w:t xml:space="preserve"> </w:t>
      </w:r>
      <w:r>
        <w:rPr>
          <w:rFonts w:ascii="Pretendard" w:eastAsia="Pretendard" w:hAnsi="Pretendard" w:cs="Pretendard"/>
          <w:color w:val="1D0024"/>
          <w:sz w:val="21"/>
        </w:rPr>
        <w:t>병원들의</w:t>
      </w:r>
      <w:r>
        <w:rPr>
          <w:rFonts w:ascii="Pretendard" w:eastAsia="Pretendard" w:hAnsi="Pretendard" w:cs="Pretendard"/>
          <w:color w:val="1D0024"/>
          <w:sz w:val="21"/>
        </w:rPr>
        <w:t xml:space="preserve"> </w:t>
      </w:r>
      <w:r>
        <w:rPr>
          <w:rFonts w:ascii="Pretendard" w:eastAsia="Pretendard" w:hAnsi="Pretendard" w:cs="Pretendard"/>
          <w:color w:val="1D0024"/>
          <w:sz w:val="21"/>
        </w:rPr>
        <w:t>대안</w:t>
      </w:r>
      <w:r>
        <w:rPr>
          <w:rFonts w:ascii="Pretendard" w:eastAsia="Pretendard" w:hAnsi="Pretendard" w:cs="Pretendard"/>
          <w:color w:val="1D0024"/>
          <w:sz w:val="21"/>
        </w:rPr>
        <w:t xml:space="preserve"> </w:t>
      </w:r>
      <w:r>
        <w:rPr>
          <w:rFonts w:ascii="Pretendard" w:eastAsia="Pretendard" w:hAnsi="Pretendard" w:cs="Pretendard"/>
          <w:color w:val="1D0024"/>
          <w:sz w:val="21"/>
        </w:rPr>
        <w:t>채널</w:t>
      </w:r>
      <w:r>
        <w:rPr>
          <w:rFonts w:ascii="Pretendard" w:eastAsia="Pretendard" w:hAnsi="Pretendard" w:cs="Pretendard"/>
          <w:color w:val="1D0024"/>
          <w:sz w:val="21"/>
        </w:rPr>
        <w:t xml:space="preserve"> </w:t>
      </w:r>
      <w:r>
        <w:rPr>
          <w:rFonts w:ascii="Pretendard" w:eastAsia="Pretendard" w:hAnsi="Pretendard" w:cs="Pretendard"/>
          <w:color w:val="1D0024"/>
          <w:sz w:val="21"/>
        </w:rPr>
        <w:t>수요는</w:t>
      </w:r>
      <w:r>
        <w:rPr>
          <w:rFonts w:ascii="Pretendard" w:eastAsia="Pretendard" w:hAnsi="Pretendard" w:cs="Pretendard"/>
          <w:color w:val="1D0024"/>
          <w:sz w:val="21"/>
        </w:rPr>
        <w:t xml:space="preserve"> </w:t>
      </w:r>
      <w:r>
        <w:rPr>
          <w:rFonts w:ascii="Pretendard" w:eastAsia="Pretendard" w:hAnsi="Pretendard" w:cs="Pretendard"/>
          <w:color w:val="1D0024"/>
          <w:sz w:val="21"/>
        </w:rPr>
        <w:t>있을</w:t>
      </w:r>
      <w:r>
        <w:rPr>
          <w:rFonts w:ascii="Pretendard" w:eastAsia="Pretendard" w:hAnsi="Pretendard" w:cs="Pretendard"/>
          <w:color w:val="1D0024"/>
          <w:sz w:val="21"/>
        </w:rPr>
        <w:t xml:space="preserve"> </w:t>
      </w:r>
      <w:r>
        <w:rPr>
          <w:rFonts w:ascii="Pretendard" w:eastAsia="Pretendard" w:hAnsi="Pretendard" w:cs="Pretendard"/>
          <w:color w:val="1D0024"/>
          <w:sz w:val="21"/>
        </w:rPr>
        <w:t>수</w:t>
      </w:r>
      <w:r>
        <w:rPr>
          <w:rFonts w:ascii="Pretendard" w:eastAsia="Pretendard" w:hAnsi="Pretendard" w:cs="Pretendard"/>
          <w:color w:val="1D0024"/>
          <w:sz w:val="21"/>
        </w:rPr>
        <w:t xml:space="preserve"> </w:t>
      </w:r>
      <w:r>
        <w:rPr>
          <w:rFonts w:ascii="Pretendard" w:eastAsia="Pretendard" w:hAnsi="Pretendard" w:cs="Pretendard"/>
          <w:color w:val="1D0024"/>
          <w:sz w:val="21"/>
        </w:rPr>
        <w:t>있습니다</w:t>
      </w:r>
      <w:r>
        <w:rPr>
          <w:rFonts w:ascii="Pretendard" w:eastAsia="Pretendard" w:hAnsi="Pretendard" w:cs="Pretendard"/>
          <w:color w:val="1D0024"/>
          <w:sz w:val="21"/>
        </w:rPr>
        <w:t>.</w:t>
      </w:r>
    </w:p>
    <w:p w14:paraId="711B8F45" w14:textId="77777777" w:rsidR="004B1372" w:rsidRDefault="00BB0BE3">
      <w:pPr>
        <w:keepNext/>
        <w:spacing w:before="200" w:after="160"/>
      </w:pPr>
      <w:r>
        <w:rPr>
          <w:rFonts w:ascii="Pretendard" w:eastAsia="Pretendard" w:hAnsi="Pretendard" w:cs="Pretendard"/>
          <w:b/>
          <w:color w:val="4F1DA1"/>
          <w:sz w:val="26"/>
        </w:rPr>
        <w:t xml:space="preserve">② </w:t>
      </w:r>
      <w:r>
        <w:rPr>
          <w:rFonts w:ascii="Pretendard" w:eastAsia="Pretendard" w:hAnsi="Pretendard" w:cs="Pretendard"/>
          <w:b/>
          <w:color w:val="4F1DA1"/>
          <w:sz w:val="26"/>
        </w:rPr>
        <w:t>바비톡</w:t>
      </w:r>
      <w:r>
        <w:rPr>
          <w:rFonts w:ascii="Pretendard" w:eastAsia="Pretendard" w:hAnsi="Pretendard" w:cs="Pretendard"/>
          <w:b/>
          <w:color w:val="4F1DA1"/>
          <w:sz w:val="26"/>
        </w:rPr>
        <w:t xml:space="preserve"> (</w:t>
      </w:r>
      <w:r>
        <w:rPr>
          <w:rFonts w:ascii="Pretendard" w:eastAsia="Pretendard" w:hAnsi="Pretendard" w:cs="Pretendard"/>
          <w:b/>
          <w:color w:val="4F1DA1"/>
          <w:sz w:val="26"/>
        </w:rPr>
        <w:t>케어랩스</w:t>
      </w:r>
      <w:r>
        <w:rPr>
          <w:rFonts w:ascii="Pretendard" w:eastAsia="Pretendard" w:hAnsi="Pretendard" w:cs="Pretendard"/>
          <w:b/>
          <w:color w:val="4F1DA1"/>
          <w:sz w:val="26"/>
        </w:rPr>
        <w:t xml:space="preserve"> </w:t>
      </w:r>
      <w:r>
        <w:rPr>
          <w:rFonts w:ascii="Pretendard" w:eastAsia="Pretendard" w:hAnsi="Pretendard" w:cs="Pretendard"/>
          <w:b/>
          <w:color w:val="4F1DA1"/>
          <w:sz w:val="26"/>
        </w:rPr>
        <w:t>계열</w:t>
      </w:r>
      <w:r>
        <w:rPr>
          <w:rFonts w:ascii="Pretendard" w:eastAsia="Pretendard" w:hAnsi="Pretendard" w:cs="Pretendard"/>
          <w:b/>
          <w:color w:val="4F1DA1"/>
          <w:sz w:val="26"/>
        </w:rPr>
        <w:t>)</w:t>
      </w:r>
    </w:p>
    <w:tbl>
      <w:tblPr>
        <w:tblStyle w:val="af9"/>
        <w:tblW w:w="0" w:type="auto"/>
        <w:jc w:val="center"/>
        <w:tblLayout w:type="fixed"/>
        <w:tblLook w:val="04A0" w:firstRow="1" w:lastRow="0" w:firstColumn="1" w:lastColumn="0" w:noHBand="0" w:noVBand="1"/>
      </w:tblPr>
      <w:tblGrid>
        <w:gridCol w:w="1928"/>
        <w:gridCol w:w="7710"/>
      </w:tblGrid>
      <w:tr w:rsidR="004B1372" w14:paraId="5553E695" w14:textId="77777777">
        <w:trPr>
          <w:cantSplit/>
          <w:tblHeader/>
          <w:jc w:val="center"/>
        </w:trPr>
        <w:tc>
          <w:tcPr>
            <w:tcW w:w="1928" w:type="dxa"/>
            <w:shd w:val="clear" w:color="auto" w:fill="1D0024"/>
          </w:tcPr>
          <w:p w14:paraId="49542D1F" w14:textId="77777777" w:rsidR="004B1372" w:rsidRDefault="00BB0BE3">
            <w:r>
              <w:rPr>
                <w:rFonts w:ascii="Pretendard" w:eastAsia="Pretendard" w:hAnsi="Pretendard" w:cs="Pretendard"/>
                <w:b/>
                <w:color w:val="FFFFFF"/>
                <w:sz w:val="19"/>
              </w:rPr>
              <w:t>항목</w:t>
            </w:r>
          </w:p>
        </w:tc>
        <w:tc>
          <w:tcPr>
            <w:tcW w:w="7710" w:type="dxa"/>
            <w:shd w:val="clear" w:color="auto" w:fill="1D0024"/>
          </w:tcPr>
          <w:p w14:paraId="3D53DD0C" w14:textId="77777777" w:rsidR="004B1372" w:rsidRDefault="00BB0BE3">
            <w:r>
              <w:rPr>
                <w:rFonts w:ascii="Pretendard" w:eastAsia="Pretendard" w:hAnsi="Pretendard" w:cs="Pretendard"/>
                <w:b/>
                <w:color w:val="FFFFFF"/>
                <w:sz w:val="19"/>
              </w:rPr>
              <w:t>내용</w:t>
            </w:r>
          </w:p>
        </w:tc>
      </w:tr>
      <w:tr w:rsidR="004B1372" w14:paraId="2371B848" w14:textId="77777777">
        <w:trPr>
          <w:jc w:val="center"/>
        </w:trPr>
        <w:tc>
          <w:tcPr>
            <w:tcW w:w="1928" w:type="dxa"/>
          </w:tcPr>
          <w:p w14:paraId="0EC1B813" w14:textId="77777777" w:rsidR="004B1372" w:rsidRDefault="00BB0BE3">
            <w:r>
              <w:rPr>
                <w:rFonts w:ascii="Pretendard" w:eastAsia="Pretendard" w:hAnsi="Pretendard" w:cs="Pretendard"/>
                <w:b/>
                <w:color w:val="1D0024"/>
                <w:sz w:val="19"/>
              </w:rPr>
              <w:t>해외</w:t>
            </w:r>
            <w:r>
              <w:rPr>
                <w:rFonts w:ascii="Pretendard" w:eastAsia="Pretendard" w:hAnsi="Pretendard" w:cs="Pretendard"/>
                <w:b/>
                <w:color w:val="1D0024"/>
                <w:sz w:val="19"/>
              </w:rPr>
              <w:t xml:space="preserve"> </w:t>
            </w:r>
            <w:r>
              <w:rPr>
                <w:rFonts w:ascii="Pretendard" w:eastAsia="Pretendard" w:hAnsi="Pretendard" w:cs="Pretendard"/>
                <w:b/>
                <w:color w:val="1D0024"/>
                <w:sz w:val="19"/>
              </w:rPr>
              <w:t>출시</w:t>
            </w:r>
          </w:p>
        </w:tc>
        <w:tc>
          <w:tcPr>
            <w:tcW w:w="7710" w:type="dxa"/>
          </w:tcPr>
          <w:p w14:paraId="38BF717E" w14:textId="77777777" w:rsidR="004B1372" w:rsidRDefault="00BB0BE3">
            <w:r>
              <w:rPr>
                <w:rFonts w:ascii="Pretendard" w:eastAsia="Pretendard" w:hAnsi="Pretendard" w:cs="Pretendard"/>
                <w:color w:val="1D0024"/>
                <w:sz w:val="19"/>
              </w:rPr>
              <w:t>일본어</w:t>
            </w:r>
            <w:r>
              <w:rPr>
                <w:rFonts w:ascii="Pretendard" w:eastAsia="Pretendard" w:hAnsi="Pretendard" w:cs="Pretendard"/>
                <w:color w:val="1D0024"/>
                <w:sz w:val="19"/>
              </w:rPr>
              <w:t xml:space="preserve"> </w:t>
            </w:r>
            <w:r>
              <w:rPr>
                <w:rFonts w:ascii="Pretendard" w:eastAsia="Pretendard" w:hAnsi="Pretendard" w:cs="Pretendard"/>
                <w:color w:val="1D0024"/>
                <w:sz w:val="19"/>
              </w:rPr>
              <w:t>웹</w:t>
            </w:r>
            <w:r>
              <w:rPr>
                <w:rFonts w:ascii="Pretendard" w:eastAsia="Pretendard" w:hAnsi="Pretendard" w:cs="Pretendard"/>
                <w:color w:val="1D0024"/>
                <w:sz w:val="19"/>
              </w:rPr>
              <w:t xml:space="preserve"> 2025-08-25. </w:t>
            </w:r>
            <w:r>
              <w:rPr>
                <w:rFonts w:ascii="Pretendard" w:eastAsia="Pretendard" w:hAnsi="Pretendard" w:cs="Pretendard"/>
                <w:color w:val="1D0024"/>
                <w:sz w:val="19"/>
              </w:rPr>
              <w:t>영어</w:t>
            </w:r>
            <w:r>
              <w:rPr>
                <w:rFonts w:ascii="Pretendard" w:eastAsia="Pretendard" w:hAnsi="Pretendard" w:cs="Pretendard"/>
                <w:color w:val="1D0024"/>
                <w:sz w:val="19"/>
              </w:rPr>
              <w:t>·</w:t>
            </w:r>
            <w:r>
              <w:rPr>
                <w:rFonts w:ascii="Pretendard" w:eastAsia="Pretendard" w:hAnsi="Pretendard" w:cs="Pretendard"/>
                <w:color w:val="1D0024"/>
                <w:sz w:val="19"/>
              </w:rPr>
              <w:t>중국어</w:t>
            </w:r>
            <w:r>
              <w:rPr>
                <w:rFonts w:ascii="Pretendard" w:eastAsia="Pretendard" w:hAnsi="Pretendard" w:cs="Pretendard"/>
                <w:color w:val="1D0024"/>
                <w:sz w:val="19"/>
              </w:rPr>
              <w:t xml:space="preserve"> </w:t>
            </w:r>
            <w:r>
              <w:rPr>
                <w:rFonts w:ascii="Pretendard" w:eastAsia="Pretendard" w:hAnsi="Pretendard" w:cs="Pretendard"/>
                <w:color w:val="1D0024"/>
                <w:sz w:val="19"/>
              </w:rPr>
              <w:t>이벤트는</w:t>
            </w:r>
            <w:r>
              <w:rPr>
                <w:rFonts w:ascii="Pretendard" w:eastAsia="Pretendard" w:hAnsi="Pretendard" w:cs="Pretendard"/>
                <w:color w:val="1D0024"/>
                <w:sz w:val="19"/>
              </w:rPr>
              <w:t xml:space="preserve"> CPV </w:t>
            </w:r>
            <w:r>
              <w:rPr>
                <w:rFonts w:ascii="Pretendard" w:eastAsia="Pretendard" w:hAnsi="Pretendard" w:cs="Pretendard"/>
                <w:color w:val="1D0024"/>
                <w:sz w:val="19"/>
              </w:rPr>
              <w:t>무과금</w:t>
            </w:r>
            <w:r>
              <w:rPr>
                <w:rFonts w:ascii="Pretendard" w:eastAsia="Pretendard" w:hAnsi="Pretendard" w:cs="Pretendard"/>
                <w:color w:val="1D0024"/>
                <w:sz w:val="19"/>
              </w:rPr>
              <w:t xml:space="preserve"> </w:t>
            </w:r>
            <w:r>
              <w:rPr>
                <w:rFonts w:ascii="Pretendard" w:eastAsia="Pretendard" w:hAnsi="Pretendard" w:cs="Pretendard"/>
                <w:color w:val="1D0024"/>
                <w:sz w:val="19"/>
              </w:rPr>
              <w:t>시범</w:t>
            </w:r>
            <w:r>
              <w:rPr>
                <w:rFonts w:ascii="Pretendard" w:eastAsia="Pretendard" w:hAnsi="Pretendard" w:cs="Pretendard"/>
                <w:color w:val="1D0024"/>
                <w:sz w:val="19"/>
              </w:rPr>
              <w:t xml:space="preserve">. </w:t>
            </w:r>
            <w:r>
              <w:rPr>
                <w:rFonts w:ascii="Pretendard" w:eastAsia="Pretendard" w:hAnsi="Pretendard" w:cs="Pretendard"/>
                <w:color w:val="1D0024"/>
                <w:sz w:val="19"/>
              </w:rPr>
              <w:t>중국</w:t>
            </w:r>
            <w:r>
              <w:rPr>
                <w:rFonts w:ascii="Pretendard" w:eastAsia="Pretendard" w:hAnsi="Pretendard" w:cs="Pretendard"/>
                <w:color w:val="1D0024"/>
                <w:sz w:val="19"/>
              </w:rPr>
              <w:t>·</w:t>
            </w:r>
            <w:r>
              <w:rPr>
                <w:rFonts w:ascii="Pretendard" w:eastAsia="Pretendard" w:hAnsi="Pretendard" w:cs="Pretendard"/>
                <w:color w:val="1D0024"/>
                <w:sz w:val="19"/>
              </w:rPr>
              <w:t>대만</w:t>
            </w:r>
            <w:r>
              <w:rPr>
                <w:rFonts w:ascii="Pretendard" w:eastAsia="Pretendard" w:hAnsi="Pretendard" w:cs="Pretendard"/>
                <w:color w:val="1D0024"/>
                <w:sz w:val="19"/>
              </w:rPr>
              <w:t>·</w:t>
            </w:r>
            <w:r>
              <w:rPr>
                <w:rFonts w:ascii="Pretendard" w:eastAsia="Pretendard" w:hAnsi="Pretendard" w:cs="Pretendard"/>
                <w:color w:val="1D0024"/>
                <w:sz w:val="19"/>
              </w:rPr>
              <w:t>영미권은</w:t>
            </w:r>
            <w:r>
              <w:rPr>
                <w:rFonts w:ascii="Pretendard" w:eastAsia="Pretendard" w:hAnsi="Pretendard" w:cs="Pretendard"/>
                <w:color w:val="1D0024"/>
                <w:sz w:val="19"/>
              </w:rPr>
              <w:t xml:space="preserve"> </w:t>
            </w:r>
            <w:r>
              <w:rPr>
                <w:rFonts w:ascii="Pretendard" w:eastAsia="Pretendard" w:hAnsi="Pretendard" w:cs="Pretendard"/>
                <w:color w:val="1D0024"/>
                <w:sz w:val="19"/>
              </w:rPr>
              <w:t>계획</w:t>
            </w:r>
            <w:r>
              <w:rPr>
                <w:rFonts w:ascii="Pretendard" w:eastAsia="Pretendard" w:hAnsi="Pretendard" w:cs="Pretendard"/>
                <w:color w:val="1D0024"/>
                <w:sz w:val="19"/>
              </w:rPr>
              <w:t xml:space="preserve"> </w:t>
            </w:r>
            <w:r>
              <w:rPr>
                <w:rFonts w:ascii="Pretendard" w:eastAsia="Pretendard" w:hAnsi="Pretendard" w:cs="Pretendard"/>
                <w:color w:val="1D0024"/>
                <w:sz w:val="19"/>
              </w:rPr>
              <w:t>단계</w:t>
            </w:r>
          </w:p>
        </w:tc>
      </w:tr>
      <w:tr w:rsidR="004B1372" w14:paraId="528B8276" w14:textId="77777777">
        <w:trPr>
          <w:jc w:val="center"/>
        </w:trPr>
        <w:tc>
          <w:tcPr>
            <w:tcW w:w="1928" w:type="dxa"/>
          </w:tcPr>
          <w:p w14:paraId="5CB75CE6" w14:textId="77777777" w:rsidR="004B1372" w:rsidRDefault="00BB0BE3">
            <w:r>
              <w:rPr>
                <w:rFonts w:ascii="Pretendard" w:eastAsia="Pretendard" w:hAnsi="Pretendard" w:cs="Pretendard"/>
                <w:b/>
                <w:color w:val="1D0024"/>
                <w:sz w:val="19"/>
              </w:rPr>
              <w:t>병원</w:t>
            </w:r>
            <w:r>
              <w:rPr>
                <w:rFonts w:ascii="Pretendard" w:eastAsia="Pretendard" w:hAnsi="Pretendard" w:cs="Pretendard"/>
                <w:b/>
                <w:color w:val="1D0024"/>
                <w:sz w:val="19"/>
              </w:rPr>
              <w:t xml:space="preserve"> </w:t>
            </w:r>
            <w:r>
              <w:rPr>
                <w:rFonts w:ascii="Pretendard" w:eastAsia="Pretendard" w:hAnsi="Pretendard" w:cs="Pretendard"/>
                <w:b/>
                <w:color w:val="1D0024"/>
                <w:sz w:val="19"/>
              </w:rPr>
              <w:t>입점</w:t>
            </w:r>
          </w:p>
        </w:tc>
        <w:tc>
          <w:tcPr>
            <w:tcW w:w="7710" w:type="dxa"/>
          </w:tcPr>
          <w:p w14:paraId="0173CCFC" w14:textId="77777777" w:rsidR="004B1372" w:rsidRDefault="00BB0BE3">
            <w:r>
              <w:rPr>
                <w:rFonts w:ascii="Pretendard" w:eastAsia="Pretendard" w:hAnsi="Pretendard" w:cs="Pretendard"/>
                <w:color w:val="1D0024"/>
                <w:sz w:val="19"/>
              </w:rPr>
              <w:t>유치의료기관</w:t>
            </w:r>
            <w:r>
              <w:rPr>
                <w:rFonts w:ascii="Pretendard" w:eastAsia="Pretendard" w:hAnsi="Pretendard" w:cs="Pretendard"/>
                <w:color w:val="1D0024"/>
                <w:sz w:val="19"/>
              </w:rPr>
              <w:t xml:space="preserve"> </w:t>
            </w:r>
            <w:r>
              <w:rPr>
                <w:rFonts w:ascii="Pretendard" w:eastAsia="Pretendard" w:hAnsi="Pretendard" w:cs="Pretendard"/>
                <w:color w:val="1D0024"/>
                <w:sz w:val="19"/>
              </w:rPr>
              <w:t>등록</w:t>
            </w:r>
            <w:r>
              <w:rPr>
                <w:rFonts w:ascii="Pretendard" w:eastAsia="Pretendard" w:hAnsi="Pretendard" w:cs="Pretendard"/>
                <w:color w:val="1D0024"/>
                <w:sz w:val="19"/>
              </w:rPr>
              <w:t xml:space="preserve"> </w:t>
            </w:r>
            <w:r>
              <w:rPr>
                <w:rFonts w:ascii="Pretendard" w:eastAsia="Pretendard" w:hAnsi="Pretendard" w:cs="Pretendard"/>
                <w:color w:val="1D0024"/>
                <w:sz w:val="19"/>
              </w:rPr>
              <w:t>필수</w:t>
            </w:r>
            <w:r>
              <w:rPr>
                <w:rFonts w:ascii="Pretendard" w:eastAsia="Pretendard" w:hAnsi="Pretendard" w:cs="Pretendard"/>
                <w:color w:val="1D0024"/>
                <w:sz w:val="19"/>
              </w:rPr>
              <w:t xml:space="preserve">. </w:t>
            </w:r>
            <w:r>
              <w:rPr>
                <w:rFonts w:ascii="Pretendard" w:eastAsia="Pretendard" w:hAnsi="Pretendard" w:cs="Pretendard"/>
                <w:color w:val="1D0024"/>
                <w:sz w:val="19"/>
              </w:rPr>
              <w:t>이벤트</w:t>
            </w:r>
            <w:r>
              <w:rPr>
                <w:rFonts w:ascii="Pretendard" w:eastAsia="Pretendard" w:hAnsi="Pretendard" w:cs="Pretendard"/>
                <w:color w:val="1D0024"/>
                <w:sz w:val="19"/>
              </w:rPr>
              <w:t xml:space="preserve"> </w:t>
            </w:r>
            <w:r>
              <w:rPr>
                <w:rFonts w:ascii="Pretendard" w:eastAsia="Pretendard" w:hAnsi="Pretendard" w:cs="Pretendard"/>
                <w:color w:val="1D0024"/>
                <w:sz w:val="19"/>
              </w:rPr>
              <w:t>등록</w:t>
            </w:r>
            <w:r>
              <w:rPr>
                <w:rFonts w:ascii="Pretendard" w:eastAsia="Pretendard" w:hAnsi="Pretendard" w:cs="Pretendard"/>
                <w:color w:val="1D0024"/>
                <w:sz w:val="19"/>
              </w:rPr>
              <w:t xml:space="preserve"> </w:t>
            </w:r>
            <w:r>
              <w:rPr>
                <w:rFonts w:ascii="Pretendard" w:eastAsia="Pretendard" w:hAnsi="Pretendard" w:cs="Pretendard"/>
                <w:color w:val="1D0024"/>
                <w:sz w:val="19"/>
              </w:rPr>
              <w:t>시</w:t>
            </w:r>
            <w:r>
              <w:rPr>
                <w:rFonts w:ascii="Pretendard" w:eastAsia="Pretendard" w:hAnsi="Pretendard" w:cs="Pretendard"/>
                <w:color w:val="1D0024"/>
                <w:sz w:val="19"/>
              </w:rPr>
              <w:t xml:space="preserve"> </w:t>
            </w:r>
            <w:r>
              <w:rPr>
                <w:rFonts w:ascii="Pretendard" w:eastAsia="Pretendard" w:hAnsi="Pretendard" w:cs="Pretendard"/>
                <w:color w:val="1D0024"/>
                <w:sz w:val="19"/>
              </w:rPr>
              <w:t>구글</w:t>
            </w:r>
            <w:r>
              <w:rPr>
                <w:rFonts w:ascii="Pretendard" w:eastAsia="Pretendard" w:hAnsi="Pretendard" w:cs="Pretendard"/>
                <w:color w:val="1D0024"/>
                <w:sz w:val="19"/>
              </w:rPr>
              <w:t xml:space="preserve"> </w:t>
            </w:r>
            <w:r>
              <w:rPr>
                <w:rFonts w:ascii="Pretendard" w:eastAsia="Pretendard" w:hAnsi="Pretendard" w:cs="Pretendard"/>
                <w:color w:val="1D0024"/>
                <w:sz w:val="19"/>
              </w:rPr>
              <w:t>예약</w:t>
            </w:r>
            <w:r>
              <w:rPr>
                <w:rFonts w:ascii="Pretendard" w:eastAsia="Pretendard" w:hAnsi="Pretendard" w:cs="Pretendard"/>
                <w:color w:val="1D0024"/>
                <w:sz w:val="19"/>
              </w:rPr>
              <w:t xml:space="preserve"> </w:t>
            </w:r>
            <w:r>
              <w:rPr>
                <w:rFonts w:ascii="Pretendard" w:eastAsia="Pretendard" w:hAnsi="Pretendard" w:cs="Pretendard"/>
                <w:color w:val="1D0024"/>
                <w:sz w:val="19"/>
              </w:rPr>
              <w:t>자동</w:t>
            </w:r>
            <w:r>
              <w:rPr>
                <w:rFonts w:ascii="Pretendard" w:eastAsia="Pretendard" w:hAnsi="Pretendard" w:cs="Pretendard"/>
                <w:color w:val="1D0024"/>
                <w:sz w:val="19"/>
              </w:rPr>
              <w:t xml:space="preserve"> </w:t>
            </w:r>
            <w:r>
              <w:rPr>
                <w:rFonts w:ascii="Pretendard" w:eastAsia="Pretendard" w:hAnsi="Pretendard" w:cs="Pretendard"/>
                <w:color w:val="1D0024"/>
                <w:sz w:val="19"/>
              </w:rPr>
              <w:t>연동</w:t>
            </w:r>
          </w:p>
        </w:tc>
      </w:tr>
      <w:tr w:rsidR="004B1372" w14:paraId="1C8C5A1F" w14:textId="77777777">
        <w:trPr>
          <w:jc w:val="center"/>
        </w:trPr>
        <w:tc>
          <w:tcPr>
            <w:tcW w:w="1928" w:type="dxa"/>
          </w:tcPr>
          <w:p w14:paraId="4D18DB6F" w14:textId="77777777" w:rsidR="004B1372" w:rsidRDefault="00BB0BE3">
            <w:r>
              <w:rPr>
                <w:rFonts w:ascii="Pretendard" w:eastAsia="Pretendard" w:hAnsi="Pretendard" w:cs="Pretendard"/>
                <w:b/>
                <w:color w:val="1D0024"/>
                <w:sz w:val="19"/>
              </w:rPr>
              <w:t>실적</w:t>
            </w:r>
          </w:p>
        </w:tc>
        <w:tc>
          <w:tcPr>
            <w:tcW w:w="7710" w:type="dxa"/>
          </w:tcPr>
          <w:p w14:paraId="4DA70C36" w14:textId="77777777" w:rsidR="004B1372" w:rsidRDefault="00BB0BE3">
            <w:r>
              <w:rPr>
                <w:rFonts w:ascii="Pretendard" w:eastAsia="Pretendard" w:hAnsi="Pretendard" w:cs="Pretendard"/>
                <w:color w:val="1D0024"/>
                <w:sz w:val="19"/>
              </w:rPr>
              <w:t xml:space="preserve">2025 </w:t>
            </w:r>
            <w:r>
              <w:rPr>
                <w:rFonts w:ascii="Pretendard" w:eastAsia="Pretendard" w:hAnsi="Pretendard" w:cs="Pretendard"/>
                <w:color w:val="1D0024"/>
                <w:sz w:val="19"/>
              </w:rPr>
              <w:t>매출</w:t>
            </w:r>
            <w:r>
              <w:rPr>
                <w:rFonts w:ascii="Pretendard" w:eastAsia="Pretendard" w:hAnsi="Pretendard" w:cs="Pretendard"/>
                <w:color w:val="1D0024"/>
                <w:sz w:val="19"/>
              </w:rPr>
              <w:t xml:space="preserve"> 367.7</w:t>
            </w:r>
            <w:r>
              <w:rPr>
                <w:rFonts w:ascii="Pretendard" w:eastAsia="Pretendard" w:hAnsi="Pretendard" w:cs="Pretendard"/>
                <w:color w:val="1D0024"/>
                <w:sz w:val="19"/>
              </w:rPr>
              <w:t>억</w:t>
            </w:r>
            <w:r>
              <w:rPr>
                <w:rFonts w:ascii="Pretendard" w:eastAsia="Pretendard" w:hAnsi="Pretendard" w:cs="Pretendard"/>
                <w:color w:val="1D0024"/>
                <w:sz w:val="19"/>
              </w:rPr>
              <w:t xml:space="preserve">, </w:t>
            </w:r>
            <w:r>
              <w:rPr>
                <w:rFonts w:ascii="Pretendard" w:eastAsia="Pretendard" w:hAnsi="Pretendard" w:cs="Pretendard"/>
                <w:color w:val="1D0024"/>
                <w:sz w:val="19"/>
              </w:rPr>
              <w:t>영업이익</w:t>
            </w:r>
            <w:r>
              <w:rPr>
                <w:rFonts w:ascii="Pretendard" w:eastAsia="Pretendard" w:hAnsi="Pretendard" w:cs="Pretendard"/>
                <w:color w:val="1D0024"/>
                <w:sz w:val="19"/>
              </w:rPr>
              <w:t xml:space="preserve"> 73</w:t>
            </w:r>
            <w:r>
              <w:rPr>
                <w:rFonts w:ascii="Pretendard" w:eastAsia="Pretendard" w:hAnsi="Pretendard" w:cs="Pretendard"/>
                <w:color w:val="1D0024"/>
                <w:sz w:val="19"/>
              </w:rPr>
              <w:t>억</w:t>
            </w:r>
            <w:r>
              <w:rPr>
                <w:rFonts w:ascii="Pretendard" w:eastAsia="Pretendard" w:hAnsi="Pretendard" w:cs="Pretendard"/>
                <w:color w:val="1D0024"/>
                <w:sz w:val="19"/>
              </w:rPr>
              <w:t>(</w:t>
            </w:r>
            <w:r>
              <w:rPr>
                <w:rFonts w:ascii="Pretendard" w:eastAsia="Pretendard" w:hAnsi="Pretendard" w:cs="Pretendard"/>
                <w:color w:val="1D0024"/>
                <w:sz w:val="19"/>
              </w:rPr>
              <w:t>재무정보</w:t>
            </w:r>
            <w:r>
              <w:rPr>
                <w:rFonts w:ascii="Pretendard" w:eastAsia="Pretendard" w:hAnsi="Pretendard" w:cs="Pretendard"/>
                <w:color w:val="1D0024"/>
                <w:sz w:val="19"/>
              </w:rPr>
              <w:t xml:space="preserve"> </w:t>
            </w:r>
            <w:r>
              <w:rPr>
                <w:rFonts w:ascii="Pretendard" w:eastAsia="Pretendard" w:hAnsi="Pretendard" w:cs="Pretendard"/>
                <w:color w:val="1D0024"/>
                <w:sz w:val="19"/>
              </w:rPr>
              <w:t>사이트</w:t>
            </w:r>
            <w:r>
              <w:rPr>
                <w:rFonts w:ascii="Pretendard" w:eastAsia="Pretendard" w:hAnsi="Pretendard" w:cs="Pretendard"/>
                <w:color w:val="1D0024"/>
                <w:sz w:val="19"/>
              </w:rPr>
              <w:t xml:space="preserve">, </w:t>
            </w:r>
            <w:r>
              <w:rPr>
                <w:rFonts w:ascii="Pretendard" w:eastAsia="Pretendard" w:hAnsi="Pretendard" w:cs="Pretendard"/>
                <w:color w:val="1D0024"/>
                <w:sz w:val="19"/>
              </w:rPr>
              <w:t>게시일</w:t>
            </w:r>
            <w:r>
              <w:rPr>
                <w:rFonts w:ascii="Pretendard" w:eastAsia="Pretendard" w:hAnsi="Pretendard" w:cs="Pretendard"/>
                <w:color w:val="1D0024"/>
                <w:sz w:val="19"/>
              </w:rPr>
              <w:t xml:space="preserve"> </w:t>
            </w:r>
            <w:r>
              <w:rPr>
                <w:rFonts w:ascii="Pretendard" w:eastAsia="Pretendard" w:hAnsi="Pretendard" w:cs="Pretendard"/>
                <w:color w:val="1D0024"/>
                <w:sz w:val="19"/>
              </w:rPr>
              <w:t>미확인</w:t>
            </w:r>
            <w:r>
              <w:rPr>
                <w:rFonts w:ascii="Pretendard" w:eastAsia="Pretendard" w:hAnsi="Pretendard" w:cs="Pretendard"/>
                <w:color w:val="1D0024"/>
                <w:sz w:val="19"/>
              </w:rPr>
              <w:t>)</w:t>
            </w:r>
          </w:p>
        </w:tc>
      </w:tr>
      <w:tr w:rsidR="004B1372" w14:paraId="023E1928" w14:textId="77777777">
        <w:trPr>
          <w:jc w:val="center"/>
        </w:trPr>
        <w:tc>
          <w:tcPr>
            <w:tcW w:w="1928" w:type="dxa"/>
          </w:tcPr>
          <w:p w14:paraId="4F6A1D52" w14:textId="77777777" w:rsidR="004B1372" w:rsidRDefault="00BB0BE3">
            <w:r>
              <w:rPr>
                <w:rFonts w:ascii="Pretendard" w:eastAsia="Pretendard" w:hAnsi="Pretendard" w:cs="Pretendard"/>
                <w:b/>
                <w:color w:val="1D0024"/>
                <w:sz w:val="19"/>
              </w:rPr>
              <w:t>미확인</w:t>
            </w:r>
          </w:p>
        </w:tc>
        <w:tc>
          <w:tcPr>
            <w:tcW w:w="7710" w:type="dxa"/>
          </w:tcPr>
          <w:p w14:paraId="34F3A643" w14:textId="77777777" w:rsidR="004B1372" w:rsidRDefault="00BB0BE3">
            <w:r>
              <w:rPr>
                <w:rFonts w:ascii="Pretendard" w:eastAsia="Pretendard" w:hAnsi="Pretendard" w:cs="Pretendard"/>
                <w:color w:val="1D0024"/>
                <w:sz w:val="19"/>
              </w:rPr>
              <w:t>병원</w:t>
            </w:r>
            <w:r>
              <w:rPr>
                <w:rFonts w:ascii="Pretendard" w:eastAsia="Pretendard" w:hAnsi="Pretendard" w:cs="Pretendard"/>
                <w:color w:val="1D0024"/>
                <w:sz w:val="19"/>
              </w:rPr>
              <w:t xml:space="preserve"> 3,300</w:t>
            </w:r>
            <w:r>
              <w:rPr>
                <w:rFonts w:ascii="Pretendard" w:eastAsia="Pretendard" w:hAnsi="Pretendard" w:cs="Pretendard"/>
                <w:color w:val="1D0024"/>
                <w:sz w:val="19"/>
              </w:rPr>
              <w:t>곳</w:t>
            </w:r>
            <w:r>
              <w:rPr>
                <w:rFonts w:ascii="Pretendard" w:eastAsia="Pretendard" w:hAnsi="Pretendard" w:cs="Pretendard"/>
                <w:color w:val="1D0024"/>
                <w:sz w:val="19"/>
              </w:rPr>
              <w:t>·1,000</w:t>
            </w:r>
            <w:r>
              <w:rPr>
                <w:rFonts w:ascii="Pretendard" w:eastAsia="Pretendard" w:hAnsi="Pretendard" w:cs="Pretendard"/>
                <w:color w:val="1D0024"/>
                <w:sz w:val="19"/>
              </w:rPr>
              <w:t>만</w:t>
            </w:r>
            <w:r>
              <w:rPr>
                <w:rFonts w:ascii="Pretendard" w:eastAsia="Pretendard" w:hAnsi="Pretendard" w:cs="Pretendard"/>
                <w:color w:val="1D0024"/>
                <w:sz w:val="19"/>
              </w:rPr>
              <w:t xml:space="preserve"> </w:t>
            </w:r>
            <w:r>
              <w:rPr>
                <w:rFonts w:ascii="Pretendard" w:eastAsia="Pretendard" w:hAnsi="Pretendard" w:cs="Pretendard"/>
                <w:color w:val="1D0024"/>
                <w:sz w:val="19"/>
              </w:rPr>
              <w:t>다운로드</w:t>
            </w:r>
            <w:r>
              <w:rPr>
                <w:rFonts w:ascii="Pretendard" w:eastAsia="Pretendard" w:hAnsi="Pretendard" w:cs="Pretendard"/>
                <w:color w:val="1D0024"/>
                <w:sz w:val="19"/>
              </w:rPr>
              <w:t>(</w:t>
            </w:r>
            <w:r>
              <w:rPr>
                <w:rFonts w:ascii="Pretendard" w:eastAsia="Pretendard" w:hAnsi="Pretendard" w:cs="Pretendard"/>
                <w:color w:val="1D0024"/>
                <w:sz w:val="19"/>
              </w:rPr>
              <w:t>채용</w:t>
            </w:r>
            <w:r>
              <w:rPr>
                <w:rFonts w:ascii="Pretendard" w:eastAsia="Pretendard" w:hAnsi="Pretendard" w:cs="Pretendard"/>
                <w:color w:val="1D0024"/>
                <w:sz w:val="19"/>
              </w:rPr>
              <w:t xml:space="preserve"> </w:t>
            </w:r>
            <w:r>
              <w:rPr>
                <w:rFonts w:ascii="Pretendard" w:eastAsia="Pretendard" w:hAnsi="Pretendard" w:cs="Pretendard"/>
                <w:color w:val="1D0024"/>
                <w:sz w:val="19"/>
              </w:rPr>
              <w:t>플랫폼</w:t>
            </w:r>
            <w:r>
              <w:rPr>
                <w:rFonts w:ascii="Pretendard" w:eastAsia="Pretendard" w:hAnsi="Pretendard" w:cs="Pretendard"/>
                <w:color w:val="1D0024"/>
                <w:sz w:val="19"/>
              </w:rPr>
              <w:t xml:space="preserve"> </w:t>
            </w:r>
            <w:r>
              <w:rPr>
                <w:rFonts w:ascii="Pretendard" w:eastAsia="Pretendard" w:hAnsi="Pretendard" w:cs="Pretendard"/>
                <w:color w:val="1D0024"/>
                <w:sz w:val="19"/>
              </w:rPr>
              <w:t>소개문만</w:t>
            </w:r>
            <w:r>
              <w:rPr>
                <w:rFonts w:ascii="Pretendard" w:eastAsia="Pretendard" w:hAnsi="Pretendard" w:cs="Pretendard"/>
                <w:color w:val="1D0024"/>
                <w:sz w:val="19"/>
              </w:rPr>
              <w:t xml:space="preserve"> </w:t>
            </w:r>
            <w:r>
              <w:rPr>
                <w:rFonts w:ascii="Pretendard" w:eastAsia="Pretendard" w:hAnsi="Pretendard" w:cs="Pretendard"/>
                <w:color w:val="1D0024"/>
                <w:sz w:val="19"/>
              </w:rPr>
              <w:t>있음</w:t>
            </w:r>
            <w:r>
              <w:rPr>
                <w:rFonts w:ascii="Pretendard" w:eastAsia="Pretendard" w:hAnsi="Pretendard" w:cs="Pretendard"/>
                <w:color w:val="1D0024"/>
                <w:sz w:val="19"/>
              </w:rPr>
              <w:t xml:space="preserve">), </w:t>
            </w:r>
            <w:r>
              <w:rPr>
                <w:rFonts w:ascii="Pretendard" w:eastAsia="Pretendard" w:hAnsi="Pretendard" w:cs="Pretendard"/>
                <w:color w:val="1D0024"/>
                <w:sz w:val="19"/>
              </w:rPr>
              <w:t>해외</w:t>
            </w:r>
            <w:r>
              <w:rPr>
                <w:rFonts w:ascii="Pretendard" w:eastAsia="Pretendard" w:hAnsi="Pretendard" w:cs="Pretendard"/>
                <w:color w:val="1D0024"/>
                <w:sz w:val="19"/>
              </w:rPr>
              <w:t xml:space="preserve"> </w:t>
            </w:r>
            <w:r>
              <w:rPr>
                <w:rFonts w:ascii="Pretendard" w:eastAsia="Pretendard" w:hAnsi="Pretendard" w:cs="Pretendard"/>
                <w:color w:val="1D0024"/>
                <w:sz w:val="19"/>
              </w:rPr>
              <w:t>사용자</w:t>
            </w:r>
            <w:r>
              <w:rPr>
                <w:rFonts w:ascii="Pretendard" w:eastAsia="Pretendard" w:hAnsi="Pretendard" w:cs="Pretendard"/>
                <w:color w:val="1D0024"/>
                <w:sz w:val="19"/>
              </w:rPr>
              <w:t xml:space="preserve"> </w:t>
            </w:r>
            <w:r>
              <w:rPr>
                <w:rFonts w:ascii="Pretendard" w:eastAsia="Pretendard" w:hAnsi="Pretendard" w:cs="Pretendard"/>
                <w:color w:val="1D0024"/>
                <w:sz w:val="19"/>
              </w:rPr>
              <w:t>수</w:t>
            </w:r>
            <w:r>
              <w:rPr>
                <w:rFonts w:ascii="Pretendard" w:eastAsia="Pretendard" w:hAnsi="Pretendard" w:cs="Pretendard"/>
                <w:color w:val="1D0024"/>
                <w:sz w:val="19"/>
              </w:rPr>
              <w:t xml:space="preserve">, </w:t>
            </w:r>
            <w:r>
              <w:rPr>
                <w:rFonts w:ascii="Pretendard" w:eastAsia="Pretendard" w:hAnsi="Pretendard" w:cs="Pretendard"/>
                <w:color w:val="1D0024"/>
                <w:sz w:val="19"/>
              </w:rPr>
              <w:t>유치업</w:t>
            </w:r>
            <w:r>
              <w:rPr>
                <w:rFonts w:ascii="Pretendard" w:eastAsia="Pretendard" w:hAnsi="Pretendard" w:cs="Pretendard"/>
                <w:color w:val="1D0024"/>
                <w:sz w:val="19"/>
              </w:rPr>
              <w:t xml:space="preserve"> </w:t>
            </w:r>
            <w:r>
              <w:rPr>
                <w:rFonts w:ascii="Pretendard" w:eastAsia="Pretendard" w:hAnsi="Pretendard" w:cs="Pretendard"/>
                <w:color w:val="1D0024"/>
                <w:sz w:val="19"/>
              </w:rPr>
              <w:t>등록</w:t>
            </w:r>
          </w:p>
        </w:tc>
      </w:tr>
      <w:tr w:rsidR="004B1372" w14:paraId="2EF199C7" w14:textId="77777777">
        <w:trPr>
          <w:jc w:val="center"/>
        </w:trPr>
        <w:tc>
          <w:tcPr>
            <w:tcW w:w="1928" w:type="dxa"/>
          </w:tcPr>
          <w:p w14:paraId="2357CB94" w14:textId="77777777" w:rsidR="004B1372" w:rsidRDefault="00BB0BE3">
            <w:r>
              <w:rPr>
                <w:rFonts w:ascii="Pretendard" w:eastAsia="Pretendard" w:hAnsi="Pretendard" w:cs="Pretendard"/>
                <w:b/>
                <w:color w:val="1D0024"/>
                <w:sz w:val="19"/>
              </w:rPr>
              <w:t>AI·</w:t>
            </w:r>
            <w:r>
              <w:rPr>
                <w:rFonts w:ascii="Pretendard" w:eastAsia="Pretendard" w:hAnsi="Pretendard" w:cs="Pretendard"/>
                <w:b/>
                <w:color w:val="1D0024"/>
                <w:sz w:val="19"/>
              </w:rPr>
              <w:t>오픈웹</w:t>
            </w:r>
          </w:p>
        </w:tc>
        <w:tc>
          <w:tcPr>
            <w:tcW w:w="7710" w:type="dxa"/>
          </w:tcPr>
          <w:p w14:paraId="7A29C182" w14:textId="77777777" w:rsidR="004B1372" w:rsidRDefault="00BB0BE3">
            <w:r>
              <w:rPr>
                <w:rFonts w:ascii="Pretendard" w:eastAsia="Pretendard" w:hAnsi="Pretendard" w:cs="Pretendard"/>
                <w:color w:val="1D0024"/>
                <w:sz w:val="19"/>
              </w:rPr>
              <w:t xml:space="preserve">robots.txt </w:t>
            </w:r>
            <w:r>
              <w:rPr>
                <w:rFonts w:ascii="Pretendard" w:eastAsia="Pretendard" w:hAnsi="Pretendard" w:cs="Pretendard"/>
                <w:color w:val="1D0024"/>
                <w:sz w:val="19"/>
              </w:rPr>
              <w:t>전체</w:t>
            </w:r>
            <w:r>
              <w:rPr>
                <w:rFonts w:ascii="Pretendard" w:eastAsia="Pretendard" w:hAnsi="Pretendard" w:cs="Pretendard"/>
                <w:color w:val="1D0024"/>
                <w:sz w:val="19"/>
              </w:rPr>
              <w:t xml:space="preserve"> </w:t>
            </w:r>
            <w:r>
              <w:rPr>
                <w:rFonts w:ascii="Pretendard" w:eastAsia="Pretendard" w:hAnsi="Pretendard" w:cs="Pretendard"/>
                <w:color w:val="1D0024"/>
                <w:sz w:val="19"/>
              </w:rPr>
              <w:t>허용</w:t>
            </w:r>
            <w:r>
              <w:rPr>
                <w:rFonts w:ascii="Pretendard" w:eastAsia="Pretendard" w:hAnsi="Pretendard" w:cs="Pretendard"/>
                <w:color w:val="1D0024"/>
                <w:sz w:val="19"/>
              </w:rPr>
              <w:t xml:space="preserve">, /ja </w:t>
            </w:r>
            <w:r>
              <w:rPr>
                <w:rFonts w:ascii="Pretendard" w:eastAsia="Pretendard" w:hAnsi="Pretendard" w:cs="Pretendard"/>
                <w:color w:val="1D0024"/>
                <w:sz w:val="19"/>
              </w:rPr>
              <w:t>사이트맵</w:t>
            </w:r>
            <w:r>
              <w:rPr>
                <w:rFonts w:ascii="Pretendard" w:eastAsia="Pretendard" w:hAnsi="Pretendard" w:cs="Pretendard"/>
                <w:color w:val="1D0024"/>
                <w:sz w:val="19"/>
              </w:rPr>
              <w:t xml:space="preserve">. /en </w:t>
            </w:r>
            <w:r>
              <w:rPr>
                <w:rFonts w:ascii="Pretendard" w:eastAsia="Pretendard" w:hAnsi="Pretendard" w:cs="Pretendard"/>
                <w:color w:val="1D0024"/>
                <w:sz w:val="19"/>
              </w:rPr>
              <w:t>주소가</w:t>
            </w:r>
            <w:r>
              <w:rPr>
                <w:rFonts w:ascii="Pretendard" w:eastAsia="Pretendard" w:hAnsi="Pretendard" w:cs="Pretendard"/>
                <w:color w:val="1D0024"/>
                <w:sz w:val="19"/>
              </w:rPr>
              <w:t xml:space="preserve"> </w:t>
            </w:r>
            <w:r>
              <w:rPr>
                <w:rFonts w:ascii="Pretendard" w:eastAsia="Pretendard" w:hAnsi="Pretendard" w:cs="Pretendard"/>
                <w:color w:val="1D0024"/>
                <w:sz w:val="19"/>
              </w:rPr>
              <w:t>일본어를</w:t>
            </w:r>
            <w:r>
              <w:rPr>
                <w:rFonts w:ascii="Pretendard" w:eastAsia="Pretendard" w:hAnsi="Pretendard" w:cs="Pretendard"/>
                <w:color w:val="1D0024"/>
                <w:sz w:val="19"/>
              </w:rPr>
              <w:t xml:space="preserve"> </w:t>
            </w:r>
            <w:r>
              <w:rPr>
                <w:rFonts w:ascii="Pretendard" w:eastAsia="Pretendard" w:hAnsi="Pretendard" w:cs="Pretendard"/>
                <w:color w:val="1D0024"/>
                <w:sz w:val="19"/>
              </w:rPr>
              <w:t>보여줌</w:t>
            </w:r>
            <w:r>
              <w:rPr>
                <w:rFonts w:ascii="Pretendard" w:eastAsia="Pretendard" w:hAnsi="Pretendard" w:cs="Pretendard"/>
                <w:color w:val="1D0024"/>
                <w:sz w:val="19"/>
              </w:rPr>
              <w:t xml:space="preserve">. llms.txt </w:t>
            </w:r>
            <w:r>
              <w:rPr>
                <w:rFonts w:ascii="Pretendard" w:eastAsia="Pretendard" w:hAnsi="Pretendard" w:cs="Pretendard"/>
                <w:color w:val="1D0024"/>
                <w:sz w:val="19"/>
              </w:rPr>
              <w:t>없음</w:t>
            </w:r>
          </w:p>
        </w:tc>
      </w:tr>
    </w:tbl>
    <w:p w14:paraId="05A54362" w14:textId="77777777" w:rsidR="004B1372" w:rsidRDefault="004B1372">
      <w:pPr>
        <w:spacing w:after="40"/>
      </w:pPr>
    </w:p>
    <w:p w14:paraId="3016C325" w14:textId="77777777" w:rsidR="004B1372" w:rsidRDefault="00BB0BE3">
      <w:pPr>
        <w:spacing w:line="324" w:lineRule="auto"/>
      </w:pPr>
      <w:r>
        <w:rPr>
          <w:rFonts w:ascii="Pretendard" w:eastAsia="Pretendard" w:hAnsi="Pretendard" w:cs="Pretendard"/>
          <w:b/>
          <w:color w:val="1D0024"/>
          <w:sz w:val="21"/>
        </w:rPr>
        <w:t>허브</w:t>
      </w:r>
      <w:r>
        <w:rPr>
          <w:rFonts w:ascii="Pretendard" w:eastAsia="Pretendard" w:hAnsi="Pretendard" w:cs="Pretendard"/>
          <w:b/>
          <w:color w:val="1D0024"/>
          <w:sz w:val="21"/>
        </w:rPr>
        <w:t xml:space="preserve"> </w:t>
      </w:r>
      <w:r>
        <w:rPr>
          <w:rFonts w:ascii="Pretendard" w:eastAsia="Pretendard" w:hAnsi="Pretendard" w:cs="Pretendard"/>
          <w:b/>
          <w:color w:val="1D0024"/>
          <w:sz w:val="21"/>
        </w:rPr>
        <w:t>관점</w:t>
      </w:r>
      <w:r>
        <w:rPr>
          <w:rFonts w:ascii="Pretendard" w:eastAsia="Pretendard" w:hAnsi="Pretendard" w:cs="Pretendard"/>
          <w:b/>
          <w:color w:val="1D0024"/>
          <w:sz w:val="21"/>
        </w:rPr>
        <w:t xml:space="preserve">: </w:t>
      </w:r>
      <w:r>
        <w:rPr>
          <w:rFonts w:ascii="Pretendard" w:eastAsia="Pretendard" w:hAnsi="Pretendard" w:cs="Pretendard"/>
          <w:color w:val="1D0024"/>
          <w:sz w:val="21"/>
        </w:rPr>
        <w:t>해외</w:t>
      </w:r>
      <w:r>
        <w:rPr>
          <w:rFonts w:ascii="Pretendard" w:eastAsia="Pretendard" w:hAnsi="Pretendard" w:cs="Pretendard"/>
          <w:color w:val="1D0024"/>
          <w:sz w:val="21"/>
        </w:rPr>
        <w:t xml:space="preserve"> </w:t>
      </w:r>
      <w:r>
        <w:rPr>
          <w:rFonts w:ascii="Pretendard" w:eastAsia="Pretendard" w:hAnsi="Pretendard" w:cs="Pretendard"/>
          <w:color w:val="1D0024"/>
          <w:sz w:val="21"/>
        </w:rPr>
        <w:t>확장</w:t>
      </w:r>
      <w:r>
        <w:rPr>
          <w:rFonts w:ascii="Pretendard" w:eastAsia="Pretendard" w:hAnsi="Pretendard" w:cs="Pretendard"/>
          <w:color w:val="1D0024"/>
          <w:sz w:val="21"/>
        </w:rPr>
        <w:t xml:space="preserve"> </w:t>
      </w:r>
      <w:r>
        <w:rPr>
          <w:rFonts w:ascii="Pretendard" w:eastAsia="Pretendard" w:hAnsi="Pretendard" w:cs="Pretendard"/>
          <w:color w:val="1D0024"/>
          <w:sz w:val="21"/>
        </w:rPr>
        <w:t>초기이며</w:t>
      </w:r>
      <w:r>
        <w:rPr>
          <w:rFonts w:ascii="Pretendard" w:eastAsia="Pretendard" w:hAnsi="Pretendard" w:cs="Pretendard"/>
          <w:color w:val="1D0024"/>
          <w:sz w:val="21"/>
        </w:rPr>
        <w:t xml:space="preserve"> </w:t>
      </w:r>
      <w:r>
        <w:rPr>
          <w:rFonts w:ascii="Pretendard" w:eastAsia="Pretendard" w:hAnsi="Pretendard" w:cs="Pretendard"/>
          <w:color w:val="1D0024"/>
          <w:sz w:val="21"/>
        </w:rPr>
        <w:t>일본</w:t>
      </w:r>
      <w:r>
        <w:rPr>
          <w:rFonts w:ascii="Pretendard" w:eastAsia="Pretendard" w:hAnsi="Pretendard" w:cs="Pretendard"/>
          <w:color w:val="1D0024"/>
          <w:sz w:val="21"/>
        </w:rPr>
        <w:t xml:space="preserve"> </w:t>
      </w:r>
      <w:r>
        <w:rPr>
          <w:rFonts w:ascii="Pretendard" w:eastAsia="Pretendard" w:hAnsi="Pretendard" w:cs="Pretendard"/>
          <w:color w:val="1D0024"/>
          <w:sz w:val="21"/>
        </w:rPr>
        <w:t>중심입니다</w:t>
      </w:r>
      <w:r>
        <w:rPr>
          <w:rFonts w:ascii="Pretendard" w:eastAsia="Pretendard" w:hAnsi="Pretendard" w:cs="Pretendard"/>
          <w:color w:val="1D0024"/>
          <w:sz w:val="21"/>
        </w:rPr>
        <w:t xml:space="preserve">. </w:t>
      </w:r>
      <w:r>
        <w:rPr>
          <w:rFonts w:ascii="Pretendard" w:eastAsia="Pretendard" w:hAnsi="Pretendard" w:cs="Pretendard"/>
          <w:color w:val="1D0024"/>
          <w:sz w:val="21"/>
        </w:rPr>
        <w:t>구글</w:t>
      </w:r>
      <w:r>
        <w:rPr>
          <w:rFonts w:ascii="Pretendard" w:eastAsia="Pretendard" w:hAnsi="Pretendard" w:cs="Pretendard"/>
          <w:color w:val="1D0024"/>
          <w:sz w:val="21"/>
        </w:rPr>
        <w:t xml:space="preserve"> </w:t>
      </w:r>
      <w:r>
        <w:rPr>
          <w:rFonts w:ascii="Pretendard" w:eastAsia="Pretendard" w:hAnsi="Pretendard" w:cs="Pretendard"/>
          <w:color w:val="1D0024"/>
          <w:sz w:val="21"/>
        </w:rPr>
        <w:t>예약</w:t>
      </w:r>
      <w:r>
        <w:rPr>
          <w:rFonts w:ascii="Pretendard" w:eastAsia="Pretendard" w:hAnsi="Pretendard" w:cs="Pretendard"/>
          <w:color w:val="1D0024"/>
          <w:sz w:val="21"/>
        </w:rPr>
        <w:t xml:space="preserve"> </w:t>
      </w:r>
      <w:r>
        <w:rPr>
          <w:rFonts w:ascii="Pretendard" w:eastAsia="Pretendard" w:hAnsi="Pretendard" w:cs="Pretendard"/>
          <w:color w:val="1D0024"/>
          <w:sz w:val="21"/>
        </w:rPr>
        <w:t>연동처럼</w:t>
      </w:r>
      <w:r>
        <w:rPr>
          <w:rFonts w:ascii="Pretendard" w:eastAsia="Pretendard" w:hAnsi="Pretendard" w:cs="Pretendard"/>
          <w:color w:val="1D0024"/>
          <w:sz w:val="21"/>
        </w:rPr>
        <w:t xml:space="preserve"> </w:t>
      </w:r>
      <w:r>
        <w:rPr>
          <w:rFonts w:ascii="Pretendard" w:eastAsia="Pretendard" w:hAnsi="Pretendard" w:cs="Pretendard"/>
          <w:color w:val="1D0024"/>
          <w:sz w:val="21"/>
        </w:rPr>
        <w:t>외부</w:t>
      </w:r>
      <w:r>
        <w:rPr>
          <w:rFonts w:ascii="Pretendard" w:eastAsia="Pretendard" w:hAnsi="Pretendard" w:cs="Pretendard"/>
          <w:color w:val="1D0024"/>
          <w:sz w:val="21"/>
        </w:rPr>
        <w:t xml:space="preserve"> </w:t>
      </w:r>
      <w:r>
        <w:rPr>
          <w:rFonts w:ascii="Pretendard" w:eastAsia="Pretendard" w:hAnsi="Pretendard" w:cs="Pretendard"/>
          <w:color w:val="1D0024"/>
          <w:sz w:val="21"/>
        </w:rPr>
        <w:t>표면으로</w:t>
      </w:r>
      <w:r>
        <w:rPr>
          <w:rFonts w:ascii="Pretendard" w:eastAsia="Pretendard" w:hAnsi="Pretendard" w:cs="Pretendard"/>
          <w:color w:val="1D0024"/>
          <w:sz w:val="21"/>
        </w:rPr>
        <w:t xml:space="preserve"> </w:t>
      </w:r>
      <w:r>
        <w:rPr>
          <w:rFonts w:ascii="Pretendard" w:eastAsia="Pretendard" w:hAnsi="Pretendard" w:cs="Pretendard"/>
          <w:color w:val="1D0024"/>
          <w:sz w:val="21"/>
        </w:rPr>
        <w:t>나가는</w:t>
      </w:r>
      <w:r>
        <w:rPr>
          <w:rFonts w:ascii="Pretendard" w:eastAsia="Pretendard" w:hAnsi="Pretendard" w:cs="Pretendard"/>
          <w:color w:val="1D0024"/>
          <w:sz w:val="21"/>
        </w:rPr>
        <w:t xml:space="preserve"> </w:t>
      </w:r>
      <w:r>
        <w:rPr>
          <w:rFonts w:ascii="Pretendard" w:eastAsia="Pretendard" w:hAnsi="Pretendard" w:cs="Pretendard"/>
          <w:color w:val="1D0024"/>
          <w:sz w:val="21"/>
        </w:rPr>
        <w:t>방향이라</w:t>
      </w:r>
      <w:r>
        <w:rPr>
          <w:rFonts w:ascii="Pretendard" w:eastAsia="Pretendard" w:hAnsi="Pretendard" w:cs="Pretendard"/>
          <w:color w:val="1D0024"/>
          <w:sz w:val="21"/>
        </w:rPr>
        <w:t xml:space="preserve">, </w:t>
      </w:r>
      <w:r>
        <w:rPr>
          <w:rFonts w:ascii="Pretendard" w:eastAsia="Pretendard" w:hAnsi="Pretendard" w:cs="Pretendard"/>
          <w:color w:val="1D0024"/>
          <w:sz w:val="21"/>
        </w:rPr>
        <w:t>영문</w:t>
      </w:r>
      <w:r>
        <w:rPr>
          <w:rFonts w:ascii="Pretendard" w:eastAsia="Pretendard" w:hAnsi="Pretendard" w:cs="Pretendard"/>
          <w:color w:val="1D0024"/>
          <w:sz w:val="21"/>
        </w:rPr>
        <w:t>·</w:t>
      </w:r>
      <w:r>
        <w:rPr>
          <w:rFonts w:ascii="Pretendard" w:eastAsia="Pretendard" w:hAnsi="Pretendard" w:cs="Pretendard"/>
          <w:color w:val="1D0024"/>
          <w:sz w:val="21"/>
        </w:rPr>
        <w:t>다국어</w:t>
      </w:r>
      <w:r>
        <w:rPr>
          <w:rFonts w:ascii="Pretendard" w:eastAsia="Pretendard" w:hAnsi="Pretendard" w:cs="Pretendard"/>
          <w:color w:val="1D0024"/>
          <w:sz w:val="21"/>
        </w:rPr>
        <w:t xml:space="preserve"> </w:t>
      </w:r>
      <w:r>
        <w:rPr>
          <w:rFonts w:ascii="Pretendard" w:eastAsia="Pretendard" w:hAnsi="Pretendard" w:cs="Pretendard"/>
          <w:color w:val="1D0024"/>
          <w:sz w:val="21"/>
        </w:rPr>
        <w:t>원문</w:t>
      </w:r>
      <w:r>
        <w:rPr>
          <w:rFonts w:ascii="Pretendard" w:eastAsia="Pretendard" w:hAnsi="Pretendard" w:cs="Pretendard"/>
          <w:color w:val="1D0024"/>
          <w:sz w:val="21"/>
        </w:rPr>
        <w:t xml:space="preserve"> </w:t>
      </w:r>
      <w:r>
        <w:rPr>
          <w:rFonts w:ascii="Pretendard" w:eastAsia="Pretendard" w:hAnsi="Pretendard" w:cs="Pretendard"/>
          <w:color w:val="1D0024"/>
          <w:sz w:val="21"/>
        </w:rPr>
        <w:t>영역에</w:t>
      </w:r>
      <w:r>
        <w:rPr>
          <w:rFonts w:ascii="Pretendard" w:eastAsia="Pretendard" w:hAnsi="Pretendard" w:cs="Pretendard"/>
          <w:color w:val="1D0024"/>
          <w:sz w:val="21"/>
        </w:rPr>
        <w:t xml:space="preserve"> </w:t>
      </w:r>
      <w:r>
        <w:rPr>
          <w:rFonts w:ascii="Pretendard" w:eastAsia="Pretendard" w:hAnsi="Pretendard" w:cs="Pretendard"/>
          <w:color w:val="1D0024"/>
          <w:sz w:val="21"/>
        </w:rPr>
        <w:t>들어올</w:t>
      </w:r>
      <w:r>
        <w:rPr>
          <w:rFonts w:ascii="Pretendard" w:eastAsia="Pretendard" w:hAnsi="Pretendard" w:cs="Pretendard"/>
          <w:color w:val="1D0024"/>
          <w:sz w:val="21"/>
        </w:rPr>
        <w:t xml:space="preserve"> </w:t>
      </w:r>
      <w:r>
        <w:rPr>
          <w:rFonts w:ascii="Pretendard" w:eastAsia="Pretendard" w:hAnsi="Pretendard" w:cs="Pretendard"/>
          <w:color w:val="1D0024"/>
          <w:sz w:val="21"/>
        </w:rPr>
        <w:t>가능성이</w:t>
      </w:r>
      <w:r>
        <w:rPr>
          <w:rFonts w:ascii="Pretendard" w:eastAsia="Pretendard" w:hAnsi="Pretendard" w:cs="Pretendard"/>
          <w:color w:val="1D0024"/>
          <w:sz w:val="21"/>
        </w:rPr>
        <w:t xml:space="preserve"> </w:t>
      </w:r>
      <w:r>
        <w:rPr>
          <w:rFonts w:ascii="Pretendard" w:eastAsia="Pretendard" w:hAnsi="Pretendard" w:cs="Pretendard"/>
          <w:color w:val="1D0024"/>
          <w:sz w:val="21"/>
        </w:rPr>
        <w:t>있습니다</w:t>
      </w:r>
      <w:r>
        <w:rPr>
          <w:rFonts w:ascii="Pretendard" w:eastAsia="Pretendard" w:hAnsi="Pretendard" w:cs="Pretendard"/>
          <w:color w:val="1D0024"/>
          <w:sz w:val="21"/>
        </w:rPr>
        <w:t>.</w:t>
      </w:r>
    </w:p>
    <w:p w14:paraId="74493349" w14:textId="77777777" w:rsidR="004B1372" w:rsidRDefault="00BB0BE3">
      <w:pPr>
        <w:keepNext/>
        <w:spacing w:before="200" w:after="160"/>
      </w:pPr>
      <w:r>
        <w:rPr>
          <w:rFonts w:ascii="Pretendard" w:eastAsia="Pretendard" w:hAnsi="Pretendard" w:cs="Pretendard"/>
          <w:b/>
          <w:color w:val="4F1DA1"/>
          <w:sz w:val="26"/>
        </w:rPr>
        <w:t xml:space="preserve">③ </w:t>
      </w:r>
      <w:r>
        <w:rPr>
          <w:rFonts w:ascii="Pretendard" w:eastAsia="Pretendard" w:hAnsi="Pretendard" w:cs="Pretendard"/>
          <w:b/>
          <w:color w:val="4F1DA1"/>
          <w:sz w:val="26"/>
        </w:rPr>
        <w:t>크리에이트립</w:t>
      </w:r>
      <w:r>
        <w:rPr>
          <w:rFonts w:ascii="Pretendard" w:eastAsia="Pretendard" w:hAnsi="Pretendard" w:cs="Pretendard"/>
          <w:b/>
          <w:color w:val="4F1DA1"/>
          <w:sz w:val="26"/>
        </w:rPr>
        <w:t xml:space="preserve"> (Creatrip)</w:t>
      </w:r>
    </w:p>
    <w:tbl>
      <w:tblPr>
        <w:tblStyle w:val="af9"/>
        <w:tblW w:w="0" w:type="auto"/>
        <w:jc w:val="center"/>
        <w:tblLayout w:type="fixed"/>
        <w:tblLook w:val="04A0" w:firstRow="1" w:lastRow="0" w:firstColumn="1" w:lastColumn="0" w:noHBand="0" w:noVBand="1"/>
      </w:tblPr>
      <w:tblGrid>
        <w:gridCol w:w="1928"/>
        <w:gridCol w:w="7710"/>
      </w:tblGrid>
      <w:tr w:rsidR="004B1372" w14:paraId="564610AC" w14:textId="77777777">
        <w:trPr>
          <w:cantSplit/>
          <w:tblHeader/>
          <w:jc w:val="center"/>
        </w:trPr>
        <w:tc>
          <w:tcPr>
            <w:tcW w:w="1928" w:type="dxa"/>
            <w:shd w:val="clear" w:color="auto" w:fill="1D0024"/>
          </w:tcPr>
          <w:p w14:paraId="37417759" w14:textId="77777777" w:rsidR="004B1372" w:rsidRDefault="00BB0BE3">
            <w:r>
              <w:rPr>
                <w:rFonts w:ascii="Pretendard" w:eastAsia="Pretendard" w:hAnsi="Pretendard" w:cs="Pretendard"/>
                <w:b/>
                <w:color w:val="FFFFFF"/>
                <w:sz w:val="19"/>
              </w:rPr>
              <w:t>항목</w:t>
            </w:r>
          </w:p>
        </w:tc>
        <w:tc>
          <w:tcPr>
            <w:tcW w:w="7710" w:type="dxa"/>
            <w:shd w:val="clear" w:color="auto" w:fill="1D0024"/>
          </w:tcPr>
          <w:p w14:paraId="658C6686" w14:textId="77777777" w:rsidR="004B1372" w:rsidRDefault="00BB0BE3">
            <w:r>
              <w:rPr>
                <w:rFonts w:ascii="Pretendard" w:eastAsia="Pretendard" w:hAnsi="Pretendard" w:cs="Pretendard"/>
                <w:b/>
                <w:color w:val="FFFFFF"/>
                <w:sz w:val="19"/>
              </w:rPr>
              <w:t>내용</w:t>
            </w:r>
          </w:p>
        </w:tc>
      </w:tr>
      <w:tr w:rsidR="004B1372" w14:paraId="07A258BF" w14:textId="77777777">
        <w:trPr>
          <w:jc w:val="center"/>
        </w:trPr>
        <w:tc>
          <w:tcPr>
            <w:tcW w:w="1928" w:type="dxa"/>
          </w:tcPr>
          <w:p w14:paraId="58FA8933" w14:textId="77777777" w:rsidR="004B1372" w:rsidRDefault="00BB0BE3">
            <w:r>
              <w:rPr>
                <w:rFonts w:ascii="Pretendard" w:eastAsia="Pretendard" w:hAnsi="Pretendard" w:cs="Pretendard"/>
                <w:b/>
                <w:color w:val="1D0024"/>
                <w:sz w:val="19"/>
              </w:rPr>
              <w:lastRenderedPageBreak/>
              <w:t>포지션</w:t>
            </w:r>
          </w:p>
        </w:tc>
        <w:tc>
          <w:tcPr>
            <w:tcW w:w="7710" w:type="dxa"/>
          </w:tcPr>
          <w:p w14:paraId="1E6E46E4" w14:textId="77777777" w:rsidR="004B1372" w:rsidRDefault="00BB0BE3">
            <w:r>
              <w:rPr>
                <w:rFonts w:ascii="Pretendard" w:eastAsia="Pretendard" w:hAnsi="Pretendard" w:cs="Pretendard"/>
                <w:color w:val="1D0024"/>
                <w:sz w:val="19"/>
              </w:rPr>
              <w:t>외국인</w:t>
            </w:r>
            <w:r>
              <w:rPr>
                <w:rFonts w:ascii="Pretendard" w:eastAsia="Pretendard" w:hAnsi="Pretendard" w:cs="Pretendard"/>
                <w:color w:val="1D0024"/>
                <w:sz w:val="19"/>
              </w:rPr>
              <w:t xml:space="preserve"> </w:t>
            </w:r>
            <w:r>
              <w:rPr>
                <w:rFonts w:ascii="Pretendard" w:eastAsia="Pretendard" w:hAnsi="Pretendard" w:cs="Pretendard"/>
                <w:color w:val="1D0024"/>
                <w:sz w:val="19"/>
              </w:rPr>
              <w:t>한국</w:t>
            </w:r>
            <w:r>
              <w:rPr>
                <w:rFonts w:ascii="Pretendard" w:eastAsia="Pretendard" w:hAnsi="Pretendard" w:cs="Pretendard"/>
                <w:color w:val="1D0024"/>
                <w:sz w:val="19"/>
              </w:rPr>
              <w:t xml:space="preserve"> </w:t>
            </w:r>
            <w:r>
              <w:rPr>
                <w:rFonts w:ascii="Pretendard" w:eastAsia="Pretendard" w:hAnsi="Pretendard" w:cs="Pretendard"/>
                <w:color w:val="1D0024"/>
                <w:sz w:val="19"/>
              </w:rPr>
              <w:t>여행</w:t>
            </w:r>
            <w:r>
              <w:rPr>
                <w:rFonts w:ascii="Pretendard" w:eastAsia="Pretendard" w:hAnsi="Pretendard" w:cs="Pretendard"/>
                <w:color w:val="1D0024"/>
                <w:sz w:val="19"/>
              </w:rPr>
              <w:t xml:space="preserve"> </w:t>
            </w:r>
            <w:r>
              <w:rPr>
                <w:rFonts w:ascii="Pretendard" w:eastAsia="Pretendard" w:hAnsi="Pretendard" w:cs="Pretendard"/>
                <w:color w:val="1D0024"/>
                <w:sz w:val="19"/>
              </w:rPr>
              <w:t>앱</w:t>
            </w:r>
            <w:r>
              <w:rPr>
                <w:rFonts w:ascii="Pretendard" w:eastAsia="Pretendard" w:hAnsi="Pretendard" w:cs="Pretendard"/>
                <w:color w:val="1D0024"/>
                <w:sz w:val="19"/>
              </w:rPr>
              <w:t xml:space="preserve">. </w:t>
            </w:r>
            <w:r>
              <w:rPr>
                <w:rFonts w:ascii="Pretendard" w:eastAsia="Pretendard" w:hAnsi="Pretendard" w:cs="Pretendard"/>
                <w:color w:val="1D0024"/>
                <w:sz w:val="19"/>
              </w:rPr>
              <w:t>뷰티</w:t>
            </w:r>
            <w:r>
              <w:rPr>
                <w:rFonts w:ascii="Pretendard" w:eastAsia="Pretendard" w:hAnsi="Pretendard" w:cs="Pretendard"/>
                <w:color w:val="1D0024"/>
                <w:sz w:val="19"/>
              </w:rPr>
              <w:t>·</w:t>
            </w:r>
            <w:r>
              <w:rPr>
                <w:rFonts w:ascii="Pretendard" w:eastAsia="Pretendard" w:hAnsi="Pretendard" w:cs="Pretendard"/>
                <w:color w:val="1D0024"/>
                <w:sz w:val="19"/>
              </w:rPr>
              <w:t>의료</w:t>
            </w:r>
            <w:r>
              <w:rPr>
                <w:rFonts w:ascii="Pretendard" w:eastAsia="Pretendard" w:hAnsi="Pretendard" w:cs="Pretendard"/>
                <w:color w:val="1D0024"/>
                <w:sz w:val="19"/>
              </w:rPr>
              <w:t xml:space="preserve"> </w:t>
            </w:r>
            <w:r>
              <w:rPr>
                <w:rFonts w:ascii="Pretendard" w:eastAsia="Pretendard" w:hAnsi="Pretendard" w:cs="Pretendard"/>
                <w:color w:val="1D0024"/>
                <w:sz w:val="19"/>
              </w:rPr>
              <w:t>예약</w:t>
            </w:r>
            <w:r>
              <w:rPr>
                <w:rFonts w:ascii="Pretendard" w:eastAsia="Pretendard" w:hAnsi="Pretendard" w:cs="Pretendard"/>
                <w:color w:val="1D0024"/>
                <w:sz w:val="19"/>
              </w:rPr>
              <w:t xml:space="preserve">, </w:t>
            </w:r>
            <w:r>
              <w:rPr>
                <w:rFonts w:ascii="Pretendard" w:eastAsia="Pretendard" w:hAnsi="Pretendard" w:cs="Pretendard"/>
                <w:color w:val="1D0024"/>
                <w:sz w:val="19"/>
              </w:rPr>
              <w:t>숙소</w:t>
            </w:r>
            <w:r>
              <w:rPr>
                <w:rFonts w:ascii="Pretendard" w:eastAsia="Pretendard" w:hAnsi="Pretendard" w:cs="Pretendard"/>
                <w:color w:val="1D0024"/>
                <w:sz w:val="19"/>
              </w:rPr>
              <w:t xml:space="preserve"> </w:t>
            </w:r>
            <w:r>
              <w:rPr>
                <w:rFonts w:ascii="Pretendard" w:eastAsia="Pretendard" w:hAnsi="Pretendard" w:cs="Pretendard"/>
                <w:color w:val="1D0024"/>
                <w:sz w:val="19"/>
              </w:rPr>
              <w:t>예약</w:t>
            </w:r>
            <w:r>
              <w:rPr>
                <w:rFonts w:ascii="Pretendard" w:eastAsia="Pretendard" w:hAnsi="Pretendard" w:cs="Pretendard"/>
                <w:color w:val="1D0024"/>
                <w:sz w:val="19"/>
              </w:rPr>
              <w:t xml:space="preserve">, </w:t>
            </w:r>
            <w:r>
              <w:rPr>
                <w:rFonts w:ascii="Pretendard" w:eastAsia="Pretendard" w:hAnsi="Pretendard" w:cs="Pretendard"/>
                <w:color w:val="1D0024"/>
                <w:sz w:val="19"/>
              </w:rPr>
              <w:t>통역</w:t>
            </w:r>
            <w:r>
              <w:rPr>
                <w:rFonts w:ascii="Pretendard" w:eastAsia="Pretendard" w:hAnsi="Pretendard" w:cs="Pretendard"/>
                <w:color w:val="1D0024"/>
                <w:sz w:val="19"/>
              </w:rPr>
              <w:t xml:space="preserve"> </w:t>
            </w:r>
            <w:r>
              <w:rPr>
                <w:rFonts w:ascii="Pretendard" w:eastAsia="Pretendard" w:hAnsi="Pretendard" w:cs="Pretendard"/>
                <w:color w:val="1D0024"/>
                <w:sz w:val="19"/>
              </w:rPr>
              <w:t>버디</w:t>
            </w:r>
            <w:r>
              <w:rPr>
                <w:rFonts w:ascii="Pretendard" w:eastAsia="Pretendard" w:hAnsi="Pretendard" w:cs="Pretendard"/>
                <w:color w:val="1D0024"/>
                <w:sz w:val="19"/>
              </w:rPr>
              <w:t>(14</w:t>
            </w:r>
            <w:r>
              <w:rPr>
                <w:rFonts w:ascii="Pretendard" w:eastAsia="Pretendard" w:hAnsi="Pretendard" w:cs="Pretendard"/>
                <w:color w:val="1D0024"/>
                <w:sz w:val="19"/>
              </w:rPr>
              <w:t>일</w:t>
            </w:r>
            <w:r>
              <w:rPr>
                <w:rFonts w:ascii="Pretendard" w:eastAsia="Pretendard" w:hAnsi="Pretendard" w:cs="Pretendard"/>
                <w:color w:val="1D0024"/>
                <w:sz w:val="19"/>
              </w:rPr>
              <w:t>)</w:t>
            </w:r>
          </w:p>
        </w:tc>
      </w:tr>
      <w:tr w:rsidR="004B1372" w14:paraId="77BBAADB" w14:textId="77777777">
        <w:trPr>
          <w:jc w:val="center"/>
        </w:trPr>
        <w:tc>
          <w:tcPr>
            <w:tcW w:w="1928" w:type="dxa"/>
          </w:tcPr>
          <w:p w14:paraId="7A334889" w14:textId="77777777" w:rsidR="004B1372" w:rsidRDefault="00BB0BE3">
            <w:r>
              <w:rPr>
                <w:rFonts w:ascii="Pretendard" w:eastAsia="Pretendard" w:hAnsi="Pretendard" w:cs="Pretendard"/>
                <w:b/>
                <w:color w:val="1D0024"/>
                <w:sz w:val="19"/>
              </w:rPr>
              <w:t>규모</w:t>
            </w:r>
          </w:p>
        </w:tc>
        <w:tc>
          <w:tcPr>
            <w:tcW w:w="7710" w:type="dxa"/>
          </w:tcPr>
          <w:p w14:paraId="1C72B5F8" w14:textId="77777777" w:rsidR="004B1372" w:rsidRDefault="00BB0BE3">
            <w:r>
              <w:rPr>
                <w:rFonts w:ascii="Pretendard" w:eastAsia="Pretendard" w:hAnsi="Pretendard" w:cs="Pretendard"/>
                <w:color w:val="1D0024"/>
                <w:sz w:val="19"/>
              </w:rPr>
              <w:t>누적가입</w:t>
            </w:r>
            <w:r>
              <w:rPr>
                <w:rFonts w:ascii="Pretendard" w:eastAsia="Pretendard" w:hAnsi="Pretendard" w:cs="Pretendard"/>
                <w:color w:val="1D0024"/>
                <w:sz w:val="19"/>
              </w:rPr>
              <w:t xml:space="preserve"> 94</w:t>
            </w:r>
            <w:r>
              <w:rPr>
                <w:rFonts w:ascii="Pretendard" w:eastAsia="Pretendard" w:hAnsi="Pretendard" w:cs="Pretendard"/>
                <w:color w:val="1D0024"/>
                <w:sz w:val="19"/>
              </w:rPr>
              <w:t>만</w:t>
            </w:r>
            <w:r>
              <w:rPr>
                <w:rFonts w:ascii="Pretendard" w:eastAsia="Pretendard" w:hAnsi="Pretendard" w:cs="Pretendard"/>
                <w:color w:val="1D0024"/>
                <w:sz w:val="19"/>
              </w:rPr>
              <w:t>(80</w:t>
            </w:r>
            <w:r>
              <w:rPr>
                <w:rFonts w:ascii="Pretendard" w:eastAsia="Pretendard" w:hAnsi="Pretendard" w:cs="Pretendard"/>
                <w:color w:val="1D0024"/>
                <w:sz w:val="19"/>
              </w:rPr>
              <w:t>개국</w:t>
            </w:r>
            <w:r>
              <w:rPr>
                <w:rFonts w:ascii="Pretendard" w:eastAsia="Pretendard" w:hAnsi="Pretendard" w:cs="Pretendard"/>
                <w:color w:val="1D0024"/>
                <w:sz w:val="19"/>
              </w:rPr>
              <w:t>, 2024-11), MAU 160</w:t>
            </w:r>
            <w:r>
              <w:rPr>
                <w:rFonts w:ascii="Pretendard" w:eastAsia="Pretendard" w:hAnsi="Pretendard" w:cs="Pretendard"/>
                <w:color w:val="1D0024"/>
                <w:sz w:val="19"/>
              </w:rPr>
              <w:t>만</w:t>
            </w:r>
            <w:r>
              <w:rPr>
                <w:rFonts w:ascii="Pretendard" w:eastAsia="Pretendard" w:hAnsi="Pretendard" w:cs="Pretendard"/>
                <w:color w:val="1D0024"/>
                <w:sz w:val="19"/>
              </w:rPr>
              <w:t xml:space="preserve">, </w:t>
            </w:r>
            <w:r>
              <w:rPr>
                <w:rFonts w:ascii="Pretendard" w:eastAsia="Pretendard" w:hAnsi="Pretendard" w:cs="Pretendard"/>
                <w:color w:val="1D0024"/>
                <w:sz w:val="19"/>
              </w:rPr>
              <w:t>제휴</w:t>
            </w:r>
            <w:r>
              <w:rPr>
                <w:rFonts w:ascii="Pretendard" w:eastAsia="Pretendard" w:hAnsi="Pretendard" w:cs="Pretendard"/>
                <w:color w:val="1D0024"/>
                <w:sz w:val="19"/>
              </w:rPr>
              <w:t xml:space="preserve"> </w:t>
            </w:r>
            <w:r>
              <w:rPr>
                <w:rFonts w:ascii="Pretendard" w:eastAsia="Pretendard" w:hAnsi="Pretendard" w:cs="Pretendard"/>
                <w:color w:val="1D0024"/>
                <w:sz w:val="19"/>
              </w:rPr>
              <w:t>약</w:t>
            </w:r>
            <w:r>
              <w:rPr>
                <w:rFonts w:ascii="Pretendard" w:eastAsia="Pretendard" w:hAnsi="Pretendard" w:cs="Pretendard"/>
                <w:color w:val="1D0024"/>
                <w:sz w:val="19"/>
              </w:rPr>
              <w:t xml:space="preserve"> 1,200</w:t>
            </w:r>
            <w:r>
              <w:rPr>
                <w:rFonts w:ascii="Pretendard" w:eastAsia="Pretendard" w:hAnsi="Pretendard" w:cs="Pretendard"/>
                <w:color w:val="1D0024"/>
                <w:sz w:val="19"/>
              </w:rPr>
              <w:t>곳</w:t>
            </w:r>
            <w:r>
              <w:rPr>
                <w:rFonts w:ascii="Pretendard" w:eastAsia="Pretendard" w:hAnsi="Pretendard" w:cs="Pretendard"/>
                <w:color w:val="1D0024"/>
                <w:sz w:val="19"/>
              </w:rPr>
              <w:t>, 12</w:t>
            </w:r>
            <w:r>
              <w:rPr>
                <w:rFonts w:ascii="Pretendard" w:eastAsia="Pretendard" w:hAnsi="Pretendard" w:cs="Pretendard"/>
                <w:color w:val="1D0024"/>
                <w:sz w:val="19"/>
              </w:rPr>
              <w:t>개</w:t>
            </w:r>
            <w:r>
              <w:rPr>
                <w:rFonts w:ascii="Pretendard" w:eastAsia="Pretendard" w:hAnsi="Pretendard" w:cs="Pretendard"/>
                <w:color w:val="1D0024"/>
                <w:sz w:val="19"/>
              </w:rPr>
              <w:t xml:space="preserve"> </w:t>
            </w:r>
            <w:r>
              <w:rPr>
                <w:rFonts w:ascii="Pretendard" w:eastAsia="Pretendard" w:hAnsi="Pretendard" w:cs="Pretendard"/>
                <w:color w:val="1D0024"/>
                <w:sz w:val="19"/>
              </w:rPr>
              <w:t>언어</w:t>
            </w:r>
            <w:r>
              <w:rPr>
                <w:rFonts w:ascii="Pretendard" w:eastAsia="Pretendard" w:hAnsi="Pretendard" w:cs="Pretendard"/>
                <w:color w:val="1D0024"/>
                <w:sz w:val="19"/>
              </w:rPr>
              <w:t>(</w:t>
            </w:r>
            <w:r>
              <w:rPr>
                <w:rFonts w:ascii="Pretendard" w:eastAsia="Pretendard" w:hAnsi="Pretendard" w:cs="Pretendard"/>
                <w:color w:val="1D0024"/>
                <w:sz w:val="19"/>
              </w:rPr>
              <w:t>사이트</w:t>
            </w:r>
            <w:r>
              <w:rPr>
                <w:rFonts w:ascii="Pretendard" w:eastAsia="Pretendard" w:hAnsi="Pretendard" w:cs="Pretendard"/>
                <w:color w:val="1D0024"/>
                <w:sz w:val="19"/>
              </w:rPr>
              <w:t xml:space="preserve"> 15</w:t>
            </w:r>
            <w:r>
              <w:rPr>
                <w:rFonts w:ascii="Pretendard" w:eastAsia="Pretendard" w:hAnsi="Pretendard" w:cs="Pretendard"/>
                <w:color w:val="1D0024"/>
                <w:sz w:val="19"/>
              </w:rPr>
              <w:t>개</w:t>
            </w:r>
            <w:r>
              <w:rPr>
                <w:rFonts w:ascii="Pretendard" w:eastAsia="Pretendard" w:hAnsi="Pretendard" w:cs="Pretendard"/>
                <w:color w:val="1D0024"/>
                <w:sz w:val="19"/>
              </w:rPr>
              <w:t xml:space="preserve"> </w:t>
            </w:r>
            <w:r>
              <w:rPr>
                <w:rFonts w:ascii="Pretendard" w:eastAsia="Pretendard" w:hAnsi="Pretendard" w:cs="Pretendard"/>
                <w:color w:val="1D0024"/>
                <w:sz w:val="19"/>
              </w:rPr>
              <w:t>로케일</w:t>
            </w:r>
            <w:r>
              <w:rPr>
                <w:rFonts w:ascii="Pretendard" w:eastAsia="Pretendard" w:hAnsi="Pretendard" w:cs="Pretendard"/>
                <w:color w:val="1D0024"/>
                <w:sz w:val="19"/>
              </w:rPr>
              <w:t>)</w:t>
            </w:r>
          </w:p>
        </w:tc>
      </w:tr>
      <w:tr w:rsidR="004B1372" w14:paraId="67F2C5C7" w14:textId="77777777">
        <w:trPr>
          <w:jc w:val="center"/>
        </w:trPr>
        <w:tc>
          <w:tcPr>
            <w:tcW w:w="1928" w:type="dxa"/>
          </w:tcPr>
          <w:p w14:paraId="75968380" w14:textId="77777777" w:rsidR="004B1372" w:rsidRDefault="00BB0BE3">
            <w:r>
              <w:rPr>
                <w:rFonts w:ascii="Pretendard" w:eastAsia="Pretendard" w:hAnsi="Pretendard" w:cs="Pretendard"/>
                <w:b/>
                <w:color w:val="1D0024"/>
                <w:sz w:val="19"/>
              </w:rPr>
              <w:t>거래</w:t>
            </w:r>
          </w:p>
        </w:tc>
        <w:tc>
          <w:tcPr>
            <w:tcW w:w="7710" w:type="dxa"/>
          </w:tcPr>
          <w:p w14:paraId="2A3FAD94" w14:textId="77777777" w:rsidR="004B1372" w:rsidRDefault="00BB0BE3">
            <w:r>
              <w:rPr>
                <w:rFonts w:ascii="Pretendard" w:eastAsia="Pretendard" w:hAnsi="Pretendard" w:cs="Pretendard"/>
                <w:color w:val="1D0024"/>
                <w:sz w:val="19"/>
              </w:rPr>
              <w:t xml:space="preserve">2025 </w:t>
            </w:r>
            <w:r>
              <w:rPr>
                <w:rFonts w:ascii="Pretendard" w:eastAsia="Pretendard" w:hAnsi="Pretendard" w:cs="Pretendard"/>
                <w:color w:val="1D0024"/>
                <w:sz w:val="19"/>
              </w:rPr>
              <w:t>거래</w:t>
            </w:r>
            <w:r>
              <w:rPr>
                <w:rFonts w:ascii="Pretendard" w:eastAsia="Pretendard" w:hAnsi="Pretendard" w:cs="Pretendard"/>
                <w:color w:val="1D0024"/>
                <w:sz w:val="19"/>
              </w:rPr>
              <w:t xml:space="preserve"> +40%, </w:t>
            </w:r>
            <w:r>
              <w:rPr>
                <w:rFonts w:ascii="Pretendard" w:eastAsia="Pretendard" w:hAnsi="Pretendard" w:cs="Pretendard"/>
                <w:color w:val="1D0024"/>
                <w:sz w:val="19"/>
              </w:rPr>
              <w:t>뷰티</w:t>
            </w:r>
            <w:r>
              <w:rPr>
                <w:rFonts w:ascii="Pretendard" w:eastAsia="Pretendard" w:hAnsi="Pretendard" w:cs="Pretendard"/>
                <w:color w:val="1D0024"/>
                <w:sz w:val="19"/>
              </w:rPr>
              <w:t>·</w:t>
            </w:r>
            <w:r>
              <w:rPr>
                <w:rFonts w:ascii="Pretendard" w:eastAsia="Pretendard" w:hAnsi="Pretendard" w:cs="Pretendard"/>
                <w:color w:val="1D0024"/>
                <w:sz w:val="19"/>
              </w:rPr>
              <w:t>메디컬</w:t>
            </w:r>
            <w:r>
              <w:rPr>
                <w:rFonts w:ascii="Pretendard" w:eastAsia="Pretendard" w:hAnsi="Pretendard" w:cs="Pretendard"/>
                <w:color w:val="1D0024"/>
                <w:sz w:val="19"/>
              </w:rPr>
              <w:t xml:space="preserve"> +71%</w:t>
            </w:r>
            <w:r>
              <w:rPr>
                <w:rFonts w:ascii="Pretendard" w:eastAsia="Pretendard" w:hAnsi="Pretendard" w:cs="Pretendard"/>
                <w:color w:val="1D0024"/>
                <w:sz w:val="19"/>
              </w:rPr>
              <w:t>로</w:t>
            </w:r>
            <w:r>
              <w:rPr>
                <w:rFonts w:ascii="Pretendard" w:eastAsia="Pretendard" w:hAnsi="Pretendard" w:cs="Pretendard"/>
                <w:color w:val="1D0024"/>
                <w:sz w:val="19"/>
              </w:rPr>
              <w:t xml:space="preserve"> </w:t>
            </w:r>
            <w:r>
              <w:rPr>
                <w:rFonts w:ascii="Pretendard" w:eastAsia="Pretendard" w:hAnsi="Pretendard" w:cs="Pretendard"/>
                <w:color w:val="1D0024"/>
                <w:sz w:val="19"/>
              </w:rPr>
              <w:t>거래의</w:t>
            </w:r>
            <w:r>
              <w:rPr>
                <w:rFonts w:ascii="Pretendard" w:eastAsia="Pretendard" w:hAnsi="Pretendard" w:cs="Pretendard"/>
                <w:color w:val="1D0024"/>
                <w:sz w:val="19"/>
              </w:rPr>
              <w:t xml:space="preserve"> 51%. </w:t>
            </w:r>
            <w:r>
              <w:rPr>
                <w:rFonts w:ascii="Pretendard" w:eastAsia="Pretendard" w:hAnsi="Pretendard" w:cs="Pretendard"/>
                <w:color w:val="1D0024"/>
                <w:sz w:val="19"/>
              </w:rPr>
              <w:t>대만은</w:t>
            </w:r>
            <w:r>
              <w:rPr>
                <w:rFonts w:ascii="Pretendard" w:eastAsia="Pretendard" w:hAnsi="Pretendard" w:cs="Pretendard"/>
                <w:color w:val="1D0024"/>
                <w:sz w:val="19"/>
              </w:rPr>
              <w:t xml:space="preserve"> </w:t>
            </w:r>
            <w:r>
              <w:rPr>
                <w:rFonts w:ascii="Pretendard" w:eastAsia="Pretendard" w:hAnsi="Pretendard" w:cs="Pretendard"/>
                <w:color w:val="1D0024"/>
                <w:sz w:val="19"/>
              </w:rPr>
              <w:t>의료</w:t>
            </w:r>
            <w:r>
              <w:rPr>
                <w:rFonts w:ascii="Pretendard" w:eastAsia="Pretendard" w:hAnsi="Pretendard" w:cs="Pretendard"/>
                <w:color w:val="1D0024"/>
                <w:sz w:val="19"/>
              </w:rPr>
              <w:t xml:space="preserve"> </w:t>
            </w:r>
            <w:r>
              <w:rPr>
                <w:rFonts w:ascii="Pretendard" w:eastAsia="Pretendard" w:hAnsi="Pretendard" w:cs="Pretendard"/>
                <w:color w:val="1D0024"/>
                <w:sz w:val="19"/>
              </w:rPr>
              <w:t>비중</w:t>
            </w:r>
            <w:r>
              <w:rPr>
                <w:rFonts w:ascii="Pretendard" w:eastAsia="Pretendard" w:hAnsi="Pretendard" w:cs="Pretendard"/>
                <w:color w:val="1D0024"/>
                <w:sz w:val="19"/>
              </w:rPr>
              <w:t xml:space="preserve"> 49%</w:t>
            </w:r>
          </w:p>
        </w:tc>
      </w:tr>
      <w:tr w:rsidR="004B1372" w14:paraId="646D8E09" w14:textId="77777777">
        <w:trPr>
          <w:jc w:val="center"/>
        </w:trPr>
        <w:tc>
          <w:tcPr>
            <w:tcW w:w="1928" w:type="dxa"/>
          </w:tcPr>
          <w:p w14:paraId="679A5A47" w14:textId="77777777" w:rsidR="004B1372" w:rsidRDefault="00BB0BE3">
            <w:r>
              <w:rPr>
                <w:rFonts w:ascii="Pretendard" w:eastAsia="Pretendard" w:hAnsi="Pretendard" w:cs="Pretendard"/>
                <w:b/>
                <w:color w:val="1D0024"/>
                <w:sz w:val="19"/>
              </w:rPr>
              <w:t>투자</w:t>
            </w:r>
          </w:p>
        </w:tc>
        <w:tc>
          <w:tcPr>
            <w:tcW w:w="7710" w:type="dxa"/>
          </w:tcPr>
          <w:p w14:paraId="278640B8" w14:textId="77777777" w:rsidR="004B1372" w:rsidRDefault="00BB0BE3">
            <w:r>
              <w:rPr>
                <w:rFonts w:ascii="Pretendard" w:eastAsia="Pretendard" w:hAnsi="Pretendard" w:cs="Pretendard"/>
                <w:color w:val="1D0024"/>
                <w:sz w:val="19"/>
              </w:rPr>
              <w:t>시리즈</w:t>
            </w:r>
            <w:r>
              <w:rPr>
                <w:rFonts w:ascii="Pretendard" w:eastAsia="Pretendard" w:hAnsi="Pretendard" w:cs="Pretendard"/>
                <w:color w:val="1D0024"/>
                <w:sz w:val="19"/>
              </w:rPr>
              <w:t>B</w:t>
            </w:r>
            <w:r>
              <w:rPr>
                <w:rFonts w:ascii="Pretendard" w:eastAsia="Pretendard" w:hAnsi="Pretendard" w:cs="Pretendard"/>
                <w:color w:val="1D0024"/>
                <w:sz w:val="19"/>
              </w:rPr>
              <w:t>까지</w:t>
            </w:r>
            <w:r>
              <w:rPr>
                <w:rFonts w:ascii="Pretendard" w:eastAsia="Pretendard" w:hAnsi="Pretendard" w:cs="Pretendard"/>
                <w:color w:val="1D0024"/>
                <w:sz w:val="19"/>
              </w:rPr>
              <w:t xml:space="preserve"> </w:t>
            </w:r>
            <w:r>
              <w:rPr>
                <w:rFonts w:ascii="Pretendard" w:eastAsia="Pretendard" w:hAnsi="Pretendard" w:cs="Pretendard"/>
                <w:color w:val="1D0024"/>
                <w:sz w:val="19"/>
              </w:rPr>
              <w:t>누적</w:t>
            </w:r>
            <w:r>
              <w:rPr>
                <w:rFonts w:ascii="Pretendard" w:eastAsia="Pretendard" w:hAnsi="Pretendard" w:cs="Pretendard"/>
                <w:color w:val="1D0024"/>
                <w:sz w:val="19"/>
              </w:rPr>
              <w:t xml:space="preserve"> 181</w:t>
            </w:r>
            <w:r>
              <w:rPr>
                <w:rFonts w:ascii="Pretendard" w:eastAsia="Pretendard" w:hAnsi="Pretendard" w:cs="Pretendard"/>
                <w:color w:val="1D0024"/>
                <w:sz w:val="19"/>
              </w:rPr>
              <w:t>억</w:t>
            </w:r>
            <w:r>
              <w:rPr>
                <w:rFonts w:ascii="Pretendard" w:eastAsia="Pretendard" w:hAnsi="Pretendard" w:cs="Pretendard"/>
                <w:color w:val="1D0024"/>
                <w:sz w:val="19"/>
              </w:rPr>
              <w:t xml:space="preserve"> </w:t>
            </w:r>
            <w:r>
              <w:rPr>
                <w:rFonts w:ascii="Pretendard" w:eastAsia="Pretendard" w:hAnsi="Pretendard" w:cs="Pretendard"/>
                <w:color w:val="1D0024"/>
                <w:sz w:val="19"/>
              </w:rPr>
              <w:t>원</w:t>
            </w:r>
            <w:r>
              <w:rPr>
                <w:rFonts w:ascii="Pretendard" w:eastAsia="Pretendard" w:hAnsi="Pretendard" w:cs="Pretendard"/>
                <w:color w:val="1D0024"/>
                <w:sz w:val="19"/>
              </w:rPr>
              <w:t xml:space="preserve"> </w:t>
            </w:r>
            <w:r>
              <w:rPr>
                <w:rFonts w:ascii="Pretendard" w:eastAsia="Pretendard" w:hAnsi="Pretendard" w:cs="Pretendard"/>
                <w:color w:val="1D0024"/>
                <w:sz w:val="19"/>
              </w:rPr>
              <w:t>이상</w:t>
            </w:r>
            <w:r>
              <w:rPr>
                <w:rFonts w:ascii="Pretendard" w:eastAsia="Pretendard" w:hAnsi="Pretendard" w:cs="Pretendard"/>
                <w:color w:val="1D0024"/>
                <w:sz w:val="19"/>
              </w:rPr>
              <w:t xml:space="preserve">. </w:t>
            </w:r>
            <w:r>
              <w:rPr>
                <w:rFonts w:ascii="Pretendard" w:eastAsia="Pretendard" w:hAnsi="Pretendard" w:cs="Pretendard"/>
                <w:color w:val="1D0024"/>
                <w:sz w:val="19"/>
              </w:rPr>
              <w:t>마이리얼트립</w:t>
            </w:r>
            <w:r>
              <w:rPr>
                <w:rFonts w:ascii="Pretendard" w:eastAsia="Pretendard" w:hAnsi="Pretendard" w:cs="Pretendard"/>
                <w:color w:val="1D0024"/>
                <w:sz w:val="19"/>
              </w:rPr>
              <w:t xml:space="preserve"> 30</w:t>
            </w:r>
            <w:r>
              <w:rPr>
                <w:rFonts w:ascii="Pretendard" w:eastAsia="Pretendard" w:hAnsi="Pretendard" w:cs="Pretendard"/>
                <w:color w:val="1D0024"/>
                <w:sz w:val="19"/>
              </w:rPr>
              <w:t>억</w:t>
            </w:r>
            <w:r>
              <w:rPr>
                <w:rFonts w:ascii="Pretendard" w:eastAsia="Pretendard" w:hAnsi="Pretendard" w:cs="Pretendard"/>
                <w:color w:val="1D0024"/>
                <w:sz w:val="19"/>
              </w:rPr>
              <w:t>(2024-08)</w:t>
            </w:r>
          </w:p>
        </w:tc>
      </w:tr>
      <w:tr w:rsidR="004B1372" w14:paraId="3E8B3016" w14:textId="77777777">
        <w:trPr>
          <w:jc w:val="center"/>
        </w:trPr>
        <w:tc>
          <w:tcPr>
            <w:tcW w:w="1928" w:type="dxa"/>
          </w:tcPr>
          <w:p w14:paraId="59EEDC24" w14:textId="77777777" w:rsidR="004B1372" w:rsidRDefault="00BB0BE3">
            <w:r>
              <w:rPr>
                <w:rFonts w:ascii="Pretendard" w:eastAsia="Pretendard" w:hAnsi="Pretendard" w:cs="Pretendard"/>
                <w:b/>
                <w:color w:val="1D0024"/>
                <w:sz w:val="19"/>
              </w:rPr>
              <w:t>규제</w:t>
            </w:r>
          </w:p>
        </w:tc>
        <w:tc>
          <w:tcPr>
            <w:tcW w:w="7710" w:type="dxa"/>
          </w:tcPr>
          <w:p w14:paraId="3B8027FF" w14:textId="77777777" w:rsidR="004B1372" w:rsidRDefault="00BB0BE3">
            <w:r>
              <w:rPr>
                <w:rFonts w:ascii="Pretendard" w:eastAsia="Pretendard" w:hAnsi="Pretendard" w:cs="Pretendard"/>
                <w:color w:val="1D0024"/>
                <w:sz w:val="19"/>
              </w:rPr>
              <w:t>외국인환자</w:t>
            </w:r>
            <w:r>
              <w:rPr>
                <w:rFonts w:ascii="Pretendard" w:eastAsia="Pretendard" w:hAnsi="Pretendard" w:cs="Pretendard"/>
                <w:color w:val="1D0024"/>
                <w:sz w:val="19"/>
              </w:rPr>
              <w:t xml:space="preserve"> </w:t>
            </w:r>
            <w:r>
              <w:rPr>
                <w:rFonts w:ascii="Pretendard" w:eastAsia="Pretendard" w:hAnsi="Pretendard" w:cs="Pretendard"/>
                <w:color w:val="1D0024"/>
                <w:sz w:val="19"/>
              </w:rPr>
              <w:t>유치업</w:t>
            </w:r>
            <w:r>
              <w:rPr>
                <w:rFonts w:ascii="Pretendard" w:eastAsia="Pretendard" w:hAnsi="Pretendard" w:cs="Pretendard"/>
                <w:color w:val="1D0024"/>
                <w:sz w:val="19"/>
              </w:rPr>
              <w:t xml:space="preserve"> </w:t>
            </w:r>
            <w:r>
              <w:rPr>
                <w:rFonts w:ascii="Pretendard" w:eastAsia="Pretendard" w:hAnsi="Pretendard" w:cs="Pretendard"/>
                <w:color w:val="1D0024"/>
                <w:sz w:val="19"/>
              </w:rPr>
              <w:t>등록번호</w:t>
            </w:r>
            <w:r>
              <w:rPr>
                <w:rFonts w:ascii="Pretendard" w:eastAsia="Pretendard" w:hAnsi="Pretendard" w:cs="Pretendard"/>
                <w:color w:val="1D0024"/>
                <w:sz w:val="19"/>
              </w:rPr>
              <w:t xml:space="preserve"> A-2019-01-01-3686(</w:t>
            </w:r>
            <w:r>
              <w:rPr>
                <w:rFonts w:ascii="Pretendard" w:eastAsia="Pretendard" w:hAnsi="Pretendard" w:cs="Pretendard"/>
                <w:color w:val="1D0024"/>
                <w:sz w:val="19"/>
              </w:rPr>
              <w:t>자사</w:t>
            </w:r>
            <w:r>
              <w:rPr>
                <w:rFonts w:ascii="Pretendard" w:eastAsia="Pretendard" w:hAnsi="Pretendard" w:cs="Pretendard"/>
                <w:color w:val="1D0024"/>
                <w:sz w:val="19"/>
              </w:rPr>
              <w:t xml:space="preserve"> </w:t>
            </w:r>
            <w:r>
              <w:rPr>
                <w:rFonts w:ascii="Pretendard" w:eastAsia="Pretendard" w:hAnsi="Pretendard" w:cs="Pretendard"/>
                <w:color w:val="1D0024"/>
                <w:sz w:val="19"/>
              </w:rPr>
              <w:t>공지</w:t>
            </w:r>
            <w:r>
              <w:rPr>
                <w:rFonts w:ascii="Pretendard" w:eastAsia="Pretendard" w:hAnsi="Pretendard" w:cs="Pretendard"/>
                <w:color w:val="1D0024"/>
                <w:sz w:val="19"/>
              </w:rPr>
              <w:t>)</w:t>
            </w:r>
          </w:p>
        </w:tc>
      </w:tr>
      <w:tr w:rsidR="004B1372" w14:paraId="1D9B163D" w14:textId="77777777">
        <w:trPr>
          <w:jc w:val="center"/>
        </w:trPr>
        <w:tc>
          <w:tcPr>
            <w:tcW w:w="1928" w:type="dxa"/>
          </w:tcPr>
          <w:p w14:paraId="7CC09CA5" w14:textId="77777777" w:rsidR="004B1372" w:rsidRDefault="00BB0BE3">
            <w:r>
              <w:rPr>
                <w:rFonts w:ascii="Pretendard" w:eastAsia="Pretendard" w:hAnsi="Pretendard" w:cs="Pretendard"/>
                <w:b/>
                <w:color w:val="1D0024"/>
                <w:sz w:val="19"/>
              </w:rPr>
              <w:t>AI·</w:t>
            </w:r>
            <w:r>
              <w:rPr>
                <w:rFonts w:ascii="Pretendard" w:eastAsia="Pretendard" w:hAnsi="Pretendard" w:cs="Pretendard"/>
                <w:b/>
                <w:color w:val="1D0024"/>
                <w:sz w:val="19"/>
              </w:rPr>
              <w:t>오픈웹</w:t>
            </w:r>
          </w:p>
        </w:tc>
        <w:tc>
          <w:tcPr>
            <w:tcW w:w="7710" w:type="dxa"/>
          </w:tcPr>
          <w:p w14:paraId="04467249" w14:textId="77777777" w:rsidR="004B1372" w:rsidRDefault="00BB0BE3">
            <w:r>
              <w:rPr>
                <w:rFonts w:ascii="Pretendard" w:eastAsia="Pretendard" w:hAnsi="Pretendard" w:cs="Pretendard"/>
                <w:color w:val="1D0024"/>
                <w:sz w:val="19"/>
              </w:rPr>
              <w:t>전체</w:t>
            </w:r>
            <w:r>
              <w:rPr>
                <w:rFonts w:ascii="Pretendard" w:eastAsia="Pretendard" w:hAnsi="Pretendard" w:cs="Pretendard"/>
                <w:color w:val="1D0024"/>
                <w:sz w:val="19"/>
              </w:rPr>
              <w:t xml:space="preserve"> </w:t>
            </w:r>
            <w:r>
              <w:rPr>
                <w:rFonts w:ascii="Pretendard" w:eastAsia="Pretendard" w:hAnsi="Pretendard" w:cs="Pretendard"/>
                <w:color w:val="1D0024"/>
                <w:sz w:val="19"/>
              </w:rPr>
              <w:t>허용</w:t>
            </w:r>
            <w:r>
              <w:rPr>
                <w:rFonts w:ascii="Pretendard" w:eastAsia="Pretendard" w:hAnsi="Pretendard" w:cs="Pretendard"/>
                <w:color w:val="1D0024"/>
                <w:sz w:val="19"/>
              </w:rPr>
              <w:t xml:space="preserve">, llms.txt </w:t>
            </w:r>
            <w:r>
              <w:rPr>
                <w:rFonts w:ascii="Pretendard" w:eastAsia="Pretendard" w:hAnsi="Pretendard" w:cs="Pretendard"/>
                <w:color w:val="1D0024"/>
                <w:sz w:val="19"/>
              </w:rPr>
              <w:t>공개</w:t>
            </w:r>
            <w:r>
              <w:rPr>
                <w:rFonts w:ascii="Pretendard" w:eastAsia="Pretendard" w:hAnsi="Pretendard" w:cs="Pretendard"/>
                <w:color w:val="1D0024"/>
                <w:sz w:val="19"/>
              </w:rPr>
              <w:t xml:space="preserve">, 'Best Seoul Skin Clinics 2026' </w:t>
            </w:r>
            <w:r>
              <w:rPr>
                <w:rFonts w:ascii="Pretendard" w:eastAsia="Pretendard" w:hAnsi="Pretendard" w:cs="Pretendard"/>
                <w:color w:val="1D0024"/>
                <w:sz w:val="19"/>
              </w:rPr>
              <w:t>등</w:t>
            </w:r>
            <w:r>
              <w:rPr>
                <w:rFonts w:ascii="Pretendard" w:eastAsia="Pretendard" w:hAnsi="Pretendard" w:cs="Pretendard"/>
                <w:color w:val="1D0024"/>
                <w:sz w:val="19"/>
              </w:rPr>
              <w:t xml:space="preserve"> </w:t>
            </w:r>
            <w:r>
              <w:rPr>
                <w:rFonts w:ascii="Pretendard" w:eastAsia="Pretendard" w:hAnsi="Pretendard" w:cs="Pretendard"/>
                <w:color w:val="1D0024"/>
                <w:sz w:val="19"/>
              </w:rPr>
              <w:t>영문</w:t>
            </w:r>
            <w:r>
              <w:rPr>
                <w:rFonts w:ascii="Pretendard" w:eastAsia="Pretendard" w:hAnsi="Pretendard" w:cs="Pretendard"/>
                <w:color w:val="1D0024"/>
                <w:sz w:val="19"/>
              </w:rPr>
              <w:t xml:space="preserve"> </w:t>
            </w:r>
            <w:r>
              <w:rPr>
                <w:rFonts w:ascii="Pretendard" w:eastAsia="Pretendard" w:hAnsi="Pretendard" w:cs="Pretendard"/>
                <w:color w:val="1D0024"/>
                <w:sz w:val="19"/>
              </w:rPr>
              <w:t>블로그</w:t>
            </w:r>
          </w:p>
        </w:tc>
      </w:tr>
    </w:tbl>
    <w:p w14:paraId="61B0F315" w14:textId="77777777" w:rsidR="004B1372" w:rsidRDefault="004B1372">
      <w:pPr>
        <w:spacing w:after="40"/>
      </w:pPr>
    </w:p>
    <w:p w14:paraId="5C6A4D0F" w14:textId="77777777" w:rsidR="004B1372" w:rsidRDefault="00BB0BE3">
      <w:pPr>
        <w:spacing w:line="324" w:lineRule="auto"/>
      </w:pPr>
      <w:r>
        <w:rPr>
          <w:rFonts w:ascii="Pretendard" w:eastAsia="Pretendard" w:hAnsi="Pretendard" w:cs="Pretendard"/>
          <w:b/>
          <w:color w:val="1D0024"/>
          <w:sz w:val="21"/>
        </w:rPr>
        <w:t>허브</w:t>
      </w:r>
      <w:r>
        <w:rPr>
          <w:rFonts w:ascii="Pretendard" w:eastAsia="Pretendard" w:hAnsi="Pretendard" w:cs="Pretendard"/>
          <w:b/>
          <w:color w:val="1D0024"/>
          <w:sz w:val="21"/>
        </w:rPr>
        <w:t xml:space="preserve"> </w:t>
      </w:r>
      <w:r>
        <w:rPr>
          <w:rFonts w:ascii="Pretendard" w:eastAsia="Pretendard" w:hAnsi="Pretendard" w:cs="Pretendard"/>
          <w:b/>
          <w:color w:val="1D0024"/>
          <w:sz w:val="21"/>
        </w:rPr>
        <w:t>관점</w:t>
      </w:r>
      <w:r>
        <w:rPr>
          <w:rFonts w:ascii="Pretendard" w:eastAsia="Pretendard" w:hAnsi="Pretendard" w:cs="Pretendard"/>
          <w:b/>
          <w:color w:val="1D0024"/>
          <w:sz w:val="21"/>
        </w:rPr>
        <w:t xml:space="preserve">: </w:t>
      </w:r>
      <w:r>
        <w:rPr>
          <w:rFonts w:ascii="Pretendard" w:eastAsia="Pretendard" w:hAnsi="Pretendard" w:cs="Pretendard"/>
          <w:color w:val="1D0024"/>
          <w:sz w:val="21"/>
        </w:rPr>
        <w:t>PRD</w:t>
      </w:r>
      <w:r>
        <w:rPr>
          <w:rFonts w:ascii="Pretendard" w:eastAsia="Pretendard" w:hAnsi="Pretendard" w:cs="Pretendard"/>
          <w:color w:val="1D0024"/>
          <w:sz w:val="21"/>
        </w:rPr>
        <w:t>의</w:t>
      </w:r>
      <w:r>
        <w:rPr>
          <w:rFonts w:ascii="Pretendard" w:eastAsia="Pretendard" w:hAnsi="Pretendard" w:cs="Pretendard"/>
          <w:color w:val="1D0024"/>
          <w:sz w:val="21"/>
        </w:rPr>
        <w:t xml:space="preserve"> 2</w:t>
      </w:r>
      <w:r>
        <w:rPr>
          <w:rFonts w:ascii="Pretendard" w:eastAsia="Pretendard" w:hAnsi="Pretendard" w:cs="Pretendard"/>
          <w:color w:val="1D0024"/>
          <w:sz w:val="21"/>
        </w:rPr>
        <w:t>층</w:t>
      </w:r>
      <w:r>
        <w:rPr>
          <w:rFonts w:ascii="Pretendard" w:eastAsia="Pretendard" w:hAnsi="Pretendard" w:cs="Pretendard"/>
          <w:color w:val="1D0024"/>
          <w:sz w:val="21"/>
        </w:rPr>
        <w:t>(</w:t>
      </w:r>
      <w:r>
        <w:rPr>
          <w:rFonts w:ascii="Pretendard" w:eastAsia="Pretendard" w:hAnsi="Pretendard" w:cs="Pretendard"/>
          <w:color w:val="1D0024"/>
          <w:sz w:val="21"/>
        </w:rPr>
        <w:t>상담</w:t>
      </w:r>
      <w:r>
        <w:rPr>
          <w:rFonts w:ascii="Pretendard" w:eastAsia="Pretendard" w:hAnsi="Pretendard" w:cs="Pretendard"/>
          <w:color w:val="1D0024"/>
          <w:sz w:val="21"/>
        </w:rPr>
        <w:t>·</w:t>
      </w:r>
      <w:r>
        <w:rPr>
          <w:rFonts w:ascii="Pretendard" w:eastAsia="Pretendard" w:hAnsi="Pretendard" w:cs="Pretendard"/>
          <w:color w:val="1D0024"/>
          <w:sz w:val="21"/>
        </w:rPr>
        <w:t>예약</w:t>
      </w:r>
      <w:r>
        <w:rPr>
          <w:rFonts w:ascii="Pretendard" w:eastAsia="Pretendard" w:hAnsi="Pretendard" w:cs="Pretendard"/>
          <w:color w:val="1D0024"/>
          <w:sz w:val="21"/>
        </w:rPr>
        <w:t>)</w:t>
      </w:r>
      <w:r>
        <w:rPr>
          <w:rFonts w:ascii="Pretendard" w:eastAsia="Pretendard" w:hAnsi="Pretendard" w:cs="Pretendard"/>
          <w:color w:val="1D0024"/>
          <w:sz w:val="21"/>
        </w:rPr>
        <w:t>과</w:t>
      </w:r>
      <w:r>
        <w:rPr>
          <w:rFonts w:ascii="Pretendard" w:eastAsia="Pretendard" w:hAnsi="Pretendard" w:cs="Pretendard"/>
          <w:color w:val="1D0024"/>
          <w:sz w:val="21"/>
        </w:rPr>
        <w:t xml:space="preserve"> 3</w:t>
      </w:r>
      <w:r>
        <w:rPr>
          <w:rFonts w:ascii="Pretendard" w:eastAsia="Pretendard" w:hAnsi="Pretendard" w:cs="Pretendard"/>
          <w:color w:val="1D0024"/>
          <w:sz w:val="21"/>
        </w:rPr>
        <w:t>층</w:t>
      </w:r>
      <w:r>
        <w:rPr>
          <w:rFonts w:ascii="Pretendard" w:eastAsia="Pretendard" w:hAnsi="Pretendard" w:cs="Pretendard"/>
          <w:color w:val="1D0024"/>
          <w:sz w:val="21"/>
        </w:rPr>
        <w:t>(</w:t>
      </w:r>
      <w:r>
        <w:rPr>
          <w:rFonts w:ascii="Pretendard" w:eastAsia="Pretendard" w:hAnsi="Pretendard" w:cs="Pretendard"/>
          <w:color w:val="1D0024"/>
          <w:sz w:val="21"/>
        </w:rPr>
        <w:t>여정</w:t>
      </w:r>
      <w:r>
        <w:rPr>
          <w:rFonts w:ascii="Pretendard" w:eastAsia="Pretendard" w:hAnsi="Pretendard" w:cs="Pretendard"/>
          <w:color w:val="1D0024"/>
          <w:sz w:val="21"/>
        </w:rPr>
        <w:t>)</w:t>
      </w:r>
      <w:r>
        <w:rPr>
          <w:rFonts w:ascii="Pretendard" w:eastAsia="Pretendard" w:hAnsi="Pretendard" w:cs="Pretendard"/>
          <w:color w:val="1D0024"/>
          <w:sz w:val="21"/>
        </w:rPr>
        <w:t>을</w:t>
      </w:r>
      <w:r>
        <w:rPr>
          <w:rFonts w:ascii="Pretendard" w:eastAsia="Pretendard" w:hAnsi="Pretendard" w:cs="Pretendard"/>
          <w:color w:val="1D0024"/>
          <w:sz w:val="21"/>
        </w:rPr>
        <w:t xml:space="preserve"> </w:t>
      </w:r>
      <w:r>
        <w:rPr>
          <w:rFonts w:ascii="Pretendard" w:eastAsia="Pretendard" w:hAnsi="Pretendard" w:cs="Pretendard"/>
          <w:color w:val="1D0024"/>
          <w:sz w:val="21"/>
        </w:rPr>
        <w:t>이미</w:t>
      </w:r>
      <w:r>
        <w:rPr>
          <w:rFonts w:ascii="Pretendard" w:eastAsia="Pretendard" w:hAnsi="Pretendard" w:cs="Pretendard"/>
          <w:color w:val="1D0024"/>
          <w:sz w:val="21"/>
        </w:rPr>
        <w:t xml:space="preserve"> </w:t>
      </w:r>
      <w:r>
        <w:rPr>
          <w:rFonts w:ascii="Pretendard" w:eastAsia="Pretendard" w:hAnsi="Pretendard" w:cs="Pretendard"/>
          <w:color w:val="1D0024"/>
          <w:sz w:val="21"/>
        </w:rPr>
        <w:t>합법</w:t>
      </w:r>
      <w:r>
        <w:rPr>
          <w:rFonts w:ascii="Pretendard" w:eastAsia="Pretendard" w:hAnsi="Pretendard" w:cs="Pretendard"/>
          <w:color w:val="1D0024"/>
          <w:sz w:val="21"/>
        </w:rPr>
        <w:t xml:space="preserve"> </w:t>
      </w:r>
      <w:r>
        <w:rPr>
          <w:rFonts w:ascii="Pretendard" w:eastAsia="Pretendard" w:hAnsi="Pretendard" w:cs="Pretendard"/>
          <w:color w:val="1D0024"/>
          <w:sz w:val="21"/>
        </w:rPr>
        <w:t>구조로</w:t>
      </w:r>
      <w:r>
        <w:rPr>
          <w:rFonts w:ascii="Pretendard" w:eastAsia="Pretendard" w:hAnsi="Pretendard" w:cs="Pretendard"/>
          <w:color w:val="1D0024"/>
          <w:sz w:val="21"/>
        </w:rPr>
        <w:t xml:space="preserve"> </w:t>
      </w:r>
      <w:r>
        <w:rPr>
          <w:rFonts w:ascii="Pretendard" w:eastAsia="Pretendard" w:hAnsi="Pretendard" w:cs="Pretendard"/>
          <w:color w:val="1D0024"/>
          <w:sz w:val="21"/>
        </w:rPr>
        <w:t>운영하는</w:t>
      </w:r>
      <w:r>
        <w:rPr>
          <w:rFonts w:ascii="Pretendard" w:eastAsia="Pretendard" w:hAnsi="Pretendard" w:cs="Pretendard"/>
          <w:color w:val="1D0024"/>
          <w:sz w:val="21"/>
        </w:rPr>
        <w:t xml:space="preserve"> </w:t>
      </w:r>
      <w:r>
        <w:rPr>
          <w:rFonts w:ascii="Pretendard" w:eastAsia="Pretendard" w:hAnsi="Pretendard" w:cs="Pretendard"/>
          <w:color w:val="1D0024"/>
          <w:sz w:val="21"/>
        </w:rPr>
        <w:t>사업자입니다</w:t>
      </w:r>
      <w:r>
        <w:rPr>
          <w:rFonts w:ascii="Pretendard" w:eastAsia="Pretendard" w:hAnsi="Pretendard" w:cs="Pretendard"/>
          <w:color w:val="1D0024"/>
          <w:sz w:val="21"/>
        </w:rPr>
        <w:t xml:space="preserve">. </w:t>
      </w:r>
      <w:r>
        <w:rPr>
          <w:rFonts w:ascii="Pretendard" w:eastAsia="Pretendard" w:hAnsi="Pretendard" w:cs="Pretendard"/>
          <w:color w:val="1D0024"/>
          <w:sz w:val="21"/>
        </w:rPr>
        <w:t>허브가</w:t>
      </w:r>
      <w:r>
        <w:rPr>
          <w:rFonts w:ascii="Pretendard" w:eastAsia="Pretendard" w:hAnsi="Pretendard" w:cs="Pretendard"/>
          <w:color w:val="1D0024"/>
          <w:sz w:val="21"/>
        </w:rPr>
        <w:t xml:space="preserve"> 2~3</w:t>
      </w:r>
      <w:r>
        <w:rPr>
          <w:rFonts w:ascii="Pretendard" w:eastAsia="Pretendard" w:hAnsi="Pretendard" w:cs="Pretendard"/>
          <w:color w:val="1D0024"/>
          <w:sz w:val="21"/>
        </w:rPr>
        <w:t>층으로</w:t>
      </w:r>
      <w:r>
        <w:rPr>
          <w:rFonts w:ascii="Pretendard" w:eastAsia="Pretendard" w:hAnsi="Pretendard" w:cs="Pretendard"/>
          <w:color w:val="1D0024"/>
          <w:sz w:val="21"/>
        </w:rPr>
        <w:t xml:space="preserve"> </w:t>
      </w:r>
      <w:r>
        <w:rPr>
          <w:rFonts w:ascii="Pretendard" w:eastAsia="Pretendard" w:hAnsi="Pretendard" w:cs="Pretendard"/>
          <w:color w:val="1D0024"/>
          <w:sz w:val="21"/>
        </w:rPr>
        <w:t>가면</w:t>
      </w:r>
      <w:r>
        <w:rPr>
          <w:rFonts w:ascii="Pretendard" w:eastAsia="Pretendard" w:hAnsi="Pretendard" w:cs="Pretendard"/>
          <w:color w:val="1D0024"/>
          <w:sz w:val="21"/>
        </w:rPr>
        <w:t xml:space="preserve"> </w:t>
      </w:r>
      <w:r>
        <w:rPr>
          <w:rFonts w:ascii="Pretendard" w:eastAsia="Pretendard" w:hAnsi="Pretendard" w:cs="Pretendard"/>
          <w:color w:val="1D0024"/>
          <w:sz w:val="21"/>
        </w:rPr>
        <w:t>정면</w:t>
      </w:r>
      <w:r>
        <w:rPr>
          <w:rFonts w:ascii="Pretendard" w:eastAsia="Pretendard" w:hAnsi="Pretendard" w:cs="Pretendard"/>
          <w:color w:val="1D0024"/>
          <w:sz w:val="21"/>
        </w:rPr>
        <w:t xml:space="preserve"> </w:t>
      </w:r>
      <w:r>
        <w:rPr>
          <w:rFonts w:ascii="Pretendard" w:eastAsia="Pretendard" w:hAnsi="Pretendard" w:cs="Pretendard"/>
          <w:color w:val="1D0024"/>
          <w:sz w:val="21"/>
        </w:rPr>
        <w:t>경쟁이고</w:t>
      </w:r>
      <w:r>
        <w:rPr>
          <w:rFonts w:ascii="Pretendard" w:eastAsia="Pretendard" w:hAnsi="Pretendard" w:cs="Pretendard"/>
          <w:color w:val="1D0024"/>
          <w:sz w:val="21"/>
        </w:rPr>
        <w:t xml:space="preserve">, </w:t>
      </w:r>
      <w:r>
        <w:rPr>
          <w:rFonts w:ascii="Pretendard" w:eastAsia="Pretendard" w:hAnsi="Pretendard" w:cs="Pretendard"/>
          <w:color w:val="1D0024"/>
          <w:sz w:val="21"/>
        </w:rPr>
        <w:t>반대로</w:t>
      </w:r>
      <w:r>
        <w:rPr>
          <w:rFonts w:ascii="Pretendard" w:eastAsia="Pretendard" w:hAnsi="Pretendard" w:cs="Pretendard"/>
          <w:color w:val="1D0024"/>
          <w:sz w:val="21"/>
        </w:rPr>
        <w:t xml:space="preserve"> </w:t>
      </w:r>
      <w:r>
        <w:rPr>
          <w:rFonts w:ascii="Pretendard" w:eastAsia="Pretendard" w:hAnsi="Pretendard" w:cs="Pretendard"/>
          <w:color w:val="1D0024"/>
          <w:sz w:val="21"/>
        </w:rPr>
        <w:t>상담</w:t>
      </w:r>
      <w:r>
        <w:rPr>
          <w:rFonts w:ascii="Pretendard" w:eastAsia="Pretendard" w:hAnsi="Pretendard" w:cs="Pretendard"/>
          <w:color w:val="1D0024"/>
          <w:sz w:val="21"/>
        </w:rPr>
        <w:t>·</w:t>
      </w:r>
      <w:r>
        <w:rPr>
          <w:rFonts w:ascii="Pretendard" w:eastAsia="Pretendard" w:hAnsi="Pretendard" w:cs="Pretendard"/>
          <w:color w:val="1D0024"/>
          <w:sz w:val="21"/>
        </w:rPr>
        <w:t>예약을</w:t>
      </w:r>
      <w:r>
        <w:rPr>
          <w:rFonts w:ascii="Pretendard" w:eastAsia="Pretendard" w:hAnsi="Pretendard" w:cs="Pretendard"/>
          <w:color w:val="1D0024"/>
          <w:sz w:val="21"/>
        </w:rPr>
        <w:t xml:space="preserve"> </w:t>
      </w:r>
      <w:r>
        <w:rPr>
          <w:rFonts w:ascii="Pretendard" w:eastAsia="Pretendard" w:hAnsi="Pretendard" w:cs="Pretendard"/>
          <w:color w:val="1D0024"/>
          <w:sz w:val="21"/>
        </w:rPr>
        <w:t>위탁할</w:t>
      </w:r>
      <w:r>
        <w:rPr>
          <w:rFonts w:ascii="Pretendard" w:eastAsia="Pretendard" w:hAnsi="Pretendard" w:cs="Pretendard"/>
          <w:color w:val="1D0024"/>
          <w:sz w:val="21"/>
        </w:rPr>
        <w:t xml:space="preserve"> </w:t>
      </w:r>
      <w:r>
        <w:rPr>
          <w:rFonts w:ascii="Pretendard" w:eastAsia="Pretendard" w:hAnsi="Pretendard" w:cs="Pretendard"/>
          <w:color w:val="1D0024"/>
          <w:sz w:val="21"/>
        </w:rPr>
        <w:t>제휴</w:t>
      </w:r>
      <w:r>
        <w:rPr>
          <w:rFonts w:ascii="Pretendard" w:eastAsia="Pretendard" w:hAnsi="Pretendard" w:cs="Pretendard"/>
          <w:color w:val="1D0024"/>
          <w:sz w:val="21"/>
        </w:rPr>
        <w:t xml:space="preserve"> </w:t>
      </w:r>
      <w:r>
        <w:rPr>
          <w:rFonts w:ascii="Pretendard" w:eastAsia="Pretendard" w:hAnsi="Pretendard" w:cs="Pretendard"/>
          <w:color w:val="1D0024"/>
          <w:sz w:val="21"/>
        </w:rPr>
        <w:t>후보이기도</w:t>
      </w:r>
      <w:r>
        <w:rPr>
          <w:rFonts w:ascii="Pretendard" w:eastAsia="Pretendard" w:hAnsi="Pretendard" w:cs="Pretendard"/>
          <w:color w:val="1D0024"/>
          <w:sz w:val="21"/>
        </w:rPr>
        <w:t xml:space="preserve"> </w:t>
      </w:r>
      <w:r>
        <w:rPr>
          <w:rFonts w:ascii="Pretendard" w:eastAsia="Pretendard" w:hAnsi="Pretendard" w:cs="Pretendard"/>
          <w:color w:val="1D0024"/>
          <w:sz w:val="21"/>
        </w:rPr>
        <w:t>합니다</w:t>
      </w:r>
      <w:r>
        <w:rPr>
          <w:rFonts w:ascii="Pretendard" w:eastAsia="Pretendard" w:hAnsi="Pretendard" w:cs="Pretendard"/>
          <w:color w:val="1D0024"/>
          <w:sz w:val="21"/>
        </w:rPr>
        <w:t>.</w:t>
      </w:r>
    </w:p>
    <w:p w14:paraId="751B2FE2" w14:textId="77777777" w:rsidR="004B1372" w:rsidRDefault="00BB0BE3">
      <w:pPr>
        <w:keepNext/>
        <w:spacing w:before="200" w:after="160"/>
      </w:pPr>
      <w:r>
        <w:rPr>
          <w:rFonts w:ascii="Pretendard" w:eastAsia="Pretendard" w:hAnsi="Pretendard" w:cs="Pretendard"/>
          <w:b/>
          <w:color w:val="4F1DA1"/>
          <w:sz w:val="26"/>
        </w:rPr>
        <w:t xml:space="preserve">④ </w:t>
      </w:r>
      <w:r>
        <w:rPr>
          <w:rFonts w:ascii="Pretendard" w:eastAsia="Pretendard" w:hAnsi="Pretendard" w:cs="Pretendard"/>
          <w:b/>
          <w:color w:val="4F1DA1"/>
          <w:sz w:val="26"/>
        </w:rPr>
        <w:t>여신티켓</w:t>
      </w:r>
      <w:r>
        <w:rPr>
          <w:rFonts w:ascii="Pretendard" w:eastAsia="Pretendard" w:hAnsi="Pretendard" w:cs="Pretendard"/>
          <w:b/>
          <w:color w:val="4F1DA1"/>
          <w:sz w:val="26"/>
        </w:rPr>
        <w:t xml:space="preserve"> (YeoTi)</w:t>
      </w:r>
    </w:p>
    <w:tbl>
      <w:tblPr>
        <w:tblStyle w:val="af9"/>
        <w:tblW w:w="0" w:type="auto"/>
        <w:jc w:val="center"/>
        <w:tblLayout w:type="fixed"/>
        <w:tblLook w:val="04A0" w:firstRow="1" w:lastRow="0" w:firstColumn="1" w:lastColumn="0" w:noHBand="0" w:noVBand="1"/>
      </w:tblPr>
      <w:tblGrid>
        <w:gridCol w:w="1928"/>
        <w:gridCol w:w="7710"/>
      </w:tblGrid>
      <w:tr w:rsidR="004B1372" w14:paraId="67BF0702" w14:textId="77777777">
        <w:trPr>
          <w:cantSplit/>
          <w:tblHeader/>
          <w:jc w:val="center"/>
        </w:trPr>
        <w:tc>
          <w:tcPr>
            <w:tcW w:w="1928" w:type="dxa"/>
            <w:shd w:val="clear" w:color="auto" w:fill="1D0024"/>
          </w:tcPr>
          <w:p w14:paraId="2F08DF79" w14:textId="77777777" w:rsidR="004B1372" w:rsidRDefault="00BB0BE3">
            <w:r>
              <w:rPr>
                <w:rFonts w:ascii="Pretendard" w:eastAsia="Pretendard" w:hAnsi="Pretendard" w:cs="Pretendard"/>
                <w:b/>
                <w:color w:val="FFFFFF"/>
                <w:sz w:val="19"/>
              </w:rPr>
              <w:t>항목</w:t>
            </w:r>
          </w:p>
        </w:tc>
        <w:tc>
          <w:tcPr>
            <w:tcW w:w="7710" w:type="dxa"/>
            <w:shd w:val="clear" w:color="auto" w:fill="1D0024"/>
          </w:tcPr>
          <w:p w14:paraId="0271EDDE" w14:textId="77777777" w:rsidR="004B1372" w:rsidRDefault="00BB0BE3">
            <w:r>
              <w:rPr>
                <w:rFonts w:ascii="Pretendard" w:eastAsia="Pretendard" w:hAnsi="Pretendard" w:cs="Pretendard"/>
                <w:b/>
                <w:color w:val="FFFFFF"/>
                <w:sz w:val="19"/>
              </w:rPr>
              <w:t>내용</w:t>
            </w:r>
          </w:p>
        </w:tc>
      </w:tr>
      <w:tr w:rsidR="004B1372" w14:paraId="05DDBE27" w14:textId="77777777">
        <w:trPr>
          <w:jc w:val="center"/>
        </w:trPr>
        <w:tc>
          <w:tcPr>
            <w:tcW w:w="1928" w:type="dxa"/>
          </w:tcPr>
          <w:p w14:paraId="267CBBC3" w14:textId="77777777" w:rsidR="004B1372" w:rsidRDefault="00BB0BE3">
            <w:r>
              <w:rPr>
                <w:rFonts w:ascii="Pretendard" w:eastAsia="Pretendard" w:hAnsi="Pretendard" w:cs="Pretendard"/>
                <w:b/>
                <w:color w:val="1D0024"/>
                <w:sz w:val="19"/>
              </w:rPr>
              <w:t>해외</w:t>
            </w:r>
            <w:r>
              <w:rPr>
                <w:rFonts w:ascii="Pretendard" w:eastAsia="Pretendard" w:hAnsi="Pretendard" w:cs="Pretendard"/>
                <w:b/>
                <w:color w:val="1D0024"/>
                <w:sz w:val="19"/>
              </w:rPr>
              <w:t xml:space="preserve"> </w:t>
            </w:r>
            <w:r>
              <w:rPr>
                <w:rFonts w:ascii="Pretendard" w:eastAsia="Pretendard" w:hAnsi="Pretendard" w:cs="Pretendard"/>
                <w:b/>
                <w:color w:val="1D0024"/>
                <w:sz w:val="19"/>
              </w:rPr>
              <w:t>출시</w:t>
            </w:r>
          </w:p>
        </w:tc>
        <w:tc>
          <w:tcPr>
            <w:tcW w:w="7710" w:type="dxa"/>
          </w:tcPr>
          <w:p w14:paraId="1A3BDEC4" w14:textId="77777777" w:rsidR="004B1372" w:rsidRDefault="00BB0BE3">
            <w:r>
              <w:rPr>
                <w:rFonts w:ascii="Pretendard" w:eastAsia="Pretendard" w:hAnsi="Pretendard" w:cs="Pretendard"/>
                <w:color w:val="1D0024"/>
                <w:sz w:val="19"/>
              </w:rPr>
              <w:t xml:space="preserve">2024-01 </w:t>
            </w:r>
            <w:r>
              <w:rPr>
                <w:rFonts w:ascii="Pretendard" w:eastAsia="Pretendard" w:hAnsi="Pretendard" w:cs="Pretendard"/>
                <w:color w:val="1D0024"/>
                <w:sz w:val="19"/>
              </w:rPr>
              <w:t>영</w:t>
            </w:r>
            <w:r>
              <w:rPr>
                <w:rFonts w:ascii="Pretendard" w:eastAsia="Pretendard" w:hAnsi="Pretendard" w:cs="Pretendard"/>
                <w:color w:val="1D0024"/>
                <w:sz w:val="19"/>
              </w:rPr>
              <w:t>·</w:t>
            </w:r>
            <w:r>
              <w:rPr>
                <w:rFonts w:ascii="Pretendard" w:eastAsia="Pretendard" w:hAnsi="Pretendard" w:cs="Pretendard"/>
                <w:color w:val="1D0024"/>
                <w:sz w:val="19"/>
              </w:rPr>
              <w:t>일</w:t>
            </w:r>
            <w:r>
              <w:rPr>
                <w:rFonts w:ascii="Pretendard" w:eastAsia="Pretendard" w:hAnsi="Pretendard" w:cs="Pretendard"/>
                <w:color w:val="1D0024"/>
                <w:sz w:val="19"/>
              </w:rPr>
              <w:t>·</w:t>
            </w:r>
            <w:r>
              <w:rPr>
                <w:rFonts w:ascii="Pretendard" w:eastAsia="Pretendard" w:hAnsi="Pretendard" w:cs="Pretendard"/>
                <w:color w:val="1D0024"/>
                <w:sz w:val="19"/>
              </w:rPr>
              <w:t>중</w:t>
            </w:r>
            <w:r>
              <w:rPr>
                <w:rFonts w:ascii="Pretendard" w:eastAsia="Pretendard" w:hAnsi="Pretendard" w:cs="Pretendard"/>
                <w:color w:val="1D0024"/>
                <w:sz w:val="19"/>
              </w:rPr>
              <w:t xml:space="preserve"> </w:t>
            </w:r>
            <w:r>
              <w:rPr>
                <w:rFonts w:ascii="Pretendard" w:eastAsia="Pretendard" w:hAnsi="Pretendard" w:cs="Pretendard"/>
                <w:color w:val="1D0024"/>
                <w:sz w:val="19"/>
              </w:rPr>
              <w:t>글로벌</w:t>
            </w:r>
            <w:r>
              <w:rPr>
                <w:rFonts w:ascii="Pretendard" w:eastAsia="Pretendard" w:hAnsi="Pretendard" w:cs="Pretendard"/>
                <w:color w:val="1D0024"/>
                <w:sz w:val="19"/>
              </w:rPr>
              <w:t xml:space="preserve"> </w:t>
            </w:r>
            <w:r>
              <w:rPr>
                <w:rFonts w:ascii="Pretendard" w:eastAsia="Pretendard" w:hAnsi="Pretendard" w:cs="Pretendard"/>
                <w:color w:val="1D0024"/>
                <w:sz w:val="19"/>
              </w:rPr>
              <w:t>앱</w:t>
            </w:r>
          </w:p>
        </w:tc>
      </w:tr>
      <w:tr w:rsidR="004B1372" w14:paraId="7BF6A5CC" w14:textId="77777777">
        <w:trPr>
          <w:jc w:val="center"/>
        </w:trPr>
        <w:tc>
          <w:tcPr>
            <w:tcW w:w="1928" w:type="dxa"/>
          </w:tcPr>
          <w:p w14:paraId="26D49372" w14:textId="77777777" w:rsidR="004B1372" w:rsidRDefault="00BB0BE3">
            <w:r>
              <w:rPr>
                <w:rFonts w:ascii="Pretendard" w:eastAsia="Pretendard" w:hAnsi="Pretendard" w:cs="Pretendard"/>
                <w:b/>
                <w:color w:val="1D0024"/>
                <w:sz w:val="19"/>
              </w:rPr>
              <w:t>규모</w:t>
            </w:r>
          </w:p>
        </w:tc>
        <w:tc>
          <w:tcPr>
            <w:tcW w:w="7710" w:type="dxa"/>
          </w:tcPr>
          <w:p w14:paraId="44293582" w14:textId="77777777" w:rsidR="004B1372" w:rsidRDefault="00BB0BE3">
            <w:r>
              <w:rPr>
                <w:rFonts w:ascii="Pretendard" w:eastAsia="Pretendard" w:hAnsi="Pretendard" w:cs="Pretendard"/>
                <w:color w:val="1D0024"/>
                <w:sz w:val="19"/>
              </w:rPr>
              <w:t>글로벌</w:t>
            </w:r>
            <w:r>
              <w:rPr>
                <w:rFonts w:ascii="Pretendard" w:eastAsia="Pretendard" w:hAnsi="Pretendard" w:cs="Pretendard"/>
                <w:color w:val="1D0024"/>
                <w:sz w:val="19"/>
              </w:rPr>
              <w:t xml:space="preserve"> MAU 4</w:t>
            </w:r>
            <w:r>
              <w:rPr>
                <w:rFonts w:ascii="Pretendard" w:eastAsia="Pretendard" w:hAnsi="Pretendard" w:cs="Pretendard"/>
                <w:color w:val="1D0024"/>
                <w:sz w:val="19"/>
              </w:rPr>
              <w:t>만</w:t>
            </w:r>
            <w:r>
              <w:rPr>
                <w:rFonts w:ascii="Pretendard" w:eastAsia="Pretendard" w:hAnsi="Pretendard" w:cs="Pretendard"/>
                <w:color w:val="1D0024"/>
                <w:sz w:val="19"/>
              </w:rPr>
              <w:t xml:space="preserve"> </w:t>
            </w:r>
            <w:r>
              <w:rPr>
                <w:rFonts w:ascii="Pretendard" w:eastAsia="Pretendard" w:hAnsi="Pretendard" w:cs="Pretendard"/>
                <w:color w:val="1D0024"/>
                <w:sz w:val="19"/>
              </w:rPr>
              <w:t>이상</w:t>
            </w:r>
            <w:r>
              <w:rPr>
                <w:rFonts w:ascii="Pretendard" w:eastAsia="Pretendard" w:hAnsi="Pretendard" w:cs="Pretendard"/>
                <w:color w:val="1D0024"/>
                <w:sz w:val="19"/>
              </w:rPr>
              <w:t xml:space="preserve">, 2025 </w:t>
            </w:r>
            <w:r>
              <w:rPr>
                <w:rFonts w:ascii="Pretendard" w:eastAsia="Pretendard" w:hAnsi="Pretendard" w:cs="Pretendard"/>
                <w:color w:val="1D0024"/>
                <w:sz w:val="19"/>
              </w:rPr>
              <w:t>상반기</w:t>
            </w:r>
            <w:r>
              <w:rPr>
                <w:rFonts w:ascii="Pretendard" w:eastAsia="Pretendard" w:hAnsi="Pretendard" w:cs="Pretendard"/>
                <w:color w:val="1D0024"/>
                <w:sz w:val="19"/>
              </w:rPr>
              <w:t xml:space="preserve"> +173.4%. </w:t>
            </w:r>
            <w:r>
              <w:rPr>
                <w:rFonts w:ascii="Pretendard" w:eastAsia="Pretendard" w:hAnsi="Pretendard" w:cs="Pretendard"/>
                <w:color w:val="1D0024"/>
                <w:sz w:val="19"/>
              </w:rPr>
              <w:t>국내</w:t>
            </w:r>
            <w:r>
              <w:rPr>
                <w:rFonts w:ascii="Pretendard" w:eastAsia="Pretendard" w:hAnsi="Pretendard" w:cs="Pretendard"/>
                <w:color w:val="1D0024"/>
                <w:sz w:val="19"/>
              </w:rPr>
              <w:t xml:space="preserve"> </w:t>
            </w:r>
            <w:r>
              <w:rPr>
                <w:rFonts w:ascii="Pretendard" w:eastAsia="Pretendard" w:hAnsi="Pretendard" w:cs="Pretendard"/>
                <w:color w:val="1D0024"/>
                <w:sz w:val="19"/>
              </w:rPr>
              <w:t>병원</w:t>
            </w:r>
            <w:r>
              <w:rPr>
                <w:rFonts w:ascii="Pretendard" w:eastAsia="Pretendard" w:hAnsi="Pretendard" w:cs="Pretendard"/>
                <w:color w:val="1D0024"/>
                <w:sz w:val="19"/>
              </w:rPr>
              <w:t xml:space="preserve"> </w:t>
            </w:r>
            <w:r>
              <w:rPr>
                <w:rFonts w:ascii="Pretendard" w:eastAsia="Pretendard" w:hAnsi="Pretendard" w:cs="Pretendard"/>
                <w:color w:val="1D0024"/>
                <w:sz w:val="19"/>
              </w:rPr>
              <w:t>약</w:t>
            </w:r>
            <w:r>
              <w:rPr>
                <w:rFonts w:ascii="Pretendard" w:eastAsia="Pretendard" w:hAnsi="Pretendard" w:cs="Pretendard"/>
                <w:color w:val="1D0024"/>
                <w:sz w:val="19"/>
              </w:rPr>
              <w:t xml:space="preserve"> 5,000</w:t>
            </w:r>
            <w:r>
              <w:rPr>
                <w:rFonts w:ascii="Pretendard" w:eastAsia="Pretendard" w:hAnsi="Pretendard" w:cs="Pretendard"/>
                <w:color w:val="1D0024"/>
                <w:sz w:val="19"/>
              </w:rPr>
              <w:t>곳</w:t>
            </w:r>
          </w:p>
        </w:tc>
      </w:tr>
      <w:tr w:rsidR="004B1372" w14:paraId="17D83C84" w14:textId="77777777">
        <w:trPr>
          <w:jc w:val="center"/>
        </w:trPr>
        <w:tc>
          <w:tcPr>
            <w:tcW w:w="1928" w:type="dxa"/>
          </w:tcPr>
          <w:p w14:paraId="404380B1" w14:textId="77777777" w:rsidR="004B1372" w:rsidRDefault="00BB0BE3">
            <w:r>
              <w:rPr>
                <w:rFonts w:ascii="Pretendard" w:eastAsia="Pretendard" w:hAnsi="Pretendard" w:cs="Pretendard"/>
                <w:b/>
                <w:color w:val="1D0024"/>
                <w:sz w:val="19"/>
              </w:rPr>
              <w:t>차별</w:t>
            </w:r>
            <w:r>
              <w:rPr>
                <w:rFonts w:ascii="Pretendard" w:eastAsia="Pretendard" w:hAnsi="Pretendard" w:cs="Pretendard"/>
                <w:b/>
                <w:color w:val="1D0024"/>
                <w:sz w:val="19"/>
              </w:rPr>
              <w:t xml:space="preserve"> </w:t>
            </w:r>
            <w:r>
              <w:rPr>
                <w:rFonts w:ascii="Pretendard" w:eastAsia="Pretendard" w:hAnsi="Pretendard" w:cs="Pretendard"/>
                <w:b/>
                <w:color w:val="1D0024"/>
                <w:sz w:val="19"/>
              </w:rPr>
              <w:t>기능</w:t>
            </w:r>
          </w:p>
        </w:tc>
        <w:tc>
          <w:tcPr>
            <w:tcW w:w="7710" w:type="dxa"/>
          </w:tcPr>
          <w:p w14:paraId="78ACCA42" w14:textId="77777777" w:rsidR="004B1372" w:rsidRDefault="00BB0BE3">
            <w:r>
              <w:rPr>
                <w:rFonts w:ascii="Pretendard" w:eastAsia="Pretendard" w:hAnsi="Pretendard" w:cs="Pretendard"/>
                <w:color w:val="1D0024"/>
                <w:sz w:val="19"/>
              </w:rPr>
              <w:t>부작용</w:t>
            </w:r>
            <w:r>
              <w:rPr>
                <w:rFonts w:ascii="Pretendard" w:eastAsia="Pretendard" w:hAnsi="Pretendard" w:cs="Pretendard"/>
                <w:color w:val="1D0024"/>
                <w:sz w:val="19"/>
              </w:rPr>
              <w:t xml:space="preserve"> </w:t>
            </w:r>
            <w:r>
              <w:rPr>
                <w:rFonts w:ascii="Pretendard" w:eastAsia="Pretendard" w:hAnsi="Pretendard" w:cs="Pretendard"/>
                <w:color w:val="1D0024"/>
                <w:sz w:val="19"/>
              </w:rPr>
              <w:t>보험</w:t>
            </w:r>
            <w:r>
              <w:rPr>
                <w:rFonts w:ascii="Pretendard" w:eastAsia="Pretendard" w:hAnsi="Pretendard" w:cs="Pretendard"/>
                <w:color w:val="1D0024"/>
                <w:sz w:val="19"/>
              </w:rPr>
              <w:t>(1</w:t>
            </w:r>
            <w:r>
              <w:rPr>
                <w:rFonts w:ascii="Pretendard" w:eastAsia="Pretendard" w:hAnsi="Pretendard" w:cs="Pretendard"/>
                <w:color w:val="1D0024"/>
                <w:sz w:val="19"/>
              </w:rPr>
              <w:t>건당</w:t>
            </w:r>
            <w:r>
              <w:rPr>
                <w:rFonts w:ascii="Pretendard" w:eastAsia="Pretendard" w:hAnsi="Pretendard" w:cs="Pretendard"/>
                <w:color w:val="1D0024"/>
                <w:sz w:val="19"/>
              </w:rPr>
              <w:t xml:space="preserve"> </w:t>
            </w:r>
            <w:r>
              <w:rPr>
                <w:rFonts w:ascii="Pretendard" w:eastAsia="Pretendard" w:hAnsi="Pretendard" w:cs="Pretendard"/>
                <w:color w:val="1D0024"/>
                <w:sz w:val="19"/>
              </w:rPr>
              <w:t>최대</w:t>
            </w:r>
            <w:r>
              <w:rPr>
                <w:rFonts w:ascii="Pretendard" w:eastAsia="Pretendard" w:hAnsi="Pretendard" w:cs="Pretendard"/>
                <w:color w:val="1D0024"/>
                <w:sz w:val="19"/>
              </w:rPr>
              <w:t xml:space="preserve"> 100</w:t>
            </w:r>
            <w:r>
              <w:rPr>
                <w:rFonts w:ascii="Pretendard" w:eastAsia="Pretendard" w:hAnsi="Pretendard" w:cs="Pretendard"/>
                <w:color w:val="1D0024"/>
                <w:sz w:val="19"/>
              </w:rPr>
              <w:t>만</w:t>
            </w:r>
            <w:r>
              <w:rPr>
                <w:rFonts w:ascii="Pretendard" w:eastAsia="Pretendard" w:hAnsi="Pretendard" w:cs="Pretendard"/>
                <w:color w:val="1D0024"/>
                <w:sz w:val="19"/>
              </w:rPr>
              <w:t xml:space="preserve"> </w:t>
            </w:r>
            <w:r>
              <w:rPr>
                <w:rFonts w:ascii="Pretendard" w:eastAsia="Pretendard" w:hAnsi="Pretendard" w:cs="Pretendard"/>
                <w:color w:val="1D0024"/>
                <w:sz w:val="19"/>
              </w:rPr>
              <w:t>원</w:t>
            </w:r>
            <w:r>
              <w:rPr>
                <w:rFonts w:ascii="Pretendard" w:eastAsia="Pretendard" w:hAnsi="Pretendard" w:cs="Pretendard"/>
                <w:color w:val="1D0024"/>
                <w:sz w:val="19"/>
              </w:rPr>
              <w:t xml:space="preserve">), </w:t>
            </w:r>
            <w:r>
              <w:rPr>
                <w:rFonts w:ascii="Pretendard" w:eastAsia="Pretendard" w:hAnsi="Pretendard" w:cs="Pretendard"/>
                <w:color w:val="1D0024"/>
                <w:sz w:val="19"/>
              </w:rPr>
              <w:t>앱</w:t>
            </w:r>
            <w:r>
              <w:rPr>
                <w:rFonts w:ascii="Pretendard" w:eastAsia="Pretendard" w:hAnsi="Pretendard" w:cs="Pretendard"/>
                <w:color w:val="1D0024"/>
                <w:sz w:val="19"/>
              </w:rPr>
              <w:t xml:space="preserve"> </w:t>
            </w:r>
            <w:r>
              <w:rPr>
                <w:rFonts w:ascii="Pretendard" w:eastAsia="Pretendard" w:hAnsi="Pretendard" w:cs="Pretendard"/>
                <w:color w:val="1D0024"/>
                <w:sz w:val="19"/>
              </w:rPr>
              <w:t>구매</w:t>
            </w:r>
          </w:p>
        </w:tc>
      </w:tr>
      <w:tr w:rsidR="004B1372" w14:paraId="1AB02058" w14:textId="77777777">
        <w:trPr>
          <w:jc w:val="center"/>
        </w:trPr>
        <w:tc>
          <w:tcPr>
            <w:tcW w:w="1928" w:type="dxa"/>
          </w:tcPr>
          <w:p w14:paraId="5D965510" w14:textId="77777777" w:rsidR="004B1372" w:rsidRDefault="00BB0BE3">
            <w:r>
              <w:rPr>
                <w:rFonts w:ascii="Pretendard" w:eastAsia="Pretendard" w:hAnsi="Pretendard" w:cs="Pretendard"/>
                <w:b/>
                <w:color w:val="1D0024"/>
                <w:sz w:val="19"/>
              </w:rPr>
              <w:t>AI·</w:t>
            </w:r>
            <w:r>
              <w:rPr>
                <w:rFonts w:ascii="Pretendard" w:eastAsia="Pretendard" w:hAnsi="Pretendard" w:cs="Pretendard"/>
                <w:b/>
                <w:color w:val="1D0024"/>
                <w:sz w:val="19"/>
              </w:rPr>
              <w:t>오픈웹</w:t>
            </w:r>
          </w:p>
        </w:tc>
        <w:tc>
          <w:tcPr>
            <w:tcW w:w="7710" w:type="dxa"/>
          </w:tcPr>
          <w:p w14:paraId="6B4A4118" w14:textId="77777777" w:rsidR="004B1372" w:rsidRDefault="00BB0BE3">
            <w:r>
              <w:rPr>
                <w:rFonts w:ascii="Pretendard" w:eastAsia="Pretendard" w:hAnsi="Pretendard" w:cs="Pretendard"/>
                <w:color w:val="1D0024"/>
                <w:sz w:val="19"/>
              </w:rPr>
              <w:t xml:space="preserve">GPTBot·ClaudeBot·PerplexityBot </w:t>
            </w:r>
            <w:r>
              <w:rPr>
                <w:rFonts w:ascii="Pretendard" w:eastAsia="Pretendard" w:hAnsi="Pretendard" w:cs="Pretendard"/>
                <w:color w:val="1D0024"/>
                <w:sz w:val="19"/>
              </w:rPr>
              <w:t>개별</w:t>
            </w:r>
            <w:r>
              <w:rPr>
                <w:rFonts w:ascii="Pretendard" w:eastAsia="Pretendard" w:hAnsi="Pretendard" w:cs="Pretendard"/>
                <w:color w:val="1D0024"/>
                <w:sz w:val="19"/>
              </w:rPr>
              <w:t xml:space="preserve"> </w:t>
            </w:r>
            <w:r>
              <w:rPr>
                <w:rFonts w:ascii="Pretendard" w:eastAsia="Pretendard" w:hAnsi="Pretendard" w:cs="Pretendard"/>
                <w:color w:val="1D0024"/>
                <w:sz w:val="19"/>
              </w:rPr>
              <w:t>허용</w:t>
            </w:r>
            <w:r>
              <w:rPr>
                <w:rFonts w:ascii="Pretendard" w:eastAsia="Pretendard" w:hAnsi="Pretendard" w:cs="Pretendard"/>
                <w:color w:val="1D0024"/>
                <w:sz w:val="19"/>
              </w:rPr>
              <w:t>(</w:t>
            </w:r>
            <w:r>
              <w:rPr>
                <w:rFonts w:ascii="Pretendard" w:eastAsia="Pretendard" w:hAnsi="Pretendard" w:cs="Pretendard"/>
                <w:color w:val="1D0024"/>
                <w:sz w:val="19"/>
              </w:rPr>
              <w:t>결제</w:t>
            </w:r>
            <w:r>
              <w:rPr>
                <w:rFonts w:ascii="Pretendard" w:eastAsia="Pretendard" w:hAnsi="Pretendard" w:cs="Pretendard"/>
                <w:color w:val="1D0024"/>
                <w:sz w:val="19"/>
              </w:rPr>
              <w:t xml:space="preserve"> </w:t>
            </w:r>
            <w:r>
              <w:rPr>
                <w:rFonts w:ascii="Pretendard" w:eastAsia="Pretendard" w:hAnsi="Pretendard" w:cs="Pretendard"/>
                <w:color w:val="1D0024"/>
                <w:sz w:val="19"/>
              </w:rPr>
              <w:t>경로만</w:t>
            </w:r>
            <w:r>
              <w:rPr>
                <w:rFonts w:ascii="Pretendard" w:eastAsia="Pretendard" w:hAnsi="Pretendard" w:cs="Pretendard"/>
                <w:color w:val="1D0024"/>
                <w:sz w:val="19"/>
              </w:rPr>
              <w:t xml:space="preserve"> </w:t>
            </w:r>
            <w:r>
              <w:rPr>
                <w:rFonts w:ascii="Pretendard" w:eastAsia="Pretendard" w:hAnsi="Pretendard" w:cs="Pretendard"/>
                <w:color w:val="1D0024"/>
                <w:sz w:val="19"/>
              </w:rPr>
              <w:t>차단</w:t>
            </w:r>
            <w:r>
              <w:rPr>
                <w:rFonts w:ascii="Pretendard" w:eastAsia="Pretendard" w:hAnsi="Pretendard" w:cs="Pretendard"/>
                <w:color w:val="1D0024"/>
                <w:sz w:val="19"/>
              </w:rPr>
              <w:t xml:space="preserve">, 2026-08-12 </w:t>
            </w:r>
            <w:r>
              <w:rPr>
                <w:rFonts w:ascii="Pretendard" w:eastAsia="Pretendard" w:hAnsi="Pretendard" w:cs="Pretendard"/>
                <w:color w:val="1D0024"/>
                <w:sz w:val="19"/>
              </w:rPr>
              <w:t>갱신</w:t>
            </w:r>
            <w:r>
              <w:rPr>
                <w:rFonts w:ascii="Pretendard" w:eastAsia="Pretendard" w:hAnsi="Pretendard" w:cs="Pretendard"/>
                <w:color w:val="1D0024"/>
                <w:sz w:val="19"/>
              </w:rPr>
              <w:t xml:space="preserve">). </w:t>
            </w:r>
            <w:r>
              <w:rPr>
                <w:rFonts w:ascii="Pretendard" w:eastAsia="Pretendard" w:hAnsi="Pretendard" w:cs="Pretendard"/>
                <w:color w:val="1D0024"/>
                <w:sz w:val="19"/>
              </w:rPr>
              <w:t>영문</w:t>
            </w:r>
            <w:r>
              <w:rPr>
                <w:rFonts w:ascii="Pretendard" w:eastAsia="Pretendard" w:hAnsi="Pretendard" w:cs="Pretendard"/>
                <w:color w:val="1D0024"/>
                <w:sz w:val="19"/>
              </w:rPr>
              <w:t xml:space="preserve"> llms.txt, </w:t>
            </w:r>
            <w:r>
              <w:rPr>
                <w:rFonts w:ascii="Pretendard" w:eastAsia="Pretendard" w:hAnsi="Pretendard" w:cs="Pretendard"/>
                <w:color w:val="1D0024"/>
                <w:sz w:val="19"/>
              </w:rPr>
              <w:t>영</w:t>
            </w:r>
            <w:r>
              <w:rPr>
                <w:rFonts w:ascii="Pretendard" w:eastAsia="Pretendard" w:hAnsi="Pretendard" w:cs="Pretendard"/>
                <w:color w:val="1D0024"/>
                <w:sz w:val="19"/>
              </w:rPr>
              <w:t>·</w:t>
            </w:r>
            <w:r>
              <w:rPr>
                <w:rFonts w:ascii="Pretendard" w:eastAsia="Pretendard" w:hAnsi="Pretendard" w:cs="Pretendard"/>
                <w:color w:val="1D0024"/>
                <w:sz w:val="19"/>
              </w:rPr>
              <w:t>일</w:t>
            </w:r>
            <w:r>
              <w:rPr>
                <w:rFonts w:ascii="Pretendard" w:eastAsia="Pretendard" w:hAnsi="Pretendard" w:cs="Pretendard"/>
                <w:color w:val="1D0024"/>
                <w:sz w:val="19"/>
              </w:rPr>
              <w:t>·</w:t>
            </w:r>
            <w:r>
              <w:rPr>
                <w:rFonts w:ascii="Pretendard" w:eastAsia="Pretendard" w:hAnsi="Pretendard" w:cs="Pretendard"/>
                <w:color w:val="1D0024"/>
                <w:sz w:val="19"/>
              </w:rPr>
              <w:t>중</w:t>
            </w:r>
            <w:r>
              <w:rPr>
                <w:rFonts w:ascii="Pretendard" w:eastAsia="Pretendard" w:hAnsi="Pretendard" w:cs="Pretendard"/>
                <w:color w:val="1D0024"/>
                <w:sz w:val="19"/>
              </w:rPr>
              <w:t xml:space="preserve"> </w:t>
            </w:r>
            <w:r>
              <w:rPr>
                <w:rFonts w:ascii="Pretendard" w:eastAsia="Pretendard" w:hAnsi="Pretendard" w:cs="Pretendard"/>
                <w:color w:val="1D0024"/>
                <w:sz w:val="19"/>
              </w:rPr>
              <w:t>블로그</w:t>
            </w:r>
          </w:p>
        </w:tc>
      </w:tr>
    </w:tbl>
    <w:p w14:paraId="71D595B9" w14:textId="77777777" w:rsidR="004B1372" w:rsidRDefault="004B1372">
      <w:pPr>
        <w:spacing w:after="40"/>
      </w:pPr>
    </w:p>
    <w:p w14:paraId="29DDDE88" w14:textId="77777777" w:rsidR="004B1372" w:rsidRDefault="00BB0BE3">
      <w:pPr>
        <w:spacing w:line="324" w:lineRule="auto"/>
      </w:pPr>
      <w:r>
        <w:rPr>
          <w:rFonts w:ascii="Pretendard" w:eastAsia="Pretendard" w:hAnsi="Pretendard" w:cs="Pretendard"/>
          <w:b/>
          <w:color w:val="1D0024"/>
          <w:sz w:val="21"/>
        </w:rPr>
        <w:t>허브</w:t>
      </w:r>
      <w:r>
        <w:rPr>
          <w:rFonts w:ascii="Pretendard" w:eastAsia="Pretendard" w:hAnsi="Pretendard" w:cs="Pretendard"/>
          <w:b/>
          <w:color w:val="1D0024"/>
          <w:sz w:val="21"/>
        </w:rPr>
        <w:t xml:space="preserve"> </w:t>
      </w:r>
      <w:r>
        <w:rPr>
          <w:rFonts w:ascii="Pretendard" w:eastAsia="Pretendard" w:hAnsi="Pretendard" w:cs="Pretendard"/>
          <w:b/>
          <w:color w:val="1D0024"/>
          <w:sz w:val="21"/>
        </w:rPr>
        <w:t>관점</w:t>
      </w:r>
      <w:r>
        <w:rPr>
          <w:rFonts w:ascii="Pretendard" w:eastAsia="Pretendard" w:hAnsi="Pretendard" w:cs="Pretendard"/>
          <w:b/>
          <w:color w:val="1D0024"/>
          <w:sz w:val="21"/>
        </w:rPr>
        <w:t xml:space="preserve">: </w:t>
      </w:r>
      <w:r>
        <w:rPr>
          <w:rFonts w:ascii="Pretendard" w:eastAsia="Pretendard" w:hAnsi="Pretendard" w:cs="Pretendard"/>
          <w:color w:val="1D0024"/>
          <w:sz w:val="21"/>
        </w:rPr>
        <w:t>국내</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수가</w:t>
      </w:r>
      <w:r>
        <w:rPr>
          <w:rFonts w:ascii="Pretendard" w:eastAsia="Pretendard" w:hAnsi="Pretendard" w:cs="Pretendard"/>
          <w:color w:val="1D0024"/>
          <w:sz w:val="21"/>
        </w:rPr>
        <w:t xml:space="preserve"> </w:t>
      </w:r>
      <w:r>
        <w:rPr>
          <w:rFonts w:ascii="Pretendard" w:eastAsia="Pretendard" w:hAnsi="Pretendard" w:cs="Pretendard"/>
          <w:color w:val="1D0024"/>
          <w:sz w:val="21"/>
        </w:rPr>
        <w:t>크고</w:t>
      </w:r>
      <w:r>
        <w:rPr>
          <w:rFonts w:ascii="Pretendard" w:eastAsia="Pretendard" w:hAnsi="Pretendard" w:cs="Pretendard"/>
          <w:color w:val="1D0024"/>
          <w:sz w:val="21"/>
        </w:rPr>
        <w:t xml:space="preserve"> AI </w:t>
      </w:r>
      <w:r>
        <w:rPr>
          <w:rFonts w:ascii="Pretendard" w:eastAsia="Pretendard" w:hAnsi="Pretendard" w:cs="Pretendard"/>
          <w:color w:val="1D0024"/>
          <w:sz w:val="21"/>
        </w:rPr>
        <w:t>크롤러</w:t>
      </w:r>
      <w:r>
        <w:rPr>
          <w:rFonts w:ascii="Pretendard" w:eastAsia="Pretendard" w:hAnsi="Pretendard" w:cs="Pretendard"/>
          <w:color w:val="1D0024"/>
          <w:sz w:val="21"/>
        </w:rPr>
        <w:t xml:space="preserve"> </w:t>
      </w:r>
      <w:r>
        <w:rPr>
          <w:rFonts w:ascii="Pretendard" w:eastAsia="Pretendard" w:hAnsi="Pretendard" w:cs="Pretendard"/>
          <w:color w:val="1D0024"/>
          <w:sz w:val="21"/>
        </w:rPr>
        <w:t>대응을</w:t>
      </w:r>
      <w:r>
        <w:rPr>
          <w:rFonts w:ascii="Pretendard" w:eastAsia="Pretendard" w:hAnsi="Pretendard" w:cs="Pretendard"/>
          <w:color w:val="1D0024"/>
          <w:sz w:val="21"/>
        </w:rPr>
        <w:t xml:space="preserve"> </w:t>
      </w:r>
      <w:r>
        <w:rPr>
          <w:rFonts w:ascii="Pretendard" w:eastAsia="Pretendard" w:hAnsi="Pretendard" w:cs="Pretendard"/>
          <w:color w:val="1D0024"/>
          <w:sz w:val="21"/>
        </w:rPr>
        <w:t>명시적으로</w:t>
      </w:r>
      <w:r>
        <w:rPr>
          <w:rFonts w:ascii="Pretendard" w:eastAsia="Pretendard" w:hAnsi="Pretendard" w:cs="Pretendard"/>
          <w:color w:val="1D0024"/>
          <w:sz w:val="21"/>
        </w:rPr>
        <w:t xml:space="preserve"> </w:t>
      </w:r>
      <w:r>
        <w:rPr>
          <w:rFonts w:ascii="Pretendard" w:eastAsia="Pretendard" w:hAnsi="Pretendard" w:cs="Pretendard"/>
          <w:color w:val="1D0024"/>
          <w:sz w:val="21"/>
        </w:rPr>
        <w:t>하는</w:t>
      </w:r>
      <w:r>
        <w:rPr>
          <w:rFonts w:ascii="Pretendard" w:eastAsia="Pretendard" w:hAnsi="Pretendard" w:cs="Pretendard"/>
          <w:color w:val="1D0024"/>
          <w:sz w:val="21"/>
        </w:rPr>
        <w:t xml:space="preserve"> </w:t>
      </w:r>
      <w:r>
        <w:rPr>
          <w:rFonts w:ascii="Pretendard" w:eastAsia="Pretendard" w:hAnsi="Pretendard" w:cs="Pretendard"/>
          <w:color w:val="1D0024"/>
          <w:sz w:val="21"/>
        </w:rPr>
        <w:t>사업자입니다</w:t>
      </w:r>
      <w:r>
        <w:rPr>
          <w:rFonts w:ascii="Pretendard" w:eastAsia="Pretendard" w:hAnsi="Pretendard" w:cs="Pretendard"/>
          <w:color w:val="1D0024"/>
          <w:sz w:val="21"/>
        </w:rPr>
        <w:t>. '</w:t>
      </w:r>
      <w:r>
        <w:rPr>
          <w:rFonts w:ascii="Pretendard" w:eastAsia="Pretendard" w:hAnsi="Pretendard" w:cs="Pretendard"/>
          <w:color w:val="1D0024"/>
          <w:sz w:val="21"/>
        </w:rPr>
        <w:t>앱은</w:t>
      </w:r>
      <w:r>
        <w:rPr>
          <w:rFonts w:ascii="Pretendard" w:eastAsia="Pretendard" w:hAnsi="Pretendard" w:cs="Pretendard"/>
          <w:color w:val="1D0024"/>
          <w:sz w:val="21"/>
        </w:rPr>
        <w:t xml:space="preserve"> AI</w:t>
      </w:r>
      <w:r>
        <w:rPr>
          <w:rFonts w:ascii="Pretendard" w:eastAsia="Pretendard" w:hAnsi="Pretendard" w:cs="Pretendard"/>
          <w:color w:val="1D0024"/>
          <w:sz w:val="21"/>
        </w:rPr>
        <w:t>에</w:t>
      </w:r>
      <w:r>
        <w:rPr>
          <w:rFonts w:ascii="Pretendard" w:eastAsia="Pretendard" w:hAnsi="Pretendard" w:cs="Pretendard"/>
          <w:color w:val="1D0024"/>
          <w:sz w:val="21"/>
        </w:rPr>
        <w:t xml:space="preserve"> </w:t>
      </w:r>
      <w:r>
        <w:rPr>
          <w:rFonts w:ascii="Pretendard" w:eastAsia="Pretendard" w:hAnsi="Pretendard" w:cs="Pretendard"/>
          <w:color w:val="1D0024"/>
          <w:sz w:val="21"/>
        </w:rPr>
        <w:t>닿지</w:t>
      </w:r>
      <w:r>
        <w:rPr>
          <w:rFonts w:ascii="Pretendard" w:eastAsia="Pretendard" w:hAnsi="Pretendard" w:cs="Pretendard"/>
          <w:color w:val="1D0024"/>
          <w:sz w:val="21"/>
        </w:rPr>
        <w:t xml:space="preserve"> </w:t>
      </w:r>
      <w:r>
        <w:rPr>
          <w:rFonts w:ascii="Pretendard" w:eastAsia="Pretendard" w:hAnsi="Pretendard" w:cs="Pretendard"/>
          <w:color w:val="1D0024"/>
          <w:sz w:val="21"/>
        </w:rPr>
        <w:t>않는다</w:t>
      </w:r>
      <w:r>
        <w:rPr>
          <w:rFonts w:ascii="Pretendard" w:eastAsia="Pretendard" w:hAnsi="Pretendard" w:cs="Pretendard"/>
          <w:color w:val="1D0024"/>
          <w:sz w:val="21"/>
        </w:rPr>
        <w:t>'</w:t>
      </w:r>
      <w:r>
        <w:rPr>
          <w:rFonts w:ascii="Pretendard" w:eastAsia="Pretendard" w:hAnsi="Pretendard" w:cs="Pretendard"/>
          <w:color w:val="1D0024"/>
          <w:sz w:val="21"/>
        </w:rPr>
        <w:t>는</w:t>
      </w:r>
      <w:r>
        <w:rPr>
          <w:rFonts w:ascii="Pretendard" w:eastAsia="Pretendard" w:hAnsi="Pretendard" w:cs="Pretendard"/>
          <w:color w:val="1D0024"/>
          <w:sz w:val="21"/>
        </w:rPr>
        <w:t xml:space="preserve"> </w:t>
      </w:r>
      <w:r>
        <w:rPr>
          <w:rFonts w:ascii="Pretendard" w:eastAsia="Pretendard" w:hAnsi="Pretendard" w:cs="Pretendard"/>
          <w:color w:val="1D0024"/>
          <w:sz w:val="21"/>
        </w:rPr>
        <w:t>전제를</w:t>
      </w:r>
      <w:r>
        <w:rPr>
          <w:rFonts w:ascii="Pretendard" w:eastAsia="Pretendard" w:hAnsi="Pretendard" w:cs="Pretendard"/>
          <w:color w:val="1D0024"/>
          <w:sz w:val="21"/>
        </w:rPr>
        <w:t xml:space="preserve"> </w:t>
      </w:r>
      <w:r>
        <w:rPr>
          <w:rFonts w:ascii="Pretendard" w:eastAsia="Pretendard" w:hAnsi="Pretendard" w:cs="Pretendard"/>
          <w:color w:val="1D0024"/>
          <w:sz w:val="21"/>
        </w:rPr>
        <w:t>쓸</w:t>
      </w:r>
      <w:r>
        <w:rPr>
          <w:rFonts w:ascii="Pretendard" w:eastAsia="Pretendard" w:hAnsi="Pretendard" w:cs="Pretendard"/>
          <w:color w:val="1D0024"/>
          <w:sz w:val="21"/>
        </w:rPr>
        <w:t xml:space="preserve"> </w:t>
      </w:r>
      <w:r>
        <w:rPr>
          <w:rFonts w:ascii="Pretendard" w:eastAsia="Pretendard" w:hAnsi="Pretendard" w:cs="Pretendard"/>
          <w:color w:val="1D0024"/>
          <w:sz w:val="21"/>
        </w:rPr>
        <w:t>수</w:t>
      </w:r>
      <w:r>
        <w:rPr>
          <w:rFonts w:ascii="Pretendard" w:eastAsia="Pretendard" w:hAnsi="Pretendard" w:cs="Pretendard"/>
          <w:color w:val="1D0024"/>
          <w:sz w:val="21"/>
        </w:rPr>
        <w:t xml:space="preserve"> </w:t>
      </w:r>
      <w:r>
        <w:rPr>
          <w:rFonts w:ascii="Pretendard" w:eastAsia="Pretendard" w:hAnsi="Pretendard" w:cs="Pretendard"/>
          <w:color w:val="1D0024"/>
          <w:sz w:val="21"/>
        </w:rPr>
        <w:t>없는</w:t>
      </w:r>
      <w:r>
        <w:rPr>
          <w:rFonts w:ascii="Pretendard" w:eastAsia="Pretendard" w:hAnsi="Pretendard" w:cs="Pretendard"/>
          <w:color w:val="1D0024"/>
          <w:sz w:val="21"/>
        </w:rPr>
        <w:t xml:space="preserve"> </w:t>
      </w:r>
      <w:r>
        <w:rPr>
          <w:rFonts w:ascii="Pretendard" w:eastAsia="Pretendard" w:hAnsi="Pretendard" w:cs="Pretendard"/>
          <w:color w:val="1D0024"/>
          <w:sz w:val="21"/>
        </w:rPr>
        <w:t>근거입니다</w:t>
      </w:r>
      <w:r>
        <w:rPr>
          <w:rFonts w:ascii="Pretendard" w:eastAsia="Pretendard" w:hAnsi="Pretendard" w:cs="Pretendard"/>
          <w:color w:val="1D0024"/>
          <w:sz w:val="21"/>
        </w:rPr>
        <w:t>.</w:t>
      </w:r>
    </w:p>
    <w:p w14:paraId="3FAED8B4" w14:textId="77777777" w:rsidR="004B1372" w:rsidRDefault="00BB0BE3">
      <w:pPr>
        <w:keepNext/>
        <w:spacing w:before="200" w:after="160"/>
      </w:pPr>
      <w:r>
        <w:rPr>
          <w:rFonts w:ascii="Pretendard" w:eastAsia="Pretendard" w:hAnsi="Pretendard" w:cs="Pretendard"/>
          <w:b/>
          <w:color w:val="4F1DA1"/>
          <w:sz w:val="26"/>
        </w:rPr>
        <w:t>⑤ BeautsGO</w:t>
      </w:r>
    </w:p>
    <w:tbl>
      <w:tblPr>
        <w:tblStyle w:val="af9"/>
        <w:tblW w:w="0" w:type="auto"/>
        <w:jc w:val="center"/>
        <w:tblLayout w:type="fixed"/>
        <w:tblLook w:val="04A0" w:firstRow="1" w:lastRow="0" w:firstColumn="1" w:lastColumn="0" w:noHBand="0" w:noVBand="1"/>
      </w:tblPr>
      <w:tblGrid>
        <w:gridCol w:w="1928"/>
        <w:gridCol w:w="7710"/>
      </w:tblGrid>
      <w:tr w:rsidR="004B1372" w14:paraId="578222B7" w14:textId="77777777">
        <w:trPr>
          <w:cantSplit/>
          <w:tblHeader/>
          <w:jc w:val="center"/>
        </w:trPr>
        <w:tc>
          <w:tcPr>
            <w:tcW w:w="1928" w:type="dxa"/>
            <w:shd w:val="clear" w:color="auto" w:fill="1D0024"/>
          </w:tcPr>
          <w:p w14:paraId="31BC4E4E" w14:textId="77777777" w:rsidR="004B1372" w:rsidRDefault="00BB0BE3">
            <w:r>
              <w:rPr>
                <w:rFonts w:ascii="Pretendard" w:eastAsia="Pretendard" w:hAnsi="Pretendard" w:cs="Pretendard"/>
                <w:b/>
                <w:color w:val="FFFFFF"/>
                <w:sz w:val="19"/>
              </w:rPr>
              <w:t>항목</w:t>
            </w:r>
          </w:p>
        </w:tc>
        <w:tc>
          <w:tcPr>
            <w:tcW w:w="7710" w:type="dxa"/>
            <w:shd w:val="clear" w:color="auto" w:fill="1D0024"/>
          </w:tcPr>
          <w:p w14:paraId="2014C2CE" w14:textId="77777777" w:rsidR="004B1372" w:rsidRDefault="00BB0BE3">
            <w:r>
              <w:rPr>
                <w:rFonts w:ascii="Pretendard" w:eastAsia="Pretendard" w:hAnsi="Pretendard" w:cs="Pretendard"/>
                <w:b/>
                <w:color w:val="FFFFFF"/>
                <w:sz w:val="19"/>
              </w:rPr>
              <w:t>내용</w:t>
            </w:r>
          </w:p>
        </w:tc>
      </w:tr>
      <w:tr w:rsidR="004B1372" w14:paraId="6567A5CA" w14:textId="77777777">
        <w:trPr>
          <w:jc w:val="center"/>
        </w:trPr>
        <w:tc>
          <w:tcPr>
            <w:tcW w:w="1928" w:type="dxa"/>
          </w:tcPr>
          <w:p w14:paraId="367AA411" w14:textId="77777777" w:rsidR="004B1372" w:rsidRDefault="00BB0BE3">
            <w:r>
              <w:rPr>
                <w:rFonts w:ascii="Pretendard" w:eastAsia="Pretendard" w:hAnsi="Pretendard" w:cs="Pretendard"/>
                <w:b/>
                <w:color w:val="1D0024"/>
                <w:sz w:val="19"/>
              </w:rPr>
              <w:t>포지션</w:t>
            </w:r>
          </w:p>
        </w:tc>
        <w:tc>
          <w:tcPr>
            <w:tcW w:w="7710" w:type="dxa"/>
          </w:tcPr>
          <w:p w14:paraId="19F4F4FF" w14:textId="77777777" w:rsidR="004B1372" w:rsidRDefault="00BB0BE3">
            <w:r>
              <w:rPr>
                <w:rFonts w:ascii="Pretendard" w:eastAsia="Pretendard" w:hAnsi="Pretendard" w:cs="Pretendard"/>
                <w:color w:val="1D0024"/>
                <w:sz w:val="19"/>
              </w:rPr>
              <w:t>외국인</w:t>
            </w:r>
            <w:r>
              <w:rPr>
                <w:rFonts w:ascii="Pretendard" w:eastAsia="Pretendard" w:hAnsi="Pretendard" w:cs="Pretendard"/>
                <w:color w:val="1D0024"/>
                <w:sz w:val="19"/>
              </w:rPr>
              <w:t xml:space="preserve"> </w:t>
            </w:r>
            <w:r>
              <w:rPr>
                <w:rFonts w:ascii="Pretendard" w:eastAsia="Pretendard" w:hAnsi="Pretendard" w:cs="Pretendard"/>
                <w:color w:val="1D0024"/>
                <w:sz w:val="19"/>
              </w:rPr>
              <w:t>대상</w:t>
            </w:r>
            <w:r>
              <w:rPr>
                <w:rFonts w:ascii="Pretendard" w:eastAsia="Pretendard" w:hAnsi="Pretendard" w:cs="Pretendard"/>
                <w:color w:val="1D0024"/>
                <w:sz w:val="19"/>
              </w:rPr>
              <w:t xml:space="preserve"> </w:t>
            </w:r>
            <w:r>
              <w:rPr>
                <w:rFonts w:ascii="Pretendard" w:eastAsia="Pretendard" w:hAnsi="Pretendard" w:cs="Pretendard"/>
                <w:color w:val="1D0024"/>
                <w:sz w:val="19"/>
              </w:rPr>
              <w:t>한국</w:t>
            </w:r>
            <w:r>
              <w:rPr>
                <w:rFonts w:ascii="Pretendard" w:eastAsia="Pretendard" w:hAnsi="Pretendard" w:cs="Pretendard"/>
                <w:color w:val="1D0024"/>
                <w:sz w:val="19"/>
              </w:rPr>
              <w:t xml:space="preserve"> </w:t>
            </w:r>
            <w:r>
              <w:rPr>
                <w:rFonts w:ascii="Pretendard" w:eastAsia="Pretendard" w:hAnsi="Pretendard" w:cs="Pretendard"/>
                <w:color w:val="1D0024"/>
                <w:sz w:val="19"/>
              </w:rPr>
              <w:t>뷰티</w:t>
            </w:r>
            <w:r>
              <w:rPr>
                <w:rFonts w:ascii="Pretendard" w:eastAsia="Pretendard" w:hAnsi="Pretendard" w:cs="Pretendard"/>
                <w:color w:val="1D0024"/>
                <w:sz w:val="19"/>
              </w:rPr>
              <w:t>·</w:t>
            </w:r>
            <w:r>
              <w:rPr>
                <w:rFonts w:ascii="Pretendard" w:eastAsia="Pretendard" w:hAnsi="Pretendard" w:cs="Pretendard"/>
                <w:color w:val="1D0024"/>
                <w:sz w:val="19"/>
              </w:rPr>
              <w:t>클리닉</w:t>
            </w:r>
            <w:r>
              <w:rPr>
                <w:rFonts w:ascii="Pretendard" w:eastAsia="Pretendard" w:hAnsi="Pretendard" w:cs="Pretendard"/>
                <w:color w:val="1D0024"/>
                <w:sz w:val="19"/>
              </w:rPr>
              <w:t xml:space="preserve"> </w:t>
            </w:r>
            <w:r>
              <w:rPr>
                <w:rFonts w:ascii="Pretendard" w:eastAsia="Pretendard" w:hAnsi="Pretendard" w:cs="Pretendard"/>
                <w:color w:val="1D0024"/>
                <w:sz w:val="19"/>
              </w:rPr>
              <w:t>예약</w:t>
            </w:r>
            <w:r>
              <w:rPr>
                <w:rFonts w:ascii="Pretendard" w:eastAsia="Pretendard" w:hAnsi="Pretendard" w:cs="Pretendard"/>
                <w:color w:val="1D0024"/>
                <w:sz w:val="19"/>
              </w:rPr>
              <w:t>. 5</w:t>
            </w:r>
            <w:r>
              <w:rPr>
                <w:rFonts w:ascii="Pretendard" w:eastAsia="Pretendard" w:hAnsi="Pretendard" w:cs="Pretendard"/>
                <w:color w:val="1D0024"/>
                <w:sz w:val="19"/>
              </w:rPr>
              <w:t>개</w:t>
            </w:r>
            <w:r>
              <w:rPr>
                <w:rFonts w:ascii="Pretendard" w:eastAsia="Pretendard" w:hAnsi="Pretendard" w:cs="Pretendard"/>
                <w:color w:val="1D0024"/>
                <w:sz w:val="19"/>
              </w:rPr>
              <w:t xml:space="preserve"> </w:t>
            </w:r>
            <w:r>
              <w:rPr>
                <w:rFonts w:ascii="Pretendard" w:eastAsia="Pretendard" w:hAnsi="Pretendard" w:cs="Pretendard"/>
                <w:color w:val="1D0024"/>
                <w:sz w:val="19"/>
              </w:rPr>
              <w:t>언어</w:t>
            </w:r>
            <w:r>
              <w:rPr>
                <w:rFonts w:ascii="Pretendard" w:eastAsia="Pretendard" w:hAnsi="Pretendard" w:cs="Pretendard"/>
                <w:color w:val="1D0024"/>
                <w:sz w:val="19"/>
              </w:rPr>
              <w:t xml:space="preserve">, </w:t>
            </w:r>
            <w:r>
              <w:rPr>
                <w:rFonts w:ascii="Pretendard" w:eastAsia="Pretendard" w:hAnsi="Pretendard" w:cs="Pretendard"/>
                <w:color w:val="1D0024"/>
                <w:sz w:val="19"/>
              </w:rPr>
              <w:t>숙박</w:t>
            </w:r>
            <w:r>
              <w:rPr>
                <w:rFonts w:ascii="Pretendard" w:eastAsia="Pretendard" w:hAnsi="Pretendard" w:cs="Pretendard"/>
                <w:color w:val="1D0024"/>
                <w:sz w:val="19"/>
              </w:rPr>
              <w:t xml:space="preserve"> </w:t>
            </w:r>
            <w:r>
              <w:rPr>
                <w:rFonts w:ascii="Pretendard" w:eastAsia="Pretendard" w:hAnsi="Pretendard" w:cs="Pretendard"/>
                <w:color w:val="1D0024"/>
                <w:sz w:val="19"/>
              </w:rPr>
              <w:t>지원</w:t>
            </w:r>
          </w:p>
        </w:tc>
      </w:tr>
      <w:tr w:rsidR="004B1372" w14:paraId="4853AA3E" w14:textId="77777777">
        <w:trPr>
          <w:jc w:val="center"/>
        </w:trPr>
        <w:tc>
          <w:tcPr>
            <w:tcW w:w="1928" w:type="dxa"/>
          </w:tcPr>
          <w:p w14:paraId="54501757" w14:textId="77777777" w:rsidR="004B1372" w:rsidRDefault="00BB0BE3">
            <w:r>
              <w:rPr>
                <w:rFonts w:ascii="Pretendard" w:eastAsia="Pretendard" w:hAnsi="Pretendard" w:cs="Pretendard"/>
                <w:b/>
                <w:color w:val="1D0024"/>
                <w:sz w:val="19"/>
              </w:rPr>
              <w:t>규모</w:t>
            </w:r>
          </w:p>
        </w:tc>
        <w:tc>
          <w:tcPr>
            <w:tcW w:w="7710" w:type="dxa"/>
          </w:tcPr>
          <w:p w14:paraId="1F9C4018" w14:textId="77777777" w:rsidR="004B1372" w:rsidRDefault="00BB0BE3">
            <w:r>
              <w:rPr>
                <w:rFonts w:ascii="Pretendard" w:eastAsia="Pretendard" w:hAnsi="Pretendard" w:cs="Pretendard"/>
                <w:color w:val="1D0024"/>
                <w:sz w:val="19"/>
              </w:rPr>
              <w:t>제휴</w:t>
            </w:r>
            <w:r>
              <w:rPr>
                <w:rFonts w:ascii="Pretendard" w:eastAsia="Pretendard" w:hAnsi="Pretendard" w:cs="Pretendard"/>
                <w:color w:val="1D0024"/>
                <w:sz w:val="19"/>
              </w:rPr>
              <w:t xml:space="preserve"> </w:t>
            </w:r>
            <w:r>
              <w:rPr>
                <w:rFonts w:ascii="Pretendard" w:eastAsia="Pretendard" w:hAnsi="Pretendard" w:cs="Pretendard"/>
                <w:color w:val="1D0024"/>
                <w:sz w:val="19"/>
              </w:rPr>
              <w:t>클리닉</w:t>
            </w:r>
            <w:r>
              <w:rPr>
                <w:rFonts w:ascii="Pretendard" w:eastAsia="Pretendard" w:hAnsi="Pretendard" w:cs="Pretendard"/>
                <w:color w:val="1D0024"/>
                <w:sz w:val="19"/>
              </w:rPr>
              <w:t xml:space="preserve"> 1,300</w:t>
            </w:r>
            <w:r>
              <w:rPr>
                <w:rFonts w:ascii="Pretendard" w:eastAsia="Pretendard" w:hAnsi="Pretendard" w:cs="Pretendard"/>
                <w:color w:val="1D0024"/>
                <w:sz w:val="19"/>
              </w:rPr>
              <w:t>곳</w:t>
            </w:r>
            <w:r>
              <w:rPr>
                <w:rFonts w:ascii="Pretendard" w:eastAsia="Pretendard" w:hAnsi="Pretendard" w:cs="Pretendard"/>
                <w:color w:val="1D0024"/>
                <w:sz w:val="19"/>
              </w:rPr>
              <w:t xml:space="preserve"> </w:t>
            </w:r>
            <w:r>
              <w:rPr>
                <w:rFonts w:ascii="Pretendard" w:eastAsia="Pretendard" w:hAnsi="Pretendard" w:cs="Pretendard"/>
                <w:color w:val="1D0024"/>
                <w:sz w:val="19"/>
              </w:rPr>
              <w:t>이상</w:t>
            </w:r>
            <w:r>
              <w:rPr>
                <w:rFonts w:ascii="Pretendard" w:eastAsia="Pretendard" w:hAnsi="Pretendard" w:cs="Pretendard"/>
                <w:color w:val="1D0024"/>
                <w:sz w:val="19"/>
              </w:rPr>
              <w:t xml:space="preserve">. </w:t>
            </w:r>
            <w:r>
              <w:rPr>
                <w:rFonts w:ascii="Pretendard" w:eastAsia="Pretendard" w:hAnsi="Pretendard" w:cs="Pretendard"/>
                <w:color w:val="1D0024"/>
                <w:sz w:val="19"/>
              </w:rPr>
              <w:t>운영사</w:t>
            </w:r>
            <w:r>
              <w:rPr>
                <w:rFonts w:ascii="Pretendard" w:eastAsia="Pretendard" w:hAnsi="Pretendard" w:cs="Pretendard"/>
                <w:color w:val="1D0024"/>
                <w:sz w:val="19"/>
              </w:rPr>
              <w:t>·</w:t>
            </w:r>
            <w:r>
              <w:rPr>
                <w:rFonts w:ascii="Pretendard" w:eastAsia="Pretendard" w:hAnsi="Pretendard" w:cs="Pretendard"/>
                <w:color w:val="1D0024"/>
                <w:sz w:val="19"/>
              </w:rPr>
              <w:t>투자</w:t>
            </w:r>
            <w:r>
              <w:rPr>
                <w:rFonts w:ascii="Pretendard" w:eastAsia="Pretendard" w:hAnsi="Pretendard" w:cs="Pretendard"/>
                <w:color w:val="1D0024"/>
                <w:sz w:val="19"/>
              </w:rPr>
              <w:t xml:space="preserve"> </w:t>
            </w:r>
            <w:r>
              <w:rPr>
                <w:rFonts w:ascii="Pretendard" w:eastAsia="Pretendard" w:hAnsi="Pretendard" w:cs="Pretendard"/>
                <w:color w:val="1D0024"/>
                <w:sz w:val="19"/>
              </w:rPr>
              <w:t>미확인</w:t>
            </w:r>
          </w:p>
        </w:tc>
      </w:tr>
      <w:tr w:rsidR="004B1372" w14:paraId="1515A9E4" w14:textId="77777777">
        <w:trPr>
          <w:jc w:val="center"/>
        </w:trPr>
        <w:tc>
          <w:tcPr>
            <w:tcW w:w="1928" w:type="dxa"/>
          </w:tcPr>
          <w:p w14:paraId="4CB6D7FA" w14:textId="77777777" w:rsidR="004B1372" w:rsidRDefault="00BB0BE3">
            <w:r>
              <w:rPr>
                <w:rFonts w:ascii="Pretendard" w:eastAsia="Pretendard" w:hAnsi="Pretendard" w:cs="Pretendard"/>
                <w:b/>
                <w:color w:val="1D0024"/>
                <w:sz w:val="19"/>
              </w:rPr>
              <w:t xml:space="preserve">AI </w:t>
            </w:r>
            <w:r>
              <w:rPr>
                <w:rFonts w:ascii="Pretendard" w:eastAsia="Pretendard" w:hAnsi="Pretendard" w:cs="Pretendard"/>
                <w:b/>
                <w:color w:val="1D0024"/>
                <w:sz w:val="19"/>
              </w:rPr>
              <w:t>대응</w:t>
            </w:r>
          </w:p>
        </w:tc>
        <w:tc>
          <w:tcPr>
            <w:tcW w:w="7710" w:type="dxa"/>
          </w:tcPr>
          <w:p w14:paraId="1D88684A" w14:textId="77777777" w:rsidR="004B1372" w:rsidRDefault="00BB0BE3">
            <w:r>
              <w:rPr>
                <w:rFonts w:ascii="Pretendard" w:eastAsia="Pretendard" w:hAnsi="Pretendard" w:cs="Pretendard"/>
                <w:color w:val="1D0024"/>
                <w:sz w:val="19"/>
              </w:rPr>
              <w:t xml:space="preserve">AI </w:t>
            </w:r>
            <w:r>
              <w:rPr>
                <w:rFonts w:ascii="Pretendard" w:eastAsia="Pretendard" w:hAnsi="Pretendard" w:cs="Pretendard"/>
                <w:color w:val="1D0024"/>
                <w:sz w:val="19"/>
              </w:rPr>
              <w:t>에이전트용</w:t>
            </w:r>
            <w:r>
              <w:rPr>
                <w:rFonts w:ascii="Pretendard" w:eastAsia="Pretendard" w:hAnsi="Pretendard" w:cs="Pretendard"/>
                <w:color w:val="1D0024"/>
                <w:sz w:val="19"/>
              </w:rPr>
              <w:t xml:space="preserve"> </w:t>
            </w:r>
            <w:r>
              <w:rPr>
                <w:rFonts w:ascii="Pretendard" w:eastAsia="Pretendard" w:hAnsi="Pretendard" w:cs="Pretendard"/>
                <w:color w:val="1D0024"/>
                <w:sz w:val="19"/>
              </w:rPr>
              <w:t>예약</w:t>
            </w:r>
            <w:r>
              <w:rPr>
                <w:rFonts w:ascii="Pretendard" w:eastAsia="Pretendard" w:hAnsi="Pretendard" w:cs="Pretendard"/>
                <w:color w:val="1D0024"/>
                <w:sz w:val="19"/>
              </w:rPr>
              <w:t xml:space="preserve"> </w:t>
            </w:r>
            <w:r>
              <w:rPr>
                <w:rFonts w:ascii="Pretendard" w:eastAsia="Pretendard" w:hAnsi="Pretendard" w:cs="Pretendard"/>
                <w:color w:val="1D0024"/>
                <w:sz w:val="19"/>
              </w:rPr>
              <w:t>스킬을</w:t>
            </w:r>
            <w:r>
              <w:rPr>
                <w:rFonts w:ascii="Pretendard" w:eastAsia="Pretendard" w:hAnsi="Pretendard" w:cs="Pretendard"/>
                <w:color w:val="1D0024"/>
                <w:sz w:val="19"/>
              </w:rPr>
              <w:t xml:space="preserve"> GitHub(2026-03-31)·Smithery·ModelScope</w:t>
            </w:r>
            <w:r>
              <w:rPr>
                <w:rFonts w:ascii="Pretendard" w:eastAsia="Pretendard" w:hAnsi="Pretendard" w:cs="Pretendard"/>
                <w:color w:val="1D0024"/>
                <w:sz w:val="19"/>
              </w:rPr>
              <w:t>에</w:t>
            </w:r>
            <w:r>
              <w:rPr>
                <w:rFonts w:ascii="Pretendard" w:eastAsia="Pretendard" w:hAnsi="Pretendard" w:cs="Pretendard"/>
                <w:color w:val="1D0024"/>
                <w:sz w:val="19"/>
              </w:rPr>
              <w:t xml:space="preserve"> </w:t>
            </w:r>
            <w:r>
              <w:rPr>
                <w:rFonts w:ascii="Pretendard" w:eastAsia="Pretendard" w:hAnsi="Pretendard" w:cs="Pretendard"/>
                <w:color w:val="1D0024"/>
                <w:sz w:val="19"/>
              </w:rPr>
              <w:t>배포</w:t>
            </w:r>
          </w:p>
        </w:tc>
      </w:tr>
    </w:tbl>
    <w:p w14:paraId="7B233C7B" w14:textId="77777777" w:rsidR="004B1372" w:rsidRDefault="004B1372">
      <w:pPr>
        <w:spacing w:after="40"/>
      </w:pPr>
    </w:p>
    <w:p w14:paraId="11D444C8" w14:textId="77777777" w:rsidR="004B1372" w:rsidRDefault="00BB0BE3">
      <w:pPr>
        <w:spacing w:line="324" w:lineRule="auto"/>
      </w:pPr>
      <w:r>
        <w:rPr>
          <w:rFonts w:ascii="Pretendard" w:eastAsia="Pretendard" w:hAnsi="Pretendard" w:cs="Pretendard"/>
          <w:b/>
          <w:color w:val="1D0024"/>
          <w:sz w:val="21"/>
        </w:rPr>
        <w:t>허브</w:t>
      </w:r>
      <w:r>
        <w:rPr>
          <w:rFonts w:ascii="Pretendard" w:eastAsia="Pretendard" w:hAnsi="Pretendard" w:cs="Pretendard"/>
          <w:b/>
          <w:color w:val="1D0024"/>
          <w:sz w:val="21"/>
        </w:rPr>
        <w:t xml:space="preserve"> </w:t>
      </w:r>
      <w:r>
        <w:rPr>
          <w:rFonts w:ascii="Pretendard" w:eastAsia="Pretendard" w:hAnsi="Pretendard" w:cs="Pretendard"/>
          <w:b/>
          <w:color w:val="1D0024"/>
          <w:sz w:val="21"/>
        </w:rPr>
        <w:t>관점</w:t>
      </w:r>
      <w:r>
        <w:rPr>
          <w:rFonts w:ascii="Pretendard" w:eastAsia="Pretendard" w:hAnsi="Pretendard" w:cs="Pretendard"/>
          <w:b/>
          <w:color w:val="1D0024"/>
          <w:sz w:val="21"/>
        </w:rPr>
        <w:t xml:space="preserve">: </w:t>
      </w:r>
      <w:r>
        <w:rPr>
          <w:rFonts w:ascii="Pretendard" w:eastAsia="Pretendard" w:hAnsi="Pretendard" w:cs="Pretendard"/>
          <w:color w:val="1D0024"/>
          <w:sz w:val="21"/>
        </w:rPr>
        <w:t xml:space="preserve">AI </w:t>
      </w:r>
      <w:r>
        <w:rPr>
          <w:rFonts w:ascii="Pretendard" w:eastAsia="Pretendard" w:hAnsi="Pretendard" w:cs="Pretendard"/>
          <w:color w:val="1D0024"/>
          <w:sz w:val="21"/>
        </w:rPr>
        <w:t>답변엔진을</w:t>
      </w:r>
      <w:r>
        <w:rPr>
          <w:rFonts w:ascii="Pretendard" w:eastAsia="Pretendard" w:hAnsi="Pretendard" w:cs="Pretendard"/>
          <w:color w:val="1D0024"/>
          <w:sz w:val="21"/>
        </w:rPr>
        <w:t xml:space="preserve"> </w:t>
      </w:r>
      <w:r>
        <w:rPr>
          <w:rFonts w:ascii="Pretendard" w:eastAsia="Pretendard" w:hAnsi="Pretendard" w:cs="Pretendard"/>
          <w:color w:val="1D0024"/>
          <w:sz w:val="21"/>
        </w:rPr>
        <w:t>넘어</w:t>
      </w:r>
      <w:r>
        <w:rPr>
          <w:rFonts w:ascii="Pretendard" w:eastAsia="Pretendard" w:hAnsi="Pretendard" w:cs="Pretendard"/>
          <w:color w:val="1D0024"/>
          <w:sz w:val="21"/>
        </w:rPr>
        <w:t xml:space="preserve"> AI </w:t>
      </w:r>
      <w:r>
        <w:rPr>
          <w:rFonts w:ascii="Pretendard" w:eastAsia="Pretendard" w:hAnsi="Pretendard" w:cs="Pretendard"/>
          <w:color w:val="1D0024"/>
          <w:sz w:val="21"/>
        </w:rPr>
        <w:t>에이전트가</w:t>
      </w:r>
      <w:r>
        <w:rPr>
          <w:rFonts w:ascii="Pretendard" w:eastAsia="Pretendard" w:hAnsi="Pretendard" w:cs="Pretendard"/>
          <w:color w:val="1D0024"/>
          <w:sz w:val="21"/>
        </w:rPr>
        <w:t xml:space="preserve"> </w:t>
      </w:r>
      <w:r>
        <w:rPr>
          <w:rFonts w:ascii="Pretendard" w:eastAsia="Pretendard" w:hAnsi="Pretendard" w:cs="Pretendard"/>
          <w:color w:val="1D0024"/>
          <w:sz w:val="21"/>
        </w:rPr>
        <w:t>직접</w:t>
      </w:r>
      <w:r>
        <w:rPr>
          <w:rFonts w:ascii="Pretendard" w:eastAsia="Pretendard" w:hAnsi="Pretendard" w:cs="Pretendard"/>
          <w:color w:val="1D0024"/>
          <w:sz w:val="21"/>
        </w:rPr>
        <w:t xml:space="preserve"> </w:t>
      </w:r>
      <w:r>
        <w:rPr>
          <w:rFonts w:ascii="Pretendard" w:eastAsia="Pretendard" w:hAnsi="Pretendard" w:cs="Pretendard"/>
          <w:color w:val="1D0024"/>
          <w:sz w:val="21"/>
        </w:rPr>
        <w:t>예약하는</w:t>
      </w:r>
      <w:r>
        <w:rPr>
          <w:rFonts w:ascii="Pretendard" w:eastAsia="Pretendard" w:hAnsi="Pretendard" w:cs="Pretendard"/>
          <w:color w:val="1D0024"/>
          <w:sz w:val="21"/>
        </w:rPr>
        <w:t xml:space="preserve"> </w:t>
      </w:r>
      <w:r>
        <w:rPr>
          <w:rFonts w:ascii="Pretendard" w:eastAsia="Pretendard" w:hAnsi="Pretendard" w:cs="Pretendard"/>
          <w:color w:val="1D0024"/>
          <w:sz w:val="21"/>
        </w:rPr>
        <w:t>경로까지</w:t>
      </w:r>
      <w:r>
        <w:rPr>
          <w:rFonts w:ascii="Pretendard" w:eastAsia="Pretendard" w:hAnsi="Pretendard" w:cs="Pretendard"/>
          <w:color w:val="1D0024"/>
          <w:sz w:val="21"/>
        </w:rPr>
        <w:t xml:space="preserve"> </w:t>
      </w:r>
      <w:r>
        <w:rPr>
          <w:rFonts w:ascii="Pretendard" w:eastAsia="Pretendard" w:hAnsi="Pretendard" w:cs="Pretendard"/>
          <w:color w:val="1D0024"/>
          <w:sz w:val="21"/>
        </w:rPr>
        <w:t>준비하고</w:t>
      </w:r>
      <w:r>
        <w:rPr>
          <w:rFonts w:ascii="Pretendard" w:eastAsia="Pretendard" w:hAnsi="Pretendard" w:cs="Pretendard"/>
          <w:color w:val="1D0024"/>
          <w:sz w:val="21"/>
        </w:rPr>
        <w:t xml:space="preserve"> </w:t>
      </w:r>
      <w:r>
        <w:rPr>
          <w:rFonts w:ascii="Pretendard" w:eastAsia="Pretendard" w:hAnsi="Pretendard" w:cs="Pretendard"/>
          <w:color w:val="1D0024"/>
          <w:sz w:val="21"/>
        </w:rPr>
        <w:t>있습니다</w:t>
      </w:r>
      <w:r>
        <w:rPr>
          <w:rFonts w:ascii="Pretendard" w:eastAsia="Pretendard" w:hAnsi="Pretendard" w:cs="Pretendard"/>
          <w:color w:val="1D0024"/>
          <w:sz w:val="21"/>
        </w:rPr>
        <w:t xml:space="preserve">. </w:t>
      </w:r>
      <w:r>
        <w:rPr>
          <w:rFonts w:ascii="Pretendard" w:eastAsia="Pretendard" w:hAnsi="Pretendard" w:cs="Pretendard"/>
          <w:color w:val="1D0024"/>
          <w:sz w:val="21"/>
        </w:rPr>
        <w:t>허브가</w:t>
      </w:r>
      <w:r>
        <w:rPr>
          <w:rFonts w:ascii="Pretendard" w:eastAsia="Pretendard" w:hAnsi="Pretendard" w:cs="Pretendard"/>
          <w:color w:val="1D0024"/>
          <w:sz w:val="21"/>
        </w:rPr>
        <w:t xml:space="preserve"> '</w:t>
      </w:r>
      <w:r>
        <w:rPr>
          <w:rFonts w:ascii="Pretendard" w:eastAsia="Pretendard" w:hAnsi="Pretendard" w:cs="Pretendard"/>
          <w:color w:val="1D0024"/>
          <w:sz w:val="21"/>
        </w:rPr>
        <w:t>인용</w:t>
      </w:r>
      <w:r>
        <w:rPr>
          <w:rFonts w:ascii="Pretendard" w:eastAsia="Pretendard" w:hAnsi="Pretendard" w:cs="Pretendard"/>
          <w:color w:val="1D0024"/>
          <w:sz w:val="21"/>
        </w:rPr>
        <w:t>'</w:t>
      </w:r>
      <w:r>
        <w:rPr>
          <w:rFonts w:ascii="Pretendard" w:eastAsia="Pretendard" w:hAnsi="Pretendard" w:cs="Pretendard"/>
          <w:color w:val="1D0024"/>
          <w:sz w:val="21"/>
        </w:rPr>
        <w:t>만</w:t>
      </w:r>
      <w:r>
        <w:rPr>
          <w:rFonts w:ascii="Pretendard" w:eastAsia="Pretendard" w:hAnsi="Pretendard" w:cs="Pretendard"/>
          <w:color w:val="1D0024"/>
          <w:sz w:val="21"/>
        </w:rPr>
        <w:t xml:space="preserve"> </w:t>
      </w:r>
      <w:r>
        <w:rPr>
          <w:rFonts w:ascii="Pretendard" w:eastAsia="Pretendard" w:hAnsi="Pretendard" w:cs="Pretendard"/>
          <w:color w:val="1D0024"/>
          <w:sz w:val="21"/>
        </w:rPr>
        <w:t>목표로</w:t>
      </w:r>
      <w:r>
        <w:rPr>
          <w:rFonts w:ascii="Pretendard" w:eastAsia="Pretendard" w:hAnsi="Pretendard" w:cs="Pretendard"/>
          <w:color w:val="1D0024"/>
          <w:sz w:val="21"/>
        </w:rPr>
        <w:t xml:space="preserve"> </w:t>
      </w:r>
      <w:r>
        <w:rPr>
          <w:rFonts w:ascii="Pretendard" w:eastAsia="Pretendard" w:hAnsi="Pretendard" w:cs="Pretendard"/>
          <w:color w:val="1D0024"/>
          <w:sz w:val="21"/>
        </w:rPr>
        <w:t>하면</w:t>
      </w:r>
      <w:r>
        <w:rPr>
          <w:rFonts w:ascii="Pretendard" w:eastAsia="Pretendard" w:hAnsi="Pretendard" w:cs="Pretendard"/>
          <w:color w:val="1D0024"/>
          <w:sz w:val="21"/>
        </w:rPr>
        <w:t xml:space="preserve"> </w:t>
      </w:r>
      <w:r>
        <w:rPr>
          <w:rFonts w:ascii="Pretendard" w:eastAsia="Pretendard" w:hAnsi="Pretendard" w:cs="Pretendard"/>
          <w:color w:val="1D0024"/>
          <w:sz w:val="21"/>
        </w:rPr>
        <w:t>한</w:t>
      </w:r>
      <w:r>
        <w:rPr>
          <w:rFonts w:ascii="Pretendard" w:eastAsia="Pretendard" w:hAnsi="Pretendard" w:cs="Pretendard"/>
          <w:color w:val="1D0024"/>
          <w:sz w:val="21"/>
        </w:rPr>
        <w:t xml:space="preserve"> </w:t>
      </w:r>
      <w:r>
        <w:rPr>
          <w:rFonts w:ascii="Pretendard" w:eastAsia="Pretendard" w:hAnsi="Pretendard" w:cs="Pretendard"/>
          <w:color w:val="1D0024"/>
          <w:sz w:val="21"/>
        </w:rPr>
        <w:t>단계</w:t>
      </w:r>
      <w:r>
        <w:rPr>
          <w:rFonts w:ascii="Pretendard" w:eastAsia="Pretendard" w:hAnsi="Pretendard" w:cs="Pretendard"/>
          <w:color w:val="1D0024"/>
          <w:sz w:val="21"/>
        </w:rPr>
        <w:t xml:space="preserve"> </w:t>
      </w:r>
      <w:r>
        <w:rPr>
          <w:rFonts w:ascii="Pretendard" w:eastAsia="Pretendard" w:hAnsi="Pretendard" w:cs="Pretendard"/>
          <w:color w:val="1D0024"/>
          <w:sz w:val="21"/>
        </w:rPr>
        <w:t>뒤처집니다</w:t>
      </w:r>
      <w:r>
        <w:rPr>
          <w:rFonts w:ascii="Pretendard" w:eastAsia="Pretendard" w:hAnsi="Pretendard" w:cs="Pretendard"/>
          <w:color w:val="1D0024"/>
          <w:sz w:val="21"/>
        </w:rPr>
        <w:t>.</w:t>
      </w:r>
    </w:p>
    <w:p w14:paraId="175F5725" w14:textId="77777777" w:rsidR="004B1372" w:rsidRDefault="00BB0BE3">
      <w:pPr>
        <w:keepNext/>
        <w:spacing w:before="200" w:after="160"/>
      </w:pPr>
      <w:r>
        <w:rPr>
          <w:rFonts w:ascii="Pretendard" w:eastAsia="Pretendard" w:hAnsi="Pretendard" w:cs="Pretendard"/>
          <w:b/>
          <w:color w:val="4F1DA1"/>
          <w:sz w:val="26"/>
        </w:rPr>
        <w:t xml:space="preserve">⑥ </w:t>
      </w:r>
      <w:r>
        <w:rPr>
          <w:rFonts w:ascii="Pretendard" w:eastAsia="Pretendard" w:hAnsi="Pretendard" w:cs="Pretendard"/>
          <w:b/>
          <w:color w:val="4F1DA1"/>
          <w:sz w:val="26"/>
        </w:rPr>
        <w:t>해외</w:t>
      </w:r>
      <w:r>
        <w:rPr>
          <w:rFonts w:ascii="Pretendard" w:eastAsia="Pretendard" w:hAnsi="Pretendard" w:cs="Pretendard"/>
          <w:b/>
          <w:color w:val="4F1DA1"/>
          <w:sz w:val="26"/>
        </w:rPr>
        <w:t xml:space="preserve"> </w:t>
      </w:r>
      <w:r>
        <w:rPr>
          <w:rFonts w:ascii="Pretendard" w:eastAsia="Pretendard" w:hAnsi="Pretendard" w:cs="Pretendard"/>
          <w:b/>
          <w:color w:val="4F1DA1"/>
          <w:sz w:val="26"/>
        </w:rPr>
        <w:t>의료관광</w:t>
      </w:r>
      <w:r>
        <w:rPr>
          <w:rFonts w:ascii="Pretendard" w:eastAsia="Pretendard" w:hAnsi="Pretendard" w:cs="Pretendard"/>
          <w:b/>
          <w:color w:val="4F1DA1"/>
          <w:sz w:val="26"/>
        </w:rPr>
        <w:t xml:space="preserve"> </w:t>
      </w:r>
      <w:r>
        <w:rPr>
          <w:rFonts w:ascii="Pretendard" w:eastAsia="Pretendard" w:hAnsi="Pretendard" w:cs="Pretendard"/>
          <w:b/>
          <w:color w:val="4F1DA1"/>
          <w:sz w:val="26"/>
        </w:rPr>
        <w:t>중개</w:t>
      </w:r>
      <w:r>
        <w:rPr>
          <w:rFonts w:ascii="Pretendard" w:eastAsia="Pretendard" w:hAnsi="Pretendard" w:cs="Pretendard"/>
          <w:b/>
          <w:color w:val="4F1DA1"/>
          <w:sz w:val="26"/>
        </w:rPr>
        <w:t xml:space="preserve"> </w:t>
      </w:r>
      <w:r>
        <w:rPr>
          <w:rFonts w:ascii="Pretendard" w:eastAsia="Pretendard" w:hAnsi="Pretendard" w:cs="Pretendard"/>
          <w:b/>
          <w:color w:val="4F1DA1"/>
          <w:sz w:val="26"/>
        </w:rPr>
        <w:t>사이트</w:t>
      </w:r>
      <w:r>
        <w:rPr>
          <w:rFonts w:ascii="Pretendard" w:eastAsia="Pretendard" w:hAnsi="Pretendard" w:cs="Pretendard"/>
          <w:b/>
          <w:color w:val="4F1DA1"/>
          <w:sz w:val="26"/>
        </w:rPr>
        <w:t>: Bookimed · ClinicsOnCall · PlacidWay</w:t>
      </w:r>
    </w:p>
    <w:tbl>
      <w:tblPr>
        <w:tblStyle w:val="af9"/>
        <w:tblW w:w="0" w:type="auto"/>
        <w:jc w:val="center"/>
        <w:tblLayout w:type="fixed"/>
        <w:tblLook w:val="04A0" w:firstRow="1" w:lastRow="0" w:firstColumn="1" w:lastColumn="0" w:noHBand="0" w:noVBand="1"/>
      </w:tblPr>
      <w:tblGrid>
        <w:gridCol w:w="1928"/>
        <w:gridCol w:w="7710"/>
      </w:tblGrid>
      <w:tr w:rsidR="004B1372" w14:paraId="166513EF" w14:textId="77777777">
        <w:trPr>
          <w:cantSplit/>
          <w:tblHeader/>
          <w:jc w:val="center"/>
        </w:trPr>
        <w:tc>
          <w:tcPr>
            <w:tcW w:w="1928" w:type="dxa"/>
            <w:shd w:val="clear" w:color="auto" w:fill="1D0024"/>
          </w:tcPr>
          <w:p w14:paraId="3F9ED98B" w14:textId="77777777" w:rsidR="004B1372" w:rsidRDefault="00BB0BE3">
            <w:r>
              <w:rPr>
                <w:rFonts w:ascii="Pretendard" w:eastAsia="Pretendard" w:hAnsi="Pretendard" w:cs="Pretendard"/>
                <w:b/>
                <w:color w:val="FFFFFF"/>
                <w:sz w:val="19"/>
              </w:rPr>
              <w:t>항목</w:t>
            </w:r>
          </w:p>
        </w:tc>
        <w:tc>
          <w:tcPr>
            <w:tcW w:w="7710" w:type="dxa"/>
            <w:shd w:val="clear" w:color="auto" w:fill="1D0024"/>
          </w:tcPr>
          <w:p w14:paraId="4C0C7EB0" w14:textId="77777777" w:rsidR="004B1372" w:rsidRDefault="00BB0BE3">
            <w:r>
              <w:rPr>
                <w:rFonts w:ascii="Pretendard" w:eastAsia="Pretendard" w:hAnsi="Pretendard" w:cs="Pretendard"/>
                <w:b/>
                <w:color w:val="FFFFFF"/>
                <w:sz w:val="19"/>
              </w:rPr>
              <w:t>내용</w:t>
            </w:r>
          </w:p>
        </w:tc>
      </w:tr>
      <w:tr w:rsidR="004B1372" w14:paraId="4A2EF908" w14:textId="77777777">
        <w:trPr>
          <w:jc w:val="center"/>
        </w:trPr>
        <w:tc>
          <w:tcPr>
            <w:tcW w:w="1928" w:type="dxa"/>
          </w:tcPr>
          <w:p w14:paraId="3EBA842D" w14:textId="77777777" w:rsidR="004B1372" w:rsidRDefault="00BB0BE3">
            <w:r>
              <w:rPr>
                <w:rFonts w:ascii="Pretendard" w:eastAsia="Pretendard" w:hAnsi="Pretendard" w:cs="Pretendard"/>
                <w:b/>
                <w:color w:val="1D0024"/>
                <w:sz w:val="19"/>
              </w:rPr>
              <w:t>Bookimed</w:t>
            </w:r>
          </w:p>
        </w:tc>
        <w:tc>
          <w:tcPr>
            <w:tcW w:w="7710" w:type="dxa"/>
          </w:tcPr>
          <w:p w14:paraId="146D8FB6" w14:textId="77777777" w:rsidR="004B1372" w:rsidRDefault="00BB0BE3">
            <w:r>
              <w:rPr>
                <w:rFonts w:ascii="Pretendard" w:eastAsia="Pretendard" w:hAnsi="Pretendard" w:cs="Pretendard"/>
                <w:color w:val="1D0024"/>
                <w:sz w:val="19"/>
              </w:rPr>
              <w:t>우크라이나</w:t>
            </w:r>
            <w:r>
              <w:rPr>
                <w:rFonts w:ascii="Pretendard" w:eastAsia="Pretendard" w:hAnsi="Pretendard" w:cs="Pretendard"/>
                <w:color w:val="1D0024"/>
                <w:sz w:val="19"/>
              </w:rPr>
              <w:t xml:space="preserve"> </w:t>
            </w:r>
            <w:r>
              <w:rPr>
                <w:rFonts w:ascii="Pretendard" w:eastAsia="Pretendard" w:hAnsi="Pretendard" w:cs="Pretendard"/>
                <w:color w:val="1D0024"/>
                <w:sz w:val="19"/>
              </w:rPr>
              <w:t>기반</w:t>
            </w:r>
            <w:r>
              <w:rPr>
                <w:rFonts w:ascii="Pretendard" w:eastAsia="Pretendard" w:hAnsi="Pretendard" w:cs="Pretendard"/>
                <w:color w:val="1D0024"/>
                <w:sz w:val="19"/>
              </w:rPr>
              <w:t xml:space="preserve"> </w:t>
            </w:r>
            <w:r>
              <w:rPr>
                <w:rFonts w:ascii="Pretendard" w:eastAsia="Pretendard" w:hAnsi="Pretendard" w:cs="Pretendard"/>
                <w:color w:val="1D0024"/>
                <w:sz w:val="19"/>
              </w:rPr>
              <w:t>다국가</w:t>
            </w:r>
            <w:r>
              <w:rPr>
                <w:rFonts w:ascii="Pretendard" w:eastAsia="Pretendard" w:hAnsi="Pretendard" w:cs="Pretendard"/>
                <w:color w:val="1D0024"/>
                <w:sz w:val="19"/>
              </w:rPr>
              <w:t xml:space="preserve"> </w:t>
            </w:r>
            <w:r>
              <w:rPr>
                <w:rFonts w:ascii="Pretendard" w:eastAsia="Pretendard" w:hAnsi="Pretendard" w:cs="Pretendard"/>
                <w:color w:val="1D0024"/>
                <w:sz w:val="19"/>
              </w:rPr>
              <w:t>의료관광</w:t>
            </w:r>
            <w:r>
              <w:rPr>
                <w:rFonts w:ascii="Pretendard" w:eastAsia="Pretendard" w:hAnsi="Pretendard" w:cs="Pretendard"/>
                <w:color w:val="1D0024"/>
                <w:sz w:val="19"/>
              </w:rPr>
              <w:t xml:space="preserve"> </w:t>
            </w:r>
            <w:r>
              <w:rPr>
                <w:rFonts w:ascii="Pretendard" w:eastAsia="Pretendard" w:hAnsi="Pretendard" w:cs="Pretendard"/>
                <w:color w:val="1D0024"/>
                <w:sz w:val="19"/>
              </w:rPr>
              <w:t>마켓플레이스</w:t>
            </w:r>
            <w:r>
              <w:rPr>
                <w:rFonts w:ascii="Pretendard" w:eastAsia="Pretendard" w:hAnsi="Pretendard" w:cs="Pretendard"/>
                <w:color w:val="1D0024"/>
                <w:sz w:val="19"/>
              </w:rPr>
              <w:t xml:space="preserve">. </w:t>
            </w:r>
            <w:r>
              <w:rPr>
                <w:rFonts w:ascii="Pretendard" w:eastAsia="Pretendard" w:hAnsi="Pretendard" w:cs="Pretendard"/>
                <w:color w:val="1D0024"/>
                <w:sz w:val="19"/>
              </w:rPr>
              <w:t>환자</w:t>
            </w:r>
            <w:r>
              <w:rPr>
                <w:rFonts w:ascii="Pretendard" w:eastAsia="Pretendard" w:hAnsi="Pretendard" w:cs="Pretendard"/>
                <w:color w:val="1D0024"/>
                <w:sz w:val="19"/>
              </w:rPr>
              <w:t xml:space="preserve"> </w:t>
            </w:r>
            <w:r>
              <w:rPr>
                <w:rFonts w:ascii="Pretendard" w:eastAsia="Pretendard" w:hAnsi="Pretendard" w:cs="Pretendard"/>
                <w:color w:val="1D0024"/>
                <w:sz w:val="19"/>
              </w:rPr>
              <w:t>무료</w:t>
            </w:r>
            <w:r>
              <w:rPr>
                <w:rFonts w:ascii="Pretendard" w:eastAsia="Pretendard" w:hAnsi="Pretendard" w:cs="Pretendard"/>
                <w:color w:val="1D0024"/>
                <w:sz w:val="19"/>
              </w:rPr>
              <w:t xml:space="preserve">, </w:t>
            </w:r>
            <w:r>
              <w:rPr>
                <w:rFonts w:ascii="Pretendard" w:eastAsia="Pretendard" w:hAnsi="Pretendard" w:cs="Pretendard"/>
                <w:color w:val="1D0024"/>
                <w:sz w:val="19"/>
              </w:rPr>
              <w:t>병원이</w:t>
            </w:r>
            <w:r>
              <w:rPr>
                <w:rFonts w:ascii="Pretendard" w:eastAsia="Pretendard" w:hAnsi="Pretendard" w:cs="Pretendard"/>
                <w:color w:val="1D0024"/>
                <w:sz w:val="19"/>
              </w:rPr>
              <w:t xml:space="preserve"> </w:t>
            </w:r>
            <w:r>
              <w:rPr>
                <w:rFonts w:ascii="Pretendard" w:eastAsia="Pretendard" w:hAnsi="Pretendard" w:cs="Pretendard"/>
                <w:color w:val="1D0024"/>
                <w:sz w:val="19"/>
              </w:rPr>
              <w:t>수수료</w:t>
            </w:r>
            <w:r>
              <w:rPr>
                <w:rFonts w:ascii="Pretendard" w:eastAsia="Pretendard" w:hAnsi="Pretendard" w:cs="Pretendard"/>
                <w:color w:val="1D0024"/>
                <w:sz w:val="19"/>
              </w:rPr>
              <w:t>(</w:t>
            </w:r>
            <w:r>
              <w:rPr>
                <w:rFonts w:ascii="Pretendard" w:eastAsia="Pretendard" w:hAnsi="Pretendard" w:cs="Pretendard"/>
                <w:color w:val="1D0024"/>
                <w:sz w:val="19"/>
              </w:rPr>
              <w:t>요율</w:t>
            </w:r>
            <w:r>
              <w:rPr>
                <w:rFonts w:ascii="Pretendard" w:eastAsia="Pretendard" w:hAnsi="Pretendard" w:cs="Pretendard"/>
                <w:color w:val="1D0024"/>
                <w:sz w:val="19"/>
              </w:rPr>
              <w:t xml:space="preserve"> </w:t>
            </w:r>
            <w:r>
              <w:rPr>
                <w:rFonts w:ascii="Pretendard" w:eastAsia="Pretendard" w:hAnsi="Pretendard" w:cs="Pretendard"/>
                <w:color w:val="1D0024"/>
                <w:sz w:val="19"/>
              </w:rPr>
              <w:t>비공개</w:t>
            </w:r>
            <w:r>
              <w:rPr>
                <w:rFonts w:ascii="Pretendard" w:eastAsia="Pretendard" w:hAnsi="Pretendard" w:cs="Pretendard"/>
                <w:color w:val="1D0024"/>
                <w:sz w:val="19"/>
              </w:rPr>
              <w:t xml:space="preserve">). </w:t>
            </w:r>
            <w:r>
              <w:rPr>
                <w:rFonts w:ascii="Pretendard" w:eastAsia="Pretendard" w:hAnsi="Pretendard" w:cs="Pretendard"/>
                <w:color w:val="1D0024"/>
                <w:sz w:val="19"/>
              </w:rPr>
              <w:t>연간</w:t>
            </w:r>
            <w:r>
              <w:rPr>
                <w:rFonts w:ascii="Pretendard" w:eastAsia="Pretendard" w:hAnsi="Pretendard" w:cs="Pretendard"/>
                <w:color w:val="1D0024"/>
                <w:sz w:val="19"/>
              </w:rPr>
              <w:t xml:space="preserve"> </w:t>
            </w:r>
            <w:r>
              <w:rPr>
                <w:rFonts w:ascii="Pretendard" w:eastAsia="Pretendard" w:hAnsi="Pretendard" w:cs="Pretendard"/>
                <w:color w:val="1D0024"/>
                <w:sz w:val="19"/>
              </w:rPr>
              <w:t>거래액</w:t>
            </w:r>
            <w:r>
              <w:rPr>
                <w:rFonts w:ascii="Pretendard" w:eastAsia="Pretendard" w:hAnsi="Pretendard" w:cs="Pretendard"/>
                <w:color w:val="1D0024"/>
                <w:sz w:val="19"/>
              </w:rPr>
              <w:t xml:space="preserve"> 2,210</w:t>
            </w:r>
            <w:r>
              <w:rPr>
                <w:rFonts w:ascii="Pretendard" w:eastAsia="Pretendard" w:hAnsi="Pretendard" w:cs="Pretendard"/>
                <w:color w:val="1D0024"/>
                <w:sz w:val="19"/>
              </w:rPr>
              <w:t>만</w:t>
            </w:r>
            <w:r>
              <w:rPr>
                <w:rFonts w:ascii="Pretendard" w:eastAsia="Pretendard" w:hAnsi="Pretendard" w:cs="Pretendard"/>
                <w:color w:val="1D0024"/>
                <w:sz w:val="19"/>
              </w:rPr>
              <w:t xml:space="preserve"> </w:t>
            </w:r>
            <w:r>
              <w:rPr>
                <w:rFonts w:ascii="Pretendard" w:eastAsia="Pretendard" w:hAnsi="Pretendard" w:cs="Pretendard"/>
                <w:color w:val="1D0024"/>
                <w:sz w:val="19"/>
              </w:rPr>
              <w:t>달러</w:t>
            </w:r>
            <w:r>
              <w:rPr>
                <w:rFonts w:ascii="Pretendard" w:eastAsia="Pretendard" w:hAnsi="Pretendard" w:cs="Pretendard"/>
                <w:color w:val="1D0024"/>
                <w:sz w:val="19"/>
              </w:rPr>
              <w:t xml:space="preserve">, </w:t>
            </w:r>
            <w:r>
              <w:rPr>
                <w:rFonts w:ascii="Pretendard" w:eastAsia="Pretendard" w:hAnsi="Pretendard" w:cs="Pretendard"/>
                <w:color w:val="1D0024"/>
                <w:sz w:val="19"/>
              </w:rPr>
              <w:t>문의</w:t>
            </w:r>
            <w:r>
              <w:rPr>
                <w:rFonts w:ascii="Pretendard" w:eastAsia="Pretendard" w:hAnsi="Pretendard" w:cs="Pretendard"/>
                <w:color w:val="1D0024"/>
                <w:sz w:val="19"/>
              </w:rPr>
              <w:t xml:space="preserve"> 17</w:t>
            </w:r>
            <w:r>
              <w:rPr>
                <w:rFonts w:ascii="Pretendard" w:eastAsia="Pretendard" w:hAnsi="Pretendard" w:cs="Pretendard"/>
                <w:color w:val="1D0024"/>
                <w:sz w:val="19"/>
              </w:rPr>
              <w:t>만</w:t>
            </w:r>
            <w:r>
              <w:rPr>
                <w:rFonts w:ascii="Pretendard" w:eastAsia="Pretendard" w:hAnsi="Pretendard" w:cs="Pretendard"/>
                <w:color w:val="1D0024"/>
                <w:sz w:val="19"/>
              </w:rPr>
              <w:t xml:space="preserve"> </w:t>
            </w:r>
            <w:r>
              <w:rPr>
                <w:rFonts w:ascii="Pretendard" w:eastAsia="Pretendard" w:hAnsi="Pretendard" w:cs="Pretendard"/>
                <w:color w:val="1D0024"/>
                <w:sz w:val="19"/>
              </w:rPr>
              <w:t>건</w:t>
            </w:r>
            <w:r>
              <w:rPr>
                <w:rFonts w:ascii="Pretendard" w:eastAsia="Pretendard" w:hAnsi="Pretendard" w:cs="Pretendard"/>
                <w:color w:val="1D0024"/>
                <w:sz w:val="19"/>
              </w:rPr>
              <w:t>(</w:t>
            </w:r>
            <w:r>
              <w:rPr>
                <w:rFonts w:ascii="Pretendard" w:eastAsia="Pretendard" w:hAnsi="Pretendard" w:cs="Pretendard"/>
                <w:color w:val="1D0024"/>
                <w:sz w:val="19"/>
              </w:rPr>
              <w:t>자사</w:t>
            </w:r>
            <w:r>
              <w:rPr>
                <w:rFonts w:ascii="Pretendard" w:eastAsia="Pretendard" w:hAnsi="Pretendard" w:cs="Pretendard"/>
                <w:color w:val="1D0024"/>
                <w:sz w:val="19"/>
              </w:rPr>
              <w:t xml:space="preserve"> </w:t>
            </w:r>
            <w:r>
              <w:rPr>
                <w:rFonts w:ascii="Pretendard" w:eastAsia="Pretendard" w:hAnsi="Pretendard" w:cs="Pretendard"/>
                <w:color w:val="1D0024"/>
                <w:sz w:val="19"/>
              </w:rPr>
              <w:t>보고서</w:t>
            </w:r>
            <w:r>
              <w:rPr>
                <w:rFonts w:ascii="Pretendard" w:eastAsia="Pretendard" w:hAnsi="Pretendard" w:cs="Pretendard"/>
                <w:color w:val="1D0024"/>
                <w:sz w:val="19"/>
              </w:rPr>
              <w:t xml:space="preserve">). </w:t>
            </w:r>
            <w:r>
              <w:rPr>
                <w:rFonts w:ascii="Pretendard" w:eastAsia="Pretendard" w:hAnsi="Pretendard" w:cs="Pretendard"/>
                <w:color w:val="1D0024"/>
                <w:sz w:val="19"/>
              </w:rPr>
              <w:t>영문</w:t>
            </w:r>
            <w:r>
              <w:rPr>
                <w:rFonts w:ascii="Pretendard" w:eastAsia="Pretendard" w:hAnsi="Pretendard" w:cs="Pretendard"/>
                <w:color w:val="1D0024"/>
                <w:sz w:val="19"/>
              </w:rPr>
              <w:t xml:space="preserve"> </w:t>
            </w:r>
            <w:r>
              <w:rPr>
                <w:rFonts w:ascii="Pretendard" w:eastAsia="Pretendard" w:hAnsi="Pretendard" w:cs="Pretendard"/>
                <w:color w:val="1D0024"/>
                <w:sz w:val="19"/>
              </w:rPr>
              <w:t>한국</w:t>
            </w:r>
            <w:r>
              <w:rPr>
                <w:rFonts w:ascii="Pretendard" w:eastAsia="Pretendard" w:hAnsi="Pretendard" w:cs="Pretendard"/>
                <w:color w:val="1D0024"/>
                <w:sz w:val="19"/>
              </w:rPr>
              <w:t xml:space="preserve"> </w:t>
            </w:r>
            <w:r>
              <w:rPr>
                <w:rFonts w:ascii="Pretendard" w:eastAsia="Pretendard" w:hAnsi="Pretendard" w:cs="Pretendard"/>
                <w:color w:val="1D0024"/>
                <w:sz w:val="19"/>
              </w:rPr>
              <w:t>병원</w:t>
            </w:r>
            <w:r>
              <w:rPr>
                <w:rFonts w:ascii="Pretendard" w:eastAsia="Pretendard" w:hAnsi="Pretendard" w:cs="Pretendard"/>
                <w:color w:val="1D0024"/>
                <w:sz w:val="19"/>
              </w:rPr>
              <w:t xml:space="preserve"> </w:t>
            </w:r>
            <w:r>
              <w:rPr>
                <w:rFonts w:ascii="Pretendard" w:eastAsia="Pretendard" w:hAnsi="Pretendard" w:cs="Pretendard"/>
                <w:color w:val="1D0024"/>
                <w:sz w:val="19"/>
              </w:rPr>
              <w:t>페이지</w:t>
            </w:r>
            <w:r>
              <w:rPr>
                <w:rFonts w:ascii="Pretendard" w:eastAsia="Pretendard" w:hAnsi="Pretendard" w:cs="Pretendard"/>
                <w:color w:val="1D0024"/>
                <w:sz w:val="19"/>
              </w:rPr>
              <w:t xml:space="preserve"> </w:t>
            </w:r>
            <w:r>
              <w:rPr>
                <w:rFonts w:ascii="Pretendard" w:eastAsia="Pretendard" w:hAnsi="Pretendard" w:cs="Pretendard"/>
                <w:color w:val="1D0024"/>
                <w:sz w:val="19"/>
              </w:rPr>
              <w:t>운영</w:t>
            </w:r>
          </w:p>
        </w:tc>
      </w:tr>
      <w:tr w:rsidR="004B1372" w14:paraId="36B29C3B" w14:textId="77777777">
        <w:trPr>
          <w:jc w:val="center"/>
        </w:trPr>
        <w:tc>
          <w:tcPr>
            <w:tcW w:w="1928" w:type="dxa"/>
          </w:tcPr>
          <w:p w14:paraId="07147F6D" w14:textId="77777777" w:rsidR="004B1372" w:rsidRDefault="00BB0BE3">
            <w:r>
              <w:rPr>
                <w:rFonts w:ascii="Pretendard" w:eastAsia="Pretendard" w:hAnsi="Pretendard" w:cs="Pretendard"/>
                <w:b/>
                <w:color w:val="1D0024"/>
                <w:sz w:val="19"/>
              </w:rPr>
              <w:t>ClinicsOnCall</w:t>
            </w:r>
          </w:p>
        </w:tc>
        <w:tc>
          <w:tcPr>
            <w:tcW w:w="7710" w:type="dxa"/>
          </w:tcPr>
          <w:p w14:paraId="38693212" w14:textId="77777777" w:rsidR="004B1372" w:rsidRDefault="00BB0BE3">
            <w:r>
              <w:rPr>
                <w:rFonts w:ascii="Pretendard" w:eastAsia="Pretendard" w:hAnsi="Pretendard" w:cs="Pretendard"/>
                <w:color w:val="1D0024"/>
                <w:sz w:val="19"/>
              </w:rPr>
              <w:t>영국</w:t>
            </w:r>
            <w:r>
              <w:rPr>
                <w:rFonts w:ascii="Pretendard" w:eastAsia="Pretendard" w:hAnsi="Pretendard" w:cs="Pretendard"/>
                <w:color w:val="1D0024"/>
                <w:sz w:val="19"/>
              </w:rPr>
              <w:t>(</w:t>
            </w:r>
            <w:r>
              <w:rPr>
                <w:rFonts w:ascii="Pretendard" w:eastAsia="Pretendard" w:hAnsi="Pretendard" w:cs="Pretendard"/>
                <w:color w:val="1D0024"/>
                <w:sz w:val="19"/>
              </w:rPr>
              <w:t>글래스고</w:t>
            </w:r>
            <w:r>
              <w:rPr>
                <w:rFonts w:ascii="Pretendard" w:eastAsia="Pretendard" w:hAnsi="Pretendard" w:cs="Pretendard"/>
                <w:color w:val="1D0024"/>
                <w:sz w:val="19"/>
              </w:rPr>
              <w:t xml:space="preserve">) </w:t>
            </w:r>
            <w:r>
              <w:rPr>
                <w:rFonts w:ascii="Pretendard" w:eastAsia="Pretendard" w:hAnsi="Pretendard" w:cs="Pretendard"/>
                <w:color w:val="1D0024"/>
                <w:sz w:val="19"/>
              </w:rPr>
              <w:t>소재</w:t>
            </w:r>
            <w:r>
              <w:rPr>
                <w:rFonts w:ascii="Pretendard" w:eastAsia="Pretendard" w:hAnsi="Pretendard" w:cs="Pretendard"/>
                <w:color w:val="1D0024"/>
                <w:sz w:val="19"/>
              </w:rPr>
              <w:t xml:space="preserve">. </w:t>
            </w:r>
            <w:r>
              <w:rPr>
                <w:rFonts w:ascii="Pretendard" w:eastAsia="Pretendard" w:hAnsi="Pretendard" w:cs="Pretendard"/>
                <w:color w:val="1D0024"/>
                <w:sz w:val="19"/>
              </w:rPr>
              <w:t>환자</w:t>
            </w:r>
            <w:r>
              <w:rPr>
                <w:rFonts w:ascii="Pretendard" w:eastAsia="Pretendard" w:hAnsi="Pretendard" w:cs="Pretendard"/>
                <w:color w:val="1D0024"/>
                <w:sz w:val="19"/>
              </w:rPr>
              <w:t xml:space="preserve"> </w:t>
            </w:r>
            <w:r>
              <w:rPr>
                <w:rFonts w:ascii="Pretendard" w:eastAsia="Pretendard" w:hAnsi="Pretendard" w:cs="Pretendard"/>
                <w:color w:val="1D0024"/>
                <w:sz w:val="19"/>
              </w:rPr>
              <w:t>무료</w:t>
            </w:r>
            <w:r>
              <w:rPr>
                <w:rFonts w:ascii="Pretendard" w:eastAsia="Pretendard" w:hAnsi="Pretendard" w:cs="Pretendard"/>
                <w:color w:val="1D0024"/>
                <w:sz w:val="19"/>
              </w:rPr>
              <w:t xml:space="preserve"> </w:t>
            </w:r>
            <w:r>
              <w:rPr>
                <w:rFonts w:ascii="Pretendard" w:eastAsia="Pretendard" w:hAnsi="Pretendard" w:cs="Pretendard"/>
                <w:color w:val="1D0024"/>
                <w:sz w:val="19"/>
              </w:rPr>
              <w:t>코디네이션</w:t>
            </w:r>
            <w:r>
              <w:rPr>
                <w:rFonts w:ascii="Pretendard" w:eastAsia="Pretendard" w:hAnsi="Pretendard" w:cs="Pretendard"/>
                <w:color w:val="1D0024"/>
                <w:sz w:val="19"/>
              </w:rPr>
              <w:t xml:space="preserve">, </w:t>
            </w:r>
            <w:r>
              <w:rPr>
                <w:rFonts w:ascii="Pretendard" w:eastAsia="Pretendard" w:hAnsi="Pretendard" w:cs="Pretendard"/>
                <w:color w:val="1D0024"/>
                <w:sz w:val="19"/>
              </w:rPr>
              <w:t>프리미엄</w:t>
            </w:r>
            <w:r>
              <w:rPr>
                <w:rFonts w:ascii="Pretendard" w:eastAsia="Pretendard" w:hAnsi="Pretendard" w:cs="Pretendard"/>
                <w:color w:val="1D0024"/>
                <w:sz w:val="19"/>
              </w:rPr>
              <w:t xml:space="preserve"> </w:t>
            </w:r>
            <w:r>
              <w:rPr>
                <w:rFonts w:ascii="Pretendard" w:eastAsia="Pretendard" w:hAnsi="Pretendard" w:cs="Pretendard"/>
                <w:color w:val="1D0024"/>
                <w:sz w:val="19"/>
              </w:rPr>
              <w:t>옵션</w:t>
            </w:r>
            <w:r>
              <w:rPr>
                <w:rFonts w:ascii="Pretendard" w:eastAsia="Pretendard" w:hAnsi="Pretendard" w:cs="Pretendard"/>
                <w:color w:val="1D0024"/>
                <w:sz w:val="19"/>
              </w:rPr>
              <w:t xml:space="preserve"> $20·$50. </w:t>
            </w:r>
            <w:r>
              <w:rPr>
                <w:rFonts w:ascii="Pretendard" w:eastAsia="Pretendard" w:hAnsi="Pretendard" w:cs="Pretendard"/>
                <w:color w:val="1D0024"/>
                <w:sz w:val="19"/>
              </w:rPr>
              <w:t>통역</w:t>
            </w:r>
            <w:r>
              <w:rPr>
                <w:rFonts w:ascii="Pretendard" w:eastAsia="Pretendard" w:hAnsi="Pretendard" w:cs="Pretendard"/>
                <w:color w:val="1D0024"/>
                <w:sz w:val="19"/>
              </w:rPr>
              <w:t>·</w:t>
            </w:r>
            <w:r>
              <w:rPr>
                <w:rFonts w:ascii="Pretendard" w:eastAsia="Pretendard" w:hAnsi="Pretendard" w:cs="Pretendard"/>
                <w:color w:val="1D0024"/>
                <w:sz w:val="19"/>
              </w:rPr>
              <w:t>픽업</w:t>
            </w:r>
            <w:r>
              <w:rPr>
                <w:rFonts w:ascii="Pretendard" w:eastAsia="Pretendard" w:hAnsi="Pretendard" w:cs="Pretendard"/>
                <w:color w:val="1D0024"/>
                <w:sz w:val="19"/>
              </w:rPr>
              <w:t>·</w:t>
            </w:r>
            <w:r>
              <w:rPr>
                <w:rFonts w:ascii="Pretendard" w:eastAsia="Pretendard" w:hAnsi="Pretendard" w:cs="Pretendard"/>
                <w:color w:val="1D0024"/>
                <w:sz w:val="19"/>
              </w:rPr>
              <w:t>숙박</w:t>
            </w:r>
            <w:r>
              <w:rPr>
                <w:rFonts w:ascii="Pretendard" w:eastAsia="Pretendard" w:hAnsi="Pretendard" w:cs="Pretendard"/>
                <w:color w:val="1D0024"/>
                <w:sz w:val="19"/>
              </w:rPr>
              <w:t>·</w:t>
            </w:r>
            <w:r>
              <w:rPr>
                <w:rFonts w:ascii="Pretendard" w:eastAsia="Pretendard" w:hAnsi="Pretendard" w:cs="Pretendard"/>
                <w:color w:val="1D0024"/>
                <w:sz w:val="19"/>
              </w:rPr>
              <w:t>비자</w:t>
            </w:r>
            <w:r>
              <w:rPr>
                <w:rFonts w:ascii="Pretendard" w:eastAsia="Pretendard" w:hAnsi="Pretendard" w:cs="Pretendard"/>
                <w:color w:val="1D0024"/>
                <w:sz w:val="19"/>
              </w:rPr>
              <w:t>·24</w:t>
            </w:r>
            <w:r>
              <w:rPr>
                <w:rFonts w:ascii="Pretendard" w:eastAsia="Pretendard" w:hAnsi="Pretendard" w:cs="Pretendard"/>
                <w:color w:val="1D0024"/>
                <w:sz w:val="19"/>
              </w:rPr>
              <w:t>시간</w:t>
            </w:r>
            <w:r>
              <w:rPr>
                <w:rFonts w:ascii="Pretendard" w:eastAsia="Pretendard" w:hAnsi="Pretendard" w:cs="Pretendard"/>
                <w:color w:val="1D0024"/>
                <w:sz w:val="19"/>
              </w:rPr>
              <w:t xml:space="preserve"> </w:t>
            </w:r>
            <w:r>
              <w:rPr>
                <w:rFonts w:ascii="Pretendard" w:eastAsia="Pretendard" w:hAnsi="Pretendard" w:cs="Pretendard"/>
                <w:color w:val="1D0024"/>
                <w:sz w:val="19"/>
              </w:rPr>
              <w:t>코디네이터</w:t>
            </w:r>
            <w:r>
              <w:rPr>
                <w:rFonts w:ascii="Pretendard" w:eastAsia="Pretendard" w:hAnsi="Pretendard" w:cs="Pretendard"/>
                <w:color w:val="1D0024"/>
                <w:sz w:val="19"/>
              </w:rPr>
              <w:t xml:space="preserve">. </w:t>
            </w:r>
            <w:r>
              <w:rPr>
                <w:rFonts w:ascii="Pretendard" w:eastAsia="Pretendard" w:hAnsi="Pretendard" w:cs="Pretendard"/>
                <w:color w:val="1D0024"/>
                <w:sz w:val="19"/>
              </w:rPr>
              <w:t>러시아어</w:t>
            </w:r>
            <w:r>
              <w:rPr>
                <w:rFonts w:ascii="Pretendard" w:eastAsia="Pretendard" w:hAnsi="Pretendard" w:cs="Pretendard"/>
                <w:color w:val="1D0024"/>
                <w:sz w:val="19"/>
              </w:rPr>
              <w:t xml:space="preserve"> </w:t>
            </w:r>
            <w:r>
              <w:rPr>
                <w:rFonts w:ascii="Pretendard" w:eastAsia="Pretendard" w:hAnsi="Pretendard" w:cs="Pretendard"/>
                <w:color w:val="1D0024"/>
                <w:sz w:val="19"/>
              </w:rPr>
              <w:t>중심</w:t>
            </w:r>
            <w:r>
              <w:rPr>
                <w:rFonts w:ascii="Pretendard" w:eastAsia="Pretendard" w:hAnsi="Pretendard" w:cs="Pretendard"/>
                <w:color w:val="1D0024"/>
                <w:sz w:val="19"/>
              </w:rPr>
              <w:t xml:space="preserve"> 6</w:t>
            </w:r>
            <w:r>
              <w:rPr>
                <w:rFonts w:ascii="Pretendard" w:eastAsia="Pretendard" w:hAnsi="Pretendard" w:cs="Pretendard"/>
                <w:color w:val="1D0024"/>
                <w:sz w:val="19"/>
              </w:rPr>
              <w:t>개</w:t>
            </w:r>
            <w:r>
              <w:rPr>
                <w:rFonts w:ascii="Pretendard" w:eastAsia="Pretendard" w:hAnsi="Pretendard" w:cs="Pretendard"/>
                <w:color w:val="1D0024"/>
                <w:sz w:val="19"/>
              </w:rPr>
              <w:t xml:space="preserve"> </w:t>
            </w:r>
            <w:r>
              <w:rPr>
                <w:rFonts w:ascii="Pretendard" w:eastAsia="Pretendard" w:hAnsi="Pretendard" w:cs="Pretendard"/>
                <w:color w:val="1D0024"/>
                <w:sz w:val="19"/>
              </w:rPr>
              <w:t>언어</w:t>
            </w:r>
            <w:r>
              <w:rPr>
                <w:rFonts w:ascii="Pretendard" w:eastAsia="Pretendard" w:hAnsi="Pretendard" w:cs="Pretendard"/>
                <w:color w:val="1D0024"/>
                <w:sz w:val="19"/>
              </w:rPr>
              <w:t xml:space="preserve">. </w:t>
            </w:r>
            <w:r>
              <w:rPr>
                <w:rFonts w:ascii="Pretendard" w:eastAsia="Pretendard" w:hAnsi="Pretendard" w:cs="Pretendard"/>
                <w:color w:val="1D0024"/>
                <w:sz w:val="19"/>
              </w:rPr>
              <w:t>한국</w:t>
            </w:r>
            <w:r>
              <w:rPr>
                <w:rFonts w:ascii="Pretendard" w:eastAsia="Pretendard" w:hAnsi="Pretendard" w:cs="Pretendard"/>
                <w:color w:val="1D0024"/>
                <w:sz w:val="19"/>
              </w:rPr>
              <w:t xml:space="preserve"> </w:t>
            </w:r>
            <w:r>
              <w:rPr>
                <w:rFonts w:ascii="Pretendard" w:eastAsia="Pretendard" w:hAnsi="Pretendard" w:cs="Pretendard"/>
                <w:color w:val="1D0024"/>
                <w:sz w:val="19"/>
              </w:rPr>
              <w:t>클리닉</w:t>
            </w:r>
            <w:r>
              <w:rPr>
                <w:rFonts w:ascii="Pretendard" w:eastAsia="Pretendard" w:hAnsi="Pretendard" w:cs="Pretendard"/>
                <w:color w:val="1D0024"/>
                <w:sz w:val="19"/>
              </w:rPr>
              <w:t xml:space="preserve"> </w:t>
            </w:r>
            <w:r>
              <w:rPr>
                <w:rFonts w:ascii="Pretendard" w:eastAsia="Pretendard" w:hAnsi="Pretendard" w:cs="Pretendard"/>
                <w:color w:val="1D0024"/>
                <w:sz w:val="19"/>
              </w:rPr>
              <w:t>수</w:t>
            </w:r>
            <w:r>
              <w:rPr>
                <w:rFonts w:ascii="Pretendard" w:eastAsia="Pretendard" w:hAnsi="Pretendard" w:cs="Pretendard"/>
                <w:color w:val="1D0024"/>
                <w:sz w:val="19"/>
              </w:rPr>
              <w:t xml:space="preserve"> </w:t>
            </w:r>
            <w:r>
              <w:rPr>
                <w:rFonts w:ascii="Pretendard" w:eastAsia="Pretendard" w:hAnsi="Pretendard" w:cs="Pretendard"/>
                <w:color w:val="1D0024"/>
                <w:sz w:val="19"/>
              </w:rPr>
              <w:t>미확인</w:t>
            </w:r>
          </w:p>
        </w:tc>
      </w:tr>
      <w:tr w:rsidR="004B1372" w14:paraId="65103CBA" w14:textId="77777777">
        <w:trPr>
          <w:jc w:val="center"/>
        </w:trPr>
        <w:tc>
          <w:tcPr>
            <w:tcW w:w="1928" w:type="dxa"/>
          </w:tcPr>
          <w:p w14:paraId="7D20460B" w14:textId="77777777" w:rsidR="004B1372" w:rsidRDefault="00BB0BE3">
            <w:r>
              <w:rPr>
                <w:rFonts w:ascii="Pretendard" w:eastAsia="Pretendard" w:hAnsi="Pretendard" w:cs="Pretendard"/>
                <w:b/>
                <w:color w:val="1D0024"/>
                <w:sz w:val="19"/>
              </w:rPr>
              <w:t>PlacidWay</w:t>
            </w:r>
          </w:p>
        </w:tc>
        <w:tc>
          <w:tcPr>
            <w:tcW w:w="7710" w:type="dxa"/>
          </w:tcPr>
          <w:p w14:paraId="5A2C0031" w14:textId="77777777" w:rsidR="004B1372" w:rsidRDefault="00BB0BE3">
            <w:r>
              <w:rPr>
                <w:rFonts w:ascii="Pretendard" w:eastAsia="Pretendard" w:hAnsi="Pretendard" w:cs="Pretendard"/>
                <w:color w:val="1D0024"/>
                <w:sz w:val="19"/>
              </w:rPr>
              <w:t>해외</w:t>
            </w:r>
            <w:r>
              <w:rPr>
                <w:rFonts w:ascii="Pretendard" w:eastAsia="Pretendard" w:hAnsi="Pretendard" w:cs="Pretendard"/>
                <w:color w:val="1D0024"/>
                <w:sz w:val="19"/>
              </w:rPr>
              <w:t xml:space="preserve"> </w:t>
            </w:r>
            <w:r>
              <w:rPr>
                <w:rFonts w:ascii="Pretendard" w:eastAsia="Pretendard" w:hAnsi="Pretendard" w:cs="Pretendard"/>
                <w:color w:val="1D0024"/>
                <w:sz w:val="19"/>
              </w:rPr>
              <w:t>의료관광</w:t>
            </w:r>
            <w:r>
              <w:rPr>
                <w:rFonts w:ascii="Pretendard" w:eastAsia="Pretendard" w:hAnsi="Pretendard" w:cs="Pretendard"/>
                <w:color w:val="1D0024"/>
                <w:sz w:val="19"/>
              </w:rPr>
              <w:t xml:space="preserve"> </w:t>
            </w:r>
            <w:r>
              <w:rPr>
                <w:rFonts w:ascii="Pretendard" w:eastAsia="Pretendard" w:hAnsi="Pretendard" w:cs="Pretendard"/>
                <w:color w:val="1D0024"/>
                <w:sz w:val="19"/>
              </w:rPr>
              <w:t>중개</w:t>
            </w:r>
            <w:r>
              <w:rPr>
                <w:rFonts w:ascii="Pretendard" w:eastAsia="Pretendard" w:hAnsi="Pretendard" w:cs="Pretendard"/>
                <w:color w:val="1D0024"/>
                <w:sz w:val="19"/>
              </w:rPr>
              <w:t xml:space="preserve"> </w:t>
            </w:r>
            <w:r>
              <w:rPr>
                <w:rFonts w:ascii="Pretendard" w:eastAsia="Pretendard" w:hAnsi="Pretendard" w:cs="Pretendard"/>
                <w:color w:val="1D0024"/>
                <w:sz w:val="19"/>
              </w:rPr>
              <w:t>사이트</w:t>
            </w:r>
            <w:r>
              <w:rPr>
                <w:rFonts w:ascii="Pretendard" w:eastAsia="Pretendard" w:hAnsi="Pretendard" w:cs="Pretendard"/>
                <w:color w:val="1D0024"/>
                <w:sz w:val="19"/>
              </w:rPr>
              <w:t xml:space="preserve">. </w:t>
            </w:r>
            <w:r>
              <w:rPr>
                <w:rFonts w:ascii="Pretendard" w:eastAsia="Pretendard" w:hAnsi="Pretendard" w:cs="Pretendard"/>
                <w:color w:val="1D0024"/>
                <w:sz w:val="19"/>
              </w:rPr>
              <w:t>운영</w:t>
            </w:r>
            <w:r>
              <w:rPr>
                <w:rFonts w:ascii="Pretendard" w:eastAsia="Pretendard" w:hAnsi="Pretendard" w:cs="Pretendard"/>
                <w:color w:val="1D0024"/>
                <w:sz w:val="19"/>
              </w:rPr>
              <w:t xml:space="preserve"> </w:t>
            </w:r>
            <w:r>
              <w:rPr>
                <w:rFonts w:ascii="Pretendard" w:eastAsia="Pretendard" w:hAnsi="Pretendard" w:cs="Pretendard"/>
                <w:color w:val="1D0024"/>
                <w:sz w:val="19"/>
              </w:rPr>
              <w:t>주체</w:t>
            </w:r>
            <w:r>
              <w:rPr>
                <w:rFonts w:ascii="Pretendard" w:eastAsia="Pretendard" w:hAnsi="Pretendard" w:cs="Pretendard"/>
                <w:color w:val="1D0024"/>
                <w:sz w:val="19"/>
              </w:rPr>
              <w:t>·</w:t>
            </w:r>
            <w:r>
              <w:rPr>
                <w:rFonts w:ascii="Pretendard" w:eastAsia="Pretendard" w:hAnsi="Pretendard" w:cs="Pretendard"/>
                <w:color w:val="1D0024"/>
                <w:sz w:val="19"/>
              </w:rPr>
              <w:t>한국</w:t>
            </w:r>
            <w:r>
              <w:rPr>
                <w:rFonts w:ascii="Pretendard" w:eastAsia="Pretendard" w:hAnsi="Pretendard" w:cs="Pretendard"/>
                <w:color w:val="1D0024"/>
                <w:sz w:val="19"/>
              </w:rPr>
              <w:t xml:space="preserve"> </w:t>
            </w:r>
            <w:r>
              <w:rPr>
                <w:rFonts w:ascii="Pretendard" w:eastAsia="Pretendard" w:hAnsi="Pretendard" w:cs="Pretendard"/>
                <w:color w:val="1D0024"/>
                <w:sz w:val="19"/>
              </w:rPr>
              <w:t>병원</w:t>
            </w:r>
            <w:r>
              <w:rPr>
                <w:rFonts w:ascii="Pretendard" w:eastAsia="Pretendard" w:hAnsi="Pretendard" w:cs="Pretendard"/>
                <w:color w:val="1D0024"/>
                <w:sz w:val="19"/>
              </w:rPr>
              <w:t xml:space="preserve"> </w:t>
            </w:r>
            <w:r>
              <w:rPr>
                <w:rFonts w:ascii="Pretendard" w:eastAsia="Pretendard" w:hAnsi="Pretendard" w:cs="Pretendard"/>
                <w:color w:val="1D0024"/>
                <w:sz w:val="19"/>
              </w:rPr>
              <w:t>수는</w:t>
            </w:r>
            <w:r>
              <w:rPr>
                <w:rFonts w:ascii="Pretendard" w:eastAsia="Pretendard" w:hAnsi="Pretendard" w:cs="Pretendard"/>
                <w:color w:val="1D0024"/>
                <w:sz w:val="19"/>
              </w:rPr>
              <w:t xml:space="preserve"> </w:t>
            </w:r>
            <w:r>
              <w:rPr>
                <w:rFonts w:ascii="Pretendard" w:eastAsia="Pretendard" w:hAnsi="Pretendard" w:cs="Pretendard"/>
                <w:color w:val="1D0024"/>
                <w:sz w:val="19"/>
              </w:rPr>
              <w:t>이번</w:t>
            </w:r>
            <w:r>
              <w:rPr>
                <w:rFonts w:ascii="Pretendard" w:eastAsia="Pretendard" w:hAnsi="Pretendard" w:cs="Pretendard"/>
                <w:color w:val="1D0024"/>
                <w:sz w:val="19"/>
              </w:rPr>
              <w:t xml:space="preserve"> </w:t>
            </w:r>
            <w:r>
              <w:rPr>
                <w:rFonts w:ascii="Pretendard" w:eastAsia="Pretendard" w:hAnsi="Pretendard" w:cs="Pretendard"/>
                <w:color w:val="1D0024"/>
                <w:sz w:val="19"/>
              </w:rPr>
              <w:t>조사에서</w:t>
            </w:r>
            <w:r>
              <w:rPr>
                <w:rFonts w:ascii="Pretendard" w:eastAsia="Pretendard" w:hAnsi="Pretendard" w:cs="Pretendard"/>
                <w:color w:val="1D0024"/>
                <w:sz w:val="19"/>
              </w:rPr>
              <w:t xml:space="preserve"> </w:t>
            </w:r>
            <w:r>
              <w:rPr>
                <w:rFonts w:ascii="Pretendard" w:eastAsia="Pretendard" w:hAnsi="Pretendard" w:cs="Pretendard"/>
                <w:color w:val="1D0024"/>
                <w:sz w:val="19"/>
              </w:rPr>
              <w:t>미확인</w:t>
            </w:r>
            <w:r>
              <w:rPr>
                <w:rFonts w:ascii="Pretendard" w:eastAsia="Pretendard" w:hAnsi="Pretendard" w:cs="Pretendard"/>
                <w:color w:val="1D0024"/>
                <w:sz w:val="19"/>
              </w:rPr>
              <w:t>(</w:t>
            </w:r>
            <w:r>
              <w:rPr>
                <w:rFonts w:ascii="Pretendard" w:eastAsia="Pretendard" w:hAnsi="Pretendard" w:cs="Pretendard"/>
                <w:color w:val="1D0024"/>
                <w:sz w:val="19"/>
              </w:rPr>
              <w:t>사이트</w:t>
            </w:r>
            <w:r>
              <w:rPr>
                <w:rFonts w:ascii="Pretendard" w:eastAsia="Pretendard" w:hAnsi="Pretendard" w:cs="Pretendard"/>
                <w:color w:val="1D0024"/>
                <w:sz w:val="19"/>
              </w:rPr>
              <w:t xml:space="preserve"> </w:t>
            </w:r>
            <w:r>
              <w:rPr>
                <w:rFonts w:ascii="Pretendard" w:eastAsia="Pretendard" w:hAnsi="Pretendard" w:cs="Pretendard"/>
                <w:color w:val="1D0024"/>
                <w:sz w:val="19"/>
              </w:rPr>
              <w:t>응답</w:t>
            </w:r>
            <w:r>
              <w:rPr>
                <w:rFonts w:ascii="Pretendard" w:eastAsia="Pretendard" w:hAnsi="Pretendard" w:cs="Pretendard"/>
                <w:color w:val="1D0024"/>
                <w:sz w:val="19"/>
              </w:rPr>
              <w:t xml:space="preserve"> </w:t>
            </w:r>
            <w:r>
              <w:rPr>
                <w:rFonts w:ascii="Pretendard" w:eastAsia="Pretendard" w:hAnsi="Pretendard" w:cs="Pretendard"/>
                <w:color w:val="1D0024"/>
                <w:sz w:val="19"/>
              </w:rPr>
              <w:t>시간</w:t>
            </w:r>
            <w:r>
              <w:rPr>
                <w:rFonts w:ascii="Pretendard" w:eastAsia="Pretendard" w:hAnsi="Pretendard" w:cs="Pretendard"/>
                <w:color w:val="1D0024"/>
                <w:sz w:val="19"/>
              </w:rPr>
              <w:t xml:space="preserve"> </w:t>
            </w:r>
            <w:r>
              <w:rPr>
                <w:rFonts w:ascii="Pretendard" w:eastAsia="Pretendard" w:hAnsi="Pretendard" w:cs="Pretendard"/>
                <w:color w:val="1D0024"/>
                <w:sz w:val="19"/>
              </w:rPr>
              <w:t>초과</w:t>
            </w:r>
            <w:r>
              <w:rPr>
                <w:rFonts w:ascii="Pretendard" w:eastAsia="Pretendard" w:hAnsi="Pretendard" w:cs="Pretendard"/>
                <w:color w:val="1D0024"/>
                <w:sz w:val="19"/>
              </w:rPr>
              <w:t>)</w:t>
            </w:r>
          </w:p>
        </w:tc>
      </w:tr>
      <w:tr w:rsidR="004B1372" w14:paraId="7890B1CF" w14:textId="77777777">
        <w:trPr>
          <w:jc w:val="center"/>
        </w:trPr>
        <w:tc>
          <w:tcPr>
            <w:tcW w:w="1928" w:type="dxa"/>
          </w:tcPr>
          <w:p w14:paraId="3AF69F1C" w14:textId="77777777" w:rsidR="004B1372" w:rsidRDefault="00BB0BE3">
            <w:r>
              <w:rPr>
                <w:rFonts w:ascii="Pretendard" w:eastAsia="Pretendard" w:hAnsi="Pretendard" w:cs="Pretendard"/>
                <w:b/>
                <w:color w:val="1D0024"/>
                <w:sz w:val="19"/>
              </w:rPr>
              <w:t xml:space="preserve">AI </w:t>
            </w:r>
            <w:r>
              <w:rPr>
                <w:rFonts w:ascii="Pretendard" w:eastAsia="Pretendard" w:hAnsi="Pretendard" w:cs="Pretendard"/>
                <w:b/>
                <w:color w:val="1D0024"/>
                <w:sz w:val="19"/>
              </w:rPr>
              <w:t>인용</w:t>
            </w:r>
            <w:r>
              <w:rPr>
                <w:rFonts w:ascii="Pretendard" w:eastAsia="Pretendard" w:hAnsi="Pretendard" w:cs="Pretendard"/>
                <w:b/>
                <w:color w:val="1D0024"/>
                <w:sz w:val="19"/>
              </w:rPr>
              <w:t xml:space="preserve"> </w:t>
            </w:r>
            <w:r>
              <w:rPr>
                <w:rFonts w:ascii="Pretendard" w:eastAsia="Pretendard" w:hAnsi="Pretendard" w:cs="Pretendard"/>
                <w:b/>
                <w:color w:val="1D0024"/>
                <w:sz w:val="19"/>
              </w:rPr>
              <w:t>실측</w:t>
            </w:r>
          </w:p>
        </w:tc>
        <w:tc>
          <w:tcPr>
            <w:tcW w:w="7710" w:type="dxa"/>
          </w:tcPr>
          <w:p w14:paraId="2242D276" w14:textId="77777777" w:rsidR="004B1372" w:rsidRDefault="00BB0BE3">
            <w:r>
              <w:rPr>
                <w:rFonts w:ascii="Pretendard" w:eastAsia="Pretendard" w:hAnsi="Pretendard" w:cs="Pretendard"/>
                <w:color w:val="1D0024"/>
                <w:sz w:val="19"/>
              </w:rPr>
              <w:t>영문</w:t>
            </w:r>
            <w:r>
              <w:rPr>
                <w:rFonts w:ascii="Pretendard" w:eastAsia="Pretendard" w:hAnsi="Pretendard" w:cs="Pretendard"/>
                <w:color w:val="1D0024"/>
                <w:sz w:val="19"/>
              </w:rPr>
              <w:t xml:space="preserve"> 60</w:t>
            </w:r>
            <w:r>
              <w:rPr>
                <w:rFonts w:ascii="Pretendard" w:eastAsia="Pretendard" w:hAnsi="Pretendard" w:cs="Pretendard"/>
                <w:color w:val="1D0024"/>
                <w:sz w:val="19"/>
              </w:rPr>
              <w:t>문항</w:t>
            </w:r>
            <w:r>
              <w:rPr>
                <w:rFonts w:ascii="Pretendard" w:eastAsia="Pretendard" w:hAnsi="Pretendard" w:cs="Pretendard"/>
                <w:color w:val="1D0024"/>
                <w:sz w:val="19"/>
              </w:rPr>
              <w:t xml:space="preserve"> Perplexity </w:t>
            </w:r>
            <w:r>
              <w:rPr>
                <w:rFonts w:ascii="Pretendard" w:eastAsia="Pretendard" w:hAnsi="Pretendard" w:cs="Pretendard"/>
                <w:color w:val="1D0024"/>
                <w:sz w:val="19"/>
              </w:rPr>
              <w:t>답변에서</w:t>
            </w:r>
            <w:r>
              <w:rPr>
                <w:rFonts w:ascii="Pretendard" w:eastAsia="Pretendard" w:hAnsi="Pretendard" w:cs="Pretendard"/>
                <w:color w:val="1D0024"/>
                <w:sz w:val="19"/>
              </w:rPr>
              <w:t xml:space="preserve"> Bookimed 28</w:t>
            </w:r>
            <w:r>
              <w:rPr>
                <w:rFonts w:ascii="Pretendard" w:eastAsia="Pretendard" w:hAnsi="Pretendard" w:cs="Pretendard"/>
                <w:color w:val="1D0024"/>
                <w:sz w:val="19"/>
              </w:rPr>
              <w:t>문항</w:t>
            </w:r>
            <w:r>
              <w:rPr>
                <w:rFonts w:ascii="Pretendard" w:eastAsia="Pretendard" w:hAnsi="Pretendard" w:cs="Pretendard"/>
                <w:color w:val="1D0024"/>
                <w:sz w:val="19"/>
              </w:rPr>
              <w:t>, ClinicsOnCall 26</w:t>
            </w:r>
            <w:r>
              <w:rPr>
                <w:rFonts w:ascii="Pretendard" w:eastAsia="Pretendard" w:hAnsi="Pretendard" w:cs="Pretendard"/>
                <w:color w:val="1D0024"/>
                <w:sz w:val="19"/>
              </w:rPr>
              <w:t>문항</w:t>
            </w:r>
            <w:r>
              <w:rPr>
                <w:rFonts w:ascii="Pretendard" w:eastAsia="Pretendard" w:hAnsi="Pretendard" w:cs="Pretendard"/>
                <w:color w:val="1D0024"/>
                <w:sz w:val="19"/>
              </w:rPr>
              <w:t>, PlacidWay 14</w:t>
            </w:r>
            <w:r>
              <w:rPr>
                <w:rFonts w:ascii="Pretendard" w:eastAsia="Pretendard" w:hAnsi="Pretendard" w:cs="Pretendard"/>
                <w:color w:val="1D0024"/>
                <w:sz w:val="19"/>
              </w:rPr>
              <w:t>문항</w:t>
            </w:r>
            <w:r>
              <w:rPr>
                <w:rFonts w:ascii="Pretendard" w:eastAsia="Pretendard" w:hAnsi="Pretendard" w:cs="Pretendard"/>
                <w:color w:val="1D0024"/>
                <w:sz w:val="19"/>
              </w:rPr>
              <w:t xml:space="preserve"> </w:t>
            </w:r>
            <w:r>
              <w:rPr>
                <w:rFonts w:ascii="Pretendard" w:eastAsia="Pretendard" w:hAnsi="Pretendard" w:cs="Pretendard"/>
                <w:color w:val="1D0024"/>
                <w:sz w:val="19"/>
              </w:rPr>
              <w:t>인용</w:t>
            </w:r>
            <w:r>
              <w:rPr>
                <w:rFonts w:ascii="Pretendard" w:eastAsia="Pretendard" w:hAnsi="Pretendard" w:cs="Pretendard"/>
                <w:color w:val="1D0024"/>
                <w:sz w:val="19"/>
              </w:rPr>
              <w:t>(2026-09-10)</w:t>
            </w:r>
          </w:p>
        </w:tc>
      </w:tr>
    </w:tbl>
    <w:p w14:paraId="62025433" w14:textId="77777777" w:rsidR="004B1372" w:rsidRDefault="004B1372">
      <w:pPr>
        <w:spacing w:after="40"/>
      </w:pPr>
    </w:p>
    <w:p w14:paraId="0E650810" w14:textId="77777777" w:rsidR="004B1372" w:rsidRDefault="00BB0BE3">
      <w:pPr>
        <w:spacing w:line="324" w:lineRule="auto"/>
      </w:pPr>
      <w:r>
        <w:rPr>
          <w:rFonts w:ascii="Pretendard" w:eastAsia="Pretendard" w:hAnsi="Pretendard" w:cs="Pretendard"/>
          <w:b/>
          <w:color w:val="1D0024"/>
          <w:sz w:val="21"/>
        </w:rPr>
        <w:lastRenderedPageBreak/>
        <w:t>허브</w:t>
      </w:r>
      <w:r>
        <w:rPr>
          <w:rFonts w:ascii="Pretendard" w:eastAsia="Pretendard" w:hAnsi="Pretendard" w:cs="Pretendard"/>
          <w:b/>
          <w:color w:val="1D0024"/>
          <w:sz w:val="21"/>
        </w:rPr>
        <w:t xml:space="preserve"> </w:t>
      </w:r>
      <w:r>
        <w:rPr>
          <w:rFonts w:ascii="Pretendard" w:eastAsia="Pretendard" w:hAnsi="Pretendard" w:cs="Pretendard"/>
          <w:b/>
          <w:color w:val="1D0024"/>
          <w:sz w:val="21"/>
        </w:rPr>
        <w:t>관점</w:t>
      </w:r>
      <w:r>
        <w:rPr>
          <w:rFonts w:ascii="Pretendard" w:eastAsia="Pretendard" w:hAnsi="Pretendard" w:cs="Pretendard"/>
          <w:b/>
          <w:color w:val="1D0024"/>
          <w:sz w:val="21"/>
        </w:rPr>
        <w:t xml:space="preserve">: </w:t>
      </w:r>
      <w:r>
        <w:rPr>
          <w:rFonts w:ascii="Pretendard" w:eastAsia="Pretendard" w:hAnsi="Pretendard" w:cs="Pretendard"/>
          <w:color w:val="1D0024"/>
          <w:sz w:val="21"/>
        </w:rPr>
        <w:t>외국인이</w:t>
      </w:r>
      <w:r>
        <w:rPr>
          <w:rFonts w:ascii="Pretendard" w:eastAsia="Pretendard" w:hAnsi="Pretendard" w:cs="Pretendard"/>
          <w:color w:val="1D0024"/>
          <w:sz w:val="21"/>
        </w:rPr>
        <w:t xml:space="preserve"> </w:t>
      </w:r>
      <w:r>
        <w:rPr>
          <w:rFonts w:ascii="Pretendard" w:eastAsia="Pretendard" w:hAnsi="Pretendard" w:cs="Pretendard"/>
          <w:color w:val="1D0024"/>
          <w:sz w:val="21"/>
        </w:rPr>
        <w:t>영어로</w:t>
      </w:r>
      <w:r>
        <w:rPr>
          <w:rFonts w:ascii="Pretendard" w:eastAsia="Pretendard" w:hAnsi="Pretendard" w:cs="Pretendard"/>
          <w:color w:val="1D0024"/>
          <w:sz w:val="21"/>
        </w:rPr>
        <w:t xml:space="preserve"> </w:t>
      </w:r>
      <w:r>
        <w:rPr>
          <w:rFonts w:ascii="Pretendard" w:eastAsia="Pretendard" w:hAnsi="Pretendard" w:cs="Pretendard"/>
          <w:color w:val="1D0024"/>
          <w:sz w:val="21"/>
        </w:rPr>
        <w:t>물을</w:t>
      </w:r>
      <w:r>
        <w:rPr>
          <w:rFonts w:ascii="Pretendard" w:eastAsia="Pretendard" w:hAnsi="Pretendard" w:cs="Pretendard"/>
          <w:color w:val="1D0024"/>
          <w:sz w:val="21"/>
        </w:rPr>
        <w:t xml:space="preserve"> </w:t>
      </w:r>
      <w:r>
        <w:rPr>
          <w:rFonts w:ascii="Pretendard" w:eastAsia="Pretendard" w:hAnsi="Pretendard" w:cs="Pretendard"/>
          <w:color w:val="1D0024"/>
          <w:sz w:val="21"/>
        </w:rPr>
        <w:t>때</w:t>
      </w:r>
      <w:r>
        <w:rPr>
          <w:rFonts w:ascii="Pretendard" w:eastAsia="Pretendard" w:hAnsi="Pretendard" w:cs="Pretendard"/>
          <w:color w:val="1D0024"/>
          <w:sz w:val="21"/>
        </w:rPr>
        <w:t xml:space="preserve"> AI</w:t>
      </w:r>
      <w:r>
        <w:rPr>
          <w:rFonts w:ascii="Pretendard" w:eastAsia="Pretendard" w:hAnsi="Pretendard" w:cs="Pretendard"/>
          <w:color w:val="1D0024"/>
          <w:sz w:val="21"/>
        </w:rPr>
        <w:t>가</w:t>
      </w:r>
      <w:r>
        <w:rPr>
          <w:rFonts w:ascii="Pretendard" w:eastAsia="Pretendard" w:hAnsi="Pretendard" w:cs="Pretendard"/>
          <w:color w:val="1D0024"/>
          <w:sz w:val="21"/>
        </w:rPr>
        <w:t xml:space="preserve"> </w:t>
      </w:r>
      <w:r>
        <w:rPr>
          <w:rFonts w:ascii="Pretendard" w:eastAsia="Pretendard" w:hAnsi="Pretendard" w:cs="Pretendard"/>
          <w:color w:val="1D0024"/>
          <w:sz w:val="21"/>
        </w:rPr>
        <w:t>실제로</w:t>
      </w:r>
      <w:r>
        <w:rPr>
          <w:rFonts w:ascii="Pretendard" w:eastAsia="Pretendard" w:hAnsi="Pretendard" w:cs="Pretendard"/>
          <w:color w:val="1D0024"/>
          <w:sz w:val="21"/>
        </w:rPr>
        <w:t xml:space="preserve"> </w:t>
      </w:r>
      <w:r>
        <w:rPr>
          <w:rFonts w:ascii="Pretendard" w:eastAsia="Pretendard" w:hAnsi="Pretendard" w:cs="Pretendard"/>
          <w:color w:val="1D0024"/>
          <w:sz w:val="21"/>
        </w:rPr>
        <w:t>가져다</w:t>
      </w:r>
      <w:r>
        <w:rPr>
          <w:rFonts w:ascii="Pretendard" w:eastAsia="Pretendard" w:hAnsi="Pretendard" w:cs="Pretendard"/>
          <w:color w:val="1D0024"/>
          <w:sz w:val="21"/>
        </w:rPr>
        <w:t xml:space="preserve"> </w:t>
      </w:r>
      <w:r>
        <w:rPr>
          <w:rFonts w:ascii="Pretendard" w:eastAsia="Pretendard" w:hAnsi="Pretendard" w:cs="Pretendard"/>
          <w:color w:val="1D0024"/>
          <w:sz w:val="21"/>
        </w:rPr>
        <w:t>쓰는</w:t>
      </w:r>
      <w:r>
        <w:rPr>
          <w:rFonts w:ascii="Pretendard" w:eastAsia="Pretendard" w:hAnsi="Pretendard" w:cs="Pretendard"/>
          <w:color w:val="1D0024"/>
          <w:sz w:val="21"/>
        </w:rPr>
        <w:t xml:space="preserve"> </w:t>
      </w:r>
      <w:r>
        <w:rPr>
          <w:rFonts w:ascii="Pretendard" w:eastAsia="Pretendard" w:hAnsi="Pretendard" w:cs="Pretendard"/>
          <w:color w:val="1D0024"/>
          <w:sz w:val="21"/>
        </w:rPr>
        <w:t>출처입니다</w:t>
      </w:r>
      <w:r>
        <w:rPr>
          <w:rFonts w:ascii="Pretendard" w:eastAsia="Pretendard" w:hAnsi="Pretendard" w:cs="Pretendard"/>
          <w:color w:val="1D0024"/>
          <w:sz w:val="21"/>
        </w:rPr>
        <w:t xml:space="preserve">. </w:t>
      </w:r>
      <w:r>
        <w:rPr>
          <w:rFonts w:ascii="Pretendard" w:eastAsia="Pretendard" w:hAnsi="Pretendard" w:cs="Pretendard"/>
          <w:color w:val="1D0024"/>
          <w:sz w:val="21"/>
        </w:rPr>
        <w:t>허브의</w:t>
      </w:r>
      <w:r>
        <w:rPr>
          <w:rFonts w:ascii="Pretendard" w:eastAsia="Pretendard" w:hAnsi="Pretendard" w:cs="Pretendard"/>
          <w:color w:val="1D0024"/>
          <w:sz w:val="21"/>
        </w:rPr>
        <w:t xml:space="preserve"> 'AI </w:t>
      </w:r>
      <w:r>
        <w:rPr>
          <w:rFonts w:ascii="Pretendard" w:eastAsia="Pretendard" w:hAnsi="Pretendard" w:cs="Pretendard"/>
          <w:color w:val="1D0024"/>
          <w:sz w:val="21"/>
        </w:rPr>
        <w:t>인용</w:t>
      </w:r>
      <w:r>
        <w:rPr>
          <w:rFonts w:ascii="Pretendard" w:eastAsia="Pretendard" w:hAnsi="Pretendard" w:cs="Pretendard"/>
          <w:color w:val="1D0024"/>
          <w:sz w:val="21"/>
        </w:rPr>
        <w:t xml:space="preserve">' </w:t>
      </w:r>
      <w:r>
        <w:rPr>
          <w:rFonts w:ascii="Pretendard" w:eastAsia="Pretendard" w:hAnsi="Pretendard" w:cs="Pretendard"/>
          <w:color w:val="1D0024"/>
          <w:sz w:val="21"/>
        </w:rPr>
        <w:t>목표는</w:t>
      </w:r>
      <w:r>
        <w:rPr>
          <w:rFonts w:ascii="Pretendard" w:eastAsia="Pretendard" w:hAnsi="Pretendard" w:cs="Pretendard"/>
          <w:color w:val="1D0024"/>
          <w:sz w:val="21"/>
        </w:rPr>
        <w:t xml:space="preserve"> </w:t>
      </w:r>
      <w:r>
        <w:rPr>
          <w:rFonts w:ascii="Pretendard" w:eastAsia="Pretendard" w:hAnsi="Pretendard" w:cs="Pretendard"/>
          <w:color w:val="1D0024"/>
          <w:sz w:val="21"/>
        </w:rPr>
        <w:t>이</w:t>
      </w:r>
      <w:r>
        <w:rPr>
          <w:rFonts w:ascii="Pretendard" w:eastAsia="Pretendard" w:hAnsi="Pretendard" w:cs="Pretendard"/>
          <w:color w:val="1D0024"/>
          <w:sz w:val="21"/>
        </w:rPr>
        <w:t xml:space="preserve"> </w:t>
      </w:r>
      <w:r>
        <w:rPr>
          <w:rFonts w:ascii="Pretendard" w:eastAsia="Pretendard" w:hAnsi="Pretendard" w:cs="Pretendard"/>
          <w:color w:val="1D0024"/>
          <w:sz w:val="21"/>
        </w:rPr>
        <w:t>사이트들과</w:t>
      </w:r>
      <w:r>
        <w:rPr>
          <w:rFonts w:ascii="Pretendard" w:eastAsia="Pretendard" w:hAnsi="Pretendard" w:cs="Pretendard"/>
          <w:color w:val="1D0024"/>
          <w:sz w:val="21"/>
        </w:rPr>
        <w:t xml:space="preserve"> </w:t>
      </w:r>
      <w:r>
        <w:rPr>
          <w:rFonts w:ascii="Pretendard" w:eastAsia="Pretendard" w:hAnsi="Pretendard" w:cs="Pretendard"/>
          <w:color w:val="1D0024"/>
          <w:sz w:val="21"/>
        </w:rPr>
        <w:t>경쟁합니다</w:t>
      </w:r>
      <w:r>
        <w:rPr>
          <w:rFonts w:ascii="Pretendard" w:eastAsia="Pretendard" w:hAnsi="Pretendard" w:cs="Pretendard"/>
          <w:color w:val="1D0024"/>
          <w:sz w:val="21"/>
        </w:rPr>
        <w:t xml:space="preserve">. </w:t>
      </w:r>
      <w:r>
        <w:rPr>
          <w:rFonts w:ascii="Pretendard" w:eastAsia="Pretendard" w:hAnsi="Pretendard" w:cs="Pretendard"/>
          <w:color w:val="1D0024"/>
          <w:sz w:val="21"/>
        </w:rPr>
        <w:t>이들은</w:t>
      </w:r>
      <w:r>
        <w:rPr>
          <w:rFonts w:ascii="Pretendard" w:eastAsia="Pretendard" w:hAnsi="Pretendard" w:cs="Pretendard"/>
          <w:color w:val="1D0024"/>
          <w:sz w:val="21"/>
        </w:rPr>
        <w:t xml:space="preserve"> </w:t>
      </w:r>
      <w:r>
        <w:rPr>
          <w:rFonts w:ascii="Pretendard" w:eastAsia="Pretendard" w:hAnsi="Pretendard" w:cs="Pretendard"/>
          <w:color w:val="1D0024"/>
          <w:sz w:val="21"/>
        </w:rPr>
        <w:t>다국가</w:t>
      </w:r>
      <w:r>
        <w:rPr>
          <w:rFonts w:ascii="Pretendard" w:eastAsia="Pretendard" w:hAnsi="Pretendard" w:cs="Pretendard"/>
          <w:color w:val="1D0024"/>
          <w:sz w:val="21"/>
        </w:rPr>
        <w:t>·</w:t>
      </w:r>
      <w:r>
        <w:rPr>
          <w:rFonts w:ascii="Pretendard" w:eastAsia="Pretendard" w:hAnsi="Pretendard" w:cs="Pretendard"/>
          <w:color w:val="1D0024"/>
          <w:sz w:val="21"/>
        </w:rPr>
        <w:t>다언어</w:t>
      </w:r>
      <w:r>
        <w:rPr>
          <w:rFonts w:ascii="Pretendard" w:eastAsia="Pretendard" w:hAnsi="Pretendard" w:cs="Pretendard"/>
          <w:color w:val="1D0024"/>
          <w:sz w:val="21"/>
        </w:rPr>
        <w:t xml:space="preserve"> </w:t>
      </w:r>
      <w:r>
        <w:rPr>
          <w:rFonts w:ascii="Pretendard" w:eastAsia="Pretendard" w:hAnsi="Pretendard" w:cs="Pretendard"/>
          <w:color w:val="1D0024"/>
          <w:sz w:val="21"/>
        </w:rPr>
        <w:t>코디네이터</w:t>
      </w:r>
      <w:r>
        <w:rPr>
          <w:rFonts w:ascii="Pretendard" w:eastAsia="Pretendard" w:hAnsi="Pretendard" w:cs="Pretendard"/>
          <w:color w:val="1D0024"/>
          <w:sz w:val="21"/>
        </w:rPr>
        <w:t xml:space="preserve"> </w:t>
      </w:r>
      <w:r>
        <w:rPr>
          <w:rFonts w:ascii="Pretendard" w:eastAsia="Pretendard" w:hAnsi="Pretendard" w:cs="Pretendard"/>
          <w:color w:val="1D0024"/>
          <w:sz w:val="21"/>
        </w:rPr>
        <w:t>조직을</w:t>
      </w:r>
      <w:r>
        <w:rPr>
          <w:rFonts w:ascii="Pretendard" w:eastAsia="Pretendard" w:hAnsi="Pretendard" w:cs="Pretendard"/>
          <w:color w:val="1D0024"/>
          <w:sz w:val="21"/>
        </w:rPr>
        <w:t xml:space="preserve"> </w:t>
      </w:r>
      <w:r>
        <w:rPr>
          <w:rFonts w:ascii="Pretendard" w:eastAsia="Pretendard" w:hAnsi="Pretendard" w:cs="Pretendard"/>
          <w:color w:val="1D0024"/>
          <w:sz w:val="21"/>
        </w:rPr>
        <w:t>이미</w:t>
      </w:r>
      <w:r>
        <w:rPr>
          <w:rFonts w:ascii="Pretendard" w:eastAsia="Pretendard" w:hAnsi="Pretendard" w:cs="Pretendard"/>
          <w:color w:val="1D0024"/>
          <w:sz w:val="21"/>
        </w:rPr>
        <w:t xml:space="preserve"> </w:t>
      </w:r>
      <w:r>
        <w:rPr>
          <w:rFonts w:ascii="Pretendard" w:eastAsia="Pretendard" w:hAnsi="Pretendard" w:cs="Pretendard"/>
          <w:color w:val="1D0024"/>
          <w:sz w:val="21"/>
        </w:rPr>
        <w:t>갖고</w:t>
      </w:r>
      <w:r>
        <w:rPr>
          <w:rFonts w:ascii="Pretendard" w:eastAsia="Pretendard" w:hAnsi="Pretendard" w:cs="Pretendard"/>
          <w:color w:val="1D0024"/>
          <w:sz w:val="21"/>
        </w:rPr>
        <w:t xml:space="preserve"> </w:t>
      </w:r>
      <w:r>
        <w:rPr>
          <w:rFonts w:ascii="Pretendard" w:eastAsia="Pretendard" w:hAnsi="Pretendard" w:cs="Pretendard"/>
          <w:color w:val="1D0024"/>
          <w:sz w:val="21"/>
        </w:rPr>
        <w:t>있습니다</w:t>
      </w:r>
      <w:r>
        <w:rPr>
          <w:rFonts w:ascii="Pretendard" w:eastAsia="Pretendard" w:hAnsi="Pretendard" w:cs="Pretendard"/>
          <w:color w:val="1D0024"/>
          <w:sz w:val="21"/>
        </w:rPr>
        <w:t>.</w:t>
      </w:r>
    </w:p>
    <w:p w14:paraId="54F317FE" w14:textId="77777777" w:rsidR="004B1372" w:rsidRDefault="00BB0BE3">
      <w:pPr>
        <w:keepNext/>
        <w:spacing w:before="200" w:after="160"/>
      </w:pPr>
      <w:r>
        <w:rPr>
          <w:rFonts w:ascii="Pretendard" w:eastAsia="Pretendard" w:hAnsi="Pretendard" w:cs="Pretendard"/>
          <w:b/>
          <w:color w:val="4F1DA1"/>
          <w:sz w:val="26"/>
        </w:rPr>
        <w:t xml:space="preserve">⑦ </w:t>
      </w:r>
      <w:r>
        <w:rPr>
          <w:rFonts w:ascii="Pretendard" w:eastAsia="Pretendard" w:hAnsi="Pretendard" w:cs="Pretendard"/>
          <w:b/>
          <w:color w:val="4F1DA1"/>
          <w:sz w:val="26"/>
        </w:rPr>
        <w:t>영문</w:t>
      </w:r>
      <w:r>
        <w:rPr>
          <w:rFonts w:ascii="Pretendard" w:eastAsia="Pretendard" w:hAnsi="Pretendard" w:cs="Pretendard"/>
          <w:b/>
          <w:color w:val="4F1DA1"/>
          <w:sz w:val="26"/>
        </w:rPr>
        <w:t xml:space="preserve"> </w:t>
      </w:r>
      <w:r>
        <w:rPr>
          <w:rFonts w:ascii="Pretendard" w:eastAsia="Pretendard" w:hAnsi="Pretendard" w:cs="Pretendard"/>
          <w:b/>
          <w:color w:val="4F1DA1"/>
          <w:sz w:val="26"/>
        </w:rPr>
        <w:t>한국</w:t>
      </w:r>
      <w:r>
        <w:rPr>
          <w:rFonts w:ascii="Pretendard" w:eastAsia="Pretendard" w:hAnsi="Pretendard" w:cs="Pretendard"/>
          <w:b/>
          <w:color w:val="4F1DA1"/>
          <w:sz w:val="26"/>
        </w:rPr>
        <w:t xml:space="preserve"> </w:t>
      </w:r>
      <w:r>
        <w:rPr>
          <w:rFonts w:ascii="Pretendard" w:eastAsia="Pretendard" w:hAnsi="Pretendard" w:cs="Pretendard"/>
          <w:b/>
          <w:color w:val="4F1DA1"/>
          <w:sz w:val="26"/>
        </w:rPr>
        <w:t>클리닉</w:t>
      </w:r>
      <w:r>
        <w:rPr>
          <w:rFonts w:ascii="Pretendard" w:eastAsia="Pretendard" w:hAnsi="Pretendard" w:cs="Pretendard"/>
          <w:b/>
          <w:color w:val="4F1DA1"/>
          <w:sz w:val="26"/>
        </w:rPr>
        <w:t xml:space="preserve"> </w:t>
      </w:r>
      <w:r>
        <w:rPr>
          <w:rFonts w:ascii="Pretendard" w:eastAsia="Pretendard" w:hAnsi="Pretendard" w:cs="Pretendard"/>
          <w:b/>
          <w:color w:val="4F1DA1"/>
          <w:sz w:val="26"/>
        </w:rPr>
        <w:t>가이드</w:t>
      </w:r>
      <w:r>
        <w:rPr>
          <w:rFonts w:ascii="Pretendard" w:eastAsia="Pretendard" w:hAnsi="Pretendard" w:cs="Pretendard"/>
          <w:b/>
          <w:color w:val="4F1DA1"/>
          <w:sz w:val="26"/>
        </w:rPr>
        <w:t xml:space="preserve"> </w:t>
      </w:r>
      <w:r>
        <w:rPr>
          <w:rFonts w:ascii="Pretendard" w:eastAsia="Pretendard" w:hAnsi="Pretendard" w:cs="Pretendard"/>
          <w:b/>
          <w:color w:val="4F1DA1"/>
          <w:sz w:val="26"/>
        </w:rPr>
        <w:t>사이트</w:t>
      </w:r>
      <w:r>
        <w:rPr>
          <w:rFonts w:ascii="Pretendard" w:eastAsia="Pretendard" w:hAnsi="Pretendard" w:cs="Pretendard"/>
          <w:b/>
          <w:color w:val="4F1DA1"/>
          <w:sz w:val="26"/>
        </w:rPr>
        <w:t>: Korea Clinic Guide · ClinicSeoul</w:t>
      </w:r>
    </w:p>
    <w:tbl>
      <w:tblPr>
        <w:tblStyle w:val="af9"/>
        <w:tblW w:w="0" w:type="auto"/>
        <w:jc w:val="center"/>
        <w:tblLayout w:type="fixed"/>
        <w:tblLook w:val="04A0" w:firstRow="1" w:lastRow="0" w:firstColumn="1" w:lastColumn="0" w:noHBand="0" w:noVBand="1"/>
      </w:tblPr>
      <w:tblGrid>
        <w:gridCol w:w="1928"/>
        <w:gridCol w:w="7710"/>
      </w:tblGrid>
      <w:tr w:rsidR="004B1372" w14:paraId="473EFF7C" w14:textId="77777777">
        <w:trPr>
          <w:cantSplit/>
          <w:tblHeader/>
          <w:jc w:val="center"/>
        </w:trPr>
        <w:tc>
          <w:tcPr>
            <w:tcW w:w="1928" w:type="dxa"/>
            <w:shd w:val="clear" w:color="auto" w:fill="1D0024"/>
          </w:tcPr>
          <w:p w14:paraId="0CEC3E5F" w14:textId="77777777" w:rsidR="004B1372" w:rsidRDefault="00BB0BE3">
            <w:r>
              <w:rPr>
                <w:rFonts w:ascii="Pretendard" w:eastAsia="Pretendard" w:hAnsi="Pretendard" w:cs="Pretendard"/>
                <w:b/>
                <w:color w:val="FFFFFF"/>
                <w:sz w:val="19"/>
              </w:rPr>
              <w:t>항목</w:t>
            </w:r>
          </w:p>
        </w:tc>
        <w:tc>
          <w:tcPr>
            <w:tcW w:w="7710" w:type="dxa"/>
            <w:shd w:val="clear" w:color="auto" w:fill="1D0024"/>
          </w:tcPr>
          <w:p w14:paraId="5E2186D8" w14:textId="77777777" w:rsidR="004B1372" w:rsidRDefault="00BB0BE3">
            <w:r>
              <w:rPr>
                <w:rFonts w:ascii="Pretendard" w:eastAsia="Pretendard" w:hAnsi="Pretendard" w:cs="Pretendard"/>
                <w:b/>
                <w:color w:val="FFFFFF"/>
                <w:sz w:val="19"/>
              </w:rPr>
              <w:t>내용</w:t>
            </w:r>
          </w:p>
        </w:tc>
      </w:tr>
      <w:tr w:rsidR="004B1372" w14:paraId="399BB746" w14:textId="77777777">
        <w:trPr>
          <w:jc w:val="center"/>
        </w:trPr>
        <w:tc>
          <w:tcPr>
            <w:tcW w:w="1928" w:type="dxa"/>
          </w:tcPr>
          <w:p w14:paraId="56DC0AEB" w14:textId="77777777" w:rsidR="004B1372" w:rsidRDefault="00BB0BE3">
            <w:r>
              <w:rPr>
                <w:rFonts w:ascii="Pretendard" w:eastAsia="Pretendard" w:hAnsi="Pretendard" w:cs="Pretendard"/>
                <w:b/>
                <w:color w:val="1D0024"/>
                <w:sz w:val="19"/>
              </w:rPr>
              <w:t>Korea Clinic Guide</w:t>
            </w:r>
          </w:p>
        </w:tc>
        <w:tc>
          <w:tcPr>
            <w:tcW w:w="7710" w:type="dxa"/>
          </w:tcPr>
          <w:p w14:paraId="529BAF2A" w14:textId="77777777" w:rsidR="004B1372" w:rsidRDefault="00BB0BE3">
            <w:r>
              <w:rPr>
                <w:rFonts w:ascii="Pretendard" w:eastAsia="Pretendard" w:hAnsi="Pretendard" w:cs="Pretendard"/>
                <w:color w:val="1D0024"/>
                <w:sz w:val="19"/>
              </w:rPr>
              <w:t>한국</w:t>
            </w:r>
            <w:r>
              <w:rPr>
                <w:rFonts w:ascii="Pretendard" w:eastAsia="Pretendard" w:hAnsi="Pretendard" w:cs="Pretendard"/>
                <w:color w:val="1D0024"/>
                <w:sz w:val="19"/>
              </w:rPr>
              <w:t xml:space="preserve"> </w:t>
            </w:r>
            <w:r>
              <w:rPr>
                <w:rFonts w:ascii="Pretendard" w:eastAsia="Pretendard" w:hAnsi="Pretendard" w:cs="Pretendard"/>
                <w:color w:val="1D0024"/>
                <w:sz w:val="19"/>
              </w:rPr>
              <w:t>클리닉</w:t>
            </w:r>
            <w:r>
              <w:rPr>
                <w:rFonts w:ascii="Pretendard" w:eastAsia="Pretendard" w:hAnsi="Pretendard" w:cs="Pretendard"/>
                <w:color w:val="1D0024"/>
                <w:sz w:val="19"/>
              </w:rPr>
              <w:t xml:space="preserve"> 537</w:t>
            </w:r>
            <w:r>
              <w:rPr>
                <w:rFonts w:ascii="Pretendard" w:eastAsia="Pretendard" w:hAnsi="Pretendard" w:cs="Pretendard"/>
                <w:color w:val="1D0024"/>
                <w:sz w:val="19"/>
              </w:rPr>
              <w:t>곳</w:t>
            </w:r>
            <w:r>
              <w:rPr>
                <w:rFonts w:ascii="Pretendard" w:eastAsia="Pretendard" w:hAnsi="Pretendard" w:cs="Pretendard"/>
                <w:color w:val="1D0024"/>
                <w:sz w:val="19"/>
              </w:rPr>
              <w:t xml:space="preserve"> </w:t>
            </w:r>
            <w:r>
              <w:rPr>
                <w:rFonts w:ascii="Pretendard" w:eastAsia="Pretendard" w:hAnsi="Pretendard" w:cs="Pretendard"/>
                <w:color w:val="1D0024"/>
                <w:sz w:val="19"/>
              </w:rPr>
              <w:t>이상</w:t>
            </w:r>
            <w:r>
              <w:rPr>
                <w:rFonts w:ascii="Pretendard" w:eastAsia="Pretendard" w:hAnsi="Pretendard" w:cs="Pretendard"/>
                <w:color w:val="1D0024"/>
                <w:sz w:val="19"/>
              </w:rPr>
              <w:t xml:space="preserve"> </w:t>
            </w:r>
            <w:r>
              <w:rPr>
                <w:rFonts w:ascii="Pretendard" w:eastAsia="Pretendard" w:hAnsi="Pretendard" w:cs="Pretendard"/>
                <w:color w:val="1D0024"/>
                <w:sz w:val="19"/>
              </w:rPr>
              <w:t>목록</w:t>
            </w:r>
            <w:r>
              <w:rPr>
                <w:rFonts w:ascii="Pretendard" w:eastAsia="Pretendard" w:hAnsi="Pretendard" w:cs="Pretendard"/>
                <w:color w:val="1D0024"/>
                <w:sz w:val="19"/>
              </w:rPr>
              <w:t>, 20</w:t>
            </w:r>
            <w:r>
              <w:rPr>
                <w:rFonts w:ascii="Pretendard" w:eastAsia="Pretendard" w:hAnsi="Pretendard" w:cs="Pretendard"/>
                <w:color w:val="1D0024"/>
                <w:sz w:val="19"/>
              </w:rPr>
              <w:t>개</w:t>
            </w:r>
            <w:r>
              <w:rPr>
                <w:rFonts w:ascii="Pretendard" w:eastAsia="Pretendard" w:hAnsi="Pretendard" w:cs="Pretendard"/>
                <w:color w:val="1D0024"/>
                <w:sz w:val="19"/>
              </w:rPr>
              <w:t xml:space="preserve"> </w:t>
            </w:r>
            <w:r>
              <w:rPr>
                <w:rFonts w:ascii="Pretendard" w:eastAsia="Pretendard" w:hAnsi="Pretendard" w:cs="Pretendard"/>
                <w:color w:val="1D0024"/>
                <w:sz w:val="19"/>
              </w:rPr>
              <w:t>이상</w:t>
            </w:r>
            <w:r>
              <w:rPr>
                <w:rFonts w:ascii="Pretendard" w:eastAsia="Pretendard" w:hAnsi="Pretendard" w:cs="Pretendard"/>
                <w:color w:val="1D0024"/>
                <w:sz w:val="19"/>
              </w:rPr>
              <w:t xml:space="preserve"> </w:t>
            </w:r>
            <w:r>
              <w:rPr>
                <w:rFonts w:ascii="Pretendard" w:eastAsia="Pretendard" w:hAnsi="Pretendard" w:cs="Pretendard"/>
                <w:color w:val="1D0024"/>
                <w:sz w:val="19"/>
              </w:rPr>
              <w:t>진료</w:t>
            </w:r>
            <w:r>
              <w:rPr>
                <w:rFonts w:ascii="Pretendard" w:eastAsia="Pretendard" w:hAnsi="Pretendard" w:cs="Pretendard"/>
                <w:color w:val="1D0024"/>
                <w:sz w:val="19"/>
              </w:rPr>
              <w:t xml:space="preserve"> </w:t>
            </w:r>
            <w:r>
              <w:rPr>
                <w:rFonts w:ascii="Pretendard" w:eastAsia="Pretendard" w:hAnsi="Pretendard" w:cs="Pretendard"/>
                <w:color w:val="1D0024"/>
                <w:sz w:val="19"/>
              </w:rPr>
              <w:t>분야</w:t>
            </w:r>
            <w:r>
              <w:rPr>
                <w:rFonts w:ascii="Pretendard" w:eastAsia="Pretendard" w:hAnsi="Pretendard" w:cs="Pretendard"/>
                <w:color w:val="1D0024"/>
                <w:sz w:val="19"/>
              </w:rPr>
              <w:t xml:space="preserve">, </w:t>
            </w:r>
            <w:r>
              <w:rPr>
                <w:rFonts w:ascii="Pretendard" w:eastAsia="Pretendard" w:hAnsi="Pretendard" w:cs="Pretendard"/>
                <w:color w:val="1D0024"/>
                <w:sz w:val="19"/>
              </w:rPr>
              <w:t>블로그</w:t>
            </w:r>
            <w:r>
              <w:rPr>
                <w:rFonts w:ascii="Pretendard" w:eastAsia="Pretendard" w:hAnsi="Pretendard" w:cs="Pretendard"/>
                <w:color w:val="1D0024"/>
                <w:sz w:val="19"/>
              </w:rPr>
              <w:t>·</w:t>
            </w:r>
            <w:r>
              <w:rPr>
                <w:rFonts w:ascii="Pretendard" w:eastAsia="Pretendard" w:hAnsi="Pretendard" w:cs="Pretendard"/>
                <w:color w:val="1D0024"/>
                <w:sz w:val="19"/>
              </w:rPr>
              <w:t>후기</w:t>
            </w:r>
            <w:r>
              <w:rPr>
                <w:rFonts w:ascii="Pretendard" w:eastAsia="Pretendard" w:hAnsi="Pretendard" w:cs="Pretendard"/>
                <w:color w:val="1D0024"/>
                <w:sz w:val="19"/>
              </w:rPr>
              <w:t>·</w:t>
            </w:r>
            <w:r>
              <w:rPr>
                <w:rFonts w:ascii="Pretendard" w:eastAsia="Pretendard" w:hAnsi="Pretendard" w:cs="Pretendard"/>
                <w:color w:val="1D0024"/>
                <w:sz w:val="19"/>
              </w:rPr>
              <w:t>영상</w:t>
            </w:r>
            <w:r>
              <w:rPr>
                <w:rFonts w:ascii="Pretendard" w:eastAsia="Pretendard" w:hAnsi="Pretendard" w:cs="Pretendard"/>
                <w:color w:val="1D0024"/>
                <w:sz w:val="19"/>
              </w:rPr>
              <w:t>·</w:t>
            </w:r>
            <w:r>
              <w:rPr>
                <w:rFonts w:ascii="Pretendard" w:eastAsia="Pretendard" w:hAnsi="Pretendard" w:cs="Pretendard"/>
                <w:color w:val="1D0024"/>
                <w:sz w:val="19"/>
              </w:rPr>
              <w:t>여행</w:t>
            </w:r>
            <w:r>
              <w:rPr>
                <w:rFonts w:ascii="Pretendard" w:eastAsia="Pretendard" w:hAnsi="Pretendard" w:cs="Pretendard"/>
                <w:color w:val="1D0024"/>
                <w:sz w:val="19"/>
              </w:rPr>
              <w:t xml:space="preserve"> </w:t>
            </w:r>
            <w:r>
              <w:rPr>
                <w:rFonts w:ascii="Pretendard" w:eastAsia="Pretendard" w:hAnsi="Pretendard" w:cs="Pretendard"/>
                <w:color w:val="1D0024"/>
                <w:sz w:val="19"/>
              </w:rPr>
              <w:t>계획</w:t>
            </w:r>
            <w:r>
              <w:rPr>
                <w:rFonts w:ascii="Pretendard" w:eastAsia="Pretendard" w:hAnsi="Pretendard" w:cs="Pretendard"/>
                <w:color w:val="1D0024"/>
                <w:sz w:val="19"/>
              </w:rPr>
              <w:t xml:space="preserve"> </w:t>
            </w:r>
            <w:r>
              <w:rPr>
                <w:rFonts w:ascii="Pretendard" w:eastAsia="Pretendard" w:hAnsi="Pretendard" w:cs="Pretendard"/>
                <w:color w:val="1D0024"/>
                <w:sz w:val="19"/>
              </w:rPr>
              <w:t>가이드</w:t>
            </w:r>
            <w:r>
              <w:rPr>
                <w:rFonts w:ascii="Pretendard" w:eastAsia="Pretendard" w:hAnsi="Pretendard" w:cs="Pretendard"/>
                <w:color w:val="1D0024"/>
                <w:sz w:val="19"/>
              </w:rPr>
              <w:t xml:space="preserve">. </w:t>
            </w:r>
            <w:r>
              <w:rPr>
                <w:rFonts w:ascii="Pretendard" w:eastAsia="Pretendard" w:hAnsi="Pretendard" w:cs="Pretendard"/>
                <w:color w:val="1D0024"/>
                <w:sz w:val="19"/>
              </w:rPr>
              <w:t>병원</w:t>
            </w:r>
            <w:r>
              <w:rPr>
                <w:rFonts w:ascii="Pretendard" w:eastAsia="Pretendard" w:hAnsi="Pretendard" w:cs="Pretendard"/>
                <w:color w:val="1D0024"/>
                <w:sz w:val="19"/>
              </w:rPr>
              <w:t xml:space="preserve"> </w:t>
            </w:r>
            <w:r>
              <w:rPr>
                <w:rFonts w:ascii="Pretendard" w:eastAsia="Pretendard" w:hAnsi="Pretendard" w:cs="Pretendard"/>
                <w:color w:val="1D0024"/>
                <w:sz w:val="19"/>
              </w:rPr>
              <w:t>노출</w:t>
            </w:r>
            <w:r>
              <w:rPr>
                <w:rFonts w:ascii="Pretendard" w:eastAsia="Pretendard" w:hAnsi="Pretendard" w:cs="Pretendard"/>
                <w:color w:val="1D0024"/>
                <w:sz w:val="19"/>
              </w:rPr>
              <w:t xml:space="preserve"> </w:t>
            </w:r>
            <w:r>
              <w:rPr>
                <w:rFonts w:ascii="Pretendard" w:eastAsia="Pretendard" w:hAnsi="Pretendard" w:cs="Pretendard"/>
                <w:color w:val="1D0024"/>
                <w:sz w:val="19"/>
              </w:rPr>
              <w:t>광고형으로</w:t>
            </w:r>
            <w:r>
              <w:rPr>
                <w:rFonts w:ascii="Pretendard" w:eastAsia="Pretendard" w:hAnsi="Pretendard" w:cs="Pretendard"/>
                <w:color w:val="1D0024"/>
                <w:sz w:val="19"/>
              </w:rPr>
              <w:t xml:space="preserve"> </w:t>
            </w:r>
            <w:r>
              <w:rPr>
                <w:rFonts w:ascii="Pretendard" w:eastAsia="Pretendard" w:hAnsi="Pretendard" w:cs="Pretendard"/>
                <w:color w:val="1D0024"/>
                <w:sz w:val="19"/>
              </w:rPr>
              <w:t>보임</w:t>
            </w:r>
            <w:r>
              <w:rPr>
                <w:rFonts w:ascii="Pretendard" w:eastAsia="Pretendard" w:hAnsi="Pretendard" w:cs="Pretendard"/>
                <w:color w:val="1D0024"/>
                <w:sz w:val="19"/>
              </w:rPr>
              <w:t xml:space="preserve">. </w:t>
            </w:r>
            <w:r>
              <w:rPr>
                <w:rFonts w:ascii="Pretendard" w:eastAsia="Pretendard" w:hAnsi="Pretendard" w:cs="Pretendard"/>
                <w:color w:val="1D0024"/>
                <w:sz w:val="19"/>
              </w:rPr>
              <w:t>운영</w:t>
            </w:r>
            <w:r>
              <w:rPr>
                <w:rFonts w:ascii="Pretendard" w:eastAsia="Pretendard" w:hAnsi="Pretendard" w:cs="Pretendard"/>
                <w:color w:val="1D0024"/>
                <w:sz w:val="19"/>
              </w:rPr>
              <w:t xml:space="preserve"> </w:t>
            </w:r>
            <w:r>
              <w:rPr>
                <w:rFonts w:ascii="Pretendard" w:eastAsia="Pretendard" w:hAnsi="Pretendard" w:cs="Pretendard"/>
                <w:color w:val="1D0024"/>
                <w:sz w:val="19"/>
              </w:rPr>
              <w:t>주체</w:t>
            </w:r>
            <w:r>
              <w:rPr>
                <w:rFonts w:ascii="Pretendard" w:eastAsia="Pretendard" w:hAnsi="Pretendard" w:cs="Pretendard"/>
                <w:color w:val="1D0024"/>
                <w:sz w:val="19"/>
              </w:rPr>
              <w:t xml:space="preserve"> </w:t>
            </w:r>
            <w:r>
              <w:rPr>
                <w:rFonts w:ascii="Pretendard" w:eastAsia="Pretendard" w:hAnsi="Pretendard" w:cs="Pretendard"/>
                <w:color w:val="1D0024"/>
                <w:sz w:val="19"/>
              </w:rPr>
              <w:t>미확인</w:t>
            </w:r>
          </w:p>
        </w:tc>
      </w:tr>
      <w:tr w:rsidR="004B1372" w14:paraId="625EE9DB" w14:textId="77777777">
        <w:trPr>
          <w:jc w:val="center"/>
        </w:trPr>
        <w:tc>
          <w:tcPr>
            <w:tcW w:w="1928" w:type="dxa"/>
          </w:tcPr>
          <w:p w14:paraId="25D2CA2E" w14:textId="77777777" w:rsidR="004B1372" w:rsidRDefault="00BB0BE3">
            <w:r>
              <w:rPr>
                <w:rFonts w:ascii="Pretendard" w:eastAsia="Pretendard" w:hAnsi="Pretendard" w:cs="Pretendard"/>
                <w:b/>
                <w:color w:val="1D0024"/>
                <w:sz w:val="19"/>
              </w:rPr>
              <w:t>ClinicSeoul</w:t>
            </w:r>
          </w:p>
        </w:tc>
        <w:tc>
          <w:tcPr>
            <w:tcW w:w="7710" w:type="dxa"/>
          </w:tcPr>
          <w:p w14:paraId="22A300B5" w14:textId="77777777" w:rsidR="004B1372" w:rsidRDefault="00BB0BE3">
            <w:r>
              <w:rPr>
                <w:rFonts w:ascii="Pretendard" w:eastAsia="Pretendard" w:hAnsi="Pretendard" w:cs="Pretendard"/>
                <w:color w:val="1D0024"/>
                <w:sz w:val="19"/>
              </w:rPr>
              <w:t xml:space="preserve">RiskIntel Corp </w:t>
            </w:r>
            <w:r>
              <w:rPr>
                <w:rFonts w:ascii="Pretendard" w:eastAsia="Pretendard" w:hAnsi="Pretendard" w:cs="Pretendard"/>
                <w:color w:val="1D0024"/>
                <w:sz w:val="19"/>
              </w:rPr>
              <w:t>운영</w:t>
            </w:r>
            <w:r>
              <w:rPr>
                <w:rFonts w:ascii="Pretendard" w:eastAsia="Pretendard" w:hAnsi="Pretendard" w:cs="Pretendard"/>
                <w:color w:val="1D0024"/>
                <w:sz w:val="19"/>
              </w:rPr>
              <w:t xml:space="preserve"> </w:t>
            </w:r>
            <w:r>
              <w:rPr>
                <w:rFonts w:ascii="Pretendard" w:eastAsia="Pretendard" w:hAnsi="Pretendard" w:cs="Pretendard"/>
                <w:color w:val="1D0024"/>
                <w:sz w:val="19"/>
              </w:rPr>
              <w:t>독립</w:t>
            </w:r>
            <w:r>
              <w:rPr>
                <w:rFonts w:ascii="Pretendard" w:eastAsia="Pretendard" w:hAnsi="Pretendard" w:cs="Pretendard"/>
                <w:color w:val="1D0024"/>
                <w:sz w:val="19"/>
              </w:rPr>
              <w:t xml:space="preserve"> </w:t>
            </w:r>
            <w:r>
              <w:rPr>
                <w:rFonts w:ascii="Pretendard" w:eastAsia="Pretendard" w:hAnsi="Pretendard" w:cs="Pretendard"/>
                <w:color w:val="1D0024"/>
                <w:sz w:val="19"/>
              </w:rPr>
              <w:t>가이드</w:t>
            </w:r>
            <w:r>
              <w:rPr>
                <w:rFonts w:ascii="Pretendard" w:eastAsia="Pretendard" w:hAnsi="Pretendard" w:cs="Pretendard"/>
                <w:color w:val="1D0024"/>
                <w:sz w:val="19"/>
              </w:rPr>
              <w:t>. '</w:t>
            </w:r>
            <w:r>
              <w:rPr>
                <w:rFonts w:ascii="Pretendard" w:eastAsia="Pretendard" w:hAnsi="Pretendard" w:cs="Pretendard"/>
                <w:color w:val="1D0024"/>
                <w:sz w:val="19"/>
              </w:rPr>
              <w:t>클리닉</w:t>
            </w:r>
            <w:r>
              <w:rPr>
                <w:rFonts w:ascii="Pretendard" w:eastAsia="Pretendard" w:hAnsi="Pretendard" w:cs="Pretendard"/>
                <w:color w:val="1D0024"/>
                <w:sz w:val="19"/>
              </w:rPr>
              <w:t xml:space="preserve"> </w:t>
            </w:r>
            <w:r>
              <w:rPr>
                <w:rFonts w:ascii="Pretendard" w:eastAsia="Pretendard" w:hAnsi="Pretendard" w:cs="Pretendard"/>
                <w:color w:val="1D0024"/>
                <w:sz w:val="19"/>
              </w:rPr>
              <w:t>후원</w:t>
            </w:r>
            <w:r>
              <w:rPr>
                <w:rFonts w:ascii="Pretendard" w:eastAsia="Pretendard" w:hAnsi="Pretendard" w:cs="Pretendard"/>
                <w:color w:val="1D0024"/>
                <w:sz w:val="19"/>
              </w:rPr>
              <w:t xml:space="preserve"> 0, </w:t>
            </w:r>
            <w:r>
              <w:rPr>
                <w:rFonts w:ascii="Pretendard" w:eastAsia="Pretendard" w:hAnsi="Pretendard" w:cs="Pretendard"/>
                <w:color w:val="1D0024"/>
                <w:sz w:val="19"/>
              </w:rPr>
              <w:t>유료</w:t>
            </w:r>
            <w:r>
              <w:rPr>
                <w:rFonts w:ascii="Pretendard" w:eastAsia="Pretendard" w:hAnsi="Pretendard" w:cs="Pretendard"/>
                <w:color w:val="1D0024"/>
                <w:sz w:val="19"/>
              </w:rPr>
              <w:t xml:space="preserve"> </w:t>
            </w:r>
            <w:r>
              <w:rPr>
                <w:rFonts w:ascii="Pretendard" w:eastAsia="Pretendard" w:hAnsi="Pretendard" w:cs="Pretendard"/>
                <w:color w:val="1D0024"/>
                <w:sz w:val="19"/>
              </w:rPr>
              <w:t>순위</w:t>
            </w:r>
            <w:r>
              <w:rPr>
                <w:rFonts w:ascii="Pretendard" w:eastAsia="Pretendard" w:hAnsi="Pretendard" w:cs="Pretendard"/>
                <w:color w:val="1D0024"/>
                <w:sz w:val="19"/>
              </w:rPr>
              <w:t xml:space="preserve"> 0'</w:t>
            </w:r>
            <w:r>
              <w:rPr>
                <w:rFonts w:ascii="Pretendard" w:eastAsia="Pretendard" w:hAnsi="Pretendard" w:cs="Pretendard"/>
                <w:color w:val="1D0024"/>
                <w:sz w:val="19"/>
              </w:rPr>
              <w:t>을</w:t>
            </w:r>
            <w:r>
              <w:rPr>
                <w:rFonts w:ascii="Pretendard" w:eastAsia="Pretendard" w:hAnsi="Pretendard" w:cs="Pretendard"/>
                <w:color w:val="1D0024"/>
                <w:sz w:val="19"/>
              </w:rPr>
              <w:t xml:space="preserve"> </w:t>
            </w:r>
            <w:r>
              <w:rPr>
                <w:rFonts w:ascii="Pretendard" w:eastAsia="Pretendard" w:hAnsi="Pretendard" w:cs="Pretendard"/>
                <w:color w:val="1D0024"/>
                <w:sz w:val="19"/>
              </w:rPr>
              <w:t>표방</w:t>
            </w:r>
            <w:r>
              <w:rPr>
                <w:rFonts w:ascii="Pretendard" w:eastAsia="Pretendard" w:hAnsi="Pretendard" w:cs="Pretendard"/>
                <w:color w:val="1D0024"/>
                <w:sz w:val="19"/>
              </w:rPr>
              <w:t>. 35</w:t>
            </w:r>
            <w:r>
              <w:rPr>
                <w:rFonts w:ascii="Pretendard" w:eastAsia="Pretendard" w:hAnsi="Pretendard" w:cs="Pretendard"/>
                <w:color w:val="1D0024"/>
                <w:sz w:val="19"/>
              </w:rPr>
              <w:t>개</w:t>
            </w:r>
            <w:r>
              <w:rPr>
                <w:rFonts w:ascii="Pretendard" w:eastAsia="Pretendard" w:hAnsi="Pretendard" w:cs="Pretendard"/>
                <w:color w:val="1D0024"/>
                <w:sz w:val="19"/>
              </w:rPr>
              <w:t xml:space="preserve"> </w:t>
            </w:r>
            <w:r>
              <w:rPr>
                <w:rFonts w:ascii="Pretendard" w:eastAsia="Pretendard" w:hAnsi="Pretendard" w:cs="Pretendard"/>
                <w:color w:val="1D0024"/>
                <w:sz w:val="19"/>
              </w:rPr>
              <w:t>이상</w:t>
            </w:r>
            <w:r>
              <w:rPr>
                <w:rFonts w:ascii="Pretendard" w:eastAsia="Pretendard" w:hAnsi="Pretendard" w:cs="Pretendard"/>
                <w:color w:val="1D0024"/>
                <w:sz w:val="19"/>
              </w:rPr>
              <w:t xml:space="preserve"> </w:t>
            </w:r>
            <w:r>
              <w:rPr>
                <w:rFonts w:ascii="Pretendard" w:eastAsia="Pretendard" w:hAnsi="Pretendard" w:cs="Pretendard"/>
                <w:color w:val="1D0024"/>
                <w:sz w:val="19"/>
              </w:rPr>
              <w:t>심층</w:t>
            </w:r>
            <w:r>
              <w:rPr>
                <w:rFonts w:ascii="Pretendard" w:eastAsia="Pretendard" w:hAnsi="Pretendard" w:cs="Pretendard"/>
                <w:color w:val="1D0024"/>
                <w:sz w:val="19"/>
              </w:rPr>
              <w:t xml:space="preserve"> </w:t>
            </w:r>
            <w:r>
              <w:rPr>
                <w:rFonts w:ascii="Pretendard" w:eastAsia="Pretendard" w:hAnsi="Pretendard" w:cs="Pretendard"/>
                <w:color w:val="1D0024"/>
                <w:sz w:val="19"/>
              </w:rPr>
              <w:t>가이드</w:t>
            </w:r>
            <w:r>
              <w:rPr>
                <w:rFonts w:ascii="Pretendard" w:eastAsia="Pretendard" w:hAnsi="Pretendard" w:cs="Pretendard"/>
                <w:color w:val="1D0024"/>
                <w:sz w:val="19"/>
              </w:rPr>
              <w:t>, 120</w:t>
            </w:r>
            <w:r>
              <w:rPr>
                <w:rFonts w:ascii="Pretendard" w:eastAsia="Pretendard" w:hAnsi="Pretendard" w:cs="Pretendard"/>
                <w:color w:val="1D0024"/>
                <w:sz w:val="19"/>
              </w:rPr>
              <w:t>개</w:t>
            </w:r>
            <w:r>
              <w:rPr>
                <w:rFonts w:ascii="Pretendard" w:eastAsia="Pretendard" w:hAnsi="Pretendard" w:cs="Pretendard"/>
                <w:color w:val="1D0024"/>
                <w:sz w:val="19"/>
              </w:rPr>
              <w:t xml:space="preserve"> FAQ, </w:t>
            </w:r>
            <w:r>
              <w:rPr>
                <w:rFonts w:ascii="Pretendard" w:eastAsia="Pretendard" w:hAnsi="Pretendard" w:cs="Pretendard"/>
                <w:color w:val="1D0024"/>
                <w:sz w:val="19"/>
              </w:rPr>
              <w:t>검증</w:t>
            </w:r>
            <w:r>
              <w:rPr>
                <w:rFonts w:ascii="Pretendard" w:eastAsia="Pretendard" w:hAnsi="Pretendard" w:cs="Pretendard"/>
                <w:color w:val="1D0024"/>
                <w:sz w:val="19"/>
              </w:rPr>
              <w:t xml:space="preserve"> </w:t>
            </w:r>
            <w:r>
              <w:rPr>
                <w:rFonts w:ascii="Pretendard" w:eastAsia="Pretendard" w:hAnsi="Pretendard" w:cs="Pretendard"/>
                <w:color w:val="1D0024"/>
                <w:sz w:val="19"/>
              </w:rPr>
              <w:t>가격</w:t>
            </w:r>
            <w:r>
              <w:rPr>
                <w:rFonts w:ascii="Pretendard" w:eastAsia="Pretendard" w:hAnsi="Pretendard" w:cs="Pretendard"/>
                <w:color w:val="1D0024"/>
                <w:sz w:val="19"/>
              </w:rPr>
              <w:t xml:space="preserve"> </w:t>
            </w:r>
            <w:r>
              <w:rPr>
                <w:rFonts w:ascii="Pretendard" w:eastAsia="Pretendard" w:hAnsi="Pretendard" w:cs="Pretendard"/>
                <w:color w:val="1D0024"/>
                <w:sz w:val="19"/>
              </w:rPr>
              <w:t>정보</w:t>
            </w:r>
          </w:p>
        </w:tc>
      </w:tr>
      <w:tr w:rsidR="004B1372" w14:paraId="18B51111" w14:textId="77777777">
        <w:trPr>
          <w:jc w:val="center"/>
        </w:trPr>
        <w:tc>
          <w:tcPr>
            <w:tcW w:w="1928" w:type="dxa"/>
          </w:tcPr>
          <w:p w14:paraId="6E3E690C" w14:textId="77777777" w:rsidR="004B1372" w:rsidRDefault="00BB0BE3">
            <w:r>
              <w:rPr>
                <w:rFonts w:ascii="Pretendard" w:eastAsia="Pretendard" w:hAnsi="Pretendard" w:cs="Pretendard"/>
                <w:b/>
                <w:color w:val="1D0024"/>
                <w:sz w:val="19"/>
              </w:rPr>
              <w:t xml:space="preserve">AI </w:t>
            </w:r>
            <w:r>
              <w:rPr>
                <w:rFonts w:ascii="Pretendard" w:eastAsia="Pretendard" w:hAnsi="Pretendard" w:cs="Pretendard"/>
                <w:b/>
                <w:color w:val="1D0024"/>
                <w:sz w:val="19"/>
              </w:rPr>
              <w:t>인용</w:t>
            </w:r>
            <w:r>
              <w:rPr>
                <w:rFonts w:ascii="Pretendard" w:eastAsia="Pretendard" w:hAnsi="Pretendard" w:cs="Pretendard"/>
                <w:b/>
                <w:color w:val="1D0024"/>
                <w:sz w:val="19"/>
              </w:rPr>
              <w:t xml:space="preserve"> </w:t>
            </w:r>
            <w:r>
              <w:rPr>
                <w:rFonts w:ascii="Pretendard" w:eastAsia="Pretendard" w:hAnsi="Pretendard" w:cs="Pretendard"/>
                <w:b/>
                <w:color w:val="1D0024"/>
                <w:sz w:val="19"/>
              </w:rPr>
              <w:t>실측</w:t>
            </w:r>
          </w:p>
        </w:tc>
        <w:tc>
          <w:tcPr>
            <w:tcW w:w="7710" w:type="dxa"/>
          </w:tcPr>
          <w:p w14:paraId="6B50E02D" w14:textId="77777777" w:rsidR="004B1372" w:rsidRDefault="00BB0BE3">
            <w:r>
              <w:rPr>
                <w:rFonts w:ascii="Pretendard" w:eastAsia="Pretendard" w:hAnsi="Pretendard" w:cs="Pretendard"/>
                <w:color w:val="1D0024"/>
                <w:sz w:val="19"/>
              </w:rPr>
              <w:t>영문</w:t>
            </w:r>
            <w:r>
              <w:rPr>
                <w:rFonts w:ascii="Pretendard" w:eastAsia="Pretendard" w:hAnsi="Pretendard" w:cs="Pretendard"/>
                <w:color w:val="1D0024"/>
                <w:sz w:val="19"/>
              </w:rPr>
              <w:t xml:space="preserve"> 60</w:t>
            </w:r>
            <w:r>
              <w:rPr>
                <w:rFonts w:ascii="Pretendard" w:eastAsia="Pretendard" w:hAnsi="Pretendard" w:cs="Pretendard"/>
                <w:color w:val="1D0024"/>
                <w:sz w:val="19"/>
              </w:rPr>
              <w:t>문항</w:t>
            </w:r>
            <w:r>
              <w:rPr>
                <w:rFonts w:ascii="Pretendard" w:eastAsia="Pretendard" w:hAnsi="Pretendard" w:cs="Pretendard"/>
                <w:color w:val="1D0024"/>
                <w:sz w:val="19"/>
              </w:rPr>
              <w:t xml:space="preserve"> Perplexity </w:t>
            </w:r>
            <w:r>
              <w:rPr>
                <w:rFonts w:ascii="Pretendard" w:eastAsia="Pretendard" w:hAnsi="Pretendard" w:cs="Pretendard"/>
                <w:color w:val="1D0024"/>
                <w:sz w:val="19"/>
              </w:rPr>
              <w:t>답변에서</w:t>
            </w:r>
            <w:r>
              <w:rPr>
                <w:rFonts w:ascii="Pretendard" w:eastAsia="Pretendard" w:hAnsi="Pretendard" w:cs="Pretendard"/>
                <w:color w:val="1D0024"/>
                <w:sz w:val="19"/>
              </w:rPr>
              <w:t xml:space="preserve"> Korea Clinic Guide 20</w:t>
            </w:r>
            <w:r>
              <w:rPr>
                <w:rFonts w:ascii="Pretendard" w:eastAsia="Pretendard" w:hAnsi="Pretendard" w:cs="Pretendard"/>
                <w:color w:val="1D0024"/>
                <w:sz w:val="19"/>
              </w:rPr>
              <w:t>문항</w:t>
            </w:r>
            <w:r>
              <w:rPr>
                <w:rFonts w:ascii="Pretendard" w:eastAsia="Pretendard" w:hAnsi="Pretendard" w:cs="Pretendard"/>
                <w:color w:val="1D0024"/>
                <w:sz w:val="19"/>
              </w:rPr>
              <w:t>, ClinicSeoul 17</w:t>
            </w:r>
            <w:r>
              <w:rPr>
                <w:rFonts w:ascii="Pretendard" w:eastAsia="Pretendard" w:hAnsi="Pretendard" w:cs="Pretendard"/>
                <w:color w:val="1D0024"/>
                <w:sz w:val="19"/>
              </w:rPr>
              <w:t>문항</w:t>
            </w:r>
            <w:r>
              <w:rPr>
                <w:rFonts w:ascii="Pretendard" w:eastAsia="Pretendard" w:hAnsi="Pretendard" w:cs="Pretendard"/>
                <w:color w:val="1D0024"/>
                <w:sz w:val="19"/>
              </w:rPr>
              <w:t xml:space="preserve"> </w:t>
            </w:r>
            <w:r>
              <w:rPr>
                <w:rFonts w:ascii="Pretendard" w:eastAsia="Pretendard" w:hAnsi="Pretendard" w:cs="Pretendard"/>
                <w:color w:val="1D0024"/>
                <w:sz w:val="19"/>
              </w:rPr>
              <w:t>인용</w:t>
            </w:r>
            <w:r>
              <w:rPr>
                <w:rFonts w:ascii="Pretendard" w:eastAsia="Pretendard" w:hAnsi="Pretendard" w:cs="Pretendard"/>
                <w:color w:val="1D0024"/>
                <w:sz w:val="19"/>
              </w:rPr>
              <w:t>. ChatGPT</w:t>
            </w:r>
            <w:r>
              <w:rPr>
                <w:rFonts w:ascii="Pretendard" w:eastAsia="Pretendard" w:hAnsi="Pretendard" w:cs="Pretendard"/>
                <w:color w:val="1D0024"/>
                <w:sz w:val="19"/>
              </w:rPr>
              <w:t>에서도</w:t>
            </w:r>
            <w:r>
              <w:rPr>
                <w:rFonts w:ascii="Pretendard" w:eastAsia="Pretendard" w:hAnsi="Pretendard" w:cs="Pretendard"/>
                <w:color w:val="1D0024"/>
                <w:sz w:val="19"/>
              </w:rPr>
              <w:t xml:space="preserve"> ClinicSeoul 4</w:t>
            </w:r>
            <w:r>
              <w:rPr>
                <w:rFonts w:ascii="Pretendard" w:eastAsia="Pretendard" w:hAnsi="Pretendard" w:cs="Pretendard"/>
                <w:color w:val="1D0024"/>
                <w:sz w:val="19"/>
              </w:rPr>
              <w:t>문항</w:t>
            </w:r>
          </w:p>
        </w:tc>
      </w:tr>
    </w:tbl>
    <w:p w14:paraId="755C703F" w14:textId="77777777" w:rsidR="004B1372" w:rsidRDefault="004B1372">
      <w:pPr>
        <w:spacing w:after="40"/>
      </w:pPr>
    </w:p>
    <w:p w14:paraId="764B0E21" w14:textId="77777777" w:rsidR="004B1372" w:rsidRDefault="00BB0BE3">
      <w:pPr>
        <w:spacing w:line="324" w:lineRule="auto"/>
      </w:pPr>
      <w:r>
        <w:rPr>
          <w:rFonts w:ascii="Pretendard" w:eastAsia="Pretendard" w:hAnsi="Pretendard" w:cs="Pretendard"/>
          <w:b/>
          <w:color w:val="1D0024"/>
          <w:sz w:val="21"/>
        </w:rPr>
        <w:t>허브</w:t>
      </w:r>
      <w:r>
        <w:rPr>
          <w:rFonts w:ascii="Pretendard" w:eastAsia="Pretendard" w:hAnsi="Pretendard" w:cs="Pretendard"/>
          <w:b/>
          <w:color w:val="1D0024"/>
          <w:sz w:val="21"/>
        </w:rPr>
        <w:t xml:space="preserve"> </w:t>
      </w:r>
      <w:r>
        <w:rPr>
          <w:rFonts w:ascii="Pretendard" w:eastAsia="Pretendard" w:hAnsi="Pretendard" w:cs="Pretendard"/>
          <w:b/>
          <w:color w:val="1D0024"/>
          <w:sz w:val="21"/>
        </w:rPr>
        <w:t>관점</w:t>
      </w:r>
      <w:r>
        <w:rPr>
          <w:rFonts w:ascii="Pretendard" w:eastAsia="Pretendard" w:hAnsi="Pretendard" w:cs="Pretendard"/>
          <w:b/>
          <w:color w:val="1D0024"/>
          <w:sz w:val="21"/>
        </w:rPr>
        <w:t xml:space="preserve">: </w:t>
      </w:r>
      <w:r>
        <w:rPr>
          <w:rFonts w:ascii="Pretendard" w:eastAsia="Pretendard" w:hAnsi="Pretendard" w:cs="Pretendard"/>
          <w:color w:val="1D0024"/>
          <w:sz w:val="21"/>
        </w:rPr>
        <w:t>PRD 1</w:t>
      </w:r>
      <w:r>
        <w:rPr>
          <w:rFonts w:ascii="Pretendard" w:eastAsia="Pretendard" w:hAnsi="Pretendard" w:cs="Pretendard"/>
          <w:color w:val="1D0024"/>
          <w:sz w:val="21"/>
        </w:rPr>
        <w:t>층이</w:t>
      </w:r>
      <w:r>
        <w:rPr>
          <w:rFonts w:ascii="Pretendard" w:eastAsia="Pretendard" w:hAnsi="Pretendard" w:cs="Pretendard"/>
          <w:color w:val="1D0024"/>
          <w:sz w:val="21"/>
        </w:rPr>
        <w:t xml:space="preserve"> </w:t>
      </w:r>
      <w:r>
        <w:rPr>
          <w:rFonts w:ascii="Pretendard" w:eastAsia="Pretendard" w:hAnsi="Pretendard" w:cs="Pretendard"/>
          <w:color w:val="1D0024"/>
          <w:sz w:val="21"/>
        </w:rPr>
        <w:t>만들려는</w:t>
      </w:r>
      <w:r>
        <w:rPr>
          <w:rFonts w:ascii="Pretendard" w:eastAsia="Pretendard" w:hAnsi="Pretendard" w:cs="Pretendard"/>
          <w:color w:val="1D0024"/>
          <w:sz w:val="21"/>
        </w:rPr>
        <w:t xml:space="preserve"> </w:t>
      </w:r>
      <w:r>
        <w:rPr>
          <w:rFonts w:ascii="Pretendard" w:eastAsia="Pretendard" w:hAnsi="Pretendard" w:cs="Pretendard"/>
          <w:color w:val="1D0024"/>
          <w:sz w:val="21"/>
        </w:rPr>
        <w:t>것</w:t>
      </w:r>
      <w:r>
        <w:rPr>
          <w:rFonts w:ascii="Pretendard" w:eastAsia="Pretendard" w:hAnsi="Pretendard" w:cs="Pretendard"/>
          <w:color w:val="1D0024"/>
          <w:sz w:val="21"/>
        </w:rPr>
        <w:t>(</w:t>
      </w:r>
      <w:r>
        <w:rPr>
          <w:rFonts w:ascii="Pretendard" w:eastAsia="Pretendard" w:hAnsi="Pretendard" w:cs="Pretendard"/>
          <w:color w:val="1D0024"/>
          <w:sz w:val="21"/>
        </w:rPr>
        <w:t>중립</w:t>
      </w:r>
      <w:r>
        <w:rPr>
          <w:rFonts w:ascii="Pretendard" w:eastAsia="Pretendard" w:hAnsi="Pretendard" w:cs="Pretendard"/>
          <w:color w:val="1D0024"/>
          <w:sz w:val="21"/>
        </w:rPr>
        <w:t xml:space="preserve">, </w:t>
      </w:r>
      <w:r>
        <w:rPr>
          <w:rFonts w:ascii="Pretendard" w:eastAsia="Pretendard" w:hAnsi="Pretendard" w:cs="Pretendard"/>
          <w:color w:val="1D0024"/>
          <w:sz w:val="21"/>
        </w:rPr>
        <w:t>원문</w:t>
      </w:r>
      <w:r>
        <w:rPr>
          <w:rFonts w:ascii="Pretendard" w:eastAsia="Pretendard" w:hAnsi="Pretendard" w:cs="Pretendard"/>
          <w:color w:val="1D0024"/>
          <w:sz w:val="21"/>
        </w:rPr>
        <w:t xml:space="preserve">, FAQ, </w:t>
      </w:r>
      <w:r>
        <w:rPr>
          <w:rFonts w:ascii="Pretendard" w:eastAsia="Pretendard" w:hAnsi="Pretendard" w:cs="Pretendard"/>
          <w:color w:val="1D0024"/>
          <w:sz w:val="21"/>
        </w:rPr>
        <w:t>비교</w:t>
      </w:r>
      <w:r>
        <w:rPr>
          <w:rFonts w:ascii="Pretendard" w:eastAsia="Pretendard" w:hAnsi="Pretendard" w:cs="Pretendard"/>
          <w:color w:val="1D0024"/>
          <w:sz w:val="21"/>
        </w:rPr>
        <w:t>·</w:t>
      </w:r>
      <w:r>
        <w:rPr>
          <w:rFonts w:ascii="Pretendard" w:eastAsia="Pretendard" w:hAnsi="Pretendard" w:cs="Pretendard"/>
          <w:color w:val="1D0024"/>
          <w:sz w:val="21"/>
        </w:rPr>
        <w:t>순위</w:t>
      </w:r>
      <w:r>
        <w:rPr>
          <w:rFonts w:ascii="Pretendard" w:eastAsia="Pretendard" w:hAnsi="Pretendard" w:cs="Pretendard"/>
          <w:color w:val="1D0024"/>
          <w:sz w:val="21"/>
        </w:rPr>
        <w:t xml:space="preserve"> </w:t>
      </w:r>
      <w:r>
        <w:rPr>
          <w:rFonts w:ascii="Pretendard" w:eastAsia="Pretendard" w:hAnsi="Pretendard" w:cs="Pretendard"/>
          <w:color w:val="1D0024"/>
          <w:sz w:val="21"/>
        </w:rPr>
        <w:t>없음</w:t>
      </w:r>
      <w:r>
        <w:rPr>
          <w:rFonts w:ascii="Pretendard" w:eastAsia="Pretendard" w:hAnsi="Pretendard" w:cs="Pretendard"/>
          <w:color w:val="1D0024"/>
          <w:sz w:val="21"/>
        </w:rPr>
        <w:t>)</w:t>
      </w:r>
      <w:r>
        <w:rPr>
          <w:rFonts w:ascii="Pretendard" w:eastAsia="Pretendard" w:hAnsi="Pretendard" w:cs="Pretendard"/>
          <w:color w:val="1D0024"/>
          <w:sz w:val="21"/>
        </w:rPr>
        <w:t>과</w:t>
      </w:r>
      <w:r>
        <w:rPr>
          <w:rFonts w:ascii="Pretendard" w:eastAsia="Pretendard" w:hAnsi="Pretendard" w:cs="Pretendard"/>
          <w:color w:val="1D0024"/>
          <w:sz w:val="21"/>
        </w:rPr>
        <w:t xml:space="preserve"> </w:t>
      </w:r>
      <w:r>
        <w:rPr>
          <w:rFonts w:ascii="Pretendard" w:eastAsia="Pretendard" w:hAnsi="Pretendard" w:cs="Pretendard"/>
          <w:color w:val="1D0024"/>
          <w:sz w:val="21"/>
        </w:rPr>
        <w:t>가장</w:t>
      </w:r>
      <w:r>
        <w:rPr>
          <w:rFonts w:ascii="Pretendard" w:eastAsia="Pretendard" w:hAnsi="Pretendard" w:cs="Pretendard"/>
          <w:color w:val="1D0024"/>
          <w:sz w:val="21"/>
        </w:rPr>
        <w:t xml:space="preserve"> </w:t>
      </w:r>
      <w:r>
        <w:rPr>
          <w:rFonts w:ascii="Pretendard" w:eastAsia="Pretendard" w:hAnsi="Pretendard" w:cs="Pretendard"/>
          <w:color w:val="1D0024"/>
          <w:sz w:val="21"/>
        </w:rPr>
        <w:t>가까운</w:t>
      </w:r>
      <w:r>
        <w:rPr>
          <w:rFonts w:ascii="Pretendard" w:eastAsia="Pretendard" w:hAnsi="Pretendard" w:cs="Pretendard"/>
          <w:color w:val="1D0024"/>
          <w:sz w:val="21"/>
        </w:rPr>
        <w:t xml:space="preserve"> </w:t>
      </w:r>
      <w:r>
        <w:rPr>
          <w:rFonts w:ascii="Pretendard" w:eastAsia="Pretendard" w:hAnsi="Pretendard" w:cs="Pretendard"/>
          <w:color w:val="1D0024"/>
          <w:sz w:val="21"/>
        </w:rPr>
        <w:t>형태가</w:t>
      </w:r>
      <w:r>
        <w:rPr>
          <w:rFonts w:ascii="Pretendard" w:eastAsia="Pretendard" w:hAnsi="Pretendard" w:cs="Pretendard"/>
          <w:color w:val="1D0024"/>
          <w:sz w:val="21"/>
        </w:rPr>
        <w:t xml:space="preserve"> </w:t>
      </w:r>
      <w:r>
        <w:rPr>
          <w:rFonts w:ascii="Pretendard" w:eastAsia="Pretendard" w:hAnsi="Pretendard" w:cs="Pretendard"/>
          <w:color w:val="1D0024"/>
          <w:sz w:val="21"/>
        </w:rPr>
        <w:t>소규모</w:t>
      </w:r>
      <w:r>
        <w:rPr>
          <w:rFonts w:ascii="Pretendard" w:eastAsia="Pretendard" w:hAnsi="Pretendard" w:cs="Pretendard"/>
          <w:color w:val="1D0024"/>
          <w:sz w:val="21"/>
        </w:rPr>
        <w:t xml:space="preserve"> </w:t>
      </w:r>
      <w:r>
        <w:rPr>
          <w:rFonts w:ascii="Pretendard" w:eastAsia="Pretendard" w:hAnsi="Pretendard" w:cs="Pretendard"/>
          <w:color w:val="1D0024"/>
          <w:sz w:val="21"/>
        </w:rPr>
        <w:t>영문</w:t>
      </w:r>
      <w:r>
        <w:rPr>
          <w:rFonts w:ascii="Pretendard" w:eastAsia="Pretendard" w:hAnsi="Pretendard" w:cs="Pretendard"/>
          <w:color w:val="1D0024"/>
          <w:sz w:val="21"/>
        </w:rPr>
        <w:t xml:space="preserve"> </w:t>
      </w:r>
      <w:r>
        <w:rPr>
          <w:rFonts w:ascii="Pretendard" w:eastAsia="Pretendard" w:hAnsi="Pretendard" w:cs="Pretendard"/>
          <w:color w:val="1D0024"/>
          <w:sz w:val="21"/>
        </w:rPr>
        <w:t>사이트로</w:t>
      </w:r>
      <w:r>
        <w:rPr>
          <w:rFonts w:ascii="Pretendard" w:eastAsia="Pretendard" w:hAnsi="Pretendard" w:cs="Pretendard"/>
          <w:color w:val="1D0024"/>
          <w:sz w:val="21"/>
        </w:rPr>
        <w:t xml:space="preserve"> </w:t>
      </w:r>
      <w:r>
        <w:rPr>
          <w:rFonts w:ascii="Pretendard" w:eastAsia="Pretendard" w:hAnsi="Pretendard" w:cs="Pretendard"/>
          <w:color w:val="1D0024"/>
          <w:sz w:val="21"/>
        </w:rPr>
        <w:t>이미</w:t>
      </w:r>
      <w:r>
        <w:rPr>
          <w:rFonts w:ascii="Pretendard" w:eastAsia="Pretendard" w:hAnsi="Pretendard" w:cs="Pretendard"/>
          <w:color w:val="1D0024"/>
          <w:sz w:val="21"/>
        </w:rPr>
        <w:t xml:space="preserve"> </w:t>
      </w:r>
      <w:r>
        <w:rPr>
          <w:rFonts w:ascii="Pretendard" w:eastAsia="Pretendard" w:hAnsi="Pretendard" w:cs="Pretendard"/>
          <w:color w:val="1D0024"/>
          <w:sz w:val="21"/>
        </w:rPr>
        <w:t>운영되고</w:t>
      </w:r>
      <w:r>
        <w:rPr>
          <w:rFonts w:ascii="Pretendard" w:eastAsia="Pretendard" w:hAnsi="Pretendard" w:cs="Pretendard"/>
          <w:color w:val="1D0024"/>
          <w:sz w:val="21"/>
        </w:rPr>
        <w:t xml:space="preserve"> </w:t>
      </w:r>
      <w:r>
        <w:rPr>
          <w:rFonts w:ascii="Pretendard" w:eastAsia="Pretendard" w:hAnsi="Pretendard" w:cs="Pretendard"/>
          <w:color w:val="1D0024"/>
          <w:sz w:val="21"/>
        </w:rPr>
        <w:t>있고</w:t>
      </w:r>
      <w:r>
        <w:rPr>
          <w:rFonts w:ascii="Pretendard" w:eastAsia="Pretendard" w:hAnsi="Pretendard" w:cs="Pretendard"/>
          <w:color w:val="1D0024"/>
          <w:sz w:val="21"/>
        </w:rPr>
        <w:t xml:space="preserve">, AI </w:t>
      </w:r>
      <w:r>
        <w:rPr>
          <w:rFonts w:ascii="Pretendard" w:eastAsia="Pretendard" w:hAnsi="Pretendard" w:cs="Pretendard"/>
          <w:color w:val="1D0024"/>
          <w:sz w:val="21"/>
        </w:rPr>
        <w:t>인용도</w:t>
      </w:r>
      <w:r>
        <w:rPr>
          <w:rFonts w:ascii="Pretendard" w:eastAsia="Pretendard" w:hAnsi="Pretendard" w:cs="Pretendard"/>
          <w:color w:val="1D0024"/>
          <w:sz w:val="21"/>
        </w:rPr>
        <w:t xml:space="preserve"> </w:t>
      </w:r>
      <w:r>
        <w:rPr>
          <w:rFonts w:ascii="Pretendard" w:eastAsia="Pretendard" w:hAnsi="Pretendard" w:cs="Pretendard"/>
          <w:color w:val="1D0024"/>
          <w:sz w:val="21"/>
        </w:rPr>
        <w:t>받고</w:t>
      </w:r>
      <w:r>
        <w:rPr>
          <w:rFonts w:ascii="Pretendard" w:eastAsia="Pretendard" w:hAnsi="Pretendard" w:cs="Pretendard"/>
          <w:color w:val="1D0024"/>
          <w:sz w:val="21"/>
        </w:rPr>
        <w:t xml:space="preserve"> </w:t>
      </w:r>
      <w:r>
        <w:rPr>
          <w:rFonts w:ascii="Pretendard" w:eastAsia="Pretendard" w:hAnsi="Pretendard" w:cs="Pretendard"/>
          <w:color w:val="1D0024"/>
          <w:sz w:val="21"/>
        </w:rPr>
        <w:t>있습니다</w:t>
      </w:r>
      <w:r>
        <w:rPr>
          <w:rFonts w:ascii="Pretendard" w:eastAsia="Pretendard" w:hAnsi="Pretendard" w:cs="Pretendard"/>
          <w:color w:val="1D0024"/>
          <w:sz w:val="21"/>
        </w:rPr>
        <w:t xml:space="preserve">. </w:t>
      </w:r>
      <w:r>
        <w:rPr>
          <w:rFonts w:ascii="Pretendard" w:eastAsia="Pretendard" w:hAnsi="Pretendard" w:cs="Pretendard"/>
          <w:color w:val="1D0024"/>
          <w:sz w:val="21"/>
        </w:rPr>
        <w:t>허브의</w:t>
      </w:r>
      <w:r>
        <w:rPr>
          <w:rFonts w:ascii="Pretendard" w:eastAsia="Pretendard" w:hAnsi="Pretendard" w:cs="Pretendard"/>
          <w:color w:val="1D0024"/>
          <w:sz w:val="21"/>
        </w:rPr>
        <w:t xml:space="preserve"> </w:t>
      </w:r>
      <w:r>
        <w:rPr>
          <w:rFonts w:ascii="Pretendard" w:eastAsia="Pretendard" w:hAnsi="Pretendard" w:cs="Pretendard"/>
          <w:color w:val="1D0024"/>
          <w:sz w:val="21"/>
        </w:rPr>
        <w:t>차별점은</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승인</w:t>
      </w:r>
      <w:r>
        <w:rPr>
          <w:rFonts w:ascii="Pretendard" w:eastAsia="Pretendard" w:hAnsi="Pretendard" w:cs="Pretendard"/>
          <w:color w:val="1D0024"/>
          <w:sz w:val="21"/>
        </w:rPr>
        <w:t xml:space="preserve"> </w:t>
      </w:r>
      <w:r>
        <w:rPr>
          <w:rFonts w:ascii="Pretendard" w:eastAsia="Pretendard" w:hAnsi="Pretendard" w:cs="Pretendard"/>
          <w:color w:val="1D0024"/>
          <w:sz w:val="21"/>
        </w:rPr>
        <w:t>원문</w:t>
      </w:r>
      <w:r>
        <w:rPr>
          <w:rFonts w:ascii="Pretendard" w:eastAsia="Pretendard" w:hAnsi="Pretendard" w:cs="Pretendard"/>
          <w:color w:val="1D0024"/>
          <w:sz w:val="21"/>
        </w:rPr>
        <w:t>'</w:t>
      </w:r>
      <w:r>
        <w:rPr>
          <w:rFonts w:ascii="Pretendard" w:eastAsia="Pretendard" w:hAnsi="Pretendard" w:cs="Pretendard"/>
          <w:color w:val="1D0024"/>
          <w:sz w:val="21"/>
        </w:rPr>
        <w:t>과</w:t>
      </w:r>
      <w:r>
        <w:rPr>
          <w:rFonts w:ascii="Pretendard" w:eastAsia="Pretendard" w:hAnsi="Pretendard" w:cs="Pretendard"/>
          <w:color w:val="1D0024"/>
          <w:sz w:val="21"/>
        </w:rPr>
        <w:t xml:space="preserve"> '</w:t>
      </w:r>
      <w:r>
        <w:rPr>
          <w:rFonts w:ascii="Pretendard" w:eastAsia="Pretendard" w:hAnsi="Pretendard" w:cs="Pretendard"/>
          <w:color w:val="1D0024"/>
          <w:sz w:val="21"/>
        </w:rPr>
        <w:t>실측</w:t>
      </w:r>
      <w:r>
        <w:rPr>
          <w:rFonts w:ascii="Pretendard" w:eastAsia="Pretendard" w:hAnsi="Pretendard" w:cs="Pretendard"/>
          <w:color w:val="1D0024"/>
          <w:sz w:val="21"/>
        </w:rPr>
        <w:t xml:space="preserve"> </w:t>
      </w:r>
      <w:r>
        <w:rPr>
          <w:rFonts w:ascii="Pretendard" w:eastAsia="Pretendard" w:hAnsi="Pretendard" w:cs="Pretendard"/>
          <w:color w:val="1D0024"/>
          <w:sz w:val="21"/>
        </w:rPr>
        <w:t>측정</w:t>
      </w:r>
      <w:r>
        <w:rPr>
          <w:rFonts w:ascii="Pretendard" w:eastAsia="Pretendard" w:hAnsi="Pretendard" w:cs="Pretendard"/>
          <w:color w:val="1D0024"/>
          <w:sz w:val="21"/>
        </w:rPr>
        <w:t>'</w:t>
      </w:r>
      <w:r>
        <w:rPr>
          <w:rFonts w:ascii="Pretendard" w:eastAsia="Pretendard" w:hAnsi="Pretendard" w:cs="Pretendard"/>
          <w:color w:val="1D0024"/>
          <w:sz w:val="21"/>
        </w:rPr>
        <w:t>만</w:t>
      </w:r>
      <w:r>
        <w:rPr>
          <w:rFonts w:ascii="Pretendard" w:eastAsia="Pretendard" w:hAnsi="Pretendard" w:cs="Pretendard"/>
          <w:color w:val="1D0024"/>
          <w:sz w:val="21"/>
        </w:rPr>
        <w:t xml:space="preserve"> </w:t>
      </w:r>
      <w:r>
        <w:rPr>
          <w:rFonts w:ascii="Pretendard" w:eastAsia="Pretendard" w:hAnsi="Pretendard" w:cs="Pretendard"/>
          <w:color w:val="1D0024"/>
          <w:sz w:val="21"/>
        </w:rPr>
        <w:t>남습니다</w:t>
      </w:r>
      <w:r>
        <w:rPr>
          <w:rFonts w:ascii="Pretendard" w:eastAsia="Pretendard" w:hAnsi="Pretendard" w:cs="Pretendard"/>
          <w:color w:val="1D0024"/>
          <w:sz w:val="21"/>
        </w:rPr>
        <w:t>.</w:t>
      </w:r>
    </w:p>
    <w:p w14:paraId="386A01BF" w14:textId="77777777" w:rsidR="004B1372" w:rsidRDefault="00BB0BE3">
      <w:pPr>
        <w:keepNext/>
        <w:spacing w:before="200" w:after="160"/>
      </w:pPr>
      <w:r>
        <w:rPr>
          <w:rFonts w:ascii="Pretendard" w:eastAsia="Pretendard" w:hAnsi="Pretendard" w:cs="Pretendard"/>
          <w:b/>
          <w:color w:val="4F1DA1"/>
          <w:sz w:val="26"/>
        </w:rPr>
        <w:t xml:space="preserve">⑧ </w:t>
      </w:r>
      <w:r>
        <w:rPr>
          <w:rFonts w:ascii="Pretendard" w:eastAsia="Pretendard" w:hAnsi="Pretendard" w:cs="Pretendard"/>
          <w:b/>
          <w:color w:val="4F1DA1"/>
          <w:sz w:val="26"/>
        </w:rPr>
        <w:t>공공</w:t>
      </w:r>
      <w:r>
        <w:rPr>
          <w:rFonts w:ascii="Pretendard" w:eastAsia="Pretendard" w:hAnsi="Pretendard" w:cs="Pretendard"/>
          <w:b/>
          <w:color w:val="4F1DA1"/>
          <w:sz w:val="26"/>
        </w:rPr>
        <w:t xml:space="preserve"> </w:t>
      </w:r>
      <w:r>
        <w:rPr>
          <w:rFonts w:ascii="Pretendard" w:eastAsia="Pretendard" w:hAnsi="Pretendard" w:cs="Pretendard"/>
          <w:b/>
          <w:color w:val="4F1DA1"/>
          <w:sz w:val="26"/>
        </w:rPr>
        <w:t>포털과</w:t>
      </w:r>
      <w:r>
        <w:rPr>
          <w:rFonts w:ascii="Pretendard" w:eastAsia="Pretendard" w:hAnsi="Pretendard" w:cs="Pretendard"/>
          <w:b/>
          <w:color w:val="4F1DA1"/>
          <w:sz w:val="26"/>
        </w:rPr>
        <w:t xml:space="preserve"> </w:t>
      </w:r>
      <w:r>
        <w:rPr>
          <w:rFonts w:ascii="Pretendard" w:eastAsia="Pretendard" w:hAnsi="Pretendard" w:cs="Pretendard"/>
          <w:b/>
          <w:color w:val="4F1DA1"/>
          <w:sz w:val="26"/>
        </w:rPr>
        <w:t>여행</w:t>
      </w:r>
      <w:r>
        <w:rPr>
          <w:rFonts w:ascii="Pretendard" w:eastAsia="Pretendard" w:hAnsi="Pretendard" w:cs="Pretendard"/>
          <w:b/>
          <w:color w:val="4F1DA1"/>
          <w:sz w:val="26"/>
        </w:rPr>
        <w:t xml:space="preserve"> OTA</w:t>
      </w:r>
    </w:p>
    <w:tbl>
      <w:tblPr>
        <w:tblStyle w:val="af9"/>
        <w:tblW w:w="0" w:type="auto"/>
        <w:jc w:val="center"/>
        <w:tblLayout w:type="fixed"/>
        <w:tblLook w:val="04A0" w:firstRow="1" w:lastRow="0" w:firstColumn="1" w:lastColumn="0" w:noHBand="0" w:noVBand="1"/>
      </w:tblPr>
      <w:tblGrid>
        <w:gridCol w:w="1928"/>
        <w:gridCol w:w="7710"/>
      </w:tblGrid>
      <w:tr w:rsidR="004B1372" w14:paraId="25AC2503" w14:textId="77777777">
        <w:trPr>
          <w:cantSplit/>
          <w:tblHeader/>
          <w:jc w:val="center"/>
        </w:trPr>
        <w:tc>
          <w:tcPr>
            <w:tcW w:w="1928" w:type="dxa"/>
            <w:shd w:val="clear" w:color="auto" w:fill="1D0024"/>
          </w:tcPr>
          <w:p w14:paraId="55D1DCAB" w14:textId="77777777" w:rsidR="004B1372" w:rsidRDefault="00BB0BE3">
            <w:r>
              <w:rPr>
                <w:rFonts w:ascii="Pretendard" w:eastAsia="Pretendard" w:hAnsi="Pretendard" w:cs="Pretendard"/>
                <w:b/>
                <w:color w:val="FFFFFF"/>
                <w:sz w:val="19"/>
              </w:rPr>
              <w:t>항목</w:t>
            </w:r>
          </w:p>
        </w:tc>
        <w:tc>
          <w:tcPr>
            <w:tcW w:w="7710" w:type="dxa"/>
            <w:shd w:val="clear" w:color="auto" w:fill="1D0024"/>
          </w:tcPr>
          <w:p w14:paraId="6F0B759E" w14:textId="77777777" w:rsidR="004B1372" w:rsidRDefault="00BB0BE3">
            <w:r>
              <w:rPr>
                <w:rFonts w:ascii="Pretendard" w:eastAsia="Pretendard" w:hAnsi="Pretendard" w:cs="Pretendard"/>
                <w:b/>
                <w:color w:val="FFFFFF"/>
                <w:sz w:val="19"/>
              </w:rPr>
              <w:t>내용</w:t>
            </w:r>
          </w:p>
        </w:tc>
      </w:tr>
      <w:tr w:rsidR="004B1372" w14:paraId="7FFEC48A" w14:textId="77777777">
        <w:trPr>
          <w:jc w:val="center"/>
        </w:trPr>
        <w:tc>
          <w:tcPr>
            <w:tcW w:w="1928" w:type="dxa"/>
          </w:tcPr>
          <w:p w14:paraId="5814AC3F" w14:textId="77777777" w:rsidR="004B1372" w:rsidRDefault="00BB0BE3">
            <w:r>
              <w:rPr>
                <w:rFonts w:ascii="Pretendard" w:eastAsia="Pretendard" w:hAnsi="Pretendard" w:cs="Pretendard"/>
                <w:b/>
                <w:color w:val="1D0024"/>
                <w:sz w:val="19"/>
              </w:rPr>
              <w:t>메디컬코리아</w:t>
            </w:r>
            <w:r>
              <w:rPr>
                <w:rFonts w:ascii="Pretendard" w:eastAsia="Pretendard" w:hAnsi="Pretendard" w:cs="Pretendard"/>
                <w:b/>
                <w:color w:val="1D0024"/>
                <w:sz w:val="19"/>
              </w:rPr>
              <w:t>(KHIDI)</w:t>
            </w:r>
          </w:p>
        </w:tc>
        <w:tc>
          <w:tcPr>
            <w:tcW w:w="7710" w:type="dxa"/>
          </w:tcPr>
          <w:p w14:paraId="2C20C3A8" w14:textId="77777777" w:rsidR="004B1372" w:rsidRDefault="00BB0BE3">
            <w:r>
              <w:rPr>
                <w:rFonts w:ascii="Pretendard" w:eastAsia="Pretendard" w:hAnsi="Pretendard" w:cs="Pretendard"/>
                <w:color w:val="1D0024"/>
                <w:sz w:val="19"/>
              </w:rPr>
              <w:t>유치기관</w:t>
            </w:r>
            <w:r>
              <w:rPr>
                <w:rFonts w:ascii="Pretendard" w:eastAsia="Pretendard" w:hAnsi="Pretendard" w:cs="Pretendard"/>
                <w:color w:val="1D0024"/>
                <w:sz w:val="19"/>
              </w:rPr>
              <w:t xml:space="preserve"> </w:t>
            </w:r>
            <w:r>
              <w:rPr>
                <w:rFonts w:ascii="Pretendard" w:eastAsia="Pretendard" w:hAnsi="Pretendard" w:cs="Pretendard"/>
                <w:color w:val="1D0024"/>
                <w:sz w:val="19"/>
              </w:rPr>
              <w:t>등록</w:t>
            </w:r>
            <w:r>
              <w:rPr>
                <w:rFonts w:ascii="Pretendard" w:eastAsia="Pretendard" w:hAnsi="Pretendard" w:cs="Pretendard"/>
                <w:color w:val="1D0024"/>
                <w:sz w:val="19"/>
              </w:rPr>
              <w:t xml:space="preserve"> </w:t>
            </w:r>
            <w:r>
              <w:rPr>
                <w:rFonts w:ascii="Pretendard" w:eastAsia="Pretendard" w:hAnsi="Pretendard" w:cs="Pretendard"/>
                <w:color w:val="1D0024"/>
                <w:sz w:val="19"/>
              </w:rPr>
              <w:t>조회</w:t>
            </w:r>
            <w:r>
              <w:rPr>
                <w:rFonts w:ascii="Pretendard" w:eastAsia="Pretendard" w:hAnsi="Pretendard" w:cs="Pretendard"/>
                <w:color w:val="1D0024"/>
                <w:sz w:val="19"/>
              </w:rPr>
              <w:t xml:space="preserve"> </w:t>
            </w:r>
            <w:r>
              <w:rPr>
                <w:rFonts w:ascii="Pretendard" w:eastAsia="Pretendard" w:hAnsi="Pretendard" w:cs="Pretendard"/>
                <w:color w:val="1D0024"/>
                <w:sz w:val="19"/>
              </w:rPr>
              <w:t>시스템</w:t>
            </w:r>
            <w:r>
              <w:rPr>
                <w:rFonts w:ascii="Pretendard" w:eastAsia="Pretendard" w:hAnsi="Pretendard" w:cs="Pretendard"/>
                <w:color w:val="1D0024"/>
                <w:sz w:val="19"/>
              </w:rPr>
              <w:t xml:space="preserve">, </w:t>
            </w:r>
            <w:r>
              <w:rPr>
                <w:rFonts w:ascii="Pretendard" w:eastAsia="Pretendard" w:hAnsi="Pretendard" w:cs="Pretendard"/>
                <w:color w:val="1D0024"/>
                <w:sz w:val="19"/>
              </w:rPr>
              <w:t>영문</w:t>
            </w:r>
            <w:r>
              <w:rPr>
                <w:rFonts w:ascii="Pretendard" w:eastAsia="Pretendard" w:hAnsi="Pretendard" w:cs="Pretendard"/>
                <w:color w:val="1D0024"/>
                <w:sz w:val="19"/>
              </w:rPr>
              <w:t>·</w:t>
            </w:r>
            <w:r>
              <w:rPr>
                <w:rFonts w:ascii="Pretendard" w:eastAsia="Pretendard" w:hAnsi="Pretendard" w:cs="Pretendard"/>
                <w:color w:val="1D0024"/>
                <w:sz w:val="19"/>
              </w:rPr>
              <w:t>일문</w:t>
            </w:r>
            <w:r>
              <w:rPr>
                <w:rFonts w:ascii="Pretendard" w:eastAsia="Pretendard" w:hAnsi="Pretendard" w:cs="Pretendard"/>
                <w:color w:val="1D0024"/>
                <w:sz w:val="19"/>
              </w:rPr>
              <w:t xml:space="preserve"> </w:t>
            </w:r>
            <w:r>
              <w:rPr>
                <w:rFonts w:ascii="Pretendard" w:eastAsia="Pretendard" w:hAnsi="Pretendard" w:cs="Pretendard"/>
                <w:color w:val="1D0024"/>
                <w:sz w:val="19"/>
              </w:rPr>
              <w:t>사이트</w:t>
            </w:r>
            <w:r>
              <w:rPr>
                <w:rFonts w:ascii="Pretendard" w:eastAsia="Pretendard" w:hAnsi="Pretendard" w:cs="Pretendard"/>
                <w:color w:val="1D0024"/>
                <w:sz w:val="19"/>
              </w:rPr>
              <w:t xml:space="preserve">. </w:t>
            </w:r>
            <w:r>
              <w:rPr>
                <w:rFonts w:ascii="Pretendard" w:eastAsia="Pretendard" w:hAnsi="Pretendard" w:cs="Pretendard"/>
                <w:color w:val="1D0024"/>
                <w:sz w:val="19"/>
              </w:rPr>
              <w:t>공신력</w:t>
            </w:r>
          </w:p>
        </w:tc>
      </w:tr>
      <w:tr w:rsidR="004B1372" w14:paraId="6B88E47E" w14:textId="77777777">
        <w:trPr>
          <w:jc w:val="center"/>
        </w:trPr>
        <w:tc>
          <w:tcPr>
            <w:tcW w:w="1928" w:type="dxa"/>
          </w:tcPr>
          <w:p w14:paraId="6BC6F165" w14:textId="77777777" w:rsidR="004B1372" w:rsidRDefault="00BB0BE3">
            <w:r>
              <w:rPr>
                <w:rFonts w:ascii="Pretendard" w:eastAsia="Pretendard" w:hAnsi="Pretendard" w:cs="Pretendard"/>
                <w:b/>
                <w:color w:val="1D0024"/>
                <w:sz w:val="19"/>
              </w:rPr>
              <w:t>강남구</w:t>
            </w:r>
            <w:r>
              <w:rPr>
                <w:rFonts w:ascii="Pretendard" w:eastAsia="Pretendard" w:hAnsi="Pretendard" w:cs="Pretendard"/>
                <w:b/>
                <w:color w:val="1D0024"/>
                <w:sz w:val="19"/>
              </w:rPr>
              <w:t xml:space="preserve"> </w:t>
            </w:r>
            <w:r>
              <w:rPr>
                <w:rFonts w:ascii="Pretendard" w:eastAsia="Pretendard" w:hAnsi="Pretendard" w:cs="Pretendard"/>
                <w:b/>
                <w:color w:val="1D0024"/>
                <w:sz w:val="19"/>
              </w:rPr>
              <w:t>의료관광</w:t>
            </w:r>
          </w:p>
        </w:tc>
        <w:tc>
          <w:tcPr>
            <w:tcW w:w="7710" w:type="dxa"/>
          </w:tcPr>
          <w:p w14:paraId="4A2794EB" w14:textId="77777777" w:rsidR="004B1372" w:rsidRDefault="00BB0BE3">
            <w:r>
              <w:rPr>
                <w:rFonts w:ascii="Pretendard" w:eastAsia="Pretendard" w:hAnsi="Pretendard" w:cs="Pretendard"/>
                <w:color w:val="1D0024"/>
                <w:sz w:val="19"/>
              </w:rPr>
              <w:t xml:space="preserve">medicaltour.gangnam.go.kr. </w:t>
            </w:r>
            <w:r>
              <w:rPr>
                <w:rFonts w:ascii="Pretendard" w:eastAsia="Pretendard" w:hAnsi="Pretendard" w:cs="Pretendard"/>
                <w:color w:val="1D0024"/>
                <w:sz w:val="19"/>
              </w:rPr>
              <w:t>국문</w:t>
            </w:r>
            <w:r>
              <w:rPr>
                <w:rFonts w:ascii="Pretendard" w:eastAsia="Pretendard" w:hAnsi="Pretendard" w:cs="Pretendard"/>
                <w:color w:val="1D0024"/>
                <w:sz w:val="19"/>
              </w:rPr>
              <w:t xml:space="preserve"> 120</w:t>
            </w:r>
            <w:r>
              <w:rPr>
                <w:rFonts w:ascii="Pretendard" w:eastAsia="Pretendard" w:hAnsi="Pretendard" w:cs="Pretendard"/>
                <w:color w:val="1D0024"/>
                <w:sz w:val="19"/>
              </w:rPr>
              <w:t>문항</w:t>
            </w:r>
            <w:r>
              <w:rPr>
                <w:rFonts w:ascii="Pretendard" w:eastAsia="Pretendard" w:hAnsi="Pretendard" w:cs="Pretendard"/>
                <w:color w:val="1D0024"/>
                <w:sz w:val="19"/>
              </w:rPr>
              <w:t xml:space="preserve"> Perplexity </w:t>
            </w:r>
            <w:r>
              <w:rPr>
                <w:rFonts w:ascii="Pretendard" w:eastAsia="Pretendard" w:hAnsi="Pretendard" w:cs="Pretendard"/>
                <w:color w:val="1D0024"/>
                <w:sz w:val="19"/>
              </w:rPr>
              <w:t>답변</w:t>
            </w:r>
            <w:r>
              <w:rPr>
                <w:rFonts w:ascii="Pretendard" w:eastAsia="Pretendard" w:hAnsi="Pretendard" w:cs="Pretendard"/>
                <w:color w:val="1D0024"/>
                <w:sz w:val="19"/>
              </w:rPr>
              <w:t xml:space="preserve"> 14</w:t>
            </w:r>
            <w:r>
              <w:rPr>
                <w:rFonts w:ascii="Pretendard" w:eastAsia="Pretendard" w:hAnsi="Pretendard" w:cs="Pretendard"/>
                <w:color w:val="1D0024"/>
                <w:sz w:val="19"/>
              </w:rPr>
              <w:t>문항</w:t>
            </w:r>
            <w:r>
              <w:rPr>
                <w:rFonts w:ascii="Pretendard" w:eastAsia="Pretendard" w:hAnsi="Pretendard" w:cs="Pretendard"/>
                <w:color w:val="1D0024"/>
                <w:sz w:val="19"/>
              </w:rPr>
              <w:t>, ChatGPT 3</w:t>
            </w:r>
            <w:r>
              <w:rPr>
                <w:rFonts w:ascii="Pretendard" w:eastAsia="Pretendard" w:hAnsi="Pretendard" w:cs="Pretendard"/>
                <w:color w:val="1D0024"/>
                <w:sz w:val="19"/>
              </w:rPr>
              <w:t>문항에서</w:t>
            </w:r>
            <w:r>
              <w:rPr>
                <w:rFonts w:ascii="Pretendard" w:eastAsia="Pretendard" w:hAnsi="Pretendard" w:cs="Pretendard"/>
                <w:color w:val="1D0024"/>
                <w:sz w:val="19"/>
              </w:rPr>
              <w:t xml:space="preserve"> </w:t>
            </w:r>
            <w:r>
              <w:rPr>
                <w:rFonts w:ascii="Pretendard" w:eastAsia="Pretendard" w:hAnsi="Pretendard" w:cs="Pretendard"/>
                <w:color w:val="1D0024"/>
                <w:sz w:val="19"/>
              </w:rPr>
              <w:t>인용</w:t>
            </w:r>
          </w:p>
        </w:tc>
      </w:tr>
      <w:tr w:rsidR="004B1372" w14:paraId="3ABD7F18" w14:textId="77777777">
        <w:trPr>
          <w:jc w:val="center"/>
        </w:trPr>
        <w:tc>
          <w:tcPr>
            <w:tcW w:w="1928" w:type="dxa"/>
          </w:tcPr>
          <w:p w14:paraId="7DB2AFE7" w14:textId="77777777" w:rsidR="004B1372" w:rsidRDefault="00BB0BE3">
            <w:r>
              <w:rPr>
                <w:rFonts w:ascii="Pretendard" w:eastAsia="Pretendard" w:hAnsi="Pretendard" w:cs="Pretendard"/>
                <w:b/>
                <w:color w:val="1D0024"/>
                <w:sz w:val="19"/>
              </w:rPr>
              <w:t>한국관광공사</w:t>
            </w:r>
            <w:r>
              <w:rPr>
                <w:rFonts w:ascii="Pretendard" w:eastAsia="Pretendard" w:hAnsi="Pretendard" w:cs="Pretendard"/>
                <w:b/>
                <w:color w:val="1D0024"/>
                <w:sz w:val="19"/>
              </w:rPr>
              <w:t xml:space="preserve"> </w:t>
            </w:r>
            <w:r>
              <w:rPr>
                <w:rFonts w:ascii="Pretendard" w:eastAsia="Pretendard" w:hAnsi="Pretendard" w:cs="Pretendard"/>
                <w:b/>
                <w:color w:val="1D0024"/>
                <w:sz w:val="19"/>
              </w:rPr>
              <w:t>영문</w:t>
            </w:r>
          </w:p>
        </w:tc>
        <w:tc>
          <w:tcPr>
            <w:tcW w:w="7710" w:type="dxa"/>
          </w:tcPr>
          <w:p w14:paraId="4B1333F8" w14:textId="77777777" w:rsidR="004B1372" w:rsidRDefault="00BB0BE3">
            <w:r>
              <w:rPr>
                <w:rFonts w:ascii="Pretendard" w:eastAsia="Pretendard" w:hAnsi="Pretendard" w:cs="Pretendard"/>
                <w:color w:val="1D0024"/>
                <w:sz w:val="19"/>
              </w:rPr>
              <w:t xml:space="preserve">english.visitkorea.or.kr. </w:t>
            </w:r>
            <w:r>
              <w:rPr>
                <w:rFonts w:ascii="Pretendard" w:eastAsia="Pretendard" w:hAnsi="Pretendard" w:cs="Pretendard"/>
                <w:color w:val="1D0024"/>
                <w:sz w:val="19"/>
              </w:rPr>
              <w:t>영문</w:t>
            </w:r>
            <w:r>
              <w:rPr>
                <w:rFonts w:ascii="Pretendard" w:eastAsia="Pretendard" w:hAnsi="Pretendard" w:cs="Pretendard"/>
                <w:color w:val="1D0024"/>
                <w:sz w:val="19"/>
              </w:rPr>
              <w:t xml:space="preserve"> 60</w:t>
            </w:r>
            <w:r>
              <w:rPr>
                <w:rFonts w:ascii="Pretendard" w:eastAsia="Pretendard" w:hAnsi="Pretendard" w:cs="Pretendard"/>
                <w:color w:val="1D0024"/>
                <w:sz w:val="19"/>
              </w:rPr>
              <w:t>문항</w:t>
            </w:r>
            <w:r>
              <w:rPr>
                <w:rFonts w:ascii="Pretendard" w:eastAsia="Pretendard" w:hAnsi="Pretendard" w:cs="Pretendard"/>
                <w:color w:val="1D0024"/>
                <w:sz w:val="19"/>
              </w:rPr>
              <w:t xml:space="preserve"> Perplexity 12</w:t>
            </w:r>
            <w:r>
              <w:rPr>
                <w:rFonts w:ascii="Pretendard" w:eastAsia="Pretendard" w:hAnsi="Pretendard" w:cs="Pretendard"/>
                <w:color w:val="1D0024"/>
                <w:sz w:val="19"/>
              </w:rPr>
              <w:t>문항</w:t>
            </w:r>
            <w:r>
              <w:rPr>
                <w:rFonts w:ascii="Pretendard" w:eastAsia="Pretendard" w:hAnsi="Pretendard" w:cs="Pretendard"/>
                <w:color w:val="1D0024"/>
                <w:sz w:val="19"/>
              </w:rPr>
              <w:t>, ChatGPT 5</w:t>
            </w:r>
            <w:r>
              <w:rPr>
                <w:rFonts w:ascii="Pretendard" w:eastAsia="Pretendard" w:hAnsi="Pretendard" w:cs="Pretendard"/>
                <w:color w:val="1D0024"/>
                <w:sz w:val="19"/>
              </w:rPr>
              <w:t>문항</w:t>
            </w:r>
            <w:r>
              <w:rPr>
                <w:rFonts w:ascii="Pretendard" w:eastAsia="Pretendard" w:hAnsi="Pretendard" w:cs="Pretendard"/>
                <w:color w:val="1D0024"/>
                <w:sz w:val="19"/>
              </w:rPr>
              <w:t xml:space="preserve"> </w:t>
            </w:r>
            <w:r>
              <w:rPr>
                <w:rFonts w:ascii="Pretendard" w:eastAsia="Pretendard" w:hAnsi="Pretendard" w:cs="Pretendard"/>
                <w:color w:val="1D0024"/>
                <w:sz w:val="19"/>
              </w:rPr>
              <w:t>인용</w:t>
            </w:r>
          </w:p>
        </w:tc>
      </w:tr>
      <w:tr w:rsidR="004B1372" w14:paraId="3E4F2A3B" w14:textId="77777777">
        <w:trPr>
          <w:jc w:val="center"/>
        </w:trPr>
        <w:tc>
          <w:tcPr>
            <w:tcW w:w="1928" w:type="dxa"/>
          </w:tcPr>
          <w:p w14:paraId="12C198EF" w14:textId="77777777" w:rsidR="004B1372" w:rsidRDefault="00BB0BE3">
            <w:r>
              <w:rPr>
                <w:rFonts w:ascii="Pretendard" w:eastAsia="Pretendard" w:hAnsi="Pretendard" w:cs="Pretendard"/>
                <w:b/>
                <w:color w:val="1D0024"/>
                <w:sz w:val="19"/>
              </w:rPr>
              <w:t>Klook</w:t>
            </w:r>
          </w:p>
        </w:tc>
        <w:tc>
          <w:tcPr>
            <w:tcW w:w="7710" w:type="dxa"/>
          </w:tcPr>
          <w:p w14:paraId="2814BACE" w14:textId="77777777" w:rsidR="004B1372" w:rsidRDefault="00BB0BE3">
            <w:r>
              <w:rPr>
                <w:rFonts w:ascii="Pretendard" w:eastAsia="Pretendard" w:hAnsi="Pretendard" w:cs="Pretendard"/>
                <w:color w:val="1D0024"/>
                <w:sz w:val="19"/>
              </w:rPr>
              <w:t>강남언니</w:t>
            </w:r>
            <w:r>
              <w:rPr>
                <w:rFonts w:ascii="Pretendard" w:eastAsia="Pretendard" w:hAnsi="Pretendard" w:cs="Pretendard"/>
                <w:color w:val="1D0024"/>
                <w:sz w:val="19"/>
              </w:rPr>
              <w:t xml:space="preserve">(UNNI) </w:t>
            </w:r>
            <w:r>
              <w:rPr>
                <w:rFonts w:ascii="Pretendard" w:eastAsia="Pretendard" w:hAnsi="Pretendard" w:cs="Pretendard"/>
                <w:color w:val="1D0024"/>
                <w:sz w:val="19"/>
              </w:rPr>
              <w:t>연계</w:t>
            </w:r>
            <w:r>
              <w:rPr>
                <w:rFonts w:ascii="Pretendard" w:eastAsia="Pretendard" w:hAnsi="Pretendard" w:cs="Pretendard"/>
                <w:color w:val="1D0024"/>
                <w:sz w:val="19"/>
              </w:rPr>
              <w:t xml:space="preserve"> </w:t>
            </w:r>
            <w:r>
              <w:rPr>
                <w:rFonts w:ascii="Pretendard" w:eastAsia="Pretendard" w:hAnsi="Pretendard" w:cs="Pretendard"/>
                <w:color w:val="1D0024"/>
                <w:sz w:val="19"/>
              </w:rPr>
              <w:t>한국</w:t>
            </w:r>
            <w:r>
              <w:rPr>
                <w:rFonts w:ascii="Pretendard" w:eastAsia="Pretendard" w:hAnsi="Pretendard" w:cs="Pretendard"/>
                <w:color w:val="1D0024"/>
                <w:sz w:val="19"/>
              </w:rPr>
              <w:t xml:space="preserve"> </w:t>
            </w:r>
            <w:r>
              <w:rPr>
                <w:rFonts w:ascii="Pretendard" w:eastAsia="Pretendard" w:hAnsi="Pretendard" w:cs="Pretendard"/>
                <w:color w:val="1D0024"/>
                <w:sz w:val="19"/>
              </w:rPr>
              <w:t>뷰티</w:t>
            </w:r>
            <w:r>
              <w:rPr>
                <w:rFonts w:ascii="Pretendard" w:eastAsia="Pretendard" w:hAnsi="Pretendard" w:cs="Pretendard"/>
                <w:color w:val="1D0024"/>
                <w:sz w:val="19"/>
              </w:rPr>
              <w:t>·</w:t>
            </w:r>
            <w:r>
              <w:rPr>
                <w:rFonts w:ascii="Pretendard" w:eastAsia="Pretendard" w:hAnsi="Pretendard" w:cs="Pretendard"/>
                <w:color w:val="1D0024"/>
                <w:sz w:val="19"/>
              </w:rPr>
              <w:t>스킨케어</w:t>
            </w:r>
            <w:r>
              <w:rPr>
                <w:rFonts w:ascii="Pretendard" w:eastAsia="Pretendard" w:hAnsi="Pretendard" w:cs="Pretendard"/>
                <w:color w:val="1D0024"/>
                <w:sz w:val="19"/>
              </w:rPr>
              <w:t xml:space="preserve"> </w:t>
            </w:r>
            <w:r>
              <w:rPr>
                <w:rFonts w:ascii="Pretendard" w:eastAsia="Pretendard" w:hAnsi="Pretendard" w:cs="Pretendard"/>
                <w:color w:val="1D0024"/>
                <w:sz w:val="19"/>
              </w:rPr>
              <w:t>클리닉</w:t>
            </w:r>
            <w:r>
              <w:rPr>
                <w:rFonts w:ascii="Pretendard" w:eastAsia="Pretendard" w:hAnsi="Pretendard" w:cs="Pretendard"/>
                <w:color w:val="1D0024"/>
                <w:sz w:val="19"/>
              </w:rPr>
              <w:t xml:space="preserve"> </w:t>
            </w:r>
            <w:r>
              <w:rPr>
                <w:rFonts w:ascii="Pretendard" w:eastAsia="Pretendard" w:hAnsi="Pretendard" w:cs="Pretendard"/>
                <w:color w:val="1D0024"/>
                <w:sz w:val="19"/>
              </w:rPr>
              <w:t>예약</w:t>
            </w:r>
            <w:r>
              <w:rPr>
                <w:rFonts w:ascii="Pretendard" w:eastAsia="Pretendard" w:hAnsi="Pretendard" w:cs="Pretendard"/>
                <w:color w:val="1D0024"/>
                <w:sz w:val="19"/>
              </w:rPr>
              <w:t xml:space="preserve"> </w:t>
            </w:r>
            <w:r>
              <w:rPr>
                <w:rFonts w:ascii="Pretendard" w:eastAsia="Pretendard" w:hAnsi="Pretendard" w:cs="Pretendard"/>
                <w:color w:val="1D0024"/>
                <w:sz w:val="19"/>
              </w:rPr>
              <w:t>상품</w:t>
            </w:r>
            <w:r>
              <w:rPr>
                <w:rFonts w:ascii="Pretendard" w:eastAsia="Pretendard" w:hAnsi="Pretendard" w:cs="Pretendard"/>
                <w:color w:val="1D0024"/>
                <w:sz w:val="19"/>
              </w:rPr>
              <w:t>(</w:t>
            </w:r>
            <w:r>
              <w:rPr>
                <w:rFonts w:ascii="Pretendard" w:eastAsia="Pretendard" w:hAnsi="Pretendard" w:cs="Pretendard"/>
                <w:color w:val="1D0024"/>
                <w:sz w:val="19"/>
              </w:rPr>
              <w:t>페이지</w:t>
            </w:r>
            <w:r>
              <w:rPr>
                <w:rFonts w:ascii="Pretendard" w:eastAsia="Pretendard" w:hAnsi="Pretendard" w:cs="Pretendard"/>
                <w:color w:val="1D0024"/>
                <w:sz w:val="19"/>
              </w:rPr>
              <w:t xml:space="preserve"> </w:t>
            </w:r>
            <w:r>
              <w:rPr>
                <w:rFonts w:ascii="Pretendard" w:eastAsia="Pretendard" w:hAnsi="Pretendard" w:cs="Pretendard"/>
                <w:color w:val="1D0024"/>
                <w:sz w:val="19"/>
              </w:rPr>
              <w:t>접속</w:t>
            </w:r>
            <w:r>
              <w:rPr>
                <w:rFonts w:ascii="Pretendard" w:eastAsia="Pretendard" w:hAnsi="Pretendard" w:cs="Pretendard"/>
                <w:color w:val="1D0024"/>
                <w:sz w:val="19"/>
              </w:rPr>
              <w:t xml:space="preserve"> </w:t>
            </w:r>
            <w:r>
              <w:rPr>
                <w:rFonts w:ascii="Pretendard" w:eastAsia="Pretendard" w:hAnsi="Pretendard" w:cs="Pretendard"/>
                <w:color w:val="1D0024"/>
                <w:sz w:val="19"/>
              </w:rPr>
              <w:t>불가로</w:t>
            </w:r>
            <w:r>
              <w:rPr>
                <w:rFonts w:ascii="Pretendard" w:eastAsia="Pretendard" w:hAnsi="Pretendard" w:cs="Pretendard"/>
                <w:color w:val="1D0024"/>
                <w:sz w:val="19"/>
              </w:rPr>
              <w:t xml:space="preserve"> </w:t>
            </w:r>
            <w:r>
              <w:rPr>
                <w:rFonts w:ascii="Pretendard" w:eastAsia="Pretendard" w:hAnsi="Pretendard" w:cs="Pretendard"/>
                <w:color w:val="1D0024"/>
                <w:sz w:val="19"/>
              </w:rPr>
              <w:t>검색</w:t>
            </w:r>
            <w:r>
              <w:rPr>
                <w:rFonts w:ascii="Pretendard" w:eastAsia="Pretendard" w:hAnsi="Pretendard" w:cs="Pretendard"/>
                <w:color w:val="1D0024"/>
                <w:sz w:val="19"/>
              </w:rPr>
              <w:t xml:space="preserve"> </w:t>
            </w:r>
            <w:r>
              <w:rPr>
                <w:rFonts w:ascii="Pretendard" w:eastAsia="Pretendard" w:hAnsi="Pretendard" w:cs="Pretendard"/>
                <w:color w:val="1D0024"/>
                <w:sz w:val="19"/>
              </w:rPr>
              <w:t>결과만</w:t>
            </w:r>
            <w:r>
              <w:rPr>
                <w:rFonts w:ascii="Pretendard" w:eastAsia="Pretendard" w:hAnsi="Pretendard" w:cs="Pretendard"/>
                <w:color w:val="1D0024"/>
                <w:sz w:val="19"/>
              </w:rPr>
              <w:t xml:space="preserve"> </w:t>
            </w:r>
            <w:r>
              <w:rPr>
                <w:rFonts w:ascii="Pretendard" w:eastAsia="Pretendard" w:hAnsi="Pretendard" w:cs="Pretendard"/>
                <w:color w:val="1D0024"/>
                <w:sz w:val="19"/>
              </w:rPr>
              <w:t>확인</w:t>
            </w:r>
            <w:r>
              <w:rPr>
                <w:rFonts w:ascii="Pretendard" w:eastAsia="Pretendard" w:hAnsi="Pretendard" w:cs="Pretendard"/>
                <w:color w:val="1D0024"/>
                <w:sz w:val="19"/>
              </w:rPr>
              <w:t>)</w:t>
            </w:r>
          </w:p>
        </w:tc>
      </w:tr>
    </w:tbl>
    <w:p w14:paraId="7E13F884" w14:textId="77777777" w:rsidR="004B1372" w:rsidRDefault="004B1372">
      <w:pPr>
        <w:spacing w:after="40"/>
      </w:pPr>
    </w:p>
    <w:p w14:paraId="5F31CD0C" w14:textId="77777777" w:rsidR="004B1372" w:rsidRDefault="00BB0BE3">
      <w:pPr>
        <w:spacing w:line="324" w:lineRule="auto"/>
      </w:pPr>
      <w:r>
        <w:rPr>
          <w:rFonts w:ascii="Pretendard" w:eastAsia="Pretendard" w:hAnsi="Pretendard" w:cs="Pretendard"/>
          <w:b/>
          <w:color w:val="1D0024"/>
          <w:sz w:val="21"/>
        </w:rPr>
        <w:t>허브</w:t>
      </w:r>
      <w:r>
        <w:rPr>
          <w:rFonts w:ascii="Pretendard" w:eastAsia="Pretendard" w:hAnsi="Pretendard" w:cs="Pretendard"/>
          <w:b/>
          <w:color w:val="1D0024"/>
          <w:sz w:val="21"/>
        </w:rPr>
        <w:t xml:space="preserve"> </w:t>
      </w:r>
      <w:r>
        <w:rPr>
          <w:rFonts w:ascii="Pretendard" w:eastAsia="Pretendard" w:hAnsi="Pretendard" w:cs="Pretendard"/>
          <w:b/>
          <w:color w:val="1D0024"/>
          <w:sz w:val="21"/>
        </w:rPr>
        <w:t>관점</w:t>
      </w:r>
      <w:r>
        <w:rPr>
          <w:rFonts w:ascii="Pretendard" w:eastAsia="Pretendard" w:hAnsi="Pretendard" w:cs="Pretendard"/>
          <w:b/>
          <w:color w:val="1D0024"/>
          <w:sz w:val="21"/>
        </w:rPr>
        <w:t xml:space="preserve">: </w:t>
      </w:r>
      <w:r>
        <w:rPr>
          <w:rFonts w:ascii="Pretendard" w:eastAsia="Pretendard" w:hAnsi="Pretendard" w:cs="Pretendard"/>
          <w:color w:val="1D0024"/>
          <w:sz w:val="21"/>
        </w:rPr>
        <w:t>공공</w:t>
      </w:r>
      <w:r>
        <w:rPr>
          <w:rFonts w:ascii="Pretendard" w:eastAsia="Pretendard" w:hAnsi="Pretendard" w:cs="Pretendard"/>
          <w:color w:val="1D0024"/>
          <w:sz w:val="21"/>
        </w:rPr>
        <w:t xml:space="preserve"> </w:t>
      </w:r>
      <w:r>
        <w:rPr>
          <w:rFonts w:ascii="Pretendard" w:eastAsia="Pretendard" w:hAnsi="Pretendard" w:cs="Pretendard"/>
          <w:color w:val="1D0024"/>
          <w:sz w:val="21"/>
        </w:rPr>
        <w:t>포털은</w:t>
      </w:r>
      <w:r>
        <w:rPr>
          <w:rFonts w:ascii="Pretendard" w:eastAsia="Pretendard" w:hAnsi="Pretendard" w:cs="Pretendard"/>
          <w:color w:val="1D0024"/>
          <w:sz w:val="21"/>
        </w:rPr>
        <w:t xml:space="preserve"> </w:t>
      </w:r>
      <w:r>
        <w:rPr>
          <w:rFonts w:ascii="Pretendard" w:eastAsia="Pretendard" w:hAnsi="Pretendard" w:cs="Pretendard"/>
          <w:color w:val="1D0024"/>
          <w:sz w:val="21"/>
        </w:rPr>
        <w:t>무료이고</w:t>
      </w:r>
      <w:r>
        <w:rPr>
          <w:rFonts w:ascii="Pretendard" w:eastAsia="Pretendard" w:hAnsi="Pretendard" w:cs="Pretendard"/>
          <w:color w:val="1D0024"/>
          <w:sz w:val="21"/>
        </w:rPr>
        <w:t xml:space="preserve"> </w:t>
      </w:r>
      <w:r>
        <w:rPr>
          <w:rFonts w:ascii="Pretendard" w:eastAsia="Pretendard" w:hAnsi="Pretendard" w:cs="Pretendard"/>
          <w:color w:val="1D0024"/>
          <w:sz w:val="21"/>
        </w:rPr>
        <w:t>공신력이</w:t>
      </w:r>
      <w:r>
        <w:rPr>
          <w:rFonts w:ascii="Pretendard" w:eastAsia="Pretendard" w:hAnsi="Pretendard" w:cs="Pretendard"/>
          <w:color w:val="1D0024"/>
          <w:sz w:val="21"/>
        </w:rPr>
        <w:t xml:space="preserve"> </w:t>
      </w:r>
      <w:r>
        <w:rPr>
          <w:rFonts w:ascii="Pretendard" w:eastAsia="Pretendard" w:hAnsi="Pretendard" w:cs="Pretendard"/>
          <w:color w:val="1D0024"/>
          <w:sz w:val="21"/>
        </w:rPr>
        <w:t>있어</w:t>
      </w:r>
      <w:r>
        <w:rPr>
          <w:rFonts w:ascii="Pretendard" w:eastAsia="Pretendard" w:hAnsi="Pretendard" w:cs="Pretendard"/>
          <w:color w:val="1D0024"/>
          <w:sz w:val="21"/>
        </w:rPr>
        <w:t xml:space="preserve"> AI</w:t>
      </w:r>
      <w:r>
        <w:rPr>
          <w:rFonts w:ascii="Pretendard" w:eastAsia="Pretendard" w:hAnsi="Pretendard" w:cs="Pretendard"/>
          <w:color w:val="1D0024"/>
          <w:sz w:val="21"/>
        </w:rPr>
        <w:t>가</w:t>
      </w:r>
      <w:r>
        <w:rPr>
          <w:rFonts w:ascii="Pretendard" w:eastAsia="Pretendard" w:hAnsi="Pretendard" w:cs="Pretendard"/>
          <w:color w:val="1D0024"/>
          <w:sz w:val="21"/>
        </w:rPr>
        <w:t xml:space="preserve"> </w:t>
      </w:r>
      <w:r>
        <w:rPr>
          <w:rFonts w:ascii="Pretendard" w:eastAsia="Pretendard" w:hAnsi="Pretendard" w:cs="Pretendard"/>
          <w:color w:val="1D0024"/>
          <w:sz w:val="21"/>
        </w:rPr>
        <w:t>인용합니다</w:t>
      </w:r>
      <w:r>
        <w:rPr>
          <w:rFonts w:ascii="Pretendard" w:eastAsia="Pretendard" w:hAnsi="Pretendard" w:cs="Pretendard"/>
          <w:color w:val="1D0024"/>
          <w:sz w:val="21"/>
        </w:rPr>
        <w:t xml:space="preserve">. </w:t>
      </w:r>
      <w:r>
        <w:rPr>
          <w:rFonts w:ascii="Pretendard" w:eastAsia="Pretendard" w:hAnsi="Pretendard" w:cs="Pretendard"/>
          <w:color w:val="1D0024"/>
          <w:sz w:val="21"/>
        </w:rPr>
        <w:t>허브가</w:t>
      </w:r>
      <w:r>
        <w:rPr>
          <w:rFonts w:ascii="Pretendard" w:eastAsia="Pretendard" w:hAnsi="Pretendard" w:cs="Pretendard"/>
          <w:color w:val="1D0024"/>
          <w:sz w:val="21"/>
        </w:rPr>
        <w:t xml:space="preserve"> </w:t>
      </w:r>
      <w:r>
        <w:rPr>
          <w:rFonts w:ascii="Pretendard" w:eastAsia="Pretendard" w:hAnsi="Pretendard" w:cs="Pretendard"/>
          <w:color w:val="1D0024"/>
          <w:sz w:val="21"/>
        </w:rPr>
        <w:t>공공</w:t>
      </w:r>
      <w:r>
        <w:rPr>
          <w:rFonts w:ascii="Pretendard" w:eastAsia="Pretendard" w:hAnsi="Pretendard" w:cs="Pretendard"/>
          <w:color w:val="1D0024"/>
          <w:sz w:val="21"/>
        </w:rPr>
        <w:t xml:space="preserve"> </w:t>
      </w:r>
      <w:r>
        <w:rPr>
          <w:rFonts w:ascii="Pretendard" w:eastAsia="Pretendard" w:hAnsi="Pretendard" w:cs="Pretendard"/>
          <w:color w:val="1D0024"/>
          <w:sz w:val="21"/>
        </w:rPr>
        <w:t>데이터와</w:t>
      </w:r>
      <w:r>
        <w:rPr>
          <w:rFonts w:ascii="Pretendard" w:eastAsia="Pretendard" w:hAnsi="Pretendard" w:cs="Pretendard"/>
          <w:color w:val="1D0024"/>
          <w:sz w:val="21"/>
        </w:rPr>
        <w:t xml:space="preserve"> </w:t>
      </w:r>
      <w:r>
        <w:rPr>
          <w:rFonts w:ascii="Pretendard" w:eastAsia="Pretendard" w:hAnsi="Pretendard" w:cs="Pretendard"/>
          <w:color w:val="1D0024"/>
          <w:sz w:val="21"/>
        </w:rPr>
        <w:t>같은</w:t>
      </w:r>
      <w:r>
        <w:rPr>
          <w:rFonts w:ascii="Pretendard" w:eastAsia="Pretendard" w:hAnsi="Pretendard" w:cs="Pretendard"/>
          <w:color w:val="1D0024"/>
          <w:sz w:val="21"/>
        </w:rPr>
        <w:t xml:space="preserve"> </w:t>
      </w:r>
      <w:r>
        <w:rPr>
          <w:rFonts w:ascii="Pretendard" w:eastAsia="Pretendard" w:hAnsi="Pretendard" w:cs="Pretendard"/>
          <w:color w:val="1D0024"/>
          <w:sz w:val="21"/>
        </w:rPr>
        <w:t>목록형</w:t>
      </w:r>
      <w:r>
        <w:rPr>
          <w:rFonts w:ascii="Pretendard" w:eastAsia="Pretendard" w:hAnsi="Pretendard" w:cs="Pretendard"/>
          <w:color w:val="1D0024"/>
          <w:sz w:val="21"/>
        </w:rPr>
        <w:t xml:space="preserve"> </w:t>
      </w:r>
      <w:r>
        <w:rPr>
          <w:rFonts w:ascii="Pretendard" w:eastAsia="Pretendard" w:hAnsi="Pretendard" w:cs="Pretendard"/>
          <w:color w:val="1D0024"/>
          <w:sz w:val="21"/>
        </w:rPr>
        <w:t>정보를</w:t>
      </w:r>
      <w:r>
        <w:rPr>
          <w:rFonts w:ascii="Pretendard" w:eastAsia="Pretendard" w:hAnsi="Pretendard" w:cs="Pretendard"/>
          <w:color w:val="1D0024"/>
          <w:sz w:val="21"/>
        </w:rPr>
        <w:t xml:space="preserve"> </w:t>
      </w:r>
      <w:r>
        <w:rPr>
          <w:rFonts w:ascii="Pretendard" w:eastAsia="Pretendard" w:hAnsi="Pretendard" w:cs="Pretendard"/>
          <w:color w:val="1D0024"/>
          <w:sz w:val="21"/>
        </w:rPr>
        <w:t>만들면</w:t>
      </w:r>
      <w:r>
        <w:rPr>
          <w:rFonts w:ascii="Pretendard" w:eastAsia="Pretendard" w:hAnsi="Pretendard" w:cs="Pretendard"/>
          <w:color w:val="1D0024"/>
          <w:sz w:val="21"/>
        </w:rPr>
        <w:t xml:space="preserve"> </w:t>
      </w:r>
      <w:r>
        <w:rPr>
          <w:rFonts w:ascii="Pretendard" w:eastAsia="Pretendard" w:hAnsi="Pretendard" w:cs="Pretendard"/>
          <w:color w:val="1D0024"/>
          <w:sz w:val="21"/>
        </w:rPr>
        <w:t>차별점이</w:t>
      </w:r>
      <w:r>
        <w:rPr>
          <w:rFonts w:ascii="Pretendard" w:eastAsia="Pretendard" w:hAnsi="Pretendard" w:cs="Pretendard"/>
          <w:color w:val="1D0024"/>
          <w:sz w:val="21"/>
        </w:rPr>
        <w:t xml:space="preserve"> </w:t>
      </w:r>
      <w:r>
        <w:rPr>
          <w:rFonts w:ascii="Pretendard" w:eastAsia="Pretendard" w:hAnsi="Pretendard" w:cs="Pretendard"/>
          <w:color w:val="1D0024"/>
          <w:sz w:val="21"/>
        </w:rPr>
        <w:t>없습니다</w:t>
      </w:r>
      <w:r>
        <w:rPr>
          <w:rFonts w:ascii="Pretendard" w:eastAsia="Pretendard" w:hAnsi="Pretendard" w:cs="Pretendard"/>
          <w:color w:val="1D0024"/>
          <w:sz w:val="21"/>
        </w:rPr>
        <w:t>.</w:t>
      </w:r>
    </w:p>
    <w:p w14:paraId="1494312F" w14:textId="77777777" w:rsidR="004B1372" w:rsidRDefault="00BB0BE3">
      <w:pPr>
        <w:keepNext/>
        <w:spacing w:before="200" w:after="160"/>
      </w:pPr>
      <w:r>
        <w:rPr>
          <w:rFonts w:ascii="Pretendard" w:eastAsia="Pretendard" w:hAnsi="Pretendard" w:cs="Pretendard"/>
          <w:b/>
          <w:color w:val="4F1DA1"/>
          <w:sz w:val="26"/>
        </w:rPr>
        <w:t xml:space="preserve">4-3. </w:t>
      </w:r>
      <w:r>
        <w:rPr>
          <w:rFonts w:ascii="Pretendard" w:eastAsia="Pretendard" w:hAnsi="Pretendard" w:cs="Pretendard"/>
          <w:b/>
          <w:color w:val="4F1DA1"/>
          <w:sz w:val="26"/>
        </w:rPr>
        <w:t>기능</w:t>
      </w:r>
      <w:r>
        <w:rPr>
          <w:rFonts w:ascii="Pretendard" w:eastAsia="Pretendard" w:hAnsi="Pretendard" w:cs="Pretendard"/>
          <w:b/>
          <w:color w:val="4F1DA1"/>
          <w:sz w:val="26"/>
        </w:rPr>
        <w:t xml:space="preserve"> </w:t>
      </w:r>
      <w:r>
        <w:rPr>
          <w:rFonts w:ascii="Pretendard" w:eastAsia="Pretendard" w:hAnsi="Pretendard" w:cs="Pretendard"/>
          <w:b/>
          <w:color w:val="4F1DA1"/>
          <w:sz w:val="26"/>
        </w:rPr>
        <w:t>비교</w:t>
      </w:r>
    </w:p>
    <w:tbl>
      <w:tblPr>
        <w:tblStyle w:val="af9"/>
        <w:tblW w:w="0" w:type="auto"/>
        <w:jc w:val="center"/>
        <w:tblLayout w:type="fixed"/>
        <w:tblLook w:val="04A0" w:firstRow="1" w:lastRow="0" w:firstColumn="1" w:lastColumn="0" w:noHBand="0" w:noVBand="1"/>
      </w:tblPr>
      <w:tblGrid>
        <w:gridCol w:w="1474"/>
        <w:gridCol w:w="907"/>
        <w:gridCol w:w="907"/>
        <w:gridCol w:w="1020"/>
        <w:gridCol w:w="907"/>
        <w:gridCol w:w="907"/>
        <w:gridCol w:w="907"/>
        <w:gridCol w:w="907"/>
        <w:gridCol w:w="1361"/>
      </w:tblGrid>
      <w:tr w:rsidR="004B1372" w14:paraId="4D644E65" w14:textId="77777777">
        <w:trPr>
          <w:cantSplit/>
          <w:tblHeader/>
          <w:jc w:val="center"/>
        </w:trPr>
        <w:tc>
          <w:tcPr>
            <w:tcW w:w="1474" w:type="dxa"/>
            <w:shd w:val="clear" w:color="auto" w:fill="1D0024"/>
          </w:tcPr>
          <w:p w14:paraId="142F9A2A" w14:textId="77777777" w:rsidR="004B1372" w:rsidRDefault="00BB0BE3">
            <w:r>
              <w:rPr>
                <w:rFonts w:ascii="Pretendard" w:eastAsia="Pretendard" w:hAnsi="Pretendard" w:cs="Pretendard"/>
                <w:b/>
                <w:color w:val="FFFFFF"/>
                <w:sz w:val="16"/>
              </w:rPr>
              <w:t>기능</w:t>
            </w:r>
          </w:p>
        </w:tc>
        <w:tc>
          <w:tcPr>
            <w:tcW w:w="907" w:type="dxa"/>
            <w:shd w:val="clear" w:color="auto" w:fill="1D0024"/>
          </w:tcPr>
          <w:p w14:paraId="0139F8AE" w14:textId="77777777" w:rsidR="004B1372" w:rsidRDefault="00BB0BE3">
            <w:r>
              <w:rPr>
                <w:rFonts w:ascii="Pretendard" w:eastAsia="Pretendard" w:hAnsi="Pretendard" w:cs="Pretendard"/>
                <w:b/>
                <w:color w:val="FFFFFF"/>
                <w:sz w:val="16"/>
              </w:rPr>
              <w:t>강남언니</w:t>
            </w:r>
          </w:p>
        </w:tc>
        <w:tc>
          <w:tcPr>
            <w:tcW w:w="907" w:type="dxa"/>
            <w:shd w:val="clear" w:color="auto" w:fill="1D0024"/>
          </w:tcPr>
          <w:p w14:paraId="2805E043" w14:textId="77777777" w:rsidR="004B1372" w:rsidRDefault="00BB0BE3">
            <w:r>
              <w:rPr>
                <w:rFonts w:ascii="Pretendard" w:eastAsia="Pretendard" w:hAnsi="Pretendard" w:cs="Pretendard"/>
                <w:b/>
                <w:color w:val="FFFFFF"/>
                <w:sz w:val="16"/>
              </w:rPr>
              <w:t>바비톡</w:t>
            </w:r>
            <w:r>
              <w:rPr>
                <w:rFonts w:ascii="Pretendard" w:eastAsia="Pretendard" w:hAnsi="Pretendard" w:cs="Pretendard"/>
                <w:b/>
                <w:color w:val="FFFFFF"/>
                <w:sz w:val="16"/>
              </w:rPr>
              <w:t xml:space="preserve"> JP</w:t>
            </w:r>
          </w:p>
        </w:tc>
        <w:tc>
          <w:tcPr>
            <w:tcW w:w="1020" w:type="dxa"/>
            <w:shd w:val="clear" w:color="auto" w:fill="1D0024"/>
          </w:tcPr>
          <w:p w14:paraId="047934E6" w14:textId="77777777" w:rsidR="004B1372" w:rsidRDefault="00BB0BE3">
            <w:r>
              <w:rPr>
                <w:rFonts w:ascii="Pretendard" w:eastAsia="Pretendard" w:hAnsi="Pretendard" w:cs="Pretendard"/>
                <w:b/>
                <w:color w:val="FFFFFF"/>
                <w:sz w:val="16"/>
              </w:rPr>
              <w:t>크리에이트립</w:t>
            </w:r>
          </w:p>
        </w:tc>
        <w:tc>
          <w:tcPr>
            <w:tcW w:w="907" w:type="dxa"/>
            <w:shd w:val="clear" w:color="auto" w:fill="1D0024"/>
          </w:tcPr>
          <w:p w14:paraId="38EF1044" w14:textId="77777777" w:rsidR="004B1372" w:rsidRDefault="00BB0BE3">
            <w:r>
              <w:rPr>
                <w:rFonts w:ascii="Pretendard" w:eastAsia="Pretendard" w:hAnsi="Pretendard" w:cs="Pretendard"/>
                <w:b/>
                <w:color w:val="FFFFFF"/>
                <w:sz w:val="16"/>
              </w:rPr>
              <w:t>여신티켓</w:t>
            </w:r>
          </w:p>
        </w:tc>
        <w:tc>
          <w:tcPr>
            <w:tcW w:w="907" w:type="dxa"/>
            <w:shd w:val="clear" w:color="auto" w:fill="1D0024"/>
          </w:tcPr>
          <w:p w14:paraId="464FE572" w14:textId="77777777" w:rsidR="004B1372" w:rsidRDefault="00BB0BE3">
            <w:r>
              <w:rPr>
                <w:rFonts w:ascii="Pretendard" w:eastAsia="Pretendard" w:hAnsi="Pretendard" w:cs="Pretendard"/>
                <w:b/>
                <w:color w:val="FFFFFF"/>
                <w:sz w:val="16"/>
              </w:rPr>
              <w:t>BeautsGO</w:t>
            </w:r>
          </w:p>
        </w:tc>
        <w:tc>
          <w:tcPr>
            <w:tcW w:w="907" w:type="dxa"/>
            <w:shd w:val="clear" w:color="auto" w:fill="1D0024"/>
          </w:tcPr>
          <w:p w14:paraId="02221565" w14:textId="77777777" w:rsidR="004B1372" w:rsidRDefault="00BB0BE3">
            <w:r>
              <w:rPr>
                <w:rFonts w:ascii="Pretendard" w:eastAsia="Pretendard" w:hAnsi="Pretendard" w:cs="Pretendard"/>
                <w:b/>
                <w:color w:val="FFFFFF"/>
                <w:sz w:val="16"/>
              </w:rPr>
              <w:t>해외</w:t>
            </w:r>
            <w:r>
              <w:rPr>
                <w:rFonts w:ascii="Pretendard" w:eastAsia="Pretendard" w:hAnsi="Pretendard" w:cs="Pretendard"/>
                <w:b/>
                <w:color w:val="FFFFFF"/>
                <w:sz w:val="16"/>
              </w:rPr>
              <w:t xml:space="preserve"> </w:t>
            </w:r>
            <w:r>
              <w:rPr>
                <w:rFonts w:ascii="Pretendard" w:eastAsia="Pretendard" w:hAnsi="Pretendard" w:cs="Pretendard"/>
                <w:b/>
                <w:color w:val="FFFFFF"/>
                <w:sz w:val="16"/>
              </w:rPr>
              <w:t>중개</w:t>
            </w:r>
          </w:p>
        </w:tc>
        <w:tc>
          <w:tcPr>
            <w:tcW w:w="907" w:type="dxa"/>
            <w:shd w:val="clear" w:color="auto" w:fill="1D0024"/>
          </w:tcPr>
          <w:p w14:paraId="709B6209" w14:textId="77777777" w:rsidR="004B1372" w:rsidRDefault="00BB0BE3">
            <w:r>
              <w:rPr>
                <w:rFonts w:ascii="Pretendard" w:eastAsia="Pretendard" w:hAnsi="Pretendard" w:cs="Pretendard"/>
                <w:b/>
                <w:color w:val="FFFFFF"/>
                <w:sz w:val="16"/>
              </w:rPr>
              <w:t>영문</w:t>
            </w:r>
            <w:r>
              <w:rPr>
                <w:rFonts w:ascii="Pretendard" w:eastAsia="Pretendard" w:hAnsi="Pretendard" w:cs="Pretendard"/>
                <w:b/>
                <w:color w:val="FFFFFF"/>
                <w:sz w:val="16"/>
              </w:rPr>
              <w:t xml:space="preserve"> </w:t>
            </w:r>
            <w:r>
              <w:rPr>
                <w:rFonts w:ascii="Pretendard" w:eastAsia="Pretendard" w:hAnsi="Pretendard" w:cs="Pretendard"/>
                <w:b/>
                <w:color w:val="FFFFFF"/>
                <w:sz w:val="16"/>
              </w:rPr>
              <w:t>가이드</w:t>
            </w:r>
          </w:p>
        </w:tc>
        <w:tc>
          <w:tcPr>
            <w:tcW w:w="1361" w:type="dxa"/>
            <w:shd w:val="clear" w:color="auto" w:fill="1D0024"/>
          </w:tcPr>
          <w:p w14:paraId="140CE2C5" w14:textId="77777777" w:rsidR="004B1372" w:rsidRDefault="00BB0BE3">
            <w:r>
              <w:rPr>
                <w:rFonts w:ascii="Pretendard" w:eastAsia="Pretendard" w:hAnsi="Pretendard" w:cs="Pretendard"/>
                <w:b/>
                <w:color w:val="FFFFFF"/>
                <w:sz w:val="16"/>
              </w:rPr>
              <w:t xml:space="preserve">INFINITH </w:t>
            </w:r>
            <w:r>
              <w:rPr>
                <w:rFonts w:ascii="Pretendard" w:eastAsia="Pretendard" w:hAnsi="Pretendard" w:cs="Pretendard"/>
                <w:b/>
                <w:color w:val="FFFFFF"/>
                <w:sz w:val="16"/>
              </w:rPr>
              <w:t>허브</w:t>
            </w:r>
            <w:r>
              <w:rPr>
                <w:rFonts w:ascii="Pretendard" w:eastAsia="Pretendard" w:hAnsi="Pretendard" w:cs="Pretendard"/>
                <w:b/>
                <w:color w:val="FFFFFF"/>
                <w:sz w:val="16"/>
              </w:rPr>
              <w:t xml:space="preserve"> 1</w:t>
            </w:r>
            <w:r>
              <w:rPr>
                <w:rFonts w:ascii="Pretendard" w:eastAsia="Pretendard" w:hAnsi="Pretendard" w:cs="Pretendard"/>
                <w:b/>
                <w:color w:val="FFFFFF"/>
                <w:sz w:val="16"/>
              </w:rPr>
              <w:t>단계</w:t>
            </w:r>
          </w:p>
        </w:tc>
      </w:tr>
      <w:tr w:rsidR="004B1372" w14:paraId="7B512BFD" w14:textId="77777777">
        <w:trPr>
          <w:jc w:val="center"/>
        </w:trPr>
        <w:tc>
          <w:tcPr>
            <w:tcW w:w="1474" w:type="dxa"/>
          </w:tcPr>
          <w:p w14:paraId="1C2066B0" w14:textId="77777777" w:rsidR="004B1372" w:rsidRDefault="00BB0BE3">
            <w:r>
              <w:rPr>
                <w:rFonts w:ascii="Pretendard" w:eastAsia="Pretendard" w:hAnsi="Pretendard" w:cs="Pretendard"/>
                <w:b/>
                <w:color w:val="1D0024"/>
                <w:sz w:val="16"/>
              </w:rPr>
              <w:t>다국어</w:t>
            </w:r>
            <w:r>
              <w:rPr>
                <w:rFonts w:ascii="Pretendard" w:eastAsia="Pretendard" w:hAnsi="Pretendard" w:cs="Pretendard"/>
                <w:b/>
                <w:color w:val="1D0024"/>
                <w:sz w:val="16"/>
              </w:rPr>
              <w:t xml:space="preserve"> </w:t>
            </w:r>
            <w:r>
              <w:rPr>
                <w:rFonts w:ascii="Pretendard" w:eastAsia="Pretendard" w:hAnsi="Pretendard" w:cs="Pretendard"/>
                <w:b/>
                <w:color w:val="1D0024"/>
                <w:sz w:val="16"/>
              </w:rPr>
              <w:t>병원</w:t>
            </w:r>
            <w:r>
              <w:rPr>
                <w:rFonts w:ascii="Pretendard" w:eastAsia="Pretendard" w:hAnsi="Pretendard" w:cs="Pretendard"/>
                <w:b/>
                <w:color w:val="1D0024"/>
                <w:sz w:val="16"/>
              </w:rPr>
              <w:t xml:space="preserve"> </w:t>
            </w:r>
            <w:r>
              <w:rPr>
                <w:rFonts w:ascii="Pretendard" w:eastAsia="Pretendard" w:hAnsi="Pretendard" w:cs="Pretendard"/>
                <w:b/>
                <w:color w:val="1D0024"/>
                <w:sz w:val="16"/>
              </w:rPr>
              <w:t>정보</w:t>
            </w:r>
          </w:p>
        </w:tc>
        <w:tc>
          <w:tcPr>
            <w:tcW w:w="907" w:type="dxa"/>
          </w:tcPr>
          <w:p w14:paraId="22103A4B" w14:textId="77777777" w:rsidR="004B1372" w:rsidRDefault="00BB0BE3">
            <w:r>
              <w:rPr>
                <w:rFonts w:ascii="Pretendard" w:eastAsia="Pretendard" w:hAnsi="Pretendard" w:cs="Pretendard"/>
                <w:color w:val="1D0024"/>
                <w:sz w:val="16"/>
              </w:rPr>
              <w:t>O(6)</w:t>
            </w:r>
          </w:p>
        </w:tc>
        <w:tc>
          <w:tcPr>
            <w:tcW w:w="907" w:type="dxa"/>
          </w:tcPr>
          <w:p w14:paraId="6399063E" w14:textId="77777777" w:rsidR="004B1372" w:rsidRDefault="00BB0BE3">
            <w:r>
              <w:rPr>
                <w:rFonts w:ascii="Pretendard" w:eastAsia="Pretendard" w:hAnsi="Pretendard" w:cs="Pretendard"/>
                <w:color w:val="1D0024"/>
                <w:sz w:val="16"/>
              </w:rPr>
              <w:t>O(</w:t>
            </w:r>
            <w:r>
              <w:rPr>
                <w:rFonts w:ascii="Pretendard" w:eastAsia="Pretendard" w:hAnsi="Pretendard" w:cs="Pretendard"/>
                <w:color w:val="1D0024"/>
                <w:sz w:val="16"/>
              </w:rPr>
              <w:t>일</w:t>
            </w:r>
            <w:r>
              <w:rPr>
                <w:rFonts w:ascii="Pretendard" w:eastAsia="Pretendard" w:hAnsi="Pretendard" w:cs="Pretendard"/>
                <w:color w:val="1D0024"/>
                <w:sz w:val="16"/>
              </w:rPr>
              <w:t>)</w:t>
            </w:r>
          </w:p>
        </w:tc>
        <w:tc>
          <w:tcPr>
            <w:tcW w:w="1020" w:type="dxa"/>
          </w:tcPr>
          <w:p w14:paraId="00915ECE" w14:textId="77777777" w:rsidR="004B1372" w:rsidRDefault="00BB0BE3">
            <w:r>
              <w:rPr>
                <w:rFonts w:ascii="Pretendard" w:eastAsia="Pretendard" w:hAnsi="Pretendard" w:cs="Pretendard"/>
                <w:color w:val="1D0024"/>
                <w:sz w:val="16"/>
              </w:rPr>
              <w:t>O(12)</w:t>
            </w:r>
          </w:p>
        </w:tc>
        <w:tc>
          <w:tcPr>
            <w:tcW w:w="907" w:type="dxa"/>
          </w:tcPr>
          <w:p w14:paraId="63EEB5FD" w14:textId="77777777" w:rsidR="004B1372" w:rsidRDefault="00BB0BE3">
            <w:r>
              <w:rPr>
                <w:rFonts w:ascii="Pretendard" w:eastAsia="Pretendard" w:hAnsi="Pretendard" w:cs="Pretendard"/>
                <w:color w:val="1D0024"/>
                <w:sz w:val="16"/>
              </w:rPr>
              <w:t>O(3)</w:t>
            </w:r>
          </w:p>
        </w:tc>
        <w:tc>
          <w:tcPr>
            <w:tcW w:w="907" w:type="dxa"/>
          </w:tcPr>
          <w:p w14:paraId="57C88ABE" w14:textId="77777777" w:rsidR="004B1372" w:rsidRDefault="00BB0BE3">
            <w:r>
              <w:rPr>
                <w:rFonts w:ascii="Pretendard" w:eastAsia="Pretendard" w:hAnsi="Pretendard" w:cs="Pretendard"/>
                <w:color w:val="1D0024"/>
                <w:sz w:val="16"/>
              </w:rPr>
              <w:t>O(5)</w:t>
            </w:r>
          </w:p>
        </w:tc>
        <w:tc>
          <w:tcPr>
            <w:tcW w:w="907" w:type="dxa"/>
          </w:tcPr>
          <w:p w14:paraId="437F8C8A" w14:textId="77777777" w:rsidR="004B1372" w:rsidRDefault="00BB0BE3">
            <w:r>
              <w:rPr>
                <w:rFonts w:ascii="Pretendard" w:eastAsia="Pretendard" w:hAnsi="Pretendard" w:cs="Pretendard"/>
                <w:color w:val="1D0024"/>
                <w:sz w:val="16"/>
              </w:rPr>
              <w:t>O</w:t>
            </w:r>
          </w:p>
        </w:tc>
        <w:tc>
          <w:tcPr>
            <w:tcW w:w="907" w:type="dxa"/>
          </w:tcPr>
          <w:p w14:paraId="0F3F6B18" w14:textId="77777777" w:rsidR="004B1372" w:rsidRDefault="00BB0BE3">
            <w:r>
              <w:rPr>
                <w:rFonts w:ascii="Pretendard" w:eastAsia="Pretendard" w:hAnsi="Pretendard" w:cs="Pretendard"/>
                <w:color w:val="1D0024"/>
                <w:sz w:val="16"/>
              </w:rPr>
              <w:t>O(</w:t>
            </w:r>
            <w:r>
              <w:rPr>
                <w:rFonts w:ascii="Pretendard" w:eastAsia="Pretendard" w:hAnsi="Pretendard" w:cs="Pretendard"/>
                <w:color w:val="1D0024"/>
                <w:sz w:val="16"/>
              </w:rPr>
              <w:t>영</w:t>
            </w:r>
            <w:r>
              <w:rPr>
                <w:rFonts w:ascii="Pretendard" w:eastAsia="Pretendard" w:hAnsi="Pretendard" w:cs="Pretendard"/>
                <w:color w:val="1D0024"/>
                <w:sz w:val="16"/>
              </w:rPr>
              <w:t>)</w:t>
            </w:r>
          </w:p>
        </w:tc>
        <w:tc>
          <w:tcPr>
            <w:tcW w:w="1361" w:type="dxa"/>
          </w:tcPr>
          <w:p w14:paraId="0EFC2CD9" w14:textId="77777777" w:rsidR="004B1372" w:rsidRDefault="00BB0BE3">
            <w:r>
              <w:rPr>
                <w:rFonts w:ascii="Pretendard" w:eastAsia="Pretendard" w:hAnsi="Pretendard" w:cs="Pretendard"/>
                <w:color w:val="1D0024"/>
                <w:sz w:val="16"/>
              </w:rPr>
              <w:t>O(</w:t>
            </w:r>
            <w:r>
              <w:rPr>
                <w:rFonts w:ascii="Pretendard" w:eastAsia="Pretendard" w:hAnsi="Pretendard" w:cs="Pretendard"/>
                <w:color w:val="1D0024"/>
                <w:sz w:val="16"/>
              </w:rPr>
              <w:t>영</w:t>
            </w:r>
            <w:r>
              <w:rPr>
                <w:rFonts w:ascii="Pretendard" w:eastAsia="Pretendard" w:hAnsi="Pretendard" w:cs="Pretendard"/>
                <w:color w:val="1D0024"/>
                <w:sz w:val="16"/>
              </w:rPr>
              <w:t>·</w:t>
            </w:r>
            <w:r>
              <w:rPr>
                <w:rFonts w:ascii="Pretendard" w:eastAsia="Pretendard" w:hAnsi="Pretendard" w:cs="Pretendard"/>
                <w:color w:val="1D0024"/>
                <w:sz w:val="16"/>
              </w:rPr>
              <w:t>일</w:t>
            </w:r>
            <w:r>
              <w:rPr>
                <w:rFonts w:ascii="Pretendard" w:eastAsia="Pretendard" w:hAnsi="Pretendard" w:cs="Pretendard"/>
                <w:color w:val="1D0024"/>
                <w:sz w:val="16"/>
              </w:rPr>
              <w:t>·</w:t>
            </w:r>
            <w:r>
              <w:rPr>
                <w:rFonts w:ascii="Pretendard" w:eastAsia="Pretendard" w:hAnsi="Pretendard" w:cs="Pretendard"/>
                <w:color w:val="1D0024"/>
                <w:sz w:val="16"/>
              </w:rPr>
              <w:t>중</w:t>
            </w:r>
            <w:r>
              <w:rPr>
                <w:rFonts w:ascii="Pretendard" w:eastAsia="Pretendard" w:hAnsi="Pretendard" w:cs="Pretendard"/>
                <w:color w:val="1D0024"/>
                <w:sz w:val="16"/>
              </w:rPr>
              <w:t xml:space="preserve"> </w:t>
            </w:r>
            <w:r>
              <w:rPr>
                <w:rFonts w:ascii="Pretendard" w:eastAsia="Pretendard" w:hAnsi="Pretendard" w:cs="Pretendard"/>
                <w:color w:val="1D0024"/>
                <w:sz w:val="16"/>
              </w:rPr>
              <w:t>계획</w:t>
            </w:r>
            <w:r>
              <w:rPr>
                <w:rFonts w:ascii="Pretendard" w:eastAsia="Pretendard" w:hAnsi="Pretendard" w:cs="Pretendard"/>
                <w:color w:val="1D0024"/>
                <w:sz w:val="16"/>
              </w:rPr>
              <w:t>)</w:t>
            </w:r>
          </w:p>
        </w:tc>
      </w:tr>
      <w:tr w:rsidR="004B1372" w14:paraId="5FF0212B" w14:textId="77777777">
        <w:trPr>
          <w:jc w:val="center"/>
        </w:trPr>
        <w:tc>
          <w:tcPr>
            <w:tcW w:w="1474" w:type="dxa"/>
          </w:tcPr>
          <w:p w14:paraId="74117AB9" w14:textId="77777777" w:rsidR="004B1372" w:rsidRDefault="00BB0BE3">
            <w:r>
              <w:rPr>
                <w:rFonts w:ascii="Pretendard" w:eastAsia="Pretendard" w:hAnsi="Pretendard" w:cs="Pretendard"/>
                <w:b/>
                <w:color w:val="1D0024"/>
                <w:sz w:val="16"/>
              </w:rPr>
              <w:t>후기</w:t>
            </w:r>
          </w:p>
        </w:tc>
        <w:tc>
          <w:tcPr>
            <w:tcW w:w="907" w:type="dxa"/>
          </w:tcPr>
          <w:p w14:paraId="5D9E081C" w14:textId="77777777" w:rsidR="004B1372" w:rsidRDefault="00BB0BE3">
            <w:r>
              <w:rPr>
                <w:rFonts w:ascii="Pretendard" w:eastAsia="Pretendard" w:hAnsi="Pretendard" w:cs="Pretendard"/>
                <w:color w:val="1D0024"/>
                <w:sz w:val="16"/>
              </w:rPr>
              <w:t>O</w:t>
            </w:r>
          </w:p>
        </w:tc>
        <w:tc>
          <w:tcPr>
            <w:tcW w:w="907" w:type="dxa"/>
          </w:tcPr>
          <w:p w14:paraId="12AA1296" w14:textId="77777777" w:rsidR="004B1372" w:rsidRDefault="00BB0BE3">
            <w:r>
              <w:rPr>
                <w:rFonts w:ascii="Pretendard" w:eastAsia="Pretendard" w:hAnsi="Pretendard" w:cs="Pretendard"/>
                <w:color w:val="1D0024"/>
                <w:sz w:val="16"/>
              </w:rPr>
              <w:t>O</w:t>
            </w:r>
          </w:p>
        </w:tc>
        <w:tc>
          <w:tcPr>
            <w:tcW w:w="1020" w:type="dxa"/>
          </w:tcPr>
          <w:p w14:paraId="2197B400" w14:textId="77777777" w:rsidR="004B1372" w:rsidRDefault="00BB0BE3">
            <w:r>
              <w:rPr>
                <w:rFonts w:ascii="Pretendard" w:eastAsia="Pretendard" w:hAnsi="Pretendard" w:cs="Pretendard"/>
                <w:color w:val="1D0024"/>
                <w:sz w:val="16"/>
              </w:rPr>
              <w:t>O</w:t>
            </w:r>
          </w:p>
        </w:tc>
        <w:tc>
          <w:tcPr>
            <w:tcW w:w="907" w:type="dxa"/>
          </w:tcPr>
          <w:p w14:paraId="53E11D9E" w14:textId="77777777" w:rsidR="004B1372" w:rsidRDefault="00BB0BE3">
            <w:r>
              <w:rPr>
                <w:rFonts w:ascii="Pretendard" w:eastAsia="Pretendard" w:hAnsi="Pretendard" w:cs="Pretendard"/>
                <w:color w:val="1D0024"/>
                <w:sz w:val="16"/>
              </w:rPr>
              <w:t>O</w:t>
            </w:r>
          </w:p>
        </w:tc>
        <w:tc>
          <w:tcPr>
            <w:tcW w:w="907" w:type="dxa"/>
          </w:tcPr>
          <w:p w14:paraId="7E3A2A62" w14:textId="77777777" w:rsidR="004B1372" w:rsidRDefault="00BB0BE3">
            <w:r>
              <w:rPr>
                <w:rFonts w:ascii="Pretendard" w:eastAsia="Pretendard" w:hAnsi="Pretendard" w:cs="Pretendard"/>
                <w:color w:val="1D0024"/>
                <w:sz w:val="16"/>
              </w:rPr>
              <w:t>O</w:t>
            </w:r>
          </w:p>
        </w:tc>
        <w:tc>
          <w:tcPr>
            <w:tcW w:w="907" w:type="dxa"/>
          </w:tcPr>
          <w:p w14:paraId="1878F8B3" w14:textId="77777777" w:rsidR="004B1372" w:rsidRDefault="00BB0BE3">
            <w:r>
              <w:rPr>
                <w:rFonts w:ascii="Pretendard" w:eastAsia="Pretendard" w:hAnsi="Pretendard" w:cs="Pretendard"/>
                <w:color w:val="1D0024"/>
                <w:sz w:val="16"/>
              </w:rPr>
              <w:t>O</w:t>
            </w:r>
          </w:p>
        </w:tc>
        <w:tc>
          <w:tcPr>
            <w:tcW w:w="907" w:type="dxa"/>
          </w:tcPr>
          <w:p w14:paraId="73E9B1AF" w14:textId="77777777" w:rsidR="004B1372" w:rsidRDefault="00BB0BE3">
            <w:r>
              <w:rPr>
                <w:rFonts w:ascii="Pretendard" w:eastAsia="Pretendard" w:hAnsi="Pretendard" w:cs="Pretendard"/>
                <w:color w:val="1D0024"/>
                <w:sz w:val="16"/>
              </w:rPr>
              <w:t>O</w:t>
            </w:r>
          </w:p>
        </w:tc>
        <w:tc>
          <w:tcPr>
            <w:tcW w:w="1361" w:type="dxa"/>
          </w:tcPr>
          <w:p w14:paraId="67526B6D" w14:textId="77777777" w:rsidR="004B1372" w:rsidRDefault="00BB0BE3">
            <w:r>
              <w:rPr>
                <w:rFonts w:ascii="Pretendard" w:eastAsia="Pretendard" w:hAnsi="Pretendard" w:cs="Pretendard"/>
                <w:color w:val="1D0024"/>
                <w:sz w:val="16"/>
              </w:rPr>
              <w:t>X(</w:t>
            </w:r>
            <w:r>
              <w:rPr>
                <w:rFonts w:ascii="Pretendard" w:eastAsia="Pretendard" w:hAnsi="Pretendard" w:cs="Pretendard"/>
                <w:color w:val="1D0024"/>
                <w:sz w:val="16"/>
              </w:rPr>
              <w:t>의료법</w:t>
            </w:r>
            <w:r>
              <w:rPr>
                <w:rFonts w:ascii="Pretendard" w:eastAsia="Pretendard" w:hAnsi="Pretendard" w:cs="Pretendard"/>
                <w:color w:val="1D0024"/>
                <w:sz w:val="16"/>
              </w:rPr>
              <w:t>)</w:t>
            </w:r>
          </w:p>
        </w:tc>
      </w:tr>
      <w:tr w:rsidR="004B1372" w14:paraId="01BEC284" w14:textId="77777777">
        <w:trPr>
          <w:jc w:val="center"/>
        </w:trPr>
        <w:tc>
          <w:tcPr>
            <w:tcW w:w="1474" w:type="dxa"/>
          </w:tcPr>
          <w:p w14:paraId="1A355008" w14:textId="77777777" w:rsidR="004B1372" w:rsidRDefault="00BB0BE3">
            <w:r>
              <w:rPr>
                <w:rFonts w:ascii="Pretendard" w:eastAsia="Pretendard" w:hAnsi="Pretendard" w:cs="Pretendard"/>
                <w:b/>
                <w:color w:val="1D0024"/>
                <w:sz w:val="16"/>
              </w:rPr>
              <w:t>가격</w:t>
            </w:r>
            <w:r>
              <w:rPr>
                <w:rFonts w:ascii="Pretendard" w:eastAsia="Pretendard" w:hAnsi="Pretendard" w:cs="Pretendard"/>
                <w:b/>
                <w:color w:val="1D0024"/>
                <w:sz w:val="16"/>
              </w:rPr>
              <w:t xml:space="preserve"> </w:t>
            </w:r>
            <w:r>
              <w:rPr>
                <w:rFonts w:ascii="Pretendard" w:eastAsia="Pretendard" w:hAnsi="Pretendard" w:cs="Pretendard"/>
                <w:b/>
                <w:color w:val="1D0024"/>
                <w:sz w:val="16"/>
              </w:rPr>
              <w:t>공개</w:t>
            </w:r>
          </w:p>
        </w:tc>
        <w:tc>
          <w:tcPr>
            <w:tcW w:w="907" w:type="dxa"/>
          </w:tcPr>
          <w:p w14:paraId="0A4BFB7B" w14:textId="77777777" w:rsidR="004B1372" w:rsidRDefault="00BB0BE3">
            <w:r>
              <w:rPr>
                <w:rFonts w:ascii="Pretendard" w:eastAsia="Pretendard" w:hAnsi="Pretendard" w:cs="Pretendard"/>
                <w:color w:val="1D0024"/>
                <w:sz w:val="16"/>
              </w:rPr>
              <w:t>이벤트가</w:t>
            </w:r>
          </w:p>
        </w:tc>
        <w:tc>
          <w:tcPr>
            <w:tcW w:w="907" w:type="dxa"/>
          </w:tcPr>
          <w:p w14:paraId="1FFB567B" w14:textId="77777777" w:rsidR="004B1372" w:rsidRDefault="00BB0BE3">
            <w:r>
              <w:rPr>
                <w:rFonts w:ascii="Pretendard" w:eastAsia="Pretendard" w:hAnsi="Pretendard" w:cs="Pretendard"/>
                <w:color w:val="1D0024"/>
                <w:sz w:val="16"/>
              </w:rPr>
              <w:t>O</w:t>
            </w:r>
          </w:p>
        </w:tc>
        <w:tc>
          <w:tcPr>
            <w:tcW w:w="1020" w:type="dxa"/>
          </w:tcPr>
          <w:p w14:paraId="08317A63" w14:textId="77777777" w:rsidR="004B1372" w:rsidRDefault="00BB0BE3">
            <w:r>
              <w:rPr>
                <w:rFonts w:ascii="Pretendard" w:eastAsia="Pretendard" w:hAnsi="Pretendard" w:cs="Pretendard"/>
                <w:color w:val="1D0024"/>
                <w:sz w:val="16"/>
              </w:rPr>
              <w:t>O</w:t>
            </w:r>
          </w:p>
        </w:tc>
        <w:tc>
          <w:tcPr>
            <w:tcW w:w="907" w:type="dxa"/>
          </w:tcPr>
          <w:p w14:paraId="6D30E94D" w14:textId="77777777" w:rsidR="004B1372" w:rsidRDefault="00BB0BE3">
            <w:r>
              <w:rPr>
                <w:rFonts w:ascii="Pretendard" w:eastAsia="Pretendard" w:hAnsi="Pretendard" w:cs="Pretendard"/>
                <w:color w:val="1D0024"/>
                <w:sz w:val="16"/>
              </w:rPr>
              <w:t>O</w:t>
            </w:r>
          </w:p>
        </w:tc>
        <w:tc>
          <w:tcPr>
            <w:tcW w:w="907" w:type="dxa"/>
          </w:tcPr>
          <w:p w14:paraId="087317CD" w14:textId="77777777" w:rsidR="004B1372" w:rsidRDefault="00BB0BE3">
            <w:r>
              <w:rPr>
                <w:rFonts w:ascii="Pretendard" w:eastAsia="Pretendard" w:hAnsi="Pretendard" w:cs="Pretendard"/>
                <w:color w:val="1D0024"/>
                <w:sz w:val="16"/>
              </w:rPr>
              <w:t>가격표</w:t>
            </w:r>
          </w:p>
        </w:tc>
        <w:tc>
          <w:tcPr>
            <w:tcW w:w="907" w:type="dxa"/>
          </w:tcPr>
          <w:p w14:paraId="4264CB72" w14:textId="77777777" w:rsidR="004B1372" w:rsidRDefault="00BB0BE3">
            <w:r>
              <w:rPr>
                <w:rFonts w:ascii="Pretendard" w:eastAsia="Pretendard" w:hAnsi="Pretendard" w:cs="Pretendard"/>
                <w:color w:val="1D0024"/>
                <w:sz w:val="16"/>
              </w:rPr>
              <w:t>견적</w:t>
            </w:r>
          </w:p>
        </w:tc>
        <w:tc>
          <w:tcPr>
            <w:tcW w:w="907" w:type="dxa"/>
          </w:tcPr>
          <w:p w14:paraId="2FDDA231" w14:textId="77777777" w:rsidR="004B1372" w:rsidRDefault="00BB0BE3">
            <w:r>
              <w:rPr>
                <w:rFonts w:ascii="Pretendard" w:eastAsia="Pretendard" w:hAnsi="Pretendard" w:cs="Pretendard"/>
                <w:color w:val="1D0024"/>
                <w:sz w:val="16"/>
              </w:rPr>
              <w:t>O</w:t>
            </w:r>
          </w:p>
        </w:tc>
        <w:tc>
          <w:tcPr>
            <w:tcW w:w="1361" w:type="dxa"/>
          </w:tcPr>
          <w:p w14:paraId="64A3FA1B" w14:textId="77777777" w:rsidR="004B1372" w:rsidRDefault="00BB0BE3">
            <w:r>
              <w:rPr>
                <w:rFonts w:ascii="Pretendard" w:eastAsia="Pretendard" w:hAnsi="Pretendard" w:cs="Pretendard"/>
                <w:color w:val="1D0024"/>
                <w:sz w:val="16"/>
              </w:rPr>
              <w:t>비용</w:t>
            </w:r>
            <w:r>
              <w:rPr>
                <w:rFonts w:ascii="Pretendard" w:eastAsia="Pretendard" w:hAnsi="Pretendard" w:cs="Pretendard"/>
                <w:color w:val="1D0024"/>
                <w:sz w:val="16"/>
              </w:rPr>
              <w:t xml:space="preserve"> </w:t>
            </w:r>
            <w:r>
              <w:rPr>
                <w:rFonts w:ascii="Pretendard" w:eastAsia="Pretendard" w:hAnsi="Pretendard" w:cs="Pretendard"/>
                <w:color w:val="1D0024"/>
                <w:sz w:val="16"/>
              </w:rPr>
              <w:t>항목만</w:t>
            </w:r>
          </w:p>
        </w:tc>
      </w:tr>
      <w:tr w:rsidR="004B1372" w14:paraId="08A0F936" w14:textId="77777777">
        <w:trPr>
          <w:jc w:val="center"/>
        </w:trPr>
        <w:tc>
          <w:tcPr>
            <w:tcW w:w="1474" w:type="dxa"/>
          </w:tcPr>
          <w:p w14:paraId="0E38FA3A" w14:textId="77777777" w:rsidR="004B1372" w:rsidRDefault="00BB0BE3">
            <w:r>
              <w:rPr>
                <w:rFonts w:ascii="Pretendard" w:eastAsia="Pretendard" w:hAnsi="Pretendard" w:cs="Pretendard"/>
                <w:b/>
                <w:color w:val="1D0024"/>
                <w:sz w:val="16"/>
              </w:rPr>
              <w:t>상담</w:t>
            </w:r>
            <w:r>
              <w:rPr>
                <w:rFonts w:ascii="Pretendard" w:eastAsia="Pretendard" w:hAnsi="Pretendard" w:cs="Pretendard"/>
                <w:b/>
                <w:color w:val="1D0024"/>
                <w:sz w:val="16"/>
              </w:rPr>
              <w:t>·</w:t>
            </w:r>
            <w:r>
              <w:rPr>
                <w:rFonts w:ascii="Pretendard" w:eastAsia="Pretendard" w:hAnsi="Pretendard" w:cs="Pretendard"/>
                <w:b/>
                <w:color w:val="1D0024"/>
                <w:sz w:val="16"/>
              </w:rPr>
              <w:t>예약</w:t>
            </w:r>
          </w:p>
        </w:tc>
        <w:tc>
          <w:tcPr>
            <w:tcW w:w="907" w:type="dxa"/>
          </w:tcPr>
          <w:p w14:paraId="3AE4465C" w14:textId="77777777" w:rsidR="004B1372" w:rsidRDefault="00BB0BE3">
            <w:r>
              <w:rPr>
                <w:rFonts w:ascii="Pretendard" w:eastAsia="Pretendard" w:hAnsi="Pretendard" w:cs="Pretendard"/>
                <w:color w:val="1D0024"/>
                <w:sz w:val="16"/>
              </w:rPr>
              <w:t>O</w:t>
            </w:r>
          </w:p>
        </w:tc>
        <w:tc>
          <w:tcPr>
            <w:tcW w:w="907" w:type="dxa"/>
          </w:tcPr>
          <w:p w14:paraId="626C063F" w14:textId="77777777" w:rsidR="004B1372" w:rsidRDefault="00BB0BE3">
            <w:r>
              <w:rPr>
                <w:rFonts w:ascii="Pretendard" w:eastAsia="Pretendard" w:hAnsi="Pretendard" w:cs="Pretendard"/>
                <w:color w:val="1D0024"/>
                <w:sz w:val="16"/>
              </w:rPr>
              <w:t>O</w:t>
            </w:r>
          </w:p>
        </w:tc>
        <w:tc>
          <w:tcPr>
            <w:tcW w:w="1020" w:type="dxa"/>
          </w:tcPr>
          <w:p w14:paraId="65387C05" w14:textId="77777777" w:rsidR="004B1372" w:rsidRDefault="00BB0BE3">
            <w:r>
              <w:rPr>
                <w:rFonts w:ascii="Pretendard" w:eastAsia="Pretendard" w:hAnsi="Pretendard" w:cs="Pretendard"/>
                <w:color w:val="1D0024"/>
                <w:sz w:val="16"/>
              </w:rPr>
              <w:t>O</w:t>
            </w:r>
          </w:p>
        </w:tc>
        <w:tc>
          <w:tcPr>
            <w:tcW w:w="907" w:type="dxa"/>
          </w:tcPr>
          <w:p w14:paraId="42FAC38D" w14:textId="77777777" w:rsidR="004B1372" w:rsidRDefault="00BB0BE3">
            <w:r>
              <w:rPr>
                <w:rFonts w:ascii="Pretendard" w:eastAsia="Pretendard" w:hAnsi="Pretendard" w:cs="Pretendard"/>
                <w:color w:val="1D0024"/>
                <w:sz w:val="16"/>
              </w:rPr>
              <w:t>O</w:t>
            </w:r>
          </w:p>
        </w:tc>
        <w:tc>
          <w:tcPr>
            <w:tcW w:w="907" w:type="dxa"/>
          </w:tcPr>
          <w:p w14:paraId="292CDC1B" w14:textId="77777777" w:rsidR="004B1372" w:rsidRDefault="00BB0BE3">
            <w:r>
              <w:rPr>
                <w:rFonts w:ascii="Pretendard" w:eastAsia="Pretendard" w:hAnsi="Pretendard" w:cs="Pretendard"/>
                <w:color w:val="1D0024"/>
                <w:sz w:val="16"/>
              </w:rPr>
              <w:t>O</w:t>
            </w:r>
          </w:p>
        </w:tc>
        <w:tc>
          <w:tcPr>
            <w:tcW w:w="907" w:type="dxa"/>
          </w:tcPr>
          <w:p w14:paraId="3904B028" w14:textId="77777777" w:rsidR="004B1372" w:rsidRDefault="00BB0BE3">
            <w:r>
              <w:rPr>
                <w:rFonts w:ascii="Pretendard" w:eastAsia="Pretendard" w:hAnsi="Pretendard" w:cs="Pretendard"/>
                <w:color w:val="1D0024"/>
                <w:sz w:val="16"/>
              </w:rPr>
              <w:t>O</w:t>
            </w:r>
          </w:p>
        </w:tc>
        <w:tc>
          <w:tcPr>
            <w:tcW w:w="907" w:type="dxa"/>
          </w:tcPr>
          <w:p w14:paraId="03E6B8CA" w14:textId="77777777" w:rsidR="004B1372" w:rsidRDefault="00BB0BE3">
            <w:r>
              <w:rPr>
                <w:rFonts w:ascii="Pretendard" w:eastAsia="Pretendard" w:hAnsi="Pretendard" w:cs="Pretendard"/>
                <w:color w:val="1D0024"/>
                <w:sz w:val="16"/>
              </w:rPr>
              <w:t>X</w:t>
            </w:r>
          </w:p>
        </w:tc>
        <w:tc>
          <w:tcPr>
            <w:tcW w:w="1361" w:type="dxa"/>
          </w:tcPr>
          <w:p w14:paraId="454BD115" w14:textId="77777777" w:rsidR="004B1372" w:rsidRDefault="00BB0BE3">
            <w:r>
              <w:rPr>
                <w:rFonts w:ascii="Pretendard" w:eastAsia="Pretendard" w:hAnsi="Pretendard" w:cs="Pretendard"/>
                <w:color w:val="1D0024"/>
                <w:sz w:val="16"/>
              </w:rPr>
              <w:t>상담</w:t>
            </w:r>
            <w:r>
              <w:rPr>
                <w:rFonts w:ascii="Pretendard" w:eastAsia="Pretendard" w:hAnsi="Pretendard" w:cs="Pretendard"/>
                <w:color w:val="1D0024"/>
                <w:sz w:val="16"/>
              </w:rPr>
              <w:t xml:space="preserve"> </w:t>
            </w:r>
            <w:r>
              <w:rPr>
                <w:rFonts w:ascii="Pretendard" w:eastAsia="Pretendard" w:hAnsi="Pretendard" w:cs="Pretendard"/>
                <w:color w:val="1D0024"/>
                <w:sz w:val="16"/>
              </w:rPr>
              <w:t>신청</w:t>
            </w:r>
            <w:r>
              <w:rPr>
                <w:rFonts w:ascii="Pretendard" w:eastAsia="Pretendard" w:hAnsi="Pretendard" w:cs="Pretendard"/>
                <w:color w:val="1D0024"/>
                <w:sz w:val="16"/>
              </w:rPr>
              <w:t xml:space="preserve"> </w:t>
            </w:r>
            <w:r>
              <w:rPr>
                <w:rFonts w:ascii="Pretendard" w:eastAsia="Pretendard" w:hAnsi="Pretendard" w:cs="Pretendard"/>
                <w:color w:val="1D0024"/>
                <w:sz w:val="16"/>
              </w:rPr>
              <w:t>병원</w:t>
            </w:r>
            <w:r>
              <w:rPr>
                <w:rFonts w:ascii="Pretendard" w:eastAsia="Pretendard" w:hAnsi="Pretendard" w:cs="Pretendard"/>
                <w:color w:val="1D0024"/>
                <w:sz w:val="16"/>
              </w:rPr>
              <w:t xml:space="preserve"> </w:t>
            </w:r>
            <w:r>
              <w:rPr>
                <w:rFonts w:ascii="Pretendard" w:eastAsia="Pretendard" w:hAnsi="Pretendard" w:cs="Pretendard"/>
                <w:color w:val="1D0024"/>
                <w:sz w:val="16"/>
              </w:rPr>
              <w:t>직결</w:t>
            </w:r>
          </w:p>
        </w:tc>
      </w:tr>
      <w:tr w:rsidR="004B1372" w14:paraId="1522D7C5" w14:textId="77777777">
        <w:trPr>
          <w:jc w:val="center"/>
        </w:trPr>
        <w:tc>
          <w:tcPr>
            <w:tcW w:w="1474" w:type="dxa"/>
          </w:tcPr>
          <w:p w14:paraId="22853348" w14:textId="77777777" w:rsidR="004B1372" w:rsidRDefault="00BB0BE3">
            <w:r>
              <w:rPr>
                <w:rFonts w:ascii="Pretendard" w:eastAsia="Pretendard" w:hAnsi="Pretendard" w:cs="Pretendard"/>
                <w:b/>
                <w:color w:val="1D0024"/>
                <w:sz w:val="16"/>
              </w:rPr>
              <w:t>통역</w:t>
            </w:r>
          </w:p>
        </w:tc>
        <w:tc>
          <w:tcPr>
            <w:tcW w:w="907" w:type="dxa"/>
          </w:tcPr>
          <w:p w14:paraId="6B0D2081" w14:textId="77777777" w:rsidR="004B1372" w:rsidRDefault="00BB0BE3">
            <w:r>
              <w:rPr>
                <w:rFonts w:ascii="Pretendard" w:eastAsia="Pretendard" w:hAnsi="Pretendard" w:cs="Pretendard"/>
                <w:color w:val="1D0024"/>
                <w:sz w:val="16"/>
              </w:rPr>
              <w:t>O(</w:t>
            </w:r>
            <w:r>
              <w:rPr>
                <w:rFonts w:ascii="Pretendard" w:eastAsia="Pretendard" w:hAnsi="Pretendard" w:cs="Pretendard"/>
                <w:color w:val="1D0024"/>
                <w:sz w:val="16"/>
              </w:rPr>
              <w:t>동행</w:t>
            </w:r>
            <w:r>
              <w:rPr>
                <w:rFonts w:ascii="Pretendard" w:eastAsia="Pretendard" w:hAnsi="Pretendard" w:cs="Pretendard"/>
                <w:color w:val="1D0024"/>
                <w:sz w:val="16"/>
              </w:rPr>
              <w:t>)</w:t>
            </w:r>
          </w:p>
        </w:tc>
        <w:tc>
          <w:tcPr>
            <w:tcW w:w="907" w:type="dxa"/>
          </w:tcPr>
          <w:p w14:paraId="71A4DC69" w14:textId="77777777" w:rsidR="004B1372" w:rsidRDefault="00BB0BE3">
            <w:r>
              <w:rPr>
                <w:rFonts w:ascii="Pretendard" w:eastAsia="Pretendard" w:hAnsi="Pretendard" w:cs="Pretendard"/>
                <w:color w:val="1D0024"/>
                <w:sz w:val="16"/>
              </w:rPr>
              <w:t>병원별</w:t>
            </w:r>
          </w:p>
        </w:tc>
        <w:tc>
          <w:tcPr>
            <w:tcW w:w="1020" w:type="dxa"/>
          </w:tcPr>
          <w:p w14:paraId="5CA8A965" w14:textId="77777777" w:rsidR="004B1372" w:rsidRDefault="00BB0BE3">
            <w:r>
              <w:rPr>
                <w:rFonts w:ascii="Pretendard" w:eastAsia="Pretendard" w:hAnsi="Pretendard" w:cs="Pretendard"/>
                <w:color w:val="1D0024"/>
                <w:sz w:val="16"/>
              </w:rPr>
              <w:t>O(</w:t>
            </w:r>
            <w:r>
              <w:rPr>
                <w:rFonts w:ascii="Pretendard" w:eastAsia="Pretendard" w:hAnsi="Pretendard" w:cs="Pretendard"/>
                <w:color w:val="1D0024"/>
                <w:sz w:val="16"/>
              </w:rPr>
              <w:t>버디</w:t>
            </w:r>
            <w:r>
              <w:rPr>
                <w:rFonts w:ascii="Pretendard" w:eastAsia="Pretendard" w:hAnsi="Pretendard" w:cs="Pretendard"/>
                <w:color w:val="1D0024"/>
                <w:sz w:val="16"/>
              </w:rPr>
              <w:t>)</w:t>
            </w:r>
          </w:p>
        </w:tc>
        <w:tc>
          <w:tcPr>
            <w:tcW w:w="907" w:type="dxa"/>
          </w:tcPr>
          <w:p w14:paraId="4D776E45" w14:textId="77777777" w:rsidR="004B1372" w:rsidRDefault="00BB0BE3">
            <w:r>
              <w:rPr>
                <w:rFonts w:ascii="Pretendard" w:eastAsia="Pretendard" w:hAnsi="Pretendard" w:cs="Pretendard"/>
                <w:color w:val="1D0024"/>
                <w:sz w:val="16"/>
              </w:rPr>
              <w:t>미확인</w:t>
            </w:r>
          </w:p>
        </w:tc>
        <w:tc>
          <w:tcPr>
            <w:tcW w:w="907" w:type="dxa"/>
          </w:tcPr>
          <w:p w14:paraId="79CE1A17" w14:textId="77777777" w:rsidR="004B1372" w:rsidRDefault="00BB0BE3">
            <w:r>
              <w:rPr>
                <w:rFonts w:ascii="Pretendard" w:eastAsia="Pretendard" w:hAnsi="Pretendard" w:cs="Pretendard"/>
                <w:color w:val="1D0024"/>
                <w:sz w:val="16"/>
              </w:rPr>
              <w:t>미확인</w:t>
            </w:r>
          </w:p>
        </w:tc>
        <w:tc>
          <w:tcPr>
            <w:tcW w:w="907" w:type="dxa"/>
          </w:tcPr>
          <w:p w14:paraId="72CBDA11" w14:textId="77777777" w:rsidR="004B1372" w:rsidRDefault="00BB0BE3">
            <w:r>
              <w:rPr>
                <w:rFonts w:ascii="Pretendard" w:eastAsia="Pretendard" w:hAnsi="Pretendard" w:cs="Pretendard"/>
                <w:color w:val="1D0024"/>
                <w:sz w:val="16"/>
              </w:rPr>
              <w:t>O</w:t>
            </w:r>
          </w:p>
        </w:tc>
        <w:tc>
          <w:tcPr>
            <w:tcW w:w="907" w:type="dxa"/>
          </w:tcPr>
          <w:p w14:paraId="1179A5CE" w14:textId="77777777" w:rsidR="004B1372" w:rsidRDefault="00BB0BE3">
            <w:r>
              <w:rPr>
                <w:rFonts w:ascii="Pretendard" w:eastAsia="Pretendard" w:hAnsi="Pretendard" w:cs="Pretendard"/>
                <w:color w:val="1D0024"/>
                <w:sz w:val="16"/>
              </w:rPr>
              <w:t>X</w:t>
            </w:r>
          </w:p>
        </w:tc>
        <w:tc>
          <w:tcPr>
            <w:tcW w:w="1361" w:type="dxa"/>
          </w:tcPr>
          <w:p w14:paraId="02DA8B68" w14:textId="77777777" w:rsidR="004B1372" w:rsidRDefault="00BB0BE3">
            <w:r>
              <w:rPr>
                <w:rFonts w:ascii="Pretendard" w:eastAsia="Pretendard" w:hAnsi="Pretendard" w:cs="Pretendard"/>
                <w:color w:val="1D0024"/>
                <w:sz w:val="16"/>
              </w:rPr>
              <w:t>X</w:t>
            </w:r>
          </w:p>
        </w:tc>
      </w:tr>
      <w:tr w:rsidR="004B1372" w14:paraId="513F0D30" w14:textId="77777777">
        <w:trPr>
          <w:jc w:val="center"/>
        </w:trPr>
        <w:tc>
          <w:tcPr>
            <w:tcW w:w="1474" w:type="dxa"/>
          </w:tcPr>
          <w:p w14:paraId="74BC62E1" w14:textId="77777777" w:rsidR="004B1372" w:rsidRDefault="00BB0BE3">
            <w:r>
              <w:rPr>
                <w:rFonts w:ascii="Pretendard" w:eastAsia="Pretendard" w:hAnsi="Pretendard" w:cs="Pretendard"/>
                <w:b/>
                <w:color w:val="1D0024"/>
                <w:sz w:val="16"/>
              </w:rPr>
              <w:t>숙박</w:t>
            </w:r>
            <w:r>
              <w:rPr>
                <w:rFonts w:ascii="Pretendard" w:eastAsia="Pretendard" w:hAnsi="Pretendard" w:cs="Pretendard"/>
                <w:b/>
                <w:color w:val="1D0024"/>
                <w:sz w:val="16"/>
              </w:rPr>
              <w:t>·</w:t>
            </w:r>
            <w:r>
              <w:rPr>
                <w:rFonts w:ascii="Pretendard" w:eastAsia="Pretendard" w:hAnsi="Pretendard" w:cs="Pretendard"/>
                <w:b/>
                <w:color w:val="1D0024"/>
                <w:sz w:val="16"/>
              </w:rPr>
              <w:t>여정</w:t>
            </w:r>
          </w:p>
        </w:tc>
        <w:tc>
          <w:tcPr>
            <w:tcW w:w="907" w:type="dxa"/>
          </w:tcPr>
          <w:p w14:paraId="7A2A3910" w14:textId="77777777" w:rsidR="004B1372" w:rsidRDefault="00BB0BE3">
            <w:r>
              <w:rPr>
                <w:rFonts w:ascii="Pretendard" w:eastAsia="Pretendard" w:hAnsi="Pretendard" w:cs="Pretendard"/>
                <w:color w:val="1D0024"/>
                <w:sz w:val="16"/>
              </w:rPr>
              <w:t>미확인</w:t>
            </w:r>
          </w:p>
        </w:tc>
        <w:tc>
          <w:tcPr>
            <w:tcW w:w="907" w:type="dxa"/>
          </w:tcPr>
          <w:p w14:paraId="40DC073C" w14:textId="77777777" w:rsidR="004B1372" w:rsidRDefault="00BB0BE3">
            <w:r>
              <w:rPr>
                <w:rFonts w:ascii="Pretendard" w:eastAsia="Pretendard" w:hAnsi="Pretendard" w:cs="Pretendard"/>
                <w:color w:val="1D0024"/>
                <w:sz w:val="16"/>
              </w:rPr>
              <w:t>미확인</w:t>
            </w:r>
          </w:p>
        </w:tc>
        <w:tc>
          <w:tcPr>
            <w:tcW w:w="1020" w:type="dxa"/>
          </w:tcPr>
          <w:p w14:paraId="540E5C57" w14:textId="77777777" w:rsidR="004B1372" w:rsidRDefault="00BB0BE3">
            <w:r>
              <w:rPr>
                <w:rFonts w:ascii="Pretendard" w:eastAsia="Pretendard" w:hAnsi="Pretendard" w:cs="Pretendard"/>
                <w:color w:val="1D0024"/>
                <w:sz w:val="16"/>
              </w:rPr>
              <w:t>O</w:t>
            </w:r>
          </w:p>
        </w:tc>
        <w:tc>
          <w:tcPr>
            <w:tcW w:w="907" w:type="dxa"/>
          </w:tcPr>
          <w:p w14:paraId="45F963C0" w14:textId="77777777" w:rsidR="004B1372" w:rsidRDefault="00BB0BE3">
            <w:r>
              <w:rPr>
                <w:rFonts w:ascii="Pretendard" w:eastAsia="Pretendard" w:hAnsi="Pretendard" w:cs="Pretendard"/>
                <w:color w:val="1D0024"/>
                <w:sz w:val="16"/>
              </w:rPr>
              <w:t>미확인</w:t>
            </w:r>
          </w:p>
        </w:tc>
        <w:tc>
          <w:tcPr>
            <w:tcW w:w="907" w:type="dxa"/>
          </w:tcPr>
          <w:p w14:paraId="0B74970B" w14:textId="77777777" w:rsidR="004B1372" w:rsidRDefault="00BB0BE3">
            <w:r>
              <w:rPr>
                <w:rFonts w:ascii="Pretendard" w:eastAsia="Pretendard" w:hAnsi="Pretendard" w:cs="Pretendard"/>
                <w:color w:val="1D0024"/>
                <w:sz w:val="16"/>
              </w:rPr>
              <w:t>O</w:t>
            </w:r>
          </w:p>
        </w:tc>
        <w:tc>
          <w:tcPr>
            <w:tcW w:w="907" w:type="dxa"/>
          </w:tcPr>
          <w:p w14:paraId="12D32FC1" w14:textId="77777777" w:rsidR="004B1372" w:rsidRDefault="00BB0BE3">
            <w:r>
              <w:rPr>
                <w:rFonts w:ascii="Pretendard" w:eastAsia="Pretendard" w:hAnsi="Pretendard" w:cs="Pretendard"/>
                <w:color w:val="1D0024"/>
                <w:sz w:val="16"/>
              </w:rPr>
              <w:t>O</w:t>
            </w:r>
          </w:p>
        </w:tc>
        <w:tc>
          <w:tcPr>
            <w:tcW w:w="907" w:type="dxa"/>
          </w:tcPr>
          <w:p w14:paraId="4ADBBFC7" w14:textId="77777777" w:rsidR="004B1372" w:rsidRDefault="00BB0BE3">
            <w:r>
              <w:rPr>
                <w:rFonts w:ascii="Pretendard" w:eastAsia="Pretendard" w:hAnsi="Pretendard" w:cs="Pretendard"/>
                <w:color w:val="1D0024"/>
                <w:sz w:val="16"/>
              </w:rPr>
              <w:t>안내</w:t>
            </w:r>
          </w:p>
        </w:tc>
        <w:tc>
          <w:tcPr>
            <w:tcW w:w="1361" w:type="dxa"/>
          </w:tcPr>
          <w:p w14:paraId="6B5905C3" w14:textId="77777777" w:rsidR="004B1372" w:rsidRDefault="00BB0BE3">
            <w:r>
              <w:rPr>
                <w:rFonts w:ascii="Pretendard" w:eastAsia="Pretendard" w:hAnsi="Pretendard" w:cs="Pretendard"/>
                <w:color w:val="1D0024"/>
                <w:sz w:val="16"/>
              </w:rPr>
              <w:t>제휴</w:t>
            </w:r>
            <w:r>
              <w:rPr>
                <w:rFonts w:ascii="Pretendard" w:eastAsia="Pretendard" w:hAnsi="Pretendard" w:cs="Pretendard"/>
                <w:color w:val="1D0024"/>
                <w:sz w:val="16"/>
              </w:rPr>
              <w:t xml:space="preserve"> </w:t>
            </w:r>
            <w:r>
              <w:rPr>
                <w:rFonts w:ascii="Pretendard" w:eastAsia="Pretendard" w:hAnsi="Pretendard" w:cs="Pretendard"/>
                <w:color w:val="1D0024"/>
                <w:sz w:val="16"/>
              </w:rPr>
              <w:t>링크</w:t>
            </w:r>
            <w:r>
              <w:rPr>
                <w:rFonts w:ascii="Pretendard" w:eastAsia="Pretendard" w:hAnsi="Pretendard" w:cs="Pretendard"/>
                <w:color w:val="1D0024"/>
                <w:sz w:val="16"/>
              </w:rPr>
              <w:t>(3</w:t>
            </w:r>
            <w:r>
              <w:rPr>
                <w:rFonts w:ascii="Pretendard" w:eastAsia="Pretendard" w:hAnsi="Pretendard" w:cs="Pretendard"/>
                <w:color w:val="1D0024"/>
                <w:sz w:val="16"/>
              </w:rPr>
              <w:t>단계</w:t>
            </w:r>
            <w:r>
              <w:rPr>
                <w:rFonts w:ascii="Pretendard" w:eastAsia="Pretendard" w:hAnsi="Pretendard" w:cs="Pretendard"/>
                <w:color w:val="1D0024"/>
                <w:sz w:val="16"/>
              </w:rPr>
              <w:t>)</w:t>
            </w:r>
          </w:p>
        </w:tc>
      </w:tr>
      <w:tr w:rsidR="004B1372" w14:paraId="2F524425" w14:textId="77777777">
        <w:trPr>
          <w:jc w:val="center"/>
        </w:trPr>
        <w:tc>
          <w:tcPr>
            <w:tcW w:w="1474" w:type="dxa"/>
          </w:tcPr>
          <w:p w14:paraId="7AE9D44F" w14:textId="77777777" w:rsidR="004B1372" w:rsidRDefault="00BB0BE3">
            <w:r>
              <w:rPr>
                <w:rFonts w:ascii="Pretendard" w:eastAsia="Pretendard" w:hAnsi="Pretendard" w:cs="Pretendard"/>
                <w:b/>
                <w:color w:val="1D0024"/>
                <w:sz w:val="16"/>
              </w:rPr>
              <w:t>결제</w:t>
            </w:r>
          </w:p>
        </w:tc>
        <w:tc>
          <w:tcPr>
            <w:tcW w:w="907" w:type="dxa"/>
          </w:tcPr>
          <w:p w14:paraId="7782CDC9" w14:textId="77777777" w:rsidR="004B1372" w:rsidRDefault="00BB0BE3">
            <w:r>
              <w:rPr>
                <w:rFonts w:ascii="Pretendard" w:eastAsia="Pretendard" w:hAnsi="Pretendard" w:cs="Pretendard"/>
                <w:color w:val="1D0024"/>
                <w:sz w:val="16"/>
              </w:rPr>
              <w:t>O</w:t>
            </w:r>
          </w:p>
        </w:tc>
        <w:tc>
          <w:tcPr>
            <w:tcW w:w="907" w:type="dxa"/>
          </w:tcPr>
          <w:p w14:paraId="701D9838" w14:textId="77777777" w:rsidR="004B1372" w:rsidRDefault="00BB0BE3">
            <w:r>
              <w:rPr>
                <w:rFonts w:ascii="Pretendard" w:eastAsia="Pretendard" w:hAnsi="Pretendard" w:cs="Pretendard"/>
                <w:color w:val="1D0024"/>
                <w:sz w:val="16"/>
              </w:rPr>
              <w:t>미확인</w:t>
            </w:r>
          </w:p>
        </w:tc>
        <w:tc>
          <w:tcPr>
            <w:tcW w:w="1020" w:type="dxa"/>
          </w:tcPr>
          <w:p w14:paraId="3A659474" w14:textId="77777777" w:rsidR="004B1372" w:rsidRDefault="00BB0BE3">
            <w:r>
              <w:rPr>
                <w:rFonts w:ascii="Pretendard" w:eastAsia="Pretendard" w:hAnsi="Pretendard" w:cs="Pretendard"/>
                <w:color w:val="1D0024"/>
                <w:sz w:val="16"/>
              </w:rPr>
              <w:t>O</w:t>
            </w:r>
          </w:p>
        </w:tc>
        <w:tc>
          <w:tcPr>
            <w:tcW w:w="907" w:type="dxa"/>
          </w:tcPr>
          <w:p w14:paraId="65FD0692" w14:textId="77777777" w:rsidR="004B1372" w:rsidRDefault="00BB0BE3">
            <w:r>
              <w:rPr>
                <w:rFonts w:ascii="Pretendard" w:eastAsia="Pretendard" w:hAnsi="Pretendard" w:cs="Pretendard"/>
                <w:color w:val="1D0024"/>
                <w:sz w:val="16"/>
              </w:rPr>
              <w:t>O</w:t>
            </w:r>
          </w:p>
        </w:tc>
        <w:tc>
          <w:tcPr>
            <w:tcW w:w="907" w:type="dxa"/>
          </w:tcPr>
          <w:p w14:paraId="36F2067A" w14:textId="77777777" w:rsidR="004B1372" w:rsidRDefault="00BB0BE3">
            <w:r>
              <w:rPr>
                <w:rFonts w:ascii="Pretendard" w:eastAsia="Pretendard" w:hAnsi="Pretendard" w:cs="Pretendard"/>
                <w:color w:val="1D0024"/>
                <w:sz w:val="16"/>
              </w:rPr>
              <w:t>미확인</w:t>
            </w:r>
          </w:p>
        </w:tc>
        <w:tc>
          <w:tcPr>
            <w:tcW w:w="907" w:type="dxa"/>
          </w:tcPr>
          <w:p w14:paraId="7DEF3E53" w14:textId="77777777" w:rsidR="004B1372" w:rsidRDefault="00BB0BE3">
            <w:r>
              <w:rPr>
                <w:rFonts w:ascii="Pretendard" w:eastAsia="Pretendard" w:hAnsi="Pretendard" w:cs="Pretendard"/>
                <w:color w:val="1D0024"/>
                <w:sz w:val="16"/>
              </w:rPr>
              <w:t>미확인</w:t>
            </w:r>
          </w:p>
        </w:tc>
        <w:tc>
          <w:tcPr>
            <w:tcW w:w="907" w:type="dxa"/>
          </w:tcPr>
          <w:p w14:paraId="5E36E558" w14:textId="77777777" w:rsidR="004B1372" w:rsidRDefault="00BB0BE3">
            <w:r>
              <w:rPr>
                <w:rFonts w:ascii="Pretendard" w:eastAsia="Pretendard" w:hAnsi="Pretendard" w:cs="Pretendard"/>
                <w:color w:val="1D0024"/>
                <w:sz w:val="16"/>
              </w:rPr>
              <w:t>X</w:t>
            </w:r>
          </w:p>
        </w:tc>
        <w:tc>
          <w:tcPr>
            <w:tcW w:w="1361" w:type="dxa"/>
          </w:tcPr>
          <w:p w14:paraId="7B095016" w14:textId="77777777" w:rsidR="004B1372" w:rsidRDefault="00BB0BE3">
            <w:r>
              <w:rPr>
                <w:rFonts w:ascii="Pretendard" w:eastAsia="Pretendard" w:hAnsi="Pretendard" w:cs="Pretendard"/>
                <w:color w:val="1D0024"/>
                <w:sz w:val="16"/>
              </w:rPr>
              <w:t>X(2</w:t>
            </w:r>
            <w:r>
              <w:rPr>
                <w:rFonts w:ascii="Pretendard" w:eastAsia="Pretendard" w:hAnsi="Pretendard" w:cs="Pretendard"/>
                <w:color w:val="1D0024"/>
                <w:sz w:val="16"/>
              </w:rPr>
              <w:t>단계</w:t>
            </w:r>
            <w:r>
              <w:rPr>
                <w:rFonts w:ascii="Pretendard" w:eastAsia="Pretendard" w:hAnsi="Pretendard" w:cs="Pretendard"/>
                <w:color w:val="1D0024"/>
                <w:sz w:val="16"/>
              </w:rPr>
              <w:t>)</w:t>
            </w:r>
          </w:p>
        </w:tc>
      </w:tr>
      <w:tr w:rsidR="004B1372" w14:paraId="611E65CA" w14:textId="77777777">
        <w:trPr>
          <w:jc w:val="center"/>
        </w:trPr>
        <w:tc>
          <w:tcPr>
            <w:tcW w:w="1474" w:type="dxa"/>
          </w:tcPr>
          <w:p w14:paraId="020D055B" w14:textId="77777777" w:rsidR="004B1372" w:rsidRDefault="00BB0BE3">
            <w:r>
              <w:rPr>
                <w:rFonts w:ascii="Pretendard" w:eastAsia="Pretendard" w:hAnsi="Pretendard" w:cs="Pretendard"/>
                <w:b/>
                <w:color w:val="1D0024"/>
                <w:sz w:val="16"/>
              </w:rPr>
              <w:t>병원</w:t>
            </w:r>
            <w:r>
              <w:rPr>
                <w:rFonts w:ascii="Pretendard" w:eastAsia="Pretendard" w:hAnsi="Pretendard" w:cs="Pretendard"/>
                <w:b/>
                <w:color w:val="1D0024"/>
                <w:sz w:val="16"/>
              </w:rPr>
              <w:t xml:space="preserve"> </w:t>
            </w:r>
            <w:r>
              <w:rPr>
                <w:rFonts w:ascii="Pretendard" w:eastAsia="Pretendard" w:hAnsi="Pretendard" w:cs="Pretendard"/>
                <w:b/>
                <w:color w:val="1D0024"/>
                <w:sz w:val="16"/>
              </w:rPr>
              <w:t>승인</w:t>
            </w:r>
            <w:r>
              <w:rPr>
                <w:rFonts w:ascii="Pretendard" w:eastAsia="Pretendard" w:hAnsi="Pretendard" w:cs="Pretendard"/>
                <w:b/>
                <w:color w:val="1D0024"/>
                <w:sz w:val="16"/>
              </w:rPr>
              <w:t xml:space="preserve"> </w:t>
            </w:r>
            <w:r>
              <w:rPr>
                <w:rFonts w:ascii="Pretendard" w:eastAsia="Pretendard" w:hAnsi="Pretendard" w:cs="Pretendard"/>
                <w:b/>
                <w:color w:val="1D0024"/>
                <w:sz w:val="16"/>
              </w:rPr>
              <w:t>원문</w:t>
            </w:r>
          </w:p>
        </w:tc>
        <w:tc>
          <w:tcPr>
            <w:tcW w:w="907" w:type="dxa"/>
          </w:tcPr>
          <w:p w14:paraId="4893133B" w14:textId="77777777" w:rsidR="004B1372" w:rsidRDefault="00BB0BE3">
            <w:r>
              <w:rPr>
                <w:rFonts w:ascii="Pretendard" w:eastAsia="Pretendard" w:hAnsi="Pretendard" w:cs="Pretendard"/>
                <w:color w:val="1D0024"/>
                <w:sz w:val="16"/>
              </w:rPr>
              <w:t>X</w:t>
            </w:r>
          </w:p>
        </w:tc>
        <w:tc>
          <w:tcPr>
            <w:tcW w:w="907" w:type="dxa"/>
          </w:tcPr>
          <w:p w14:paraId="4D55877E" w14:textId="77777777" w:rsidR="004B1372" w:rsidRDefault="00BB0BE3">
            <w:r>
              <w:rPr>
                <w:rFonts w:ascii="Pretendard" w:eastAsia="Pretendard" w:hAnsi="Pretendard" w:cs="Pretendard"/>
                <w:color w:val="1D0024"/>
                <w:sz w:val="16"/>
              </w:rPr>
              <w:t>X</w:t>
            </w:r>
          </w:p>
        </w:tc>
        <w:tc>
          <w:tcPr>
            <w:tcW w:w="1020" w:type="dxa"/>
          </w:tcPr>
          <w:p w14:paraId="653BBB12" w14:textId="77777777" w:rsidR="004B1372" w:rsidRDefault="00BB0BE3">
            <w:r>
              <w:rPr>
                <w:rFonts w:ascii="Pretendard" w:eastAsia="Pretendard" w:hAnsi="Pretendard" w:cs="Pretendard"/>
                <w:color w:val="1D0024"/>
                <w:sz w:val="16"/>
              </w:rPr>
              <w:t>X</w:t>
            </w:r>
          </w:p>
        </w:tc>
        <w:tc>
          <w:tcPr>
            <w:tcW w:w="907" w:type="dxa"/>
          </w:tcPr>
          <w:p w14:paraId="3F849AA0" w14:textId="77777777" w:rsidR="004B1372" w:rsidRDefault="00BB0BE3">
            <w:r>
              <w:rPr>
                <w:rFonts w:ascii="Pretendard" w:eastAsia="Pretendard" w:hAnsi="Pretendard" w:cs="Pretendard"/>
                <w:color w:val="1D0024"/>
                <w:sz w:val="16"/>
              </w:rPr>
              <w:t>X</w:t>
            </w:r>
          </w:p>
        </w:tc>
        <w:tc>
          <w:tcPr>
            <w:tcW w:w="907" w:type="dxa"/>
          </w:tcPr>
          <w:p w14:paraId="5D2CB3FB" w14:textId="77777777" w:rsidR="004B1372" w:rsidRDefault="00BB0BE3">
            <w:r>
              <w:rPr>
                <w:rFonts w:ascii="Pretendard" w:eastAsia="Pretendard" w:hAnsi="Pretendard" w:cs="Pretendard"/>
                <w:color w:val="1D0024"/>
                <w:sz w:val="16"/>
              </w:rPr>
              <w:t>X</w:t>
            </w:r>
          </w:p>
        </w:tc>
        <w:tc>
          <w:tcPr>
            <w:tcW w:w="907" w:type="dxa"/>
          </w:tcPr>
          <w:p w14:paraId="17018571" w14:textId="77777777" w:rsidR="004B1372" w:rsidRDefault="00BB0BE3">
            <w:r>
              <w:rPr>
                <w:rFonts w:ascii="Pretendard" w:eastAsia="Pretendard" w:hAnsi="Pretendard" w:cs="Pretendard"/>
                <w:color w:val="1D0024"/>
                <w:sz w:val="16"/>
              </w:rPr>
              <w:t>X</w:t>
            </w:r>
          </w:p>
        </w:tc>
        <w:tc>
          <w:tcPr>
            <w:tcW w:w="907" w:type="dxa"/>
          </w:tcPr>
          <w:p w14:paraId="3069110D" w14:textId="77777777" w:rsidR="004B1372" w:rsidRDefault="00BB0BE3">
            <w:r>
              <w:rPr>
                <w:rFonts w:ascii="Pretendard" w:eastAsia="Pretendard" w:hAnsi="Pretendard" w:cs="Pretendard"/>
                <w:color w:val="1D0024"/>
                <w:sz w:val="16"/>
              </w:rPr>
              <w:t>X</w:t>
            </w:r>
          </w:p>
        </w:tc>
        <w:tc>
          <w:tcPr>
            <w:tcW w:w="1361" w:type="dxa"/>
          </w:tcPr>
          <w:p w14:paraId="49BFE0C3" w14:textId="77777777" w:rsidR="004B1372" w:rsidRDefault="00BB0BE3">
            <w:r>
              <w:rPr>
                <w:rFonts w:ascii="Pretendard" w:eastAsia="Pretendard" w:hAnsi="Pretendard" w:cs="Pretendard"/>
                <w:color w:val="1D0024"/>
                <w:sz w:val="16"/>
              </w:rPr>
              <w:t>O</w:t>
            </w:r>
          </w:p>
        </w:tc>
      </w:tr>
      <w:tr w:rsidR="004B1372" w14:paraId="727B3DD0" w14:textId="77777777">
        <w:trPr>
          <w:jc w:val="center"/>
        </w:trPr>
        <w:tc>
          <w:tcPr>
            <w:tcW w:w="1474" w:type="dxa"/>
          </w:tcPr>
          <w:p w14:paraId="6633E520" w14:textId="77777777" w:rsidR="004B1372" w:rsidRDefault="00BB0BE3">
            <w:r>
              <w:rPr>
                <w:rFonts w:ascii="Pretendard" w:eastAsia="Pretendard" w:hAnsi="Pretendard" w:cs="Pretendard"/>
                <w:b/>
                <w:color w:val="1D0024"/>
                <w:sz w:val="16"/>
              </w:rPr>
              <w:t xml:space="preserve">AI </w:t>
            </w:r>
            <w:r>
              <w:rPr>
                <w:rFonts w:ascii="Pretendard" w:eastAsia="Pretendard" w:hAnsi="Pretendard" w:cs="Pretendard"/>
                <w:b/>
                <w:color w:val="1D0024"/>
                <w:sz w:val="16"/>
              </w:rPr>
              <w:t>인용</w:t>
            </w:r>
            <w:r>
              <w:rPr>
                <w:rFonts w:ascii="Pretendard" w:eastAsia="Pretendard" w:hAnsi="Pretendard" w:cs="Pretendard"/>
                <w:b/>
                <w:color w:val="1D0024"/>
                <w:sz w:val="16"/>
              </w:rPr>
              <w:t xml:space="preserve"> </w:t>
            </w:r>
            <w:r>
              <w:rPr>
                <w:rFonts w:ascii="Pretendard" w:eastAsia="Pretendard" w:hAnsi="Pretendard" w:cs="Pretendard"/>
                <w:b/>
                <w:color w:val="1D0024"/>
                <w:sz w:val="16"/>
              </w:rPr>
              <w:t>실측</w:t>
            </w:r>
            <w:r>
              <w:rPr>
                <w:rFonts w:ascii="Pretendard" w:eastAsia="Pretendard" w:hAnsi="Pretendard" w:cs="Pretendard"/>
                <w:b/>
                <w:color w:val="1D0024"/>
                <w:sz w:val="16"/>
              </w:rPr>
              <w:t>·</w:t>
            </w:r>
            <w:r>
              <w:rPr>
                <w:rFonts w:ascii="Pretendard" w:eastAsia="Pretendard" w:hAnsi="Pretendard" w:cs="Pretendard"/>
                <w:b/>
                <w:color w:val="1D0024"/>
                <w:sz w:val="16"/>
              </w:rPr>
              <w:t>리포트</w:t>
            </w:r>
          </w:p>
        </w:tc>
        <w:tc>
          <w:tcPr>
            <w:tcW w:w="907" w:type="dxa"/>
          </w:tcPr>
          <w:p w14:paraId="6FE9E84B" w14:textId="77777777" w:rsidR="004B1372" w:rsidRDefault="00BB0BE3">
            <w:r>
              <w:rPr>
                <w:rFonts w:ascii="Pretendard" w:eastAsia="Pretendard" w:hAnsi="Pretendard" w:cs="Pretendard"/>
                <w:color w:val="1D0024"/>
                <w:sz w:val="16"/>
              </w:rPr>
              <w:t>X</w:t>
            </w:r>
          </w:p>
        </w:tc>
        <w:tc>
          <w:tcPr>
            <w:tcW w:w="907" w:type="dxa"/>
          </w:tcPr>
          <w:p w14:paraId="7B81861F" w14:textId="77777777" w:rsidR="004B1372" w:rsidRDefault="00BB0BE3">
            <w:r>
              <w:rPr>
                <w:rFonts w:ascii="Pretendard" w:eastAsia="Pretendard" w:hAnsi="Pretendard" w:cs="Pretendard"/>
                <w:color w:val="1D0024"/>
                <w:sz w:val="16"/>
              </w:rPr>
              <w:t>X</w:t>
            </w:r>
          </w:p>
        </w:tc>
        <w:tc>
          <w:tcPr>
            <w:tcW w:w="1020" w:type="dxa"/>
          </w:tcPr>
          <w:p w14:paraId="33033D49" w14:textId="77777777" w:rsidR="004B1372" w:rsidRDefault="00BB0BE3">
            <w:r>
              <w:rPr>
                <w:rFonts w:ascii="Pretendard" w:eastAsia="Pretendard" w:hAnsi="Pretendard" w:cs="Pretendard"/>
                <w:color w:val="1D0024"/>
                <w:sz w:val="16"/>
              </w:rPr>
              <w:t>X</w:t>
            </w:r>
          </w:p>
        </w:tc>
        <w:tc>
          <w:tcPr>
            <w:tcW w:w="907" w:type="dxa"/>
          </w:tcPr>
          <w:p w14:paraId="1E52F443" w14:textId="77777777" w:rsidR="004B1372" w:rsidRDefault="00BB0BE3">
            <w:r>
              <w:rPr>
                <w:rFonts w:ascii="Pretendard" w:eastAsia="Pretendard" w:hAnsi="Pretendard" w:cs="Pretendard"/>
                <w:color w:val="1D0024"/>
                <w:sz w:val="16"/>
              </w:rPr>
              <w:t>X</w:t>
            </w:r>
          </w:p>
        </w:tc>
        <w:tc>
          <w:tcPr>
            <w:tcW w:w="907" w:type="dxa"/>
          </w:tcPr>
          <w:p w14:paraId="6F71608A" w14:textId="77777777" w:rsidR="004B1372" w:rsidRDefault="00BB0BE3">
            <w:r>
              <w:rPr>
                <w:rFonts w:ascii="Pretendard" w:eastAsia="Pretendard" w:hAnsi="Pretendard" w:cs="Pretendard"/>
                <w:color w:val="1D0024"/>
                <w:sz w:val="16"/>
              </w:rPr>
              <w:t>X</w:t>
            </w:r>
          </w:p>
        </w:tc>
        <w:tc>
          <w:tcPr>
            <w:tcW w:w="907" w:type="dxa"/>
          </w:tcPr>
          <w:p w14:paraId="6B9182CB" w14:textId="77777777" w:rsidR="004B1372" w:rsidRDefault="00BB0BE3">
            <w:r>
              <w:rPr>
                <w:rFonts w:ascii="Pretendard" w:eastAsia="Pretendard" w:hAnsi="Pretendard" w:cs="Pretendard"/>
                <w:color w:val="1D0024"/>
                <w:sz w:val="16"/>
              </w:rPr>
              <w:t>X</w:t>
            </w:r>
          </w:p>
        </w:tc>
        <w:tc>
          <w:tcPr>
            <w:tcW w:w="907" w:type="dxa"/>
          </w:tcPr>
          <w:p w14:paraId="48539EE8" w14:textId="77777777" w:rsidR="004B1372" w:rsidRDefault="00BB0BE3">
            <w:r>
              <w:rPr>
                <w:rFonts w:ascii="Pretendard" w:eastAsia="Pretendard" w:hAnsi="Pretendard" w:cs="Pretendard"/>
                <w:color w:val="1D0024"/>
                <w:sz w:val="16"/>
              </w:rPr>
              <w:t>X</w:t>
            </w:r>
          </w:p>
        </w:tc>
        <w:tc>
          <w:tcPr>
            <w:tcW w:w="1361" w:type="dxa"/>
          </w:tcPr>
          <w:p w14:paraId="4B03F92E" w14:textId="77777777" w:rsidR="004B1372" w:rsidRDefault="00BB0BE3">
            <w:r>
              <w:rPr>
                <w:rFonts w:ascii="Pretendard" w:eastAsia="Pretendard" w:hAnsi="Pretendard" w:cs="Pretendard"/>
                <w:color w:val="1D0024"/>
                <w:sz w:val="16"/>
              </w:rPr>
              <w:t>O</w:t>
            </w:r>
          </w:p>
        </w:tc>
      </w:tr>
    </w:tbl>
    <w:p w14:paraId="7CFF482C" w14:textId="77777777" w:rsidR="004B1372" w:rsidRDefault="004B1372">
      <w:pPr>
        <w:spacing w:after="40"/>
      </w:pPr>
    </w:p>
    <w:p w14:paraId="6880CAAD" w14:textId="77777777" w:rsidR="004B1372" w:rsidRDefault="00BB0BE3">
      <w:pPr>
        <w:spacing w:after="120" w:line="324" w:lineRule="auto"/>
      </w:pPr>
      <w:r>
        <w:rPr>
          <w:rFonts w:ascii="Pretendard" w:eastAsia="Pretendard" w:hAnsi="Pretendard" w:cs="Pretendard"/>
          <w:color w:val="555560"/>
          <w:sz w:val="20"/>
        </w:rPr>
        <w:t xml:space="preserve">O: </w:t>
      </w:r>
      <w:r>
        <w:rPr>
          <w:rFonts w:ascii="Pretendard" w:eastAsia="Pretendard" w:hAnsi="Pretendard" w:cs="Pretendard"/>
          <w:color w:val="555560"/>
          <w:sz w:val="20"/>
        </w:rPr>
        <w:t>제공</w:t>
      </w:r>
      <w:r>
        <w:rPr>
          <w:rFonts w:ascii="Pretendard" w:eastAsia="Pretendard" w:hAnsi="Pretendard" w:cs="Pretendard"/>
          <w:color w:val="555560"/>
          <w:sz w:val="20"/>
        </w:rPr>
        <w:t xml:space="preserve"> </w:t>
      </w:r>
      <w:r>
        <w:rPr>
          <w:rFonts w:ascii="Pretendard" w:eastAsia="Pretendard" w:hAnsi="Pretendard" w:cs="Pretendard"/>
          <w:color w:val="555560"/>
          <w:sz w:val="20"/>
        </w:rPr>
        <w:t>확인</w:t>
      </w:r>
      <w:r>
        <w:rPr>
          <w:rFonts w:ascii="Pretendard" w:eastAsia="Pretendard" w:hAnsi="Pretendard" w:cs="Pretendard"/>
          <w:color w:val="555560"/>
          <w:sz w:val="20"/>
        </w:rPr>
        <w:t xml:space="preserve">, X: </w:t>
      </w:r>
      <w:r>
        <w:rPr>
          <w:rFonts w:ascii="Pretendard" w:eastAsia="Pretendard" w:hAnsi="Pretendard" w:cs="Pretendard"/>
          <w:color w:val="555560"/>
          <w:sz w:val="20"/>
        </w:rPr>
        <w:t>제공하지</w:t>
      </w:r>
      <w:r>
        <w:rPr>
          <w:rFonts w:ascii="Pretendard" w:eastAsia="Pretendard" w:hAnsi="Pretendard" w:cs="Pretendard"/>
          <w:color w:val="555560"/>
          <w:sz w:val="20"/>
        </w:rPr>
        <w:t xml:space="preserve"> </w:t>
      </w:r>
      <w:r>
        <w:rPr>
          <w:rFonts w:ascii="Pretendard" w:eastAsia="Pretendard" w:hAnsi="Pretendard" w:cs="Pretendard"/>
          <w:color w:val="555560"/>
          <w:sz w:val="20"/>
        </w:rPr>
        <w:t>않음</w:t>
      </w:r>
      <w:r>
        <w:rPr>
          <w:rFonts w:ascii="Pretendard" w:eastAsia="Pretendard" w:hAnsi="Pretendard" w:cs="Pretendard"/>
          <w:color w:val="555560"/>
          <w:sz w:val="20"/>
        </w:rPr>
        <w:t xml:space="preserve"> </w:t>
      </w:r>
      <w:r>
        <w:rPr>
          <w:rFonts w:ascii="Pretendard" w:eastAsia="Pretendard" w:hAnsi="Pretendard" w:cs="Pretendard"/>
          <w:color w:val="555560"/>
          <w:sz w:val="20"/>
        </w:rPr>
        <w:t>또는</w:t>
      </w:r>
      <w:r>
        <w:rPr>
          <w:rFonts w:ascii="Pretendard" w:eastAsia="Pretendard" w:hAnsi="Pretendard" w:cs="Pretendard"/>
          <w:color w:val="555560"/>
          <w:sz w:val="20"/>
        </w:rPr>
        <w:t xml:space="preserve"> </w:t>
      </w:r>
      <w:r>
        <w:rPr>
          <w:rFonts w:ascii="Pretendard" w:eastAsia="Pretendard" w:hAnsi="Pretendard" w:cs="Pretendard"/>
          <w:color w:val="555560"/>
          <w:sz w:val="20"/>
        </w:rPr>
        <w:t>해당</w:t>
      </w:r>
      <w:r>
        <w:rPr>
          <w:rFonts w:ascii="Pretendard" w:eastAsia="Pretendard" w:hAnsi="Pretendard" w:cs="Pretendard"/>
          <w:color w:val="555560"/>
          <w:sz w:val="20"/>
        </w:rPr>
        <w:t xml:space="preserve"> </w:t>
      </w:r>
      <w:r>
        <w:rPr>
          <w:rFonts w:ascii="Pretendard" w:eastAsia="Pretendard" w:hAnsi="Pretendard" w:cs="Pretendard"/>
          <w:color w:val="555560"/>
          <w:sz w:val="20"/>
        </w:rPr>
        <w:t>없음</w:t>
      </w:r>
      <w:r>
        <w:rPr>
          <w:rFonts w:ascii="Pretendard" w:eastAsia="Pretendard" w:hAnsi="Pretendard" w:cs="Pretendard"/>
          <w:color w:val="555560"/>
          <w:sz w:val="20"/>
        </w:rPr>
        <w:t xml:space="preserve">, </w:t>
      </w:r>
      <w:r>
        <w:rPr>
          <w:rFonts w:ascii="Pretendard" w:eastAsia="Pretendard" w:hAnsi="Pretendard" w:cs="Pretendard"/>
          <w:color w:val="555560"/>
          <w:sz w:val="20"/>
        </w:rPr>
        <w:t>미확인</w:t>
      </w:r>
      <w:r>
        <w:rPr>
          <w:rFonts w:ascii="Pretendard" w:eastAsia="Pretendard" w:hAnsi="Pretendard" w:cs="Pretendard"/>
          <w:color w:val="555560"/>
          <w:sz w:val="20"/>
        </w:rPr>
        <w:t xml:space="preserve">: </w:t>
      </w:r>
      <w:r>
        <w:rPr>
          <w:rFonts w:ascii="Pretendard" w:eastAsia="Pretendard" w:hAnsi="Pretendard" w:cs="Pretendard"/>
          <w:color w:val="555560"/>
          <w:sz w:val="20"/>
        </w:rPr>
        <w:t>공개</w:t>
      </w:r>
      <w:r>
        <w:rPr>
          <w:rFonts w:ascii="Pretendard" w:eastAsia="Pretendard" w:hAnsi="Pretendard" w:cs="Pretendard"/>
          <w:color w:val="555560"/>
          <w:sz w:val="20"/>
        </w:rPr>
        <w:t xml:space="preserve"> </w:t>
      </w:r>
      <w:r>
        <w:rPr>
          <w:rFonts w:ascii="Pretendard" w:eastAsia="Pretendard" w:hAnsi="Pretendard" w:cs="Pretendard"/>
          <w:color w:val="555560"/>
          <w:sz w:val="20"/>
        </w:rPr>
        <w:t>자료로</w:t>
      </w:r>
      <w:r>
        <w:rPr>
          <w:rFonts w:ascii="Pretendard" w:eastAsia="Pretendard" w:hAnsi="Pretendard" w:cs="Pretendard"/>
          <w:color w:val="555560"/>
          <w:sz w:val="20"/>
        </w:rPr>
        <w:t xml:space="preserve"> </w:t>
      </w:r>
      <w:r>
        <w:rPr>
          <w:rFonts w:ascii="Pretendard" w:eastAsia="Pretendard" w:hAnsi="Pretendard" w:cs="Pretendard"/>
          <w:color w:val="555560"/>
          <w:sz w:val="20"/>
        </w:rPr>
        <w:t>확인</w:t>
      </w:r>
      <w:r>
        <w:rPr>
          <w:rFonts w:ascii="Pretendard" w:eastAsia="Pretendard" w:hAnsi="Pretendard" w:cs="Pretendard"/>
          <w:color w:val="555560"/>
          <w:sz w:val="20"/>
        </w:rPr>
        <w:t xml:space="preserve"> </w:t>
      </w:r>
      <w:r>
        <w:rPr>
          <w:rFonts w:ascii="Pretendard" w:eastAsia="Pretendard" w:hAnsi="Pretendard" w:cs="Pretendard"/>
          <w:color w:val="555560"/>
          <w:sz w:val="20"/>
        </w:rPr>
        <w:t>못</w:t>
      </w:r>
      <w:r>
        <w:rPr>
          <w:rFonts w:ascii="Pretendard" w:eastAsia="Pretendard" w:hAnsi="Pretendard" w:cs="Pretendard"/>
          <w:color w:val="555560"/>
          <w:sz w:val="20"/>
        </w:rPr>
        <w:t xml:space="preserve"> </w:t>
      </w:r>
      <w:r>
        <w:rPr>
          <w:rFonts w:ascii="Pretendard" w:eastAsia="Pretendard" w:hAnsi="Pretendard" w:cs="Pretendard"/>
          <w:color w:val="555560"/>
          <w:sz w:val="20"/>
        </w:rPr>
        <w:t>함</w:t>
      </w:r>
      <w:r>
        <w:rPr>
          <w:rFonts w:ascii="Pretendard" w:eastAsia="Pretendard" w:hAnsi="Pretendard" w:cs="Pretendard"/>
          <w:color w:val="555560"/>
          <w:sz w:val="20"/>
        </w:rPr>
        <w:t xml:space="preserve">. </w:t>
      </w:r>
      <w:r>
        <w:rPr>
          <w:rFonts w:ascii="Pretendard" w:eastAsia="Pretendard" w:hAnsi="Pretendard" w:cs="Pretendard"/>
          <w:color w:val="555560"/>
          <w:sz w:val="20"/>
        </w:rPr>
        <w:t>병원</w:t>
      </w:r>
      <w:r>
        <w:rPr>
          <w:rFonts w:ascii="Pretendard" w:eastAsia="Pretendard" w:hAnsi="Pretendard" w:cs="Pretendard"/>
          <w:color w:val="555560"/>
          <w:sz w:val="20"/>
        </w:rPr>
        <w:t xml:space="preserve"> </w:t>
      </w:r>
      <w:r>
        <w:rPr>
          <w:rFonts w:ascii="Pretendard" w:eastAsia="Pretendard" w:hAnsi="Pretendard" w:cs="Pretendard"/>
          <w:color w:val="555560"/>
          <w:sz w:val="20"/>
        </w:rPr>
        <w:t>승인</w:t>
      </w:r>
      <w:r>
        <w:rPr>
          <w:rFonts w:ascii="Pretendard" w:eastAsia="Pretendard" w:hAnsi="Pretendard" w:cs="Pretendard"/>
          <w:color w:val="555560"/>
          <w:sz w:val="20"/>
        </w:rPr>
        <w:t xml:space="preserve"> </w:t>
      </w:r>
      <w:r>
        <w:rPr>
          <w:rFonts w:ascii="Pretendard" w:eastAsia="Pretendard" w:hAnsi="Pretendard" w:cs="Pretendard"/>
          <w:color w:val="555560"/>
          <w:sz w:val="20"/>
        </w:rPr>
        <w:t>원문과</w:t>
      </w:r>
      <w:r>
        <w:rPr>
          <w:rFonts w:ascii="Pretendard" w:eastAsia="Pretendard" w:hAnsi="Pretendard" w:cs="Pretendard"/>
          <w:color w:val="555560"/>
          <w:sz w:val="20"/>
        </w:rPr>
        <w:t xml:space="preserve"> AI </w:t>
      </w:r>
      <w:r>
        <w:rPr>
          <w:rFonts w:ascii="Pretendard" w:eastAsia="Pretendard" w:hAnsi="Pretendard" w:cs="Pretendard"/>
          <w:color w:val="555560"/>
          <w:sz w:val="20"/>
        </w:rPr>
        <w:t>인용</w:t>
      </w:r>
      <w:r>
        <w:rPr>
          <w:rFonts w:ascii="Pretendard" w:eastAsia="Pretendard" w:hAnsi="Pretendard" w:cs="Pretendard"/>
          <w:color w:val="555560"/>
          <w:sz w:val="20"/>
        </w:rPr>
        <w:t xml:space="preserve"> </w:t>
      </w:r>
      <w:r>
        <w:rPr>
          <w:rFonts w:ascii="Pretendard" w:eastAsia="Pretendard" w:hAnsi="Pretendard" w:cs="Pretendard"/>
          <w:color w:val="555560"/>
          <w:sz w:val="20"/>
        </w:rPr>
        <w:t>실측은</w:t>
      </w:r>
      <w:r>
        <w:rPr>
          <w:rFonts w:ascii="Pretendard" w:eastAsia="Pretendard" w:hAnsi="Pretendard" w:cs="Pretendard"/>
          <w:color w:val="555560"/>
          <w:sz w:val="20"/>
        </w:rPr>
        <w:t xml:space="preserve"> </w:t>
      </w:r>
      <w:r>
        <w:rPr>
          <w:rFonts w:ascii="Pretendard" w:eastAsia="Pretendard" w:hAnsi="Pretendard" w:cs="Pretendard"/>
          <w:color w:val="555560"/>
          <w:sz w:val="20"/>
        </w:rPr>
        <w:t>공개</w:t>
      </w:r>
      <w:r>
        <w:rPr>
          <w:rFonts w:ascii="Pretendard" w:eastAsia="Pretendard" w:hAnsi="Pretendard" w:cs="Pretendard"/>
          <w:color w:val="555560"/>
          <w:sz w:val="20"/>
        </w:rPr>
        <w:t xml:space="preserve"> </w:t>
      </w:r>
      <w:r>
        <w:rPr>
          <w:rFonts w:ascii="Pretendard" w:eastAsia="Pretendard" w:hAnsi="Pretendard" w:cs="Pretendard"/>
          <w:color w:val="555560"/>
          <w:sz w:val="20"/>
        </w:rPr>
        <w:t>자료에서</w:t>
      </w:r>
      <w:r>
        <w:rPr>
          <w:rFonts w:ascii="Pretendard" w:eastAsia="Pretendard" w:hAnsi="Pretendard" w:cs="Pretendard"/>
          <w:color w:val="555560"/>
          <w:sz w:val="20"/>
        </w:rPr>
        <w:t xml:space="preserve"> </w:t>
      </w:r>
      <w:r>
        <w:rPr>
          <w:rFonts w:ascii="Pretendard" w:eastAsia="Pretendard" w:hAnsi="Pretendard" w:cs="Pretendard"/>
          <w:color w:val="555560"/>
          <w:sz w:val="20"/>
        </w:rPr>
        <w:t>다른</w:t>
      </w:r>
      <w:r>
        <w:rPr>
          <w:rFonts w:ascii="Pretendard" w:eastAsia="Pretendard" w:hAnsi="Pretendard" w:cs="Pretendard"/>
          <w:color w:val="555560"/>
          <w:sz w:val="20"/>
        </w:rPr>
        <w:t xml:space="preserve"> </w:t>
      </w:r>
      <w:r>
        <w:rPr>
          <w:rFonts w:ascii="Pretendard" w:eastAsia="Pretendard" w:hAnsi="Pretendard" w:cs="Pretendard"/>
          <w:color w:val="555560"/>
          <w:sz w:val="20"/>
        </w:rPr>
        <w:t>사업자의</w:t>
      </w:r>
      <w:r>
        <w:rPr>
          <w:rFonts w:ascii="Pretendard" w:eastAsia="Pretendard" w:hAnsi="Pretendard" w:cs="Pretendard"/>
          <w:color w:val="555560"/>
          <w:sz w:val="20"/>
        </w:rPr>
        <w:t xml:space="preserve"> </w:t>
      </w:r>
      <w:r>
        <w:rPr>
          <w:rFonts w:ascii="Pretendard" w:eastAsia="Pretendard" w:hAnsi="Pretendard" w:cs="Pretendard"/>
          <w:color w:val="555560"/>
          <w:sz w:val="20"/>
        </w:rPr>
        <w:t>제공</w:t>
      </w:r>
      <w:r>
        <w:rPr>
          <w:rFonts w:ascii="Pretendard" w:eastAsia="Pretendard" w:hAnsi="Pretendard" w:cs="Pretendard"/>
          <w:color w:val="555560"/>
          <w:sz w:val="20"/>
        </w:rPr>
        <w:t xml:space="preserve"> </w:t>
      </w:r>
      <w:r>
        <w:rPr>
          <w:rFonts w:ascii="Pretendard" w:eastAsia="Pretendard" w:hAnsi="Pretendard" w:cs="Pretendard"/>
          <w:color w:val="555560"/>
          <w:sz w:val="20"/>
        </w:rPr>
        <w:t>사실을</w:t>
      </w:r>
      <w:r>
        <w:rPr>
          <w:rFonts w:ascii="Pretendard" w:eastAsia="Pretendard" w:hAnsi="Pretendard" w:cs="Pretendard"/>
          <w:color w:val="555560"/>
          <w:sz w:val="20"/>
        </w:rPr>
        <w:t xml:space="preserve"> </w:t>
      </w:r>
      <w:r>
        <w:rPr>
          <w:rFonts w:ascii="Pretendard" w:eastAsia="Pretendard" w:hAnsi="Pretendard" w:cs="Pretendard"/>
          <w:color w:val="555560"/>
          <w:sz w:val="20"/>
        </w:rPr>
        <w:t>찾지</w:t>
      </w:r>
      <w:r>
        <w:rPr>
          <w:rFonts w:ascii="Pretendard" w:eastAsia="Pretendard" w:hAnsi="Pretendard" w:cs="Pretendard"/>
          <w:color w:val="555560"/>
          <w:sz w:val="20"/>
        </w:rPr>
        <w:t xml:space="preserve"> </w:t>
      </w:r>
      <w:r>
        <w:rPr>
          <w:rFonts w:ascii="Pretendard" w:eastAsia="Pretendard" w:hAnsi="Pretendard" w:cs="Pretendard"/>
          <w:color w:val="555560"/>
          <w:sz w:val="20"/>
        </w:rPr>
        <w:t>못한</w:t>
      </w:r>
      <w:r>
        <w:rPr>
          <w:rFonts w:ascii="Pretendard" w:eastAsia="Pretendard" w:hAnsi="Pretendard" w:cs="Pretendard"/>
          <w:color w:val="555560"/>
          <w:sz w:val="20"/>
        </w:rPr>
        <w:t xml:space="preserve"> </w:t>
      </w:r>
      <w:r>
        <w:rPr>
          <w:rFonts w:ascii="Pretendard" w:eastAsia="Pretendard" w:hAnsi="Pretendard" w:cs="Pretendard"/>
          <w:color w:val="555560"/>
          <w:sz w:val="20"/>
        </w:rPr>
        <w:t>항목입니다</w:t>
      </w:r>
      <w:r>
        <w:rPr>
          <w:rFonts w:ascii="Pretendard" w:eastAsia="Pretendard" w:hAnsi="Pretendard" w:cs="Pretendard"/>
          <w:color w:val="555560"/>
          <w:sz w:val="20"/>
        </w:rPr>
        <w:t>.</w:t>
      </w:r>
    </w:p>
    <w:p w14:paraId="2FEC3114" w14:textId="77777777" w:rsidR="004B1372" w:rsidRDefault="00BB0BE3">
      <w:pPr>
        <w:keepNext/>
        <w:spacing w:before="200" w:after="160"/>
      </w:pPr>
      <w:r>
        <w:rPr>
          <w:rFonts w:ascii="Pretendard" w:eastAsia="Pretendard" w:hAnsi="Pretendard" w:cs="Pretendard"/>
          <w:b/>
          <w:color w:val="4F1DA1"/>
          <w:sz w:val="26"/>
        </w:rPr>
        <w:lastRenderedPageBreak/>
        <w:t xml:space="preserve">4-4. </w:t>
      </w:r>
      <w:r>
        <w:rPr>
          <w:rFonts w:ascii="Pretendard" w:eastAsia="Pretendard" w:hAnsi="Pretendard" w:cs="Pretendard"/>
          <w:b/>
          <w:color w:val="4F1DA1"/>
          <w:sz w:val="26"/>
        </w:rPr>
        <w:t>수익</w:t>
      </w:r>
      <w:r>
        <w:rPr>
          <w:rFonts w:ascii="Pretendard" w:eastAsia="Pretendard" w:hAnsi="Pretendard" w:cs="Pretendard"/>
          <w:b/>
          <w:color w:val="4F1DA1"/>
          <w:sz w:val="26"/>
        </w:rPr>
        <w:t xml:space="preserve"> </w:t>
      </w:r>
      <w:r>
        <w:rPr>
          <w:rFonts w:ascii="Pretendard" w:eastAsia="Pretendard" w:hAnsi="Pretendard" w:cs="Pretendard"/>
          <w:b/>
          <w:color w:val="4F1DA1"/>
          <w:sz w:val="26"/>
        </w:rPr>
        <w:t>모델과</w:t>
      </w:r>
      <w:r>
        <w:rPr>
          <w:rFonts w:ascii="Pretendard" w:eastAsia="Pretendard" w:hAnsi="Pretendard" w:cs="Pretendard"/>
          <w:b/>
          <w:color w:val="4F1DA1"/>
          <w:sz w:val="26"/>
        </w:rPr>
        <w:t xml:space="preserve"> </w:t>
      </w:r>
      <w:r>
        <w:rPr>
          <w:rFonts w:ascii="Pretendard" w:eastAsia="Pretendard" w:hAnsi="Pretendard" w:cs="Pretendard"/>
          <w:b/>
          <w:color w:val="4F1DA1"/>
          <w:sz w:val="26"/>
        </w:rPr>
        <w:t>규제</w:t>
      </w:r>
      <w:r>
        <w:rPr>
          <w:rFonts w:ascii="Pretendard" w:eastAsia="Pretendard" w:hAnsi="Pretendard" w:cs="Pretendard"/>
          <w:b/>
          <w:color w:val="4F1DA1"/>
          <w:sz w:val="26"/>
        </w:rPr>
        <w:t xml:space="preserve"> </w:t>
      </w:r>
      <w:r>
        <w:rPr>
          <w:rFonts w:ascii="Pretendard" w:eastAsia="Pretendard" w:hAnsi="Pretendard" w:cs="Pretendard"/>
          <w:b/>
          <w:color w:val="4F1DA1"/>
          <w:sz w:val="26"/>
        </w:rPr>
        <w:t>대응</w:t>
      </w:r>
    </w:p>
    <w:tbl>
      <w:tblPr>
        <w:tblStyle w:val="af9"/>
        <w:tblW w:w="0" w:type="auto"/>
        <w:jc w:val="center"/>
        <w:tblLayout w:type="fixed"/>
        <w:tblLook w:val="04A0" w:firstRow="1" w:lastRow="0" w:firstColumn="1" w:lastColumn="0" w:noHBand="0" w:noVBand="1"/>
      </w:tblPr>
      <w:tblGrid>
        <w:gridCol w:w="1701"/>
        <w:gridCol w:w="2608"/>
        <w:gridCol w:w="2721"/>
        <w:gridCol w:w="2608"/>
      </w:tblGrid>
      <w:tr w:rsidR="004B1372" w14:paraId="2D3C2577" w14:textId="77777777">
        <w:trPr>
          <w:cantSplit/>
          <w:tblHeader/>
          <w:jc w:val="center"/>
        </w:trPr>
        <w:tc>
          <w:tcPr>
            <w:tcW w:w="1701" w:type="dxa"/>
            <w:shd w:val="clear" w:color="auto" w:fill="1D0024"/>
          </w:tcPr>
          <w:p w14:paraId="1323AB21" w14:textId="77777777" w:rsidR="004B1372" w:rsidRDefault="00BB0BE3">
            <w:r>
              <w:rPr>
                <w:rFonts w:ascii="Pretendard" w:eastAsia="Pretendard" w:hAnsi="Pretendard" w:cs="Pretendard"/>
                <w:b/>
                <w:color w:val="FFFFFF"/>
                <w:sz w:val="18"/>
              </w:rPr>
              <w:t>사업자</w:t>
            </w:r>
          </w:p>
        </w:tc>
        <w:tc>
          <w:tcPr>
            <w:tcW w:w="2608" w:type="dxa"/>
            <w:shd w:val="clear" w:color="auto" w:fill="1D0024"/>
          </w:tcPr>
          <w:p w14:paraId="5A68C2D0" w14:textId="77777777" w:rsidR="004B1372" w:rsidRDefault="00BB0BE3">
            <w:r>
              <w:rPr>
                <w:rFonts w:ascii="Pretendard" w:eastAsia="Pretendard" w:hAnsi="Pretendard" w:cs="Pretendard"/>
                <w:b/>
                <w:color w:val="FFFFFF"/>
                <w:sz w:val="18"/>
              </w:rPr>
              <w:t>수익</w:t>
            </w:r>
            <w:r>
              <w:rPr>
                <w:rFonts w:ascii="Pretendard" w:eastAsia="Pretendard" w:hAnsi="Pretendard" w:cs="Pretendard"/>
                <w:b/>
                <w:color w:val="FFFFFF"/>
                <w:sz w:val="18"/>
              </w:rPr>
              <w:t xml:space="preserve"> </w:t>
            </w:r>
            <w:r>
              <w:rPr>
                <w:rFonts w:ascii="Pretendard" w:eastAsia="Pretendard" w:hAnsi="Pretendard" w:cs="Pretendard"/>
                <w:b/>
                <w:color w:val="FFFFFF"/>
                <w:sz w:val="18"/>
              </w:rPr>
              <w:t>모델</w:t>
            </w:r>
          </w:p>
        </w:tc>
        <w:tc>
          <w:tcPr>
            <w:tcW w:w="2721" w:type="dxa"/>
            <w:shd w:val="clear" w:color="auto" w:fill="1D0024"/>
          </w:tcPr>
          <w:p w14:paraId="00069DC0" w14:textId="77777777" w:rsidR="004B1372" w:rsidRDefault="00BB0BE3">
            <w:r>
              <w:rPr>
                <w:rFonts w:ascii="Pretendard" w:eastAsia="Pretendard" w:hAnsi="Pretendard" w:cs="Pretendard"/>
                <w:b/>
                <w:color w:val="FFFFFF"/>
                <w:sz w:val="18"/>
              </w:rPr>
              <w:t>유치업</w:t>
            </w:r>
            <w:r>
              <w:rPr>
                <w:rFonts w:ascii="Pretendard" w:eastAsia="Pretendard" w:hAnsi="Pretendard" w:cs="Pretendard"/>
                <w:b/>
                <w:color w:val="FFFFFF"/>
                <w:sz w:val="18"/>
              </w:rPr>
              <w:t xml:space="preserve"> </w:t>
            </w:r>
            <w:r>
              <w:rPr>
                <w:rFonts w:ascii="Pretendard" w:eastAsia="Pretendard" w:hAnsi="Pretendard" w:cs="Pretendard"/>
                <w:b/>
                <w:color w:val="FFFFFF"/>
                <w:sz w:val="18"/>
              </w:rPr>
              <w:t>등록</w:t>
            </w:r>
          </w:p>
        </w:tc>
        <w:tc>
          <w:tcPr>
            <w:tcW w:w="2608" w:type="dxa"/>
            <w:shd w:val="clear" w:color="auto" w:fill="1D0024"/>
          </w:tcPr>
          <w:p w14:paraId="18DE8FB7" w14:textId="77777777" w:rsidR="004B1372" w:rsidRDefault="00BB0BE3">
            <w:r>
              <w:rPr>
                <w:rFonts w:ascii="Pretendard" w:eastAsia="Pretendard" w:hAnsi="Pretendard" w:cs="Pretendard"/>
                <w:b/>
                <w:color w:val="FFFFFF"/>
                <w:sz w:val="18"/>
              </w:rPr>
              <w:t>규제</w:t>
            </w:r>
            <w:r>
              <w:rPr>
                <w:rFonts w:ascii="Pretendard" w:eastAsia="Pretendard" w:hAnsi="Pretendard" w:cs="Pretendard"/>
                <w:b/>
                <w:color w:val="FFFFFF"/>
                <w:sz w:val="18"/>
              </w:rPr>
              <w:t xml:space="preserve"> </w:t>
            </w:r>
            <w:r>
              <w:rPr>
                <w:rFonts w:ascii="Pretendard" w:eastAsia="Pretendard" w:hAnsi="Pretendard" w:cs="Pretendard"/>
                <w:b/>
                <w:color w:val="FFFFFF"/>
                <w:sz w:val="18"/>
              </w:rPr>
              <w:t>리스크</w:t>
            </w:r>
          </w:p>
        </w:tc>
      </w:tr>
      <w:tr w:rsidR="004B1372" w14:paraId="1E0D97B6" w14:textId="77777777">
        <w:trPr>
          <w:jc w:val="center"/>
        </w:trPr>
        <w:tc>
          <w:tcPr>
            <w:tcW w:w="1701" w:type="dxa"/>
          </w:tcPr>
          <w:p w14:paraId="77762063" w14:textId="77777777" w:rsidR="004B1372" w:rsidRDefault="00BB0BE3">
            <w:r>
              <w:rPr>
                <w:rFonts w:ascii="Pretendard" w:eastAsia="Pretendard" w:hAnsi="Pretendard" w:cs="Pretendard"/>
                <w:b/>
                <w:color w:val="1D0024"/>
                <w:sz w:val="18"/>
              </w:rPr>
              <w:t>강남언니</w:t>
            </w:r>
          </w:p>
        </w:tc>
        <w:tc>
          <w:tcPr>
            <w:tcW w:w="2608" w:type="dxa"/>
          </w:tcPr>
          <w:p w14:paraId="09C55BAF" w14:textId="77777777" w:rsidR="004B1372" w:rsidRDefault="00BB0BE3">
            <w:r>
              <w:rPr>
                <w:rFonts w:ascii="Pretendard" w:eastAsia="Pretendard" w:hAnsi="Pretendard" w:cs="Pretendard"/>
                <w:color w:val="1D0024"/>
                <w:sz w:val="18"/>
              </w:rPr>
              <w:t xml:space="preserve">CPV </w:t>
            </w:r>
            <w:r>
              <w:rPr>
                <w:rFonts w:ascii="Pretendard" w:eastAsia="Pretendard" w:hAnsi="Pretendard" w:cs="Pretendard"/>
                <w:color w:val="1D0024"/>
                <w:sz w:val="18"/>
              </w:rPr>
              <w:t>광고</w:t>
            </w:r>
            <w:r>
              <w:rPr>
                <w:rFonts w:ascii="Pretendard" w:eastAsia="Pretendard" w:hAnsi="Pretendard" w:cs="Pretendard"/>
                <w:color w:val="1D0024"/>
                <w:sz w:val="18"/>
              </w:rPr>
              <w:t xml:space="preserve">, </w:t>
            </w:r>
            <w:r>
              <w:rPr>
                <w:rFonts w:ascii="Pretendard" w:eastAsia="Pretendard" w:hAnsi="Pretendard" w:cs="Pretendard"/>
                <w:color w:val="1D0024"/>
                <w:sz w:val="18"/>
              </w:rPr>
              <w:t>성과형</w:t>
            </w:r>
            <w:r>
              <w:rPr>
                <w:rFonts w:ascii="Pretendard" w:eastAsia="Pretendard" w:hAnsi="Pretendard" w:cs="Pretendard"/>
                <w:color w:val="1D0024"/>
                <w:sz w:val="18"/>
              </w:rPr>
              <w:t xml:space="preserve"> </w:t>
            </w:r>
            <w:r>
              <w:rPr>
                <w:rFonts w:ascii="Pretendard" w:eastAsia="Pretendard" w:hAnsi="Pretendard" w:cs="Pretendard"/>
                <w:color w:val="1D0024"/>
                <w:sz w:val="18"/>
              </w:rPr>
              <w:t>광고</w:t>
            </w:r>
          </w:p>
        </w:tc>
        <w:tc>
          <w:tcPr>
            <w:tcW w:w="2721" w:type="dxa"/>
          </w:tcPr>
          <w:p w14:paraId="735AFF0B" w14:textId="77777777" w:rsidR="004B1372" w:rsidRDefault="00BB0BE3">
            <w:r>
              <w:rPr>
                <w:rFonts w:ascii="Pretendard" w:eastAsia="Pretendard" w:hAnsi="Pretendard" w:cs="Pretendard"/>
                <w:color w:val="1D0024"/>
                <w:sz w:val="18"/>
              </w:rPr>
              <w:t>입점</w:t>
            </w:r>
            <w:r>
              <w:rPr>
                <w:rFonts w:ascii="Pretendard" w:eastAsia="Pretendard" w:hAnsi="Pretendard" w:cs="Pretendard"/>
                <w:color w:val="1D0024"/>
                <w:sz w:val="18"/>
              </w:rPr>
              <w:t xml:space="preserve"> </w:t>
            </w:r>
            <w:r>
              <w:rPr>
                <w:rFonts w:ascii="Pretendard" w:eastAsia="Pretendard" w:hAnsi="Pretendard" w:cs="Pretendard"/>
                <w:color w:val="1D0024"/>
                <w:sz w:val="18"/>
              </w:rPr>
              <w:t>병원에</w:t>
            </w:r>
            <w:r>
              <w:rPr>
                <w:rFonts w:ascii="Pretendard" w:eastAsia="Pretendard" w:hAnsi="Pretendard" w:cs="Pretendard"/>
                <w:color w:val="1D0024"/>
                <w:sz w:val="18"/>
              </w:rPr>
              <w:t xml:space="preserve"> </w:t>
            </w:r>
            <w:r>
              <w:rPr>
                <w:rFonts w:ascii="Pretendard" w:eastAsia="Pretendard" w:hAnsi="Pretendard" w:cs="Pretendard"/>
                <w:color w:val="1D0024"/>
                <w:sz w:val="18"/>
              </w:rPr>
              <w:t>유치의료기관</w:t>
            </w:r>
            <w:r>
              <w:rPr>
                <w:rFonts w:ascii="Pretendard" w:eastAsia="Pretendard" w:hAnsi="Pretendard" w:cs="Pretendard"/>
                <w:color w:val="1D0024"/>
                <w:sz w:val="18"/>
              </w:rPr>
              <w:t xml:space="preserve"> </w:t>
            </w:r>
            <w:r>
              <w:rPr>
                <w:rFonts w:ascii="Pretendard" w:eastAsia="Pretendard" w:hAnsi="Pretendard" w:cs="Pretendard"/>
                <w:color w:val="1D0024"/>
                <w:sz w:val="18"/>
              </w:rPr>
              <w:t>등록</w:t>
            </w:r>
            <w:r>
              <w:rPr>
                <w:rFonts w:ascii="Pretendard" w:eastAsia="Pretendard" w:hAnsi="Pretendard" w:cs="Pretendard"/>
                <w:color w:val="1D0024"/>
                <w:sz w:val="18"/>
              </w:rPr>
              <w:t xml:space="preserve"> </w:t>
            </w:r>
            <w:r>
              <w:rPr>
                <w:rFonts w:ascii="Pretendard" w:eastAsia="Pretendard" w:hAnsi="Pretendard" w:cs="Pretendard"/>
                <w:color w:val="1D0024"/>
                <w:sz w:val="18"/>
              </w:rPr>
              <w:t>요구</w:t>
            </w:r>
            <w:r>
              <w:rPr>
                <w:rFonts w:ascii="Pretendard" w:eastAsia="Pretendard" w:hAnsi="Pretendard" w:cs="Pretendard"/>
                <w:color w:val="1D0024"/>
                <w:sz w:val="18"/>
              </w:rPr>
              <w:t xml:space="preserve">. </w:t>
            </w:r>
            <w:r>
              <w:rPr>
                <w:rFonts w:ascii="Pretendard" w:eastAsia="Pretendard" w:hAnsi="Pretendard" w:cs="Pretendard"/>
                <w:color w:val="1D0024"/>
                <w:sz w:val="18"/>
              </w:rPr>
              <w:t>자사</w:t>
            </w:r>
            <w:r>
              <w:rPr>
                <w:rFonts w:ascii="Pretendard" w:eastAsia="Pretendard" w:hAnsi="Pretendard" w:cs="Pretendard"/>
                <w:color w:val="1D0024"/>
                <w:sz w:val="18"/>
              </w:rPr>
              <w:t xml:space="preserve"> </w:t>
            </w:r>
            <w:r>
              <w:rPr>
                <w:rFonts w:ascii="Pretendard" w:eastAsia="Pretendard" w:hAnsi="Pretendard" w:cs="Pretendard"/>
                <w:color w:val="1D0024"/>
                <w:sz w:val="18"/>
              </w:rPr>
              <w:t>등록</w:t>
            </w:r>
            <w:r>
              <w:rPr>
                <w:rFonts w:ascii="Pretendard" w:eastAsia="Pretendard" w:hAnsi="Pretendard" w:cs="Pretendard"/>
                <w:color w:val="1D0024"/>
                <w:sz w:val="18"/>
              </w:rPr>
              <w:t xml:space="preserve"> </w:t>
            </w:r>
            <w:r>
              <w:rPr>
                <w:rFonts w:ascii="Pretendard" w:eastAsia="Pretendard" w:hAnsi="Pretendard" w:cs="Pretendard"/>
                <w:color w:val="1D0024"/>
                <w:sz w:val="18"/>
              </w:rPr>
              <w:t>미확인</w:t>
            </w:r>
          </w:p>
        </w:tc>
        <w:tc>
          <w:tcPr>
            <w:tcW w:w="2608" w:type="dxa"/>
          </w:tcPr>
          <w:p w14:paraId="04F74B3A" w14:textId="77777777" w:rsidR="004B1372" w:rsidRDefault="00BB0BE3">
            <w:r>
              <w:rPr>
                <w:rFonts w:ascii="Pretendard" w:eastAsia="Pretendard" w:hAnsi="Pretendard" w:cs="Pretendard"/>
                <w:color w:val="1D0024"/>
                <w:sz w:val="18"/>
              </w:rPr>
              <w:t>과거</w:t>
            </w:r>
            <w:r>
              <w:rPr>
                <w:rFonts w:ascii="Pretendard" w:eastAsia="Pretendard" w:hAnsi="Pretendard" w:cs="Pretendard"/>
                <w:color w:val="1D0024"/>
                <w:sz w:val="18"/>
              </w:rPr>
              <w:t xml:space="preserve"> </w:t>
            </w:r>
            <w:r>
              <w:rPr>
                <w:rFonts w:ascii="Pretendard" w:eastAsia="Pretendard" w:hAnsi="Pretendard" w:cs="Pretendard"/>
                <w:color w:val="1D0024"/>
                <w:sz w:val="18"/>
              </w:rPr>
              <w:t>수수료</w:t>
            </w:r>
            <w:r>
              <w:rPr>
                <w:rFonts w:ascii="Pretendard" w:eastAsia="Pretendard" w:hAnsi="Pretendard" w:cs="Pretendard"/>
                <w:color w:val="1D0024"/>
                <w:sz w:val="18"/>
              </w:rPr>
              <w:t xml:space="preserve"> </w:t>
            </w:r>
            <w:r>
              <w:rPr>
                <w:rFonts w:ascii="Pretendard" w:eastAsia="Pretendard" w:hAnsi="Pretendard" w:cs="Pretendard"/>
                <w:color w:val="1D0024"/>
                <w:sz w:val="18"/>
              </w:rPr>
              <w:t>모델</w:t>
            </w:r>
            <w:r>
              <w:rPr>
                <w:rFonts w:ascii="Pretendard" w:eastAsia="Pretendard" w:hAnsi="Pretendard" w:cs="Pretendard"/>
                <w:color w:val="1D0024"/>
                <w:sz w:val="18"/>
              </w:rPr>
              <w:t xml:space="preserve"> </w:t>
            </w:r>
            <w:r>
              <w:rPr>
                <w:rFonts w:ascii="Pretendard" w:eastAsia="Pretendard" w:hAnsi="Pretendard" w:cs="Pretendard"/>
                <w:color w:val="1D0024"/>
                <w:sz w:val="18"/>
              </w:rPr>
              <w:t>유죄</w:t>
            </w:r>
            <w:r>
              <w:rPr>
                <w:rFonts w:ascii="Pretendard" w:eastAsia="Pretendard" w:hAnsi="Pretendard" w:cs="Pretendard"/>
                <w:color w:val="1D0024"/>
                <w:sz w:val="18"/>
              </w:rPr>
              <w:t xml:space="preserve">, </w:t>
            </w:r>
            <w:r>
              <w:rPr>
                <w:rFonts w:ascii="Pretendard" w:eastAsia="Pretendard" w:hAnsi="Pretendard" w:cs="Pretendard"/>
                <w:color w:val="1D0024"/>
                <w:sz w:val="18"/>
              </w:rPr>
              <w:t>민감정보</w:t>
            </w:r>
            <w:r>
              <w:rPr>
                <w:rFonts w:ascii="Pretendard" w:eastAsia="Pretendard" w:hAnsi="Pretendard" w:cs="Pretendard"/>
                <w:color w:val="1D0024"/>
                <w:sz w:val="18"/>
              </w:rPr>
              <w:t xml:space="preserve"> </w:t>
            </w:r>
            <w:r>
              <w:rPr>
                <w:rFonts w:ascii="Pretendard" w:eastAsia="Pretendard" w:hAnsi="Pretendard" w:cs="Pretendard"/>
                <w:color w:val="1D0024"/>
                <w:sz w:val="18"/>
              </w:rPr>
              <w:t>유출</w:t>
            </w:r>
          </w:p>
        </w:tc>
      </w:tr>
      <w:tr w:rsidR="004B1372" w14:paraId="3A21E266" w14:textId="77777777">
        <w:trPr>
          <w:jc w:val="center"/>
        </w:trPr>
        <w:tc>
          <w:tcPr>
            <w:tcW w:w="1701" w:type="dxa"/>
          </w:tcPr>
          <w:p w14:paraId="0A81D7F8" w14:textId="77777777" w:rsidR="004B1372" w:rsidRDefault="00BB0BE3">
            <w:r>
              <w:rPr>
                <w:rFonts w:ascii="Pretendard" w:eastAsia="Pretendard" w:hAnsi="Pretendard" w:cs="Pretendard"/>
                <w:b/>
                <w:color w:val="1D0024"/>
                <w:sz w:val="18"/>
              </w:rPr>
              <w:t>바비톡</w:t>
            </w:r>
          </w:p>
        </w:tc>
        <w:tc>
          <w:tcPr>
            <w:tcW w:w="2608" w:type="dxa"/>
          </w:tcPr>
          <w:p w14:paraId="3246F712" w14:textId="77777777" w:rsidR="004B1372" w:rsidRDefault="00BB0BE3">
            <w:r>
              <w:rPr>
                <w:rFonts w:ascii="Pretendard" w:eastAsia="Pretendard" w:hAnsi="Pretendard" w:cs="Pretendard"/>
                <w:color w:val="1D0024"/>
                <w:sz w:val="18"/>
              </w:rPr>
              <w:t xml:space="preserve">CPV </w:t>
            </w:r>
            <w:r>
              <w:rPr>
                <w:rFonts w:ascii="Pretendard" w:eastAsia="Pretendard" w:hAnsi="Pretendard" w:cs="Pretendard"/>
                <w:color w:val="1D0024"/>
                <w:sz w:val="18"/>
              </w:rPr>
              <w:t>광고</w:t>
            </w:r>
            <w:r>
              <w:rPr>
                <w:rFonts w:ascii="Pretendard" w:eastAsia="Pretendard" w:hAnsi="Pretendard" w:cs="Pretendard"/>
                <w:color w:val="1D0024"/>
                <w:sz w:val="18"/>
              </w:rPr>
              <w:t>(</w:t>
            </w:r>
            <w:r>
              <w:rPr>
                <w:rFonts w:ascii="Pretendard" w:eastAsia="Pretendard" w:hAnsi="Pretendard" w:cs="Pretendard"/>
                <w:color w:val="1D0024"/>
                <w:sz w:val="18"/>
              </w:rPr>
              <w:t>해외</w:t>
            </w:r>
            <w:r>
              <w:rPr>
                <w:rFonts w:ascii="Pretendard" w:eastAsia="Pretendard" w:hAnsi="Pretendard" w:cs="Pretendard"/>
                <w:color w:val="1D0024"/>
                <w:sz w:val="18"/>
              </w:rPr>
              <w:t xml:space="preserve"> </w:t>
            </w:r>
            <w:r>
              <w:rPr>
                <w:rFonts w:ascii="Pretendard" w:eastAsia="Pretendard" w:hAnsi="Pretendard" w:cs="Pretendard"/>
                <w:color w:val="1D0024"/>
                <w:sz w:val="18"/>
              </w:rPr>
              <w:t>일부</w:t>
            </w:r>
            <w:r>
              <w:rPr>
                <w:rFonts w:ascii="Pretendard" w:eastAsia="Pretendard" w:hAnsi="Pretendard" w:cs="Pretendard"/>
                <w:color w:val="1D0024"/>
                <w:sz w:val="18"/>
              </w:rPr>
              <w:t xml:space="preserve"> </w:t>
            </w:r>
            <w:r>
              <w:rPr>
                <w:rFonts w:ascii="Pretendard" w:eastAsia="Pretendard" w:hAnsi="Pretendard" w:cs="Pretendard"/>
                <w:color w:val="1D0024"/>
                <w:sz w:val="18"/>
              </w:rPr>
              <w:t>무과금</w:t>
            </w:r>
            <w:r>
              <w:rPr>
                <w:rFonts w:ascii="Pretendard" w:eastAsia="Pretendard" w:hAnsi="Pretendard" w:cs="Pretendard"/>
                <w:color w:val="1D0024"/>
                <w:sz w:val="18"/>
              </w:rPr>
              <w:t xml:space="preserve"> </w:t>
            </w:r>
            <w:r>
              <w:rPr>
                <w:rFonts w:ascii="Pretendard" w:eastAsia="Pretendard" w:hAnsi="Pretendard" w:cs="Pretendard"/>
                <w:color w:val="1D0024"/>
                <w:sz w:val="18"/>
              </w:rPr>
              <w:t>시범</w:t>
            </w:r>
            <w:r>
              <w:rPr>
                <w:rFonts w:ascii="Pretendard" w:eastAsia="Pretendard" w:hAnsi="Pretendard" w:cs="Pretendard"/>
                <w:color w:val="1D0024"/>
                <w:sz w:val="18"/>
              </w:rPr>
              <w:t>)</w:t>
            </w:r>
          </w:p>
        </w:tc>
        <w:tc>
          <w:tcPr>
            <w:tcW w:w="2721" w:type="dxa"/>
          </w:tcPr>
          <w:p w14:paraId="67814D4C" w14:textId="77777777" w:rsidR="004B1372" w:rsidRDefault="00BB0BE3">
            <w:r>
              <w:rPr>
                <w:rFonts w:ascii="Pretendard" w:eastAsia="Pretendard" w:hAnsi="Pretendard" w:cs="Pretendard"/>
                <w:color w:val="1D0024"/>
                <w:sz w:val="18"/>
              </w:rPr>
              <w:t>입점</w:t>
            </w:r>
            <w:r>
              <w:rPr>
                <w:rFonts w:ascii="Pretendard" w:eastAsia="Pretendard" w:hAnsi="Pretendard" w:cs="Pretendard"/>
                <w:color w:val="1D0024"/>
                <w:sz w:val="18"/>
              </w:rPr>
              <w:t xml:space="preserve"> </w:t>
            </w:r>
            <w:r>
              <w:rPr>
                <w:rFonts w:ascii="Pretendard" w:eastAsia="Pretendard" w:hAnsi="Pretendard" w:cs="Pretendard"/>
                <w:color w:val="1D0024"/>
                <w:sz w:val="18"/>
              </w:rPr>
              <w:t>병원에</w:t>
            </w:r>
            <w:r>
              <w:rPr>
                <w:rFonts w:ascii="Pretendard" w:eastAsia="Pretendard" w:hAnsi="Pretendard" w:cs="Pretendard"/>
                <w:color w:val="1D0024"/>
                <w:sz w:val="18"/>
              </w:rPr>
              <w:t xml:space="preserve"> </w:t>
            </w:r>
            <w:r>
              <w:rPr>
                <w:rFonts w:ascii="Pretendard" w:eastAsia="Pretendard" w:hAnsi="Pretendard" w:cs="Pretendard"/>
                <w:color w:val="1D0024"/>
                <w:sz w:val="18"/>
              </w:rPr>
              <w:t>유치의료기관</w:t>
            </w:r>
            <w:r>
              <w:rPr>
                <w:rFonts w:ascii="Pretendard" w:eastAsia="Pretendard" w:hAnsi="Pretendard" w:cs="Pretendard"/>
                <w:color w:val="1D0024"/>
                <w:sz w:val="18"/>
              </w:rPr>
              <w:t xml:space="preserve"> </w:t>
            </w:r>
            <w:r>
              <w:rPr>
                <w:rFonts w:ascii="Pretendard" w:eastAsia="Pretendard" w:hAnsi="Pretendard" w:cs="Pretendard"/>
                <w:color w:val="1D0024"/>
                <w:sz w:val="18"/>
              </w:rPr>
              <w:t>등록</w:t>
            </w:r>
            <w:r>
              <w:rPr>
                <w:rFonts w:ascii="Pretendard" w:eastAsia="Pretendard" w:hAnsi="Pretendard" w:cs="Pretendard"/>
                <w:color w:val="1D0024"/>
                <w:sz w:val="18"/>
              </w:rPr>
              <w:t xml:space="preserve"> </w:t>
            </w:r>
            <w:r>
              <w:rPr>
                <w:rFonts w:ascii="Pretendard" w:eastAsia="Pretendard" w:hAnsi="Pretendard" w:cs="Pretendard"/>
                <w:color w:val="1D0024"/>
                <w:sz w:val="18"/>
              </w:rPr>
              <w:t>요구</w:t>
            </w:r>
          </w:p>
        </w:tc>
        <w:tc>
          <w:tcPr>
            <w:tcW w:w="2608" w:type="dxa"/>
          </w:tcPr>
          <w:p w14:paraId="667F3BB1" w14:textId="77777777" w:rsidR="004B1372" w:rsidRDefault="00BB0BE3">
            <w:r>
              <w:rPr>
                <w:rFonts w:ascii="Pretendard" w:eastAsia="Pretendard" w:hAnsi="Pretendard" w:cs="Pretendard"/>
                <w:color w:val="1D0024"/>
                <w:sz w:val="18"/>
              </w:rPr>
              <w:t>공개</w:t>
            </w:r>
            <w:r>
              <w:rPr>
                <w:rFonts w:ascii="Pretendard" w:eastAsia="Pretendard" w:hAnsi="Pretendard" w:cs="Pretendard"/>
                <w:color w:val="1D0024"/>
                <w:sz w:val="18"/>
              </w:rPr>
              <w:t xml:space="preserve"> </w:t>
            </w:r>
            <w:r>
              <w:rPr>
                <w:rFonts w:ascii="Pretendard" w:eastAsia="Pretendard" w:hAnsi="Pretendard" w:cs="Pretendard"/>
                <w:color w:val="1D0024"/>
                <w:sz w:val="18"/>
              </w:rPr>
              <w:t>사례</w:t>
            </w:r>
            <w:r>
              <w:rPr>
                <w:rFonts w:ascii="Pretendard" w:eastAsia="Pretendard" w:hAnsi="Pretendard" w:cs="Pretendard"/>
                <w:color w:val="1D0024"/>
                <w:sz w:val="18"/>
              </w:rPr>
              <w:t xml:space="preserve"> </w:t>
            </w:r>
            <w:r>
              <w:rPr>
                <w:rFonts w:ascii="Pretendard" w:eastAsia="Pretendard" w:hAnsi="Pretendard" w:cs="Pretendard"/>
                <w:color w:val="1D0024"/>
                <w:sz w:val="18"/>
              </w:rPr>
              <w:t>미확인</w:t>
            </w:r>
          </w:p>
        </w:tc>
      </w:tr>
      <w:tr w:rsidR="004B1372" w14:paraId="1FE8544A" w14:textId="77777777">
        <w:trPr>
          <w:jc w:val="center"/>
        </w:trPr>
        <w:tc>
          <w:tcPr>
            <w:tcW w:w="1701" w:type="dxa"/>
          </w:tcPr>
          <w:p w14:paraId="40F72883" w14:textId="77777777" w:rsidR="004B1372" w:rsidRDefault="00BB0BE3">
            <w:r>
              <w:rPr>
                <w:rFonts w:ascii="Pretendard" w:eastAsia="Pretendard" w:hAnsi="Pretendard" w:cs="Pretendard"/>
                <w:b/>
                <w:color w:val="1D0024"/>
                <w:sz w:val="18"/>
              </w:rPr>
              <w:t>크리에이트립</w:t>
            </w:r>
          </w:p>
        </w:tc>
        <w:tc>
          <w:tcPr>
            <w:tcW w:w="2608" w:type="dxa"/>
          </w:tcPr>
          <w:p w14:paraId="64DA120A" w14:textId="77777777" w:rsidR="004B1372" w:rsidRDefault="00BB0BE3">
            <w:r>
              <w:rPr>
                <w:rFonts w:ascii="Pretendard" w:eastAsia="Pretendard" w:hAnsi="Pretendard" w:cs="Pretendard"/>
                <w:color w:val="1D0024"/>
                <w:sz w:val="18"/>
              </w:rPr>
              <w:t>예약</w:t>
            </w:r>
            <w:r>
              <w:rPr>
                <w:rFonts w:ascii="Pretendard" w:eastAsia="Pretendard" w:hAnsi="Pretendard" w:cs="Pretendard"/>
                <w:color w:val="1D0024"/>
                <w:sz w:val="18"/>
              </w:rPr>
              <w:t xml:space="preserve"> </w:t>
            </w:r>
            <w:r>
              <w:rPr>
                <w:rFonts w:ascii="Pretendard" w:eastAsia="Pretendard" w:hAnsi="Pretendard" w:cs="Pretendard"/>
                <w:color w:val="1D0024"/>
                <w:sz w:val="18"/>
              </w:rPr>
              <w:t>거래</w:t>
            </w:r>
            <w:r>
              <w:rPr>
                <w:rFonts w:ascii="Pretendard" w:eastAsia="Pretendard" w:hAnsi="Pretendard" w:cs="Pretendard"/>
                <w:color w:val="1D0024"/>
                <w:sz w:val="18"/>
              </w:rPr>
              <w:t>(</w:t>
            </w:r>
            <w:r>
              <w:rPr>
                <w:rFonts w:ascii="Pretendard" w:eastAsia="Pretendard" w:hAnsi="Pretendard" w:cs="Pretendard"/>
                <w:color w:val="1D0024"/>
                <w:sz w:val="18"/>
              </w:rPr>
              <w:t>수수료</w:t>
            </w:r>
            <w:r>
              <w:rPr>
                <w:rFonts w:ascii="Pretendard" w:eastAsia="Pretendard" w:hAnsi="Pretendard" w:cs="Pretendard"/>
                <w:color w:val="1D0024"/>
                <w:sz w:val="18"/>
              </w:rPr>
              <w:t xml:space="preserve"> </w:t>
            </w:r>
            <w:r>
              <w:rPr>
                <w:rFonts w:ascii="Pretendard" w:eastAsia="Pretendard" w:hAnsi="Pretendard" w:cs="Pretendard"/>
                <w:color w:val="1D0024"/>
                <w:sz w:val="18"/>
              </w:rPr>
              <w:t>구조</w:t>
            </w:r>
            <w:r>
              <w:rPr>
                <w:rFonts w:ascii="Pretendard" w:eastAsia="Pretendard" w:hAnsi="Pretendard" w:cs="Pretendard"/>
                <w:color w:val="1D0024"/>
                <w:sz w:val="18"/>
              </w:rPr>
              <w:t xml:space="preserve"> </w:t>
            </w:r>
            <w:r>
              <w:rPr>
                <w:rFonts w:ascii="Pretendard" w:eastAsia="Pretendard" w:hAnsi="Pretendard" w:cs="Pretendard"/>
                <w:color w:val="1D0024"/>
                <w:sz w:val="18"/>
              </w:rPr>
              <w:t>미공개</w:t>
            </w:r>
            <w:r>
              <w:rPr>
                <w:rFonts w:ascii="Pretendard" w:eastAsia="Pretendard" w:hAnsi="Pretendard" w:cs="Pretendard"/>
                <w:color w:val="1D0024"/>
                <w:sz w:val="18"/>
              </w:rPr>
              <w:t>)</w:t>
            </w:r>
          </w:p>
        </w:tc>
        <w:tc>
          <w:tcPr>
            <w:tcW w:w="2721" w:type="dxa"/>
          </w:tcPr>
          <w:p w14:paraId="1CF2EB6B" w14:textId="77777777" w:rsidR="004B1372" w:rsidRDefault="00BB0BE3">
            <w:r>
              <w:rPr>
                <w:rFonts w:ascii="Pretendard" w:eastAsia="Pretendard" w:hAnsi="Pretendard" w:cs="Pretendard"/>
                <w:color w:val="1D0024"/>
                <w:sz w:val="18"/>
              </w:rPr>
              <w:t>등록</w:t>
            </w:r>
            <w:r>
              <w:rPr>
                <w:rFonts w:ascii="Pretendard" w:eastAsia="Pretendard" w:hAnsi="Pretendard" w:cs="Pretendard"/>
                <w:color w:val="1D0024"/>
                <w:sz w:val="18"/>
              </w:rPr>
              <w:t>(A-2019-01-01-3686)</w:t>
            </w:r>
          </w:p>
        </w:tc>
        <w:tc>
          <w:tcPr>
            <w:tcW w:w="2608" w:type="dxa"/>
          </w:tcPr>
          <w:p w14:paraId="2E3E1CEC" w14:textId="77777777" w:rsidR="004B1372" w:rsidRDefault="00BB0BE3">
            <w:r>
              <w:rPr>
                <w:rFonts w:ascii="Pretendard" w:eastAsia="Pretendard" w:hAnsi="Pretendard" w:cs="Pretendard"/>
                <w:color w:val="1D0024"/>
                <w:sz w:val="18"/>
              </w:rPr>
              <w:t>공개</w:t>
            </w:r>
            <w:r>
              <w:rPr>
                <w:rFonts w:ascii="Pretendard" w:eastAsia="Pretendard" w:hAnsi="Pretendard" w:cs="Pretendard"/>
                <w:color w:val="1D0024"/>
                <w:sz w:val="18"/>
              </w:rPr>
              <w:t xml:space="preserve"> </w:t>
            </w:r>
            <w:r>
              <w:rPr>
                <w:rFonts w:ascii="Pretendard" w:eastAsia="Pretendard" w:hAnsi="Pretendard" w:cs="Pretendard"/>
                <w:color w:val="1D0024"/>
                <w:sz w:val="18"/>
              </w:rPr>
              <w:t>사례</w:t>
            </w:r>
            <w:r>
              <w:rPr>
                <w:rFonts w:ascii="Pretendard" w:eastAsia="Pretendard" w:hAnsi="Pretendard" w:cs="Pretendard"/>
                <w:color w:val="1D0024"/>
                <w:sz w:val="18"/>
              </w:rPr>
              <w:t xml:space="preserve"> </w:t>
            </w:r>
            <w:r>
              <w:rPr>
                <w:rFonts w:ascii="Pretendard" w:eastAsia="Pretendard" w:hAnsi="Pretendard" w:cs="Pretendard"/>
                <w:color w:val="1D0024"/>
                <w:sz w:val="18"/>
              </w:rPr>
              <w:t>미확인</w:t>
            </w:r>
          </w:p>
        </w:tc>
      </w:tr>
      <w:tr w:rsidR="004B1372" w14:paraId="600CC72E" w14:textId="77777777">
        <w:trPr>
          <w:jc w:val="center"/>
        </w:trPr>
        <w:tc>
          <w:tcPr>
            <w:tcW w:w="1701" w:type="dxa"/>
          </w:tcPr>
          <w:p w14:paraId="2EF66A75" w14:textId="77777777" w:rsidR="004B1372" w:rsidRDefault="00BB0BE3">
            <w:r>
              <w:rPr>
                <w:rFonts w:ascii="Pretendard" w:eastAsia="Pretendard" w:hAnsi="Pretendard" w:cs="Pretendard"/>
                <w:b/>
                <w:color w:val="1D0024"/>
                <w:sz w:val="18"/>
              </w:rPr>
              <w:t>여신티켓</w:t>
            </w:r>
          </w:p>
        </w:tc>
        <w:tc>
          <w:tcPr>
            <w:tcW w:w="2608" w:type="dxa"/>
          </w:tcPr>
          <w:p w14:paraId="3E5EE099" w14:textId="77777777" w:rsidR="004B1372" w:rsidRDefault="00BB0BE3">
            <w:r>
              <w:rPr>
                <w:rFonts w:ascii="Pretendard" w:eastAsia="Pretendard" w:hAnsi="Pretendard" w:cs="Pretendard"/>
                <w:color w:val="1D0024"/>
                <w:sz w:val="18"/>
              </w:rPr>
              <w:t>시술권</w:t>
            </w:r>
            <w:r>
              <w:rPr>
                <w:rFonts w:ascii="Pretendard" w:eastAsia="Pretendard" w:hAnsi="Pretendard" w:cs="Pretendard"/>
                <w:color w:val="1D0024"/>
                <w:sz w:val="18"/>
              </w:rPr>
              <w:t xml:space="preserve"> </w:t>
            </w:r>
            <w:r>
              <w:rPr>
                <w:rFonts w:ascii="Pretendard" w:eastAsia="Pretendard" w:hAnsi="Pretendard" w:cs="Pretendard"/>
                <w:color w:val="1D0024"/>
                <w:sz w:val="18"/>
              </w:rPr>
              <w:t>판매</w:t>
            </w:r>
            <w:r>
              <w:rPr>
                <w:rFonts w:ascii="Pretendard" w:eastAsia="Pretendard" w:hAnsi="Pretendard" w:cs="Pretendard"/>
                <w:color w:val="1D0024"/>
                <w:sz w:val="18"/>
              </w:rPr>
              <w:t>·</w:t>
            </w:r>
            <w:r>
              <w:rPr>
                <w:rFonts w:ascii="Pretendard" w:eastAsia="Pretendard" w:hAnsi="Pretendard" w:cs="Pretendard"/>
                <w:color w:val="1D0024"/>
                <w:sz w:val="18"/>
              </w:rPr>
              <w:t>광고</w:t>
            </w:r>
          </w:p>
        </w:tc>
        <w:tc>
          <w:tcPr>
            <w:tcW w:w="2721" w:type="dxa"/>
          </w:tcPr>
          <w:p w14:paraId="58DB1C1B" w14:textId="77777777" w:rsidR="004B1372" w:rsidRDefault="00BB0BE3">
            <w:r>
              <w:rPr>
                <w:rFonts w:ascii="Pretendard" w:eastAsia="Pretendard" w:hAnsi="Pretendard" w:cs="Pretendard"/>
                <w:color w:val="1D0024"/>
                <w:sz w:val="18"/>
              </w:rPr>
              <w:t>미확인</w:t>
            </w:r>
          </w:p>
        </w:tc>
        <w:tc>
          <w:tcPr>
            <w:tcW w:w="2608" w:type="dxa"/>
          </w:tcPr>
          <w:p w14:paraId="68D21F6F" w14:textId="77777777" w:rsidR="004B1372" w:rsidRDefault="00BB0BE3">
            <w:r>
              <w:rPr>
                <w:rFonts w:ascii="Pretendard" w:eastAsia="Pretendard" w:hAnsi="Pretendard" w:cs="Pretendard"/>
                <w:color w:val="1D0024"/>
                <w:sz w:val="18"/>
              </w:rPr>
              <w:t>공개</w:t>
            </w:r>
            <w:r>
              <w:rPr>
                <w:rFonts w:ascii="Pretendard" w:eastAsia="Pretendard" w:hAnsi="Pretendard" w:cs="Pretendard"/>
                <w:color w:val="1D0024"/>
                <w:sz w:val="18"/>
              </w:rPr>
              <w:t xml:space="preserve"> </w:t>
            </w:r>
            <w:r>
              <w:rPr>
                <w:rFonts w:ascii="Pretendard" w:eastAsia="Pretendard" w:hAnsi="Pretendard" w:cs="Pretendard"/>
                <w:color w:val="1D0024"/>
                <w:sz w:val="18"/>
              </w:rPr>
              <w:t>사례</w:t>
            </w:r>
            <w:r>
              <w:rPr>
                <w:rFonts w:ascii="Pretendard" w:eastAsia="Pretendard" w:hAnsi="Pretendard" w:cs="Pretendard"/>
                <w:color w:val="1D0024"/>
                <w:sz w:val="18"/>
              </w:rPr>
              <w:t xml:space="preserve"> </w:t>
            </w:r>
            <w:r>
              <w:rPr>
                <w:rFonts w:ascii="Pretendard" w:eastAsia="Pretendard" w:hAnsi="Pretendard" w:cs="Pretendard"/>
                <w:color w:val="1D0024"/>
                <w:sz w:val="18"/>
              </w:rPr>
              <w:t>미확인</w:t>
            </w:r>
          </w:p>
        </w:tc>
      </w:tr>
      <w:tr w:rsidR="004B1372" w14:paraId="00D5BDE1" w14:textId="77777777">
        <w:trPr>
          <w:jc w:val="center"/>
        </w:trPr>
        <w:tc>
          <w:tcPr>
            <w:tcW w:w="1701" w:type="dxa"/>
          </w:tcPr>
          <w:p w14:paraId="65421217" w14:textId="77777777" w:rsidR="004B1372" w:rsidRDefault="00BB0BE3">
            <w:r>
              <w:rPr>
                <w:rFonts w:ascii="Pretendard" w:eastAsia="Pretendard" w:hAnsi="Pretendard" w:cs="Pretendard"/>
                <w:b/>
                <w:color w:val="1D0024"/>
                <w:sz w:val="18"/>
              </w:rPr>
              <w:t>Bookimed</w:t>
            </w:r>
          </w:p>
        </w:tc>
        <w:tc>
          <w:tcPr>
            <w:tcW w:w="2608" w:type="dxa"/>
          </w:tcPr>
          <w:p w14:paraId="32BCE927" w14:textId="77777777" w:rsidR="004B1372" w:rsidRDefault="00BB0BE3">
            <w:r>
              <w:rPr>
                <w:rFonts w:ascii="Pretendard" w:eastAsia="Pretendard" w:hAnsi="Pretendard" w:cs="Pretendard"/>
                <w:color w:val="1D0024"/>
                <w:sz w:val="18"/>
              </w:rPr>
              <w:t>병원</w:t>
            </w:r>
            <w:r>
              <w:rPr>
                <w:rFonts w:ascii="Pretendard" w:eastAsia="Pretendard" w:hAnsi="Pretendard" w:cs="Pretendard"/>
                <w:color w:val="1D0024"/>
                <w:sz w:val="18"/>
              </w:rPr>
              <w:t xml:space="preserve"> </w:t>
            </w:r>
            <w:r>
              <w:rPr>
                <w:rFonts w:ascii="Pretendard" w:eastAsia="Pretendard" w:hAnsi="Pretendard" w:cs="Pretendard"/>
                <w:color w:val="1D0024"/>
                <w:sz w:val="18"/>
              </w:rPr>
              <w:t>수수료</w:t>
            </w:r>
          </w:p>
        </w:tc>
        <w:tc>
          <w:tcPr>
            <w:tcW w:w="2721" w:type="dxa"/>
          </w:tcPr>
          <w:p w14:paraId="14494D1F" w14:textId="77777777" w:rsidR="004B1372" w:rsidRDefault="00BB0BE3">
            <w:r>
              <w:rPr>
                <w:rFonts w:ascii="Pretendard" w:eastAsia="Pretendard" w:hAnsi="Pretendard" w:cs="Pretendard"/>
                <w:color w:val="1D0024"/>
                <w:sz w:val="18"/>
              </w:rPr>
              <w:t>해외</w:t>
            </w:r>
            <w:r>
              <w:rPr>
                <w:rFonts w:ascii="Pretendard" w:eastAsia="Pretendard" w:hAnsi="Pretendard" w:cs="Pretendard"/>
                <w:color w:val="1D0024"/>
                <w:sz w:val="18"/>
              </w:rPr>
              <w:t xml:space="preserve"> </w:t>
            </w:r>
            <w:r>
              <w:rPr>
                <w:rFonts w:ascii="Pretendard" w:eastAsia="Pretendard" w:hAnsi="Pretendard" w:cs="Pretendard"/>
                <w:color w:val="1D0024"/>
                <w:sz w:val="18"/>
              </w:rPr>
              <w:t>법인</w:t>
            </w:r>
            <w:r>
              <w:rPr>
                <w:rFonts w:ascii="Pretendard" w:eastAsia="Pretendard" w:hAnsi="Pretendard" w:cs="Pretendard"/>
                <w:color w:val="1D0024"/>
                <w:sz w:val="18"/>
              </w:rPr>
              <w:t xml:space="preserve">. </w:t>
            </w:r>
            <w:r>
              <w:rPr>
                <w:rFonts w:ascii="Pretendard" w:eastAsia="Pretendard" w:hAnsi="Pretendard" w:cs="Pretendard"/>
                <w:color w:val="1D0024"/>
                <w:sz w:val="18"/>
              </w:rPr>
              <w:t>한국</w:t>
            </w:r>
            <w:r>
              <w:rPr>
                <w:rFonts w:ascii="Pretendard" w:eastAsia="Pretendard" w:hAnsi="Pretendard" w:cs="Pretendard"/>
                <w:color w:val="1D0024"/>
                <w:sz w:val="18"/>
              </w:rPr>
              <w:t xml:space="preserve"> </w:t>
            </w:r>
            <w:r>
              <w:rPr>
                <w:rFonts w:ascii="Pretendard" w:eastAsia="Pretendard" w:hAnsi="Pretendard" w:cs="Pretendard"/>
                <w:color w:val="1D0024"/>
                <w:sz w:val="18"/>
              </w:rPr>
              <w:t>등록</w:t>
            </w:r>
            <w:r>
              <w:rPr>
                <w:rFonts w:ascii="Pretendard" w:eastAsia="Pretendard" w:hAnsi="Pretendard" w:cs="Pretendard"/>
                <w:color w:val="1D0024"/>
                <w:sz w:val="18"/>
              </w:rPr>
              <w:t xml:space="preserve"> </w:t>
            </w:r>
            <w:r>
              <w:rPr>
                <w:rFonts w:ascii="Pretendard" w:eastAsia="Pretendard" w:hAnsi="Pretendard" w:cs="Pretendard"/>
                <w:color w:val="1D0024"/>
                <w:sz w:val="18"/>
              </w:rPr>
              <w:t>미확인</w:t>
            </w:r>
          </w:p>
        </w:tc>
        <w:tc>
          <w:tcPr>
            <w:tcW w:w="2608" w:type="dxa"/>
          </w:tcPr>
          <w:p w14:paraId="5B204A78" w14:textId="77777777" w:rsidR="004B1372" w:rsidRDefault="00BB0BE3">
            <w:r>
              <w:rPr>
                <w:rFonts w:ascii="Pretendard" w:eastAsia="Pretendard" w:hAnsi="Pretendard" w:cs="Pretendard"/>
                <w:color w:val="1D0024"/>
                <w:sz w:val="18"/>
              </w:rPr>
              <w:t>한국</w:t>
            </w:r>
            <w:r>
              <w:rPr>
                <w:rFonts w:ascii="Pretendard" w:eastAsia="Pretendard" w:hAnsi="Pretendard" w:cs="Pretendard"/>
                <w:color w:val="1D0024"/>
                <w:sz w:val="18"/>
              </w:rPr>
              <w:t xml:space="preserve"> </w:t>
            </w:r>
            <w:r>
              <w:rPr>
                <w:rFonts w:ascii="Pretendard" w:eastAsia="Pretendard" w:hAnsi="Pretendard" w:cs="Pretendard"/>
                <w:color w:val="1D0024"/>
                <w:sz w:val="18"/>
              </w:rPr>
              <w:t>병원</w:t>
            </w:r>
            <w:r>
              <w:rPr>
                <w:rFonts w:ascii="Pretendard" w:eastAsia="Pretendard" w:hAnsi="Pretendard" w:cs="Pretendard"/>
                <w:color w:val="1D0024"/>
                <w:sz w:val="18"/>
              </w:rPr>
              <w:t xml:space="preserve"> </w:t>
            </w:r>
            <w:r>
              <w:rPr>
                <w:rFonts w:ascii="Pretendard" w:eastAsia="Pretendard" w:hAnsi="Pretendard" w:cs="Pretendard"/>
                <w:color w:val="1D0024"/>
                <w:sz w:val="18"/>
              </w:rPr>
              <w:t>알선</w:t>
            </w:r>
            <w:r>
              <w:rPr>
                <w:rFonts w:ascii="Pretendard" w:eastAsia="Pretendard" w:hAnsi="Pretendard" w:cs="Pretendard"/>
                <w:color w:val="1D0024"/>
                <w:sz w:val="18"/>
              </w:rPr>
              <w:t xml:space="preserve"> </w:t>
            </w:r>
            <w:r>
              <w:rPr>
                <w:rFonts w:ascii="Pretendard" w:eastAsia="Pretendard" w:hAnsi="Pretendard" w:cs="Pretendard"/>
                <w:color w:val="1D0024"/>
                <w:sz w:val="18"/>
              </w:rPr>
              <w:t>시</w:t>
            </w:r>
            <w:r>
              <w:rPr>
                <w:rFonts w:ascii="Pretendard" w:eastAsia="Pretendard" w:hAnsi="Pretendard" w:cs="Pretendard"/>
                <w:color w:val="1D0024"/>
                <w:sz w:val="18"/>
              </w:rPr>
              <w:t xml:space="preserve"> </w:t>
            </w:r>
            <w:r>
              <w:rPr>
                <w:rFonts w:ascii="Pretendard" w:eastAsia="Pretendard" w:hAnsi="Pretendard" w:cs="Pretendard"/>
                <w:color w:val="1D0024"/>
                <w:sz w:val="18"/>
              </w:rPr>
              <w:t>등록</w:t>
            </w:r>
            <w:r>
              <w:rPr>
                <w:rFonts w:ascii="Pretendard" w:eastAsia="Pretendard" w:hAnsi="Pretendard" w:cs="Pretendard"/>
                <w:color w:val="1D0024"/>
                <w:sz w:val="18"/>
              </w:rPr>
              <w:t xml:space="preserve"> </w:t>
            </w:r>
            <w:r>
              <w:rPr>
                <w:rFonts w:ascii="Pretendard" w:eastAsia="Pretendard" w:hAnsi="Pretendard" w:cs="Pretendard"/>
                <w:color w:val="1D0024"/>
                <w:sz w:val="18"/>
              </w:rPr>
              <w:t>여부가</w:t>
            </w:r>
            <w:r>
              <w:rPr>
                <w:rFonts w:ascii="Pretendard" w:eastAsia="Pretendard" w:hAnsi="Pretendard" w:cs="Pretendard"/>
                <w:color w:val="1D0024"/>
                <w:sz w:val="18"/>
              </w:rPr>
              <w:t xml:space="preserve"> </w:t>
            </w:r>
            <w:r>
              <w:rPr>
                <w:rFonts w:ascii="Pretendard" w:eastAsia="Pretendard" w:hAnsi="Pretendard" w:cs="Pretendard"/>
                <w:color w:val="1D0024"/>
                <w:sz w:val="18"/>
              </w:rPr>
              <w:t>쟁점이</w:t>
            </w:r>
            <w:r>
              <w:rPr>
                <w:rFonts w:ascii="Pretendard" w:eastAsia="Pretendard" w:hAnsi="Pretendard" w:cs="Pretendard"/>
                <w:color w:val="1D0024"/>
                <w:sz w:val="18"/>
              </w:rPr>
              <w:t xml:space="preserve"> </w:t>
            </w:r>
            <w:r>
              <w:rPr>
                <w:rFonts w:ascii="Pretendard" w:eastAsia="Pretendard" w:hAnsi="Pretendard" w:cs="Pretendard"/>
                <w:color w:val="1D0024"/>
                <w:sz w:val="18"/>
              </w:rPr>
              <w:t>될</w:t>
            </w:r>
            <w:r>
              <w:rPr>
                <w:rFonts w:ascii="Pretendard" w:eastAsia="Pretendard" w:hAnsi="Pretendard" w:cs="Pretendard"/>
                <w:color w:val="1D0024"/>
                <w:sz w:val="18"/>
              </w:rPr>
              <w:t xml:space="preserve"> </w:t>
            </w:r>
            <w:r>
              <w:rPr>
                <w:rFonts w:ascii="Pretendard" w:eastAsia="Pretendard" w:hAnsi="Pretendard" w:cs="Pretendard"/>
                <w:color w:val="1D0024"/>
                <w:sz w:val="18"/>
              </w:rPr>
              <w:t>수</w:t>
            </w:r>
            <w:r>
              <w:rPr>
                <w:rFonts w:ascii="Pretendard" w:eastAsia="Pretendard" w:hAnsi="Pretendard" w:cs="Pretendard"/>
                <w:color w:val="1D0024"/>
                <w:sz w:val="18"/>
              </w:rPr>
              <w:t xml:space="preserve"> </w:t>
            </w:r>
            <w:r>
              <w:rPr>
                <w:rFonts w:ascii="Pretendard" w:eastAsia="Pretendard" w:hAnsi="Pretendard" w:cs="Pretendard"/>
                <w:color w:val="1D0024"/>
                <w:sz w:val="18"/>
              </w:rPr>
              <w:t>있음</w:t>
            </w:r>
          </w:p>
        </w:tc>
      </w:tr>
      <w:tr w:rsidR="004B1372" w14:paraId="63F2B2DF" w14:textId="77777777">
        <w:trPr>
          <w:jc w:val="center"/>
        </w:trPr>
        <w:tc>
          <w:tcPr>
            <w:tcW w:w="1701" w:type="dxa"/>
          </w:tcPr>
          <w:p w14:paraId="22E223E0" w14:textId="77777777" w:rsidR="004B1372" w:rsidRDefault="00BB0BE3">
            <w:r>
              <w:rPr>
                <w:rFonts w:ascii="Pretendard" w:eastAsia="Pretendard" w:hAnsi="Pretendard" w:cs="Pretendard"/>
                <w:b/>
                <w:color w:val="1D0024"/>
                <w:sz w:val="18"/>
              </w:rPr>
              <w:t>영문</w:t>
            </w:r>
            <w:r>
              <w:rPr>
                <w:rFonts w:ascii="Pretendard" w:eastAsia="Pretendard" w:hAnsi="Pretendard" w:cs="Pretendard"/>
                <w:b/>
                <w:color w:val="1D0024"/>
                <w:sz w:val="18"/>
              </w:rPr>
              <w:t xml:space="preserve"> </w:t>
            </w:r>
            <w:r>
              <w:rPr>
                <w:rFonts w:ascii="Pretendard" w:eastAsia="Pretendard" w:hAnsi="Pretendard" w:cs="Pretendard"/>
                <w:b/>
                <w:color w:val="1D0024"/>
                <w:sz w:val="18"/>
              </w:rPr>
              <w:t>가이드</w:t>
            </w:r>
            <w:r>
              <w:rPr>
                <w:rFonts w:ascii="Pretendard" w:eastAsia="Pretendard" w:hAnsi="Pretendard" w:cs="Pretendard"/>
                <w:b/>
                <w:color w:val="1D0024"/>
                <w:sz w:val="18"/>
              </w:rPr>
              <w:t xml:space="preserve"> </w:t>
            </w:r>
            <w:r>
              <w:rPr>
                <w:rFonts w:ascii="Pretendard" w:eastAsia="Pretendard" w:hAnsi="Pretendard" w:cs="Pretendard"/>
                <w:b/>
                <w:color w:val="1D0024"/>
                <w:sz w:val="18"/>
              </w:rPr>
              <w:t>사이트</w:t>
            </w:r>
          </w:p>
        </w:tc>
        <w:tc>
          <w:tcPr>
            <w:tcW w:w="2608" w:type="dxa"/>
          </w:tcPr>
          <w:p w14:paraId="588718A0" w14:textId="77777777" w:rsidR="004B1372" w:rsidRDefault="00BB0BE3">
            <w:r>
              <w:rPr>
                <w:rFonts w:ascii="Pretendard" w:eastAsia="Pretendard" w:hAnsi="Pretendard" w:cs="Pretendard"/>
                <w:color w:val="1D0024"/>
                <w:sz w:val="18"/>
              </w:rPr>
              <w:t>광고</w:t>
            </w:r>
            <w:r>
              <w:rPr>
                <w:rFonts w:ascii="Pretendard" w:eastAsia="Pretendard" w:hAnsi="Pretendard" w:cs="Pretendard"/>
                <w:color w:val="1D0024"/>
                <w:sz w:val="18"/>
              </w:rPr>
              <w:t xml:space="preserve"> </w:t>
            </w:r>
            <w:r>
              <w:rPr>
                <w:rFonts w:ascii="Pretendard" w:eastAsia="Pretendard" w:hAnsi="Pretendard" w:cs="Pretendard"/>
                <w:color w:val="1D0024"/>
                <w:sz w:val="18"/>
              </w:rPr>
              <w:t>또는</w:t>
            </w:r>
            <w:r>
              <w:rPr>
                <w:rFonts w:ascii="Pretendard" w:eastAsia="Pretendard" w:hAnsi="Pretendard" w:cs="Pretendard"/>
                <w:color w:val="1D0024"/>
                <w:sz w:val="18"/>
              </w:rPr>
              <w:t xml:space="preserve"> </w:t>
            </w:r>
            <w:r>
              <w:rPr>
                <w:rFonts w:ascii="Pretendard" w:eastAsia="Pretendard" w:hAnsi="Pretendard" w:cs="Pretendard"/>
                <w:color w:val="1D0024"/>
                <w:sz w:val="18"/>
              </w:rPr>
              <w:t>무광고</w:t>
            </w:r>
            <w:r>
              <w:rPr>
                <w:rFonts w:ascii="Pretendard" w:eastAsia="Pretendard" w:hAnsi="Pretendard" w:cs="Pretendard"/>
                <w:color w:val="1D0024"/>
                <w:sz w:val="18"/>
              </w:rPr>
              <w:t>(</w:t>
            </w:r>
            <w:r>
              <w:rPr>
                <w:rFonts w:ascii="Pretendard" w:eastAsia="Pretendard" w:hAnsi="Pretendard" w:cs="Pretendard"/>
                <w:color w:val="1D0024"/>
                <w:sz w:val="18"/>
              </w:rPr>
              <w:t>운영</w:t>
            </w:r>
            <w:r>
              <w:rPr>
                <w:rFonts w:ascii="Pretendard" w:eastAsia="Pretendard" w:hAnsi="Pretendard" w:cs="Pretendard"/>
                <w:color w:val="1D0024"/>
                <w:sz w:val="18"/>
              </w:rPr>
              <w:t xml:space="preserve"> </w:t>
            </w:r>
            <w:r>
              <w:rPr>
                <w:rFonts w:ascii="Pretendard" w:eastAsia="Pretendard" w:hAnsi="Pretendard" w:cs="Pretendard"/>
                <w:color w:val="1D0024"/>
                <w:sz w:val="18"/>
              </w:rPr>
              <w:t>주체별</w:t>
            </w:r>
            <w:r>
              <w:rPr>
                <w:rFonts w:ascii="Pretendard" w:eastAsia="Pretendard" w:hAnsi="Pretendard" w:cs="Pretendard"/>
                <w:color w:val="1D0024"/>
                <w:sz w:val="18"/>
              </w:rPr>
              <w:t>)</w:t>
            </w:r>
          </w:p>
        </w:tc>
        <w:tc>
          <w:tcPr>
            <w:tcW w:w="2721" w:type="dxa"/>
          </w:tcPr>
          <w:p w14:paraId="51C885B5" w14:textId="77777777" w:rsidR="004B1372" w:rsidRDefault="00BB0BE3">
            <w:r>
              <w:rPr>
                <w:rFonts w:ascii="Pretendard" w:eastAsia="Pretendard" w:hAnsi="Pretendard" w:cs="Pretendard"/>
                <w:color w:val="1D0024"/>
                <w:sz w:val="18"/>
              </w:rPr>
              <w:t>해당</w:t>
            </w:r>
            <w:r>
              <w:rPr>
                <w:rFonts w:ascii="Pretendard" w:eastAsia="Pretendard" w:hAnsi="Pretendard" w:cs="Pretendard"/>
                <w:color w:val="1D0024"/>
                <w:sz w:val="18"/>
              </w:rPr>
              <w:t xml:space="preserve"> </w:t>
            </w:r>
            <w:r>
              <w:rPr>
                <w:rFonts w:ascii="Pretendard" w:eastAsia="Pretendard" w:hAnsi="Pretendard" w:cs="Pretendard"/>
                <w:color w:val="1D0024"/>
                <w:sz w:val="18"/>
              </w:rPr>
              <w:t>없음</w:t>
            </w:r>
            <w:r>
              <w:rPr>
                <w:rFonts w:ascii="Pretendard" w:eastAsia="Pretendard" w:hAnsi="Pretendard" w:cs="Pretendard"/>
                <w:color w:val="1D0024"/>
                <w:sz w:val="18"/>
              </w:rPr>
              <w:t>(</w:t>
            </w:r>
            <w:r>
              <w:rPr>
                <w:rFonts w:ascii="Pretendard" w:eastAsia="Pretendard" w:hAnsi="Pretendard" w:cs="Pretendard"/>
                <w:color w:val="1D0024"/>
                <w:sz w:val="18"/>
              </w:rPr>
              <w:t>중개</w:t>
            </w:r>
            <w:r>
              <w:rPr>
                <w:rFonts w:ascii="Pretendard" w:eastAsia="Pretendard" w:hAnsi="Pretendard" w:cs="Pretendard"/>
                <w:color w:val="1D0024"/>
                <w:sz w:val="18"/>
              </w:rPr>
              <w:t xml:space="preserve"> </w:t>
            </w:r>
            <w:r>
              <w:rPr>
                <w:rFonts w:ascii="Pretendard" w:eastAsia="Pretendard" w:hAnsi="Pretendard" w:cs="Pretendard"/>
                <w:color w:val="1D0024"/>
                <w:sz w:val="18"/>
              </w:rPr>
              <w:t>안</w:t>
            </w:r>
            <w:r>
              <w:rPr>
                <w:rFonts w:ascii="Pretendard" w:eastAsia="Pretendard" w:hAnsi="Pretendard" w:cs="Pretendard"/>
                <w:color w:val="1D0024"/>
                <w:sz w:val="18"/>
              </w:rPr>
              <w:t xml:space="preserve"> </w:t>
            </w:r>
            <w:r>
              <w:rPr>
                <w:rFonts w:ascii="Pretendard" w:eastAsia="Pretendard" w:hAnsi="Pretendard" w:cs="Pretendard"/>
                <w:color w:val="1D0024"/>
                <w:sz w:val="18"/>
              </w:rPr>
              <w:t>함</w:t>
            </w:r>
            <w:r>
              <w:rPr>
                <w:rFonts w:ascii="Pretendard" w:eastAsia="Pretendard" w:hAnsi="Pretendard" w:cs="Pretendard"/>
                <w:color w:val="1D0024"/>
                <w:sz w:val="18"/>
              </w:rPr>
              <w:t>)</w:t>
            </w:r>
          </w:p>
        </w:tc>
        <w:tc>
          <w:tcPr>
            <w:tcW w:w="2608" w:type="dxa"/>
          </w:tcPr>
          <w:p w14:paraId="14BE4F3E" w14:textId="77777777" w:rsidR="004B1372" w:rsidRDefault="00BB0BE3">
            <w:r>
              <w:rPr>
                <w:rFonts w:ascii="Pretendard" w:eastAsia="Pretendard" w:hAnsi="Pretendard" w:cs="Pretendard"/>
                <w:color w:val="1D0024"/>
                <w:sz w:val="18"/>
              </w:rPr>
              <w:t>낮음</w:t>
            </w:r>
          </w:p>
        </w:tc>
      </w:tr>
      <w:tr w:rsidR="004B1372" w14:paraId="7F025AAA" w14:textId="77777777">
        <w:trPr>
          <w:jc w:val="center"/>
        </w:trPr>
        <w:tc>
          <w:tcPr>
            <w:tcW w:w="1701" w:type="dxa"/>
          </w:tcPr>
          <w:p w14:paraId="70C4FB70" w14:textId="77777777" w:rsidR="004B1372" w:rsidRDefault="00BB0BE3">
            <w:r>
              <w:rPr>
                <w:rFonts w:ascii="Pretendard" w:eastAsia="Pretendard" w:hAnsi="Pretendard" w:cs="Pretendard"/>
                <w:b/>
                <w:color w:val="1D0024"/>
                <w:sz w:val="18"/>
              </w:rPr>
              <w:t xml:space="preserve">INFINITH </w:t>
            </w:r>
            <w:r>
              <w:rPr>
                <w:rFonts w:ascii="Pretendard" w:eastAsia="Pretendard" w:hAnsi="Pretendard" w:cs="Pretendard"/>
                <w:b/>
                <w:color w:val="1D0024"/>
                <w:sz w:val="18"/>
              </w:rPr>
              <w:t>허브</w:t>
            </w:r>
            <w:r>
              <w:rPr>
                <w:rFonts w:ascii="Pretendard" w:eastAsia="Pretendard" w:hAnsi="Pretendard" w:cs="Pretendard"/>
                <w:b/>
                <w:color w:val="1D0024"/>
                <w:sz w:val="18"/>
              </w:rPr>
              <w:t>(PRD)</w:t>
            </w:r>
          </w:p>
        </w:tc>
        <w:tc>
          <w:tcPr>
            <w:tcW w:w="2608" w:type="dxa"/>
          </w:tcPr>
          <w:p w14:paraId="4FEEDD24" w14:textId="77777777" w:rsidR="004B1372" w:rsidRDefault="00BB0BE3">
            <w:r>
              <w:rPr>
                <w:rFonts w:ascii="Pretendard" w:eastAsia="Pretendard" w:hAnsi="Pretendard" w:cs="Pretendard"/>
                <w:color w:val="1D0024"/>
                <w:sz w:val="18"/>
              </w:rPr>
              <w:t>1</w:t>
            </w:r>
            <w:r>
              <w:rPr>
                <w:rFonts w:ascii="Pretendard" w:eastAsia="Pretendard" w:hAnsi="Pretendard" w:cs="Pretendard"/>
                <w:color w:val="1D0024"/>
                <w:sz w:val="18"/>
              </w:rPr>
              <w:t>단계</w:t>
            </w:r>
            <w:r>
              <w:rPr>
                <w:rFonts w:ascii="Pretendard" w:eastAsia="Pretendard" w:hAnsi="Pretendard" w:cs="Pretendard"/>
                <w:color w:val="1D0024"/>
                <w:sz w:val="18"/>
              </w:rPr>
              <w:t xml:space="preserve"> </w:t>
            </w:r>
            <w:r>
              <w:rPr>
                <w:rFonts w:ascii="Pretendard" w:eastAsia="Pretendard" w:hAnsi="Pretendard" w:cs="Pretendard"/>
                <w:color w:val="1D0024"/>
                <w:sz w:val="18"/>
              </w:rPr>
              <w:t>무수수료</w:t>
            </w:r>
            <w:r>
              <w:rPr>
                <w:rFonts w:ascii="Pretendard" w:eastAsia="Pretendard" w:hAnsi="Pretendard" w:cs="Pretendard"/>
                <w:color w:val="1D0024"/>
                <w:sz w:val="18"/>
              </w:rPr>
              <w:t>, 2</w:t>
            </w:r>
            <w:r>
              <w:rPr>
                <w:rFonts w:ascii="Pretendard" w:eastAsia="Pretendard" w:hAnsi="Pretendard" w:cs="Pretendard"/>
                <w:color w:val="1D0024"/>
                <w:sz w:val="18"/>
              </w:rPr>
              <w:t>단계</w:t>
            </w:r>
            <w:r>
              <w:rPr>
                <w:rFonts w:ascii="Pretendard" w:eastAsia="Pretendard" w:hAnsi="Pretendard" w:cs="Pretendard"/>
                <w:color w:val="1D0024"/>
                <w:sz w:val="18"/>
              </w:rPr>
              <w:t xml:space="preserve"> </w:t>
            </w:r>
            <w:r>
              <w:rPr>
                <w:rFonts w:ascii="Pretendard" w:eastAsia="Pretendard" w:hAnsi="Pretendard" w:cs="Pretendard"/>
                <w:color w:val="1D0024"/>
                <w:sz w:val="18"/>
              </w:rPr>
              <w:t>병원</w:t>
            </w:r>
            <w:r>
              <w:rPr>
                <w:rFonts w:ascii="Pretendard" w:eastAsia="Pretendard" w:hAnsi="Pretendard" w:cs="Pretendard"/>
                <w:color w:val="1D0024"/>
                <w:sz w:val="18"/>
              </w:rPr>
              <w:t xml:space="preserve"> </w:t>
            </w:r>
            <w:r>
              <w:rPr>
                <w:rFonts w:ascii="Pretendard" w:eastAsia="Pretendard" w:hAnsi="Pretendard" w:cs="Pretendard"/>
                <w:color w:val="1D0024"/>
                <w:sz w:val="18"/>
              </w:rPr>
              <w:t>구독</w:t>
            </w:r>
            <w:r>
              <w:rPr>
                <w:rFonts w:ascii="Pretendard" w:eastAsia="Pretendard" w:hAnsi="Pretendard" w:cs="Pretendard"/>
                <w:color w:val="1D0024"/>
                <w:sz w:val="18"/>
              </w:rPr>
              <w:t>·</w:t>
            </w:r>
            <w:r>
              <w:rPr>
                <w:rFonts w:ascii="Pretendard" w:eastAsia="Pretendard" w:hAnsi="Pretendard" w:cs="Pretendard"/>
                <w:color w:val="1D0024"/>
                <w:sz w:val="18"/>
              </w:rPr>
              <w:t>예약</w:t>
            </w:r>
            <w:r>
              <w:rPr>
                <w:rFonts w:ascii="Pretendard" w:eastAsia="Pretendard" w:hAnsi="Pretendard" w:cs="Pretendard"/>
                <w:color w:val="1D0024"/>
                <w:sz w:val="18"/>
              </w:rPr>
              <w:t xml:space="preserve"> </w:t>
            </w:r>
            <w:r>
              <w:rPr>
                <w:rFonts w:ascii="Pretendard" w:eastAsia="Pretendard" w:hAnsi="Pretendard" w:cs="Pretendard"/>
                <w:color w:val="1D0024"/>
                <w:sz w:val="18"/>
              </w:rPr>
              <w:t>수수료</w:t>
            </w:r>
          </w:p>
        </w:tc>
        <w:tc>
          <w:tcPr>
            <w:tcW w:w="2721" w:type="dxa"/>
          </w:tcPr>
          <w:p w14:paraId="19A685AC" w14:textId="77777777" w:rsidR="004B1372" w:rsidRDefault="00BB0BE3">
            <w:r>
              <w:rPr>
                <w:rFonts w:ascii="Pretendard" w:eastAsia="Pretendard" w:hAnsi="Pretendard" w:cs="Pretendard"/>
                <w:color w:val="1D0024"/>
                <w:sz w:val="18"/>
              </w:rPr>
              <w:t>2</w:t>
            </w:r>
            <w:r>
              <w:rPr>
                <w:rFonts w:ascii="Pretendard" w:eastAsia="Pretendard" w:hAnsi="Pretendard" w:cs="Pretendard"/>
                <w:color w:val="1D0024"/>
                <w:sz w:val="18"/>
              </w:rPr>
              <w:t>단계</w:t>
            </w:r>
            <w:r>
              <w:rPr>
                <w:rFonts w:ascii="Pretendard" w:eastAsia="Pretendard" w:hAnsi="Pretendard" w:cs="Pretendard"/>
                <w:color w:val="1D0024"/>
                <w:sz w:val="18"/>
              </w:rPr>
              <w:t xml:space="preserve"> </w:t>
            </w:r>
            <w:r>
              <w:rPr>
                <w:rFonts w:ascii="Pretendard" w:eastAsia="Pretendard" w:hAnsi="Pretendard" w:cs="Pretendard"/>
                <w:color w:val="1D0024"/>
                <w:sz w:val="18"/>
              </w:rPr>
              <w:t>전</w:t>
            </w:r>
            <w:r>
              <w:rPr>
                <w:rFonts w:ascii="Pretendard" w:eastAsia="Pretendard" w:hAnsi="Pretendard" w:cs="Pretendard"/>
                <w:color w:val="1D0024"/>
                <w:sz w:val="18"/>
              </w:rPr>
              <w:t xml:space="preserve"> </w:t>
            </w:r>
            <w:r>
              <w:rPr>
                <w:rFonts w:ascii="Pretendard" w:eastAsia="Pretendard" w:hAnsi="Pretendard" w:cs="Pretendard"/>
                <w:color w:val="1D0024"/>
                <w:sz w:val="18"/>
              </w:rPr>
              <w:t>등록</w:t>
            </w:r>
            <w:r>
              <w:rPr>
                <w:rFonts w:ascii="Pretendard" w:eastAsia="Pretendard" w:hAnsi="Pretendard" w:cs="Pretendard"/>
                <w:color w:val="1D0024"/>
                <w:sz w:val="18"/>
              </w:rPr>
              <w:t xml:space="preserve"> </w:t>
            </w:r>
            <w:r>
              <w:rPr>
                <w:rFonts w:ascii="Pretendard" w:eastAsia="Pretendard" w:hAnsi="Pretendard" w:cs="Pretendard"/>
                <w:color w:val="1D0024"/>
                <w:sz w:val="18"/>
              </w:rPr>
              <w:t>필요</w:t>
            </w:r>
            <w:r>
              <w:rPr>
                <w:rFonts w:ascii="Pretendard" w:eastAsia="Pretendard" w:hAnsi="Pretendard" w:cs="Pretendard"/>
                <w:color w:val="1D0024"/>
                <w:sz w:val="18"/>
              </w:rPr>
              <w:t>(</w:t>
            </w:r>
            <w:r>
              <w:rPr>
                <w:rFonts w:ascii="Pretendard" w:eastAsia="Pretendard" w:hAnsi="Pretendard" w:cs="Pretendard"/>
                <w:color w:val="1D0024"/>
                <w:sz w:val="18"/>
              </w:rPr>
              <w:t>자본금</w:t>
            </w:r>
            <w:r>
              <w:rPr>
                <w:rFonts w:ascii="Pretendard" w:eastAsia="Pretendard" w:hAnsi="Pretendard" w:cs="Pretendard"/>
                <w:color w:val="1D0024"/>
                <w:sz w:val="18"/>
              </w:rPr>
              <w:t>·</w:t>
            </w:r>
            <w:r>
              <w:rPr>
                <w:rFonts w:ascii="Pretendard" w:eastAsia="Pretendard" w:hAnsi="Pretendard" w:cs="Pretendard"/>
                <w:color w:val="1D0024"/>
                <w:sz w:val="18"/>
              </w:rPr>
              <w:t>보증보험</w:t>
            </w:r>
            <w:r>
              <w:rPr>
                <w:rFonts w:ascii="Pretendard" w:eastAsia="Pretendard" w:hAnsi="Pretendard" w:cs="Pretendard"/>
                <w:color w:val="1D0024"/>
                <w:sz w:val="18"/>
              </w:rPr>
              <w:t xml:space="preserve"> </w:t>
            </w:r>
            <w:r>
              <w:rPr>
                <w:rFonts w:ascii="Pretendard" w:eastAsia="Pretendard" w:hAnsi="Pretendard" w:cs="Pretendard"/>
                <w:color w:val="1D0024"/>
                <w:sz w:val="18"/>
              </w:rPr>
              <w:t>각</w:t>
            </w:r>
            <w:r>
              <w:rPr>
                <w:rFonts w:ascii="Pretendard" w:eastAsia="Pretendard" w:hAnsi="Pretendard" w:cs="Pretendard"/>
                <w:color w:val="1D0024"/>
                <w:sz w:val="18"/>
              </w:rPr>
              <w:t xml:space="preserve"> 1</w:t>
            </w:r>
            <w:r>
              <w:rPr>
                <w:rFonts w:ascii="Pretendard" w:eastAsia="Pretendard" w:hAnsi="Pretendard" w:cs="Pretendard"/>
                <w:color w:val="1D0024"/>
                <w:sz w:val="18"/>
              </w:rPr>
              <w:t>억</w:t>
            </w:r>
            <w:r>
              <w:rPr>
                <w:rFonts w:ascii="Pretendard" w:eastAsia="Pretendard" w:hAnsi="Pretendard" w:cs="Pretendard"/>
                <w:color w:val="1D0024"/>
                <w:sz w:val="18"/>
              </w:rPr>
              <w:t xml:space="preserve"> </w:t>
            </w:r>
            <w:r>
              <w:rPr>
                <w:rFonts w:ascii="Pretendard" w:eastAsia="Pretendard" w:hAnsi="Pretendard" w:cs="Pretendard"/>
                <w:color w:val="1D0024"/>
                <w:sz w:val="18"/>
              </w:rPr>
              <w:t>원</w:t>
            </w:r>
            <w:r>
              <w:rPr>
                <w:rFonts w:ascii="Pretendard" w:eastAsia="Pretendard" w:hAnsi="Pretendard" w:cs="Pretendard"/>
                <w:color w:val="1D0024"/>
                <w:sz w:val="18"/>
              </w:rPr>
              <w:t>)</w:t>
            </w:r>
          </w:p>
        </w:tc>
        <w:tc>
          <w:tcPr>
            <w:tcW w:w="2608" w:type="dxa"/>
          </w:tcPr>
          <w:p w14:paraId="2462D7ED" w14:textId="77777777" w:rsidR="004B1372" w:rsidRDefault="00BB0BE3">
            <w:r>
              <w:rPr>
                <w:rFonts w:ascii="Pretendard" w:eastAsia="Pretendard" w:hAnsi="Pretendard" w:cs="Pretendard"/>
                <w:color w:val="1D0024"/>
                <w:sz w:val="18"/>
              </w:rPr>
              <w:t>1</w:t>
            </w:r>
            <w:r>
              <w:rPr>
                <w:rFonts w:ascii="Pretendard" w:eastAsia="Pretendard" w:hAnsi="Pretendard" w:cs="Pretendard"/>
                <w:color w:val="1D0024"/>
                <w:sz w:val="18"/>
              </w:rPr>
              <w:t>단계는</w:t>
            </w:r>
            <w:r>
              <w:rPr>
                <w:rFonts w:ascii="Pretendard" w:eastAsia="Pretendard" w:hAnsi="Pretendard" w:cs="Pretendard"/>
                <w:color w:val="1D0024"/>
                <w:sz w:val="18"/>
              </w:rPr>
              <w:t xml:space="preserve"> </w:t>
            </w:r>
            <w:r>
              <w:rPr>
                <w:rFonts w:ascii="Pretendard" w:eastAsia="Pretendard" w:hAnsi="Pretendard" w:cs="Pretendard"/>
                <w:color w:val="1D0024"/>
                <w:sz w:val="18"/>
              </w:rPr>
              <w:t>낮음</w:t>
            </w:r>
            <w:r>
              <w:rPr>
                <w:rFonts w:ascii="Pretendard" w:eastAsia="Pretendard" w:hAnsi="Pretendard" w:cs="Pretendard"/>
                <w:color w:val="1D0024"/>
                <w:sz w:val="18"/>
              </w:rPr>
              <w:t>, 2</w:t>
            </w:r>
            <w:r>
              <w:rPr>
                <w:rFonts w:ascii="Pretendard" w:eastAsia="Pretendard" w:hAnsi="Pretendard" w:cs="Pretendard"/>
                <w:color w:val="1D0024"/>
                <w:sz w:val="18"/>
              </w:rPr>
              <w:t>단계부터</w:t>
            </w:r>
            <w:r>
              <w:rPr>
                <w:rFonts w:ascii="Pretendard" w:eastAsia="Pretendard" w:hAnsi="Pretendard" w:cs="Pretendard"/>
                <w:color w:val="1D0024"/>
                <w:sz w:val="18"/>
              </w:rPr>
              <w:t xml:space="preserve"> </w:t>
            </w:r>
            <w:r>
              <w:rPr>
                <w:rFonts w:ascii="Pretendard" w:eastAsia="Pretendard" w:hAnsi="Pretendard" w:cs="Pretendard"/>
                <w:color w:val="1D0024"/>
                <w:sz w:val="18"/>
              </w:rPr>
              <w:t>알선</w:t>
            </w:r>
            <w:r>
              <w:rPr>
                <w:rFonts w:ascii="Pretendard" w:eastAsia="Pretendard" w:hAnsi="Pretendard" w:cs="Pretendard"/>
                <w:color w:val="1D0024"/>
                <w:sz w:val="18"/>
              </w:rPr>
              <w:t>·</w:t>
            </w:r>
            <w:r>
              <w:rPr>
                <w:rFonts w:ascii="Pretendard" w:eastAsia="Pretendard" w:hAnsi="Pretendard" w:cs="Pretendard"/>
                <w:color w:val="1D0024"/>
                <w:sz w:val="18"/>
              </w:rPr>
              <w:t>광고</w:t>
            </w:r>
            <w:r>
              <w:rPr>
                <w:rFonts w:ascii="Pretendard" w:eastAsia="Pretendard" w:hAnsi="Pretendard" w:cs="Pretendard"/>
                <w:color w:val="1D0024"/>
                <w:sz w:val="18"/>
              </w:rPr>
              <w:t>·</w:t>
            </w:r>
            <w:r>
              <w:rPr>
                <w:rFonts w:ascii="Pretendard" w:eastAsia="Pretendard" w:hAnsi="Pretendard" w:cs="Pretendard"/>
                <w:color w:val="1D0024"/>
                <w:sz w:val="18"/>
              </w:rPr>
              <w:t>민감정보</w:t>
            </w:r>
          </w:p>
        </w:tc>
      </w:tr>
    </w:tbl>
    <w:p w14:paraId="185D151C" w14:textId="77777777" w:rsidR="004B1372" w:rsidRDefault="004B1372">
      <w:pPr>
        <w:spacing w:after="40"/>
      </w:pPr>
    </w:p>
    <w:tbl>
      <w:tblPr>
        <w:tblStyle w:val="af9"/>
        <w:tblW w:w="0" w:type="auto"/>
        <w:jc w:val="center"/>
        <w:tblLayout w:type="fixed"/>
        <w:tblLook w:val="04A0" w:firstRow="1" w:lastRow="0" w:firstColumn="1" w:lastColumn="0" w:noHBand="0" w:noVBand="1"/>
      </w:tblPr>
      <w:tblGrid>
        <w:gridCol w:w="1928"/>
        <w:gridCol w:w="7710"/>
      </w:tblGrid>
      <w:tr w:rsidR="004B1372" w14:paraId="702DB98F" w14:textId="77777777">
        <w:trPr>
          <w:cantSplit/>
          <w:tblHeader/>
          <w:jc w:val="center"/>
        </w:trPr>
        <w:tc>
          <w:tcPr>
            <w:tcW w:w="1928" w:type="dxa"/>
            <w:shd w:val="clear" w:color="auto" w:fill="1D0024"/>
          </w:tcPr>
          <w:p w14:paraId="45FF957C" w14:textId="77777777" w:rsidR="004B1372" w:rsidRDefault="00BB0BE3">
            <w:r>
              <w:rPr>
                <w:rFonts w:ascii="Pretendard" w:eastAsia="Pretendard" w:hAnsi="Pretendard" w:cs="Pretendard"/>
                <w:b/>
                <w:color w:val="FFFFFF"/>
                <w:sz w:val="18"/>
              </w:rPr>
              <w:t>규제</w:t>
            </w:r>
            <w:r>
              <w:rPr>
                <w:rFonts w:ascii="Pretendard" w:eastAsia="Pretendard" w:hAnsi="Pretendard" w:cs="Pretendard"/>
                <w:b/>
                <w:color w:val="FFFFFF"/>
                <w:sz w:val="18"/>
              </w:rPr>
              <w:t xml:space="preserve"> </w:t>
            </w:r>
            <w:r>
              <w:rPr>
                <w:rFonts w:ascii="Pretendard" w:eastAsia="Pretendard" w:hAnsi="Pretendard" w:cs="Pretendard"/>
                <w:b/>
                <w:color w:val="FFFFFF"/>
                <w:sz w:val="18"/>
              </w:rPr>
              <w:t>요건</w:t>
            </w:r>
          </w:p>
        </w:tc>
        <w:tc>
          <w:tcPr>
            <w:tcW w:w="7710" w:type="dxa"/>
            <w:shd w:val="clear" w:color="auto" w:fill="1D0024"/>
          </w:tcPr>
          <w:p w14:paraId="7916865E" w14:textId="77777777" w:rsidR="004B1372" w:rsidRDefault="00BB0BE3">
            <w:r>
              <w:rPr>
                <w:rFonts w:ascii="Pretendard" w:eastAsia="Pretendard" w:hAnsi="Pretendard" w:cs="Pretendard"/>
                <w:b/>
                <w:color w:val="FFFFFF"/>
                <w:sz w:val="18"/>
              </w:rPr>
              <w:t>내용</w:t>
            </w:r>
            <w:r>
              <w:rPr>
                <w:rFonts w:ascii="Pretendard" w:eastAsia="Pretendard" w:hAnsi="Pretendard" w:cs="Pretendard"/>
                <w:b/>
                <w:color w:val="FFFFFF"/>
                <w:sz w:val="18"/>
              </w:rPr>
              <w:t xml:space="preserve"> (</w:t>
            </w:r>
            <w:r>
              <w:rPr>
                <w:rFonts w:ascii="Pretendard" w:eastAsia="Pretendard" w:hAnsi="Pretendard" w:cs="Pretendard"/>
                <w:b/>
                <w:color w:val="FFFFFF"/>
                <w:sz w:val="18"/>
              </w:rPr>
              <w:t>변호사</w:t>
            </w:r>
            <w:r>
              <w:rPr>
                <w:rFonts w:ascii="Pretendard" w:eastAsia="Pretendard" w:hAnsi="Pretendard" w:cs="Pretendard"/>
                <w:b/>
                <w:color w:val="FFFFFF"/>
                <w:sz w:val="18"/>
              </w:rPr>
              <w:t xml:space="preserve"> </w:t>
            </w:r>
            <w:r>
              <w:rPr>
                <w:rFonts w:ascii="Pretendard" w:eastAsia="Pretendard" w:hAnsi="Pretendard" w:cs="Pretendard"/>
                <w:b/>
                <w:color w:val="FFFFFF"/>
                <w:sz w:val="18"/>
              </w:rPr>
              <w:t>확인</w:t>
            </w:r>
            <w:r>
              <w:rPr>
                <w:rFonts w:ascii="Pretendard" w:eastAsia="Pretendard" w:hAnsi="Pretendard" w:cs="Pretendard"/>
                <w:b/>
                <w:color w:val="FFFFFF"/>
                <w:sz w:val="18"/>
              </w:rPr>
              <w:t xml:space="preserve"> </w:t>
            </w:r>
            <w:r>
              <w:rPr>
                <w:rFonts w:ascii="Pretendard" w:eastAsia="Pretendard" w:hAnsi="Pretendard" w:cs="Pretendard"/>
                <w:b/>
                <w:color w:val="FFFFFF"/>
                <w:sz w:val="18"/>
              </w:rPr>
              <w:t>필요</w:t>
            </w:r>
            <w:r>
              <w:rPr>
                <w:rFonts w:ascii="Pretendard" w:eastAsia="Pretendard" w:hAnsi="Pretendard" w:cs="Pretendard"/>
                <w:b/>
                <w:color w:val="FFFFFF"/>
                <w:sz w:val="18"/>
              </w:rPr>
              <w:t>)</w:t>
            </w:r>
          </w:p>
        </w:tc>
      </w:tr>
      <w:tr w:rsidR="004B1372" w14:paraId="6A028DEB" w14:textId="77777777">
        <w:trPr>
          <w:jc w:val="center"/>
        </w:trPr>
        <w:tc>
          <w:tcPr>
            <w:tcW w:w="1928" w:type="dxa"/>
          </w:tcPr>
          <w:p w14:paraId="25349511" w14:textId="77777777" w:rsidR="004B1372" w:rsidRDefault="00BB0BE3">
            <w:r>
              <w:rPr>
                <w:rFonts w:ascii="Pretendard" w:eastAsia="Pretendard" w:hAnsi="Pretendard" w:cs="Pretendard"/>
                <w:b/>
                <w:color w:val="1D0024"/>
                <w:sz w:val="18"/>
              </w:rPr>
              <w:t>유치업</w:t>
            </w:r>
            <w:r>
              <w:rPr>
                <w:rFonts w:ascii="Pretendard" w:eastAsia="Pretendard" w:hAnsi="Pretendard" w:cs="Pretendard"/>
                <w:b/>
                <w:color w:val="1D0024"/>
                <w:sz w:val="18"/>
              </w:rPr>
              <w:t xml:space="preserve"> </w:t>
            </w:r>
            <w:r>
              <w:rPr>
                <w:rFonts w:ascii="Pretendard" w:eastAsia="Pretendard" w:hAnsi="Pretendard" w:cs="Pretendard"/>
                <w:b/>
                <w:color w:val="1D0024"/>
                <w:sz w:val="18"/>
              </w:rPr>
              <w:t>등록</w:t>
            </w:r>
          </w:p>
        </w:tc>
        <w:tc>
          <w:tcPr>
            <w:tcW w:w="7710" w:type="dxa"/>
          </w:tcPr>
          <w:p w14:paraId="6D47793A" w14:textId="77777777" w:rsidR="004B1372" w:rsidRDefault="00BB0BE3">
            <w:r>
              <w:rPr>
                <w:rFonts w:ascii="Pretendard" w:eastAsia="Pretendard" w:hAnsi="Pretendard" w:cs="Pretendard"/>
                <w:color w:val="1D0024"/>
                <w:sz w:val="18"/>
              </w:rPr>
              <w:t>의료해외진출법</w:t>
            </w:r>
            <w:r>
              <w:rPr>
                <w:rFonts w:ascii="Pretendard" w:eastAsia="Pretendard" w:hAnsi="Pretendard" w:cs="Pretendard"/>
                <w:color w:val="1D0024"/>
                <w:sz w:val="18"/>
              </w:rPr>
              <w:t xml:space="preserve"> </w:t>
            </w:r>
            <w:r>
              <w:rPr>
                <w:rFonts w:ascii="Pretendard" w:eastAsia="Pretendard" w:hAnsi="Pretendard" w:cs="Pretendard"/>
                <w:color w:val="1D0024"/>
                <w:sz w:val="18"/>
              </w:rPr>
              <w:t>제</w:t>
            </w:r>
            <w:r>
              <w:rPr>
                <w:rFonts w:ascii="Pretendard" w:eastAsia="Pretendard" w:hAnsi="Pretendard" w:cs="Pretendard"/>
                <w:color w:val="1D0024"/>
                <w:sz w:val="18"/>
              </w:rPr>
              <w:t>6</w:t>
            </w:r>
            <w:r>
              <w:rPr>
                <w:rFonts w:ascii="Pretendard" w:eastAsia="Pretendard" w:hAnsi="Pretendard" w:cs="Pretendard"/>
                <w:color w:val="1D0024"/>
                <w:sz w:val="18"/>
              </w:rPr>
              <w:t>조</w:t>
            </w:r>
            <w:r>
              <w:rPr>
                <w:rFonts w:ascii="Pretendard" w:eastAsia="Pretendard" w:hAnsi="Pretendard" w:cs="Pretendard"/>
                <w:color w:val="1D0024"/>
                <w:sz w:val="18"/>
              </w:rPr>
              <w:t xml:space="preserve">, </w:t>
            </w:r>
            <w:r>
              <w:rPr>
                <w:rFonts w:ascii="Pretendard" w:eastAsia="Pretendard" w:hAnsi="Pretendard" w:cs="Pretendard"/>
                <w:color w:val="1D0024"/>
                <w:sz w:val="18"/>
              </w:rPr>
              <w:t>시행규칙</w:t>
            </w:r>
            <w:r>
              <w:rPr>
                <w:rFonts w:ascii="Pretendard" w:eastAsia="Pretendard" w:hAnsi="Pretendard" w:cs="Pretendard"/>
                <w:color w:val="1D0024"/>
                <w:sz w:val="18"/>
              </w:rPr>
              <w:t xml:space="preserve"> </w:t>
            </w:r>
            <w:r>
              <w:rPr>
                <w:rFonts w:ascii="Pretendard" w:eastAsia="Pretendard" w:hAnsi="Pretendard" w:cs="Pretendard"/>
                <w:color w:val="1D0024"/>
                <w:sz w:val="18"/>
              </w:rPr>
              <w:t>제</w:t>
            </w:r>
            <w:r>
              <w:rPr>
                <w:rFonts w:ascii="Pretendard" w:eastAsia="Pretendard" w:hAnsi="Pretendard" w:cs="Pretendard"/>
                <w:color w:val="1D0024"/>
                <w:sz w:val="18"/>
              </w:rPr>
              <w:t>4</w:t>
            </w:r>
            <w:r>
              <w:rPr>
                <w:rFonts w:ascii="Pretendard" w:eastAsia="Pretendard" w:hAnsi="Pretendard" w:cs="Pretendard"/>
                <w:color w:val="1D0024"/>
                <w:sz w:val="18"/>
              </w:rPr>
              <w:t>조</w:t>
            </w:r>
            <w:r>
              <w:rPr>
                <w:rFonts w:ascii="Pretendard" w:eastAsia="Pretendard" w:hAnsi="Pretendard" w:cs="Pretendard"/>
                <w:color w:val="1D0024"/>
                <w:sz w:val="18"/>
              </w:rPr>
              <w:t xml:space="preserve">: </w:t>
            </w:r>
            <w:r>
              <w:rPr>
                <w:rFonts w:ascii="Pretendard" w:eastAsia="Pretendard" w:hAnsi="Pretendard" w:cs="Pretendard"/>
                <w:color w:val="1D0024"/>
                <w:sz w:val="18"/>
              </w:rPr>
              <w:t>자본금</w:t>
            </w:r>
            <w:r>
              <w:rPr>
                <w:rFonts w:ascii="Pretendard" w:eastAsia="Pretendard" w:hAnsi="Pretendard" w:cs="Pretendard"/>
                <w:color w:val="1D0024"/>
                <w:sz w:val="18"/>
              </w:rPr>
              <w:t xml:space="preserve"> 1</w:t>
            </w:r>
            <w:r>
              <w:rPr>
                <w:rFonts w:ascii="Pretendard" w:eastAsia="Pretendard" w:hAnsi="Pretendard" w:cs="Pretendard"/>
                <w:color w:val="1D0024"/>
                <w:sz w:val="18"/>
              </w:rPr>
              <w:t>억</w:t>
            </w:r>
            <w:r>
              <w:rPr>
                <w:rFonts w:ascii="Pretendard" w:eastAsia="Pretendard" w:hAnsi="Pretendard" w:cs="Pretendard"/>
                <w:color w:val="1D0024"/>
                <w:sz w:val="18"/>
              </w:rPr>
              <w:t xml:space="preserve"> </w:t>
            </w:r>
            <w:r>
              <w:rPr>
                <w:rFonts w:ascii="Pretendard" w:eastAsia="Pretendard" w:hAnsi="Pretendard" w:cs="Pretendard"/>
                <w:color w:val="1D0024"/>
                <w:sz w:val="18"/>
              </w:rPr>
              <w:t>원</w:t>
            </w:r>
            <w:r>
              <w:rPr>
                <w:rFonts w:ascii="Pretendard" w:eastAsia="Pretendard" w:hAnsi="Pretendard" w:cs="Pretendard"/>
                <w:color w:val="1D0024"/>
                <w:sz w:val="18"/>
              </w:rPr>
              <w:t xml:space="preserve">, </w:t>
            </w:r>
            <w:r>
              <w:rPr>
                <w:rFonts w:ascii="Pretendard" w:eastAsia="Pretendard" w:hAnsi="Pretendard" w:cs="Pretendard"/>
                <w:color w:val="1D0024"/>
                <w:sz w:val="18"/>
              </w:rPr>
              <w:t>보증보험</w:t>
            </w:r>
            <w:r>
              <w:rPr>
                <w:rFonts w:ascii="Pretendard" w:eastAsia="Pretendard" w:hAnsi="Pretendard" w:cs="Pretendard"/>
                <w:color w:val="1D0024"/>
                <w:sz w:val="18"/>
              </w:rPr>
              <w:t xml:space="preserve"> 1</w:t>
            </w:r>
            <w:r>
              <w:rPr>
                <w:rFonts w:ascii="Pretendard" w:eastAsia="Pretendard" w:hAnsi="Pretendard" w:cs="Pretendard"/>
                <w:color w:val="1D0024"/>
                <w:sz w:val="18"/>
              </w:rPr>
              <w:t>억</w:t>
            </w:r>
            <w:r>
              <w:rPr>
                <w:rFonts w:ascii="Pretendard" w:eastAsia="Pretendard" w:hAnsi="Pretendard" w:cs="Pretendard"/>
                <w:color w:val="1D0024"/>
                <w:sz w:val="18"/>
              </w:rPr>
              <w:t xml:space="preserve"> </w:t>
            </w:r>
            <w:r>
              <w:rPr>
                <w:rFonts w:ascii="Pretendard" w:eastAsia="Pretendard" w:hAnsi="Pretendard" w:cs="Pretendard"/>
                <w:color w:val="1D0024"/>
                <w:sz w:val="18"/>
              </w:rPr>
              <w:t>원</w:t>
            </w:r>
            <w:r>
              <w:rPr>
                <w:rFonts w:ascii="Pretendard" w:eastAsia="Pretendard" w:hAnsi="Pretendard" w:cs="Pretendard"/>
                <w:color w:val="1D0024"/>
                <w:sz w:val="18"/>
              </w:rPr>
              <w:t xml:space="preserve">, </w:t>
            </w:r>
            <w:r>
              <w:rPr>
                <w:rFonts w:ascii="Pretendard" w:eastAsia="Pretendard" w:hAnsi="Pretendard" w:cs="Pretendard"/>
                <w:color w:val="1D0024"/>
                <w:sz w:val="18"/>
              </w:rPr>
              <w:t>국내</w:t>
            </w:r>
            <w:r>
              <w:rPr>
                <w:rFonts w:ascii="Pretendard" w:eastAsia="Pretendard" w:hAnsi="Pretendard" w:cs="Pretendard"/>
                <w:color w:val="1D0024"/>
                <w:sz w:val="18"/>
              </w:rPr>
              <w:t xml:space="preserve"> </w:t>
            </w:r>
            <w:r>
              <w:rPr>
                <w:rFonts w:ascii="Pretendard" w:eastAsia="Pretendard" w:hAnsi="Pretendard" w:cs="Pretendard"/>
                <w:color w:val="1D0024"/>
                <w:sz w:val="18"/>
              </w:rPr>
              <w:t>사무소</w:t>
            </w:r>
            <w:r>
              <w:rPr>
                <w:rFonts w:ascii="Pretendard" w:eastAsia="Pretendard" w:hAnsi="Pretendard" w:cs="Pretendard"/>
                <w:color w:val="1D0024"/>
                <w:sz w:val="18"/>
              </w:rPr>
              <w:t>, 3</w:t>
            </w:r>
            <w:r>
              <w:rPr>
                <w:rFonts w:ascii="Pretendard" w:eastAsia="Pretendard" w:hAnsi="Pretendard" w:cs="Pretendard"/>
                <w:color w:val="1D0024"/>
                <w:sz w:val="18"/>
              </w:rPr>
              <w:t>년</w:t>
            </w:r>
            <w:r>
              <w:rPr>
                <w:rFonts w:ascii="Pretendard" w:eastAsia="Pretendard" w:hAnsi="Pretendard" w:cs="Pretendard"/>
                <w:color w:val="1D0024"/>
                <w:sz w:val="18"/>
              </w:rPr>
              <w:t xml:space="preserve"> </w:t>
            </w:r>
            <w:r>
              <w:rPr>
                <w:rFonts w:ascii="Pretendard" w:eastAsia="Pretendard" w:hAnsi="Pretendard" w:cs="Pretendard"/>
                <w:color w:val="1D0024"/>
                <w:sz w:val="18"/>
              </w:rPr>
              <w:t>갱신</w:t>
            </w:r>
            <w:r>
              <w:rPr>
                <w:rFonts w:ascii="Pretendard" w:eastAsia="Pretendard" w:hAnsi="Pretendard" w:cs="Pretendard"/>
                <w:color w:val="1D0024"/>
                <w:sz w:val="18"/>
              </w:rPr>
              <w:t>. 2</w:t>
            </w:r>
            <w:r>
              <w:rPr>
                <w:rFonts w:ascii="Pretendard" w:eastAsia="Pretendard" w:hAnsi="Pretendard" w:cs="Pretendard"/>
                <w:color w:val="1D0024"/>
                <w:sz w:val="18"/>
              </w:rPr>
              <w:t>년</w:t>
            </w:r>
            <w:r>
              <w:rPr>
                <w:rFonts w:ascii="Pretendard" w:eastAsia="Pretendard" w:hAnsi="Pretendard" w:cs="Pretendard"/>
                <w:color w:val="1D0024"/>
                <w:sz w:val="18"/>
              </w:rPr>
              <w:t xml:space="preserve"> </w:t>
            </w:r>
            <w:r>
              <w:rPr>
                <w:rFonts w:ascii="Pretendard" w:eastAsia="Pretendard" w:hAnsi="Pretendard" w:cs="Pretendard"/>
                <w:color w:val="1D0024"/>
                <w:sz w:val="18"/>
              </w:rPr>
              <w:t>무실적이면</w:t>
            </w:r>
            <w:r>
              <w:rPr>
                <w:rFonts w:ascii="Pretendard" w:eastAsia="Pretendard" w:hAnsi="Pretendard" w:cs="Pretendard"/>
                <w:color w:val="1D0024"/>
                <w:sz w:val="18"/>
              </w:rPr>
              <w:t xml:space="preserve"> </w:t>
            </w:r>
            <w:r>
              <w:rPr>
                <w:rFonts w:ascii="Pretendard" w:eastAsia="Pretendard" w:hAnsi="Pretendard" w:cs="Pretendard"/>
                <w:color w:val="1D0024"/>
                <w:sz w:val="18"/>
              </w:rPr>
              <w:t>등록취소</w:t>
            </w:r>
            <w:r>
              <w:rPr>
                <w:rFonts w:ascii="Pretendard" w:eastAsia="Pretendard" w:hAnsi="Pretendard" w:cs="Pretendard"/>
                <w:color w:val="1D0024"/>
                <w:sz w:val="18"/>
              </w:rPr>
              <w:t xml:space="preserve"> </w:t>
            </w:r>
            <w:r>
              <w:rPr>
                <w:rFonts w:ascii="Pretendard" w:eastAsia="Pretendard" w:hAnsi="Pretendard" w:cs="Pretendard"/>
                <w:color w:val="1D0024"/>
                <w:sz w:val="18"/>
              </w:rPr>
              <w:t>사유</w:t>
            </w:r>
            <w:r>
              <w:rPr>
                <w:rFonts w:ascii="Pretendard" w:eastAsia="Pretendard" w:hAnsi="Pretendard" w:cs="Pretendard"/>
                <w:color w:val="1D0024"/>
                <w:sz w:val="18"/>
              </w:rPr>
              <w:t>(</w:t>
            </w:r>
            <w:r>
              <w:rPr>
                <w:rFonts w:ascii="Pretendard" w:eastAsia="Pretendard" w:hAnsi="Pretendard" w:cs="Pretendard"/>
                <w:color w:val="1D0024"/>
                <w:sz w:val="18"/>
              </w:rPr>
              <w:t>제</w:t>
            </w:r>
            <w:r>
              <w:rPr>
                <w:rFonts w:ascii="Pretendard" w:eastAsia="Pretendard" w:hAnsi="Pretendard" w:cs="Pretendard"/>
                <w:color w:val="1D0024"/>
                <w:sz w:val="18"/>
              </w:rPr>
              <w:t>24</w:t>
            </w:r>
            <w:r>
              <w:rPr>
                <w:rFonts w:ascii="Pretendard" w:eastAsia="Pretendard" w:hAnsi="Pretendard" w:cs="Pretendard"/>
                <w:color w:val="1D0024"/>
                <w:sz w:val="18"/>
              </w:rPr>
              <w:t>조</w:t>
            </w:r>
            <w:r>
              <w:rPr>
                <w:rFonts w:ascii="Pretendard" w:eastAsia="Pretendard" w:hAnsi="Pretendard" w:cs="Pretendard"/>
                <w:color w:val="1D0024"/>
                <w:sz w:val="18"/>
              </w:rPr>
              <w:t>)</w:t>
            </w:r>
          </w:p>
        </w:tc>
      </w:tr>
      <w:tr w:rsidR="004B1372" w14:paraId="1DF15912" w14:textId="77777777">
        <w:trPr>
          <w:jc w:val="center"/>
        </w:trPr>
        <w:tc>
          <w:tcPr>
            <w:tcW w:w="1928" w:type="dxa"/>
          </w:tcPr>
          <w:p w14:paraId="7F0B6721" w14:textId="77777777" w:rsidR="004B1372" w:rsidRDefault="00BB0BE3">
            <w:r>
              <w:rPr>
                <w:rFonts w:ascii="Pretendard" w:eastAsia="Pretendard" w:hAnsi="Pretendard" w:cs="Pretendard"/>
                <w:b/>
                <w:color w:val="1D0024"/>
                <w:sz w:val="18"/>
              </w:rPr>
              <w:t>미등록</w:t>
            </w:r>
            <w:r>
              <w:rPr>
                <w:rFonts w:ascii="Pretendard" w:eastAsia="Pretendard" w:hAnsi="Pretendard" w:cs="Pretendard"/>
                <w:b/>
                <w:color w:val="1D0024"/>
                <w:sz w:val="18"/>
              </w:rPr>
              <w:t xml:space="preserve"> </w:t>
            </w:r>
            <w:r>
              <w:rPr>
                <w:rFonts w:ascii="Pretendard" w:eastAsia="Pretendard" w:hAnsi="Pretendard" w:cs="Pretendard"/>
                <w:b/>
                <w:color w:val="1D0024"/>
                <w:sz w:val="18"/>
              </w:rPr>
              <w:t>유치</w:t>
            </w:r>
          </w:p>
        </w:tc>
        <w:tc>
          <w:tcPr>
            <w:tcW w:w="7710" w:type="dxa"/>
          </w:tcPr>
          <w:p w14:paraId="7380595E" w14:textId="77777777" w:rsidR="004B1372" w:rsidRDefault="00BB0BE3">
            <w:r>
              <w:rPr>
                <w:rFonts w:ascii="Pretendard" w:eastAsia="Pretendard" w:hAnsi="Pretendard" w:cs="Pretendard"/>
                <w:color w:val="1D0024"/>
                <w:sz w:val="18"/>
              </w:rPr>
              <w:t>3</w:t>
            </w:r>
            <w:r>
              <w:rPr>
                <w:rFonts w:ascii="Pretendard" w:eastAsia="Pretendard" w:hAnsi="Pretendard" w:cs="Pretendard"/>
                <w:color w:val="1D0024"/>
                <w:sz w:val="18"/>
              </w:rPr>
              <w:t>년</w:t>
            </w:r>
            <w:r>
              <w:rPr>
                <w:rFonts w:ascii="Pretendard" w:eastAsia="Pretendard" w:hAnsi="Pretendard" w:cs="Pretendard"/>
                <w:color w:val="1D0024"/>
                <w:sz w:val="18"/>
              </w:rPr>
              <w:t xml:space="preserve"> </w:t>
            </w:r>
            <w:r>
              <w:rPr>
                <w:rFonts w:ascii="Pretendard" w:eastAsia="Pretendard" w:hAnsi="Pretendard" w:cs="Pretendard"/>
                <w:color w:val="1D0024"/>
                <w:sz w:val="18"/>
              </w:rPr>
              <w:t>이하</w:t>
            </w:r>
            <w:r>
              <w:rPr>
                <w:rFonts w:ascii="Pretendard" w:eastAsia="Pretendard" w:hAnsi="Pretendard" w:cs="Pretendard"/>
                <w:color w:val="1D0024"/>
                <w:sz w:val="18"/>
              </w:rPr>
              <w:t xml:space="preserve"> </w:t>
            </w:r>
            <w:r>
              <w:rPr>
                <w:rFonts w:ascii="Pretendard" w:eastAsia="Pretendard" w:hAnsi="Pretendard" w:cs="Pretendard"/>
                <w:color w:val="1D0024"/>
                <w:sz w:val="18"/>
              </w:rPr>
              <w:t>징역</w:t>
            </w:r>
            <w:r>
              <w:rPr>
                <w:rFonts w:ascii="Pretendard" w:eastAsia="Pretendard" w:hAnsi="Pretendard" w:cs="Pretendard"/>
                <w:color w:val="1D0024"/>
                <w:sz w:val="18"/>
              </w:rPr>
              <w:t xml:space="preserve"> </w:t>
            </w:r>
            <w:r>
              <w:rPr>
                <w:rFonts w:ascii="Pretendard" w:eastAsia="Pretendard" w:hAnsi="Pretendard" w:cs="Pretendard"/>
                <w:color w:val="1D0024"/>
                <w:sz w:val="18"/>
              </w:rPr>
              <w:t>또는</w:t>
            </w:r>
            <w:r>
              <w:rPr>
                <w:rFonts w:ascii="Pretendard" w:eastAsia="Pretendard" w:hAnsi="Pretendard" w:cs="Pretendard"/>
                <w:color w:val="1D0024"/>
                <w:sz w:val="18"/>
              </w:rPr>
              <w:t xml:space="preserve"> 3</w:t>
            </w:r>
            <w:r>
              <w:rPr>
                <w:rFonts w:ascii="Pretendard" w:eastAsia="Pretendard" w:hAnsi="Pretendard" w:cs="Pretendard"/>
                <w:color w:val="1D0024"/>
                <w:sz w:val="18"/>
              </w:rPr>
              <w:t>천만</w:t>
            </w:r>
            <w:r>
              <w:rPr>
                <w:rFonts w:ascii="Pretendard" w:eastAsia="Pretendard" w:hAnsi="Pretendard" w:cs="Pretendard"/>
                <w:color w:val="1D0024"/>
                <w:sz w:val="18"/>
              </w:rPr>
              <w:t xml:space="preserve"> </w:t>
            </w:r>
            <w:r>
              <w:rPr>
                <w:rFonts w:ascii="Pretendard" w:eastAsia="Pretendard" w:hAnsi="Pretendard" w:cs="Pretendard"/>
                <w:color w:val="1D0024"/>
                <w:sz w:val="18"/>
              </w:rPr>
              <w:t>원</w:t>
            </w:r>
            <w:r>
              <w:rPr>
                <w:rFonts w:ascii="Pretendard" w:eastAsia="Pretendard" w:hAnsi="Pretendard" w:cs="Pretendard"/>
                <w:color w:val="1D0024"/>
                <w:sz w:val="18"/>
              </w:rPr>
              <w:t xml:space="preserve"> </w:t>
            </w:r>
            <w:r>
              <w:rPr>
                <w:rFonts w:ascii="Pretendard" w:eastAsia="Pretendard" w:hAnsi="Pretendard" w:cs="Pretendard"/>
                <w:color w:val="1D0024"/>
                <w:sz w:val="18"/>
              </w:rPr>
              <w:t>이하</w:t>
            </w:r>
            <w:r>
              <w:rPr>
                <w:rFonts w:ascii="Pretendard" w:eastAsia="Pretendard" w:hAnsi="Pretendard" w:cs="Pretendard"/>
                <w:color w:val="1D0024"/>
                <w:sz w:val="18"/>
              </w:rPr>
              <w:t xml:space="preserve"> </w:t>
            </w:r>
            <w:r>
              <w:rPr>
                <w:rFonts w:ascii="Pretendard" w:eastAsia="Pretendard" w:hAnsi="Pretendard" w:cs="Pretendard"/>
                <w:color w:val="1D0024"/>
                <w:sz w:val="18"/>
              </w:rPr>
              <w:t>벌금</w:t>
            </w:r>
            <w:r>
              <w:rPr>
                <w:rFonts w:ascii="Pretendard" w:eastAsia="Pretendard" w:hAnsi="Pretendard" w:cs="Pretendard"/>
                <w:color w:val="1D0024"/>
                <w:sz w:val="18"/>
              </w:rPr>
              <w:t>(</w:t>
            </w:r>
            <w:r>
              <w:rPr>
                <w:rFonts w:ascii="Pretendard" w:eastAsia="Pretendard" w:hAnsi="Pretendard" w:cs="Pretendard"/>
                <w:color w:val="1D0024"/>
                <w:sz w:val="18"/>
              </w:rPr>
              <w:t>제</w:t>
            </w:r>
            <w:r>
              <w:rPr>
                <w:rFonts w:ascii="Pretendard" w:eastAsia="Pretendard" w:hAnsi="Pretendard" w:cs="Pretendard"/>
                <w:color w:val="1D0024"/>
                <w:sz w:val="18"/>
              </w:rPr>
              <w:t>28</w:t>
            </w:r>
            <w:r>
              <w:rPr>
                <w:rFonts w:ascii="Pretendard" w:eastAsia="Pretendard" w:hAnsi="Pretendard" w:cs="Pretendard"/>
                <w:color w:val="1D0024"/>
                <w:sz w:val="18"/>
              </w:rPr>
              <w:t>조</w:t>
            </w:r>
            <w:r>
              <w:rPr>
                <w:rFonts w:ascii="Pretendard" w:eastAsia="Pretendard" w:hAnsi="Pretendard" w:cs="Pretendard"/>
                <w:color w:val="1D0024"/>
                <w:sz w:val="18"/>
              </w:rPr>
              <w:t xml:space="preserve">). 2026-06 </w:t>
            </w:r>
            <w:r>
              <w:rPr>
                <w:rFonts w:ascii="Pretendard" w:eastAsia="Pretendard" w:hAnsi="Pretendard" w:cs="Pretendard"/>
                <w:color w:val="1D0024"/>
                <w:sz w:val="18"/>
              </w:rPr>
              <w:t>미등록</w:t>
            </w:r>
            <w:r>
              <w:rPr>
                <w:rFonts w:ascii="Pretendard" w:eastAsia="Pretendard" w:hAnsi="Pretendard" w:cs="Pretendard"/>
                <w:color w:val="1D0024"/>
                <w:sz w:val="18"/>
              </w:rPr>
              <w:t xml:space="preserve"> </w:t>
            </w:r>
            <w:r>
              <w:rPr>
                <w:rFonts w:ascii="Pretendard" w:eastAsia="Pretendard" w:hAnsi="Pretendard" w:cs="Pretendard"/>
                <w:color w:val="1D0024"/>
                <w:sz w:val="18"/>
              </w:rPr>
              <w:t>업자</w:t>
            </w:r>
            <w:r>
              <w:rPr>
                <w:rFonts w:ascii="Pretendard" w:eastAsia="Pretendard" w:hAnsi="Pretendard" w:cs="Pretendard"/>
                <w:color w:val="1D0024"/>
                <w:sz w:val="18"/>
              </w:rPr>
              <w:t xml:space="preserve"> </w:t>
            </w:r>
            <w:r>
              <w:rPr>
                <w:rFonts w:ascii="Pretendard" w:eastAsia="Pretendard" w:hAnsi="Pretendard" w:cs="Pretendard"/>
                <w:color w:val="1D0024"/>
                <w:sz w:val="18"/>
              </w:rPr>
              <w:t>경유</w:t>
            </w:r>
            <w:r>
              <w:rPr>
                <w:rFonts w:ascii="Pretendard" w:eastAsia="Pretendard" w:hAnsi="Pretendard" w:cs="Pretendard"/>
                <w:color w:val="1D0024"/>
                <w:sz w:val="18"/>
              </w:rPr>
              <w:t xml:space="preserve"> </w:t>
            </w:r>
            <w:r>
              <w:rPr>
                <w:rFonts w:ascii="Pretendard" w:eastAsia="Pretendard" w:hAnsi="Pretendard" w:cs="Pretendard"/>
                <w:color w:val="1D0024"/>
                <w:sz w:val="18"/>
              </w:rPr>
              <w:t>유치</w:t>
            </w:r>
            <w:r>
              <w:rPr>
                <w:rFonts w:ascii="Pretendard" w:eastAsia="Pretendard" w:hAnsi="Pretendard" w:cs="Pretendard"/>
                <w:color w:val="1D0024"/>
                <w:sz w:val="18"/>
              </w:rPr>
              <w:t xml:space="preserve"> </w:t>
            </w:r>
            <w:r>
              <w:rPr>
                <w:rFonts w:ascii="Pretendard" w:eastAsia="Pretendard" w:hAnsi="Pretendard" w:cs="Pretendard"/>
                <w:color w:val="1D0024"/>
                <w:sz w:val="18"/>
              </w:rPr>
              <w:t>병원의</w:t>
            </w:r>
            <w:r>
              <w:rPr>
                <w:rFonts w:ascii="Pretendard" w:eastAsia="Pretendard" w:hAnsi="Pretendard" w:cs="Pretendard"/>
                <w:color w:val="1D0024"/>
                <w:sz w:val="18"/>
              </w:rPr>
              <w:t xml:space="preserve"> </w:t>
            </w:r>
            <w:r>
              <w:rPr>
                <w:rFonts w:ascii="Pretendard" w:eastAsia="Pretendard" w:hAnsi="Pretendard" w:cs="Pretendard"/>
                <w:color w:val="1D0024"/>
                <w:sz w:val="18"/>
              </w:rPr>
              <w:t>등록취소가</w:t>
            </w:r>
            <w:r>
              <w:rPr>
                <w:rFonts w:ascii="Pretendard" w:eastAsia="Pretendard" w:hAnsi="Pretendard" w:cs="Pretendard"/>
                <w:color w:val="1D0024"/>
                <w:sz w:val="18"/>
              </w:rPr>
              <w:t xml:space="preserve"> </w:t>
            </w:r>
            <w:r>
              <w:rPr>
                <w:rFonts w:ascii="Pretendard" w:eastAsia="Pretendard" w:hAnsi="Pretendard" w:cs="Pretendard"/>
                <w:color w:val="1D0024"/>
                <w:sz w:val="18"/>
              </w:rPr>
              <w:t>법원에서</w:t>
            </w:r>
            <w:r>
              <w:rPr>
                <w:rFonts w:ascii="Pretendard" w:eastAsia="Pretendard" w:hAnsi="Pretendard" w:cs="Pretendard"/>
                <w:color w:val="1D0024"/>
                <w:sz w:val="18"/>
              </w:rPr>
              <w:t xml:space="preserve"> </w:t>
            </w:r>
            <w:r>
              <w:rPr>
                <w:rFonts w:ascii="Pretendard" w:eastAsia="Pretendard" w:hAnsi="Pretendard" w:cs="Pretendard"/>
                <w:color w:val="1D0024"/>
                <w:sz w:val="18"/>
              </w:rPr>
              <w:t>유지됨</w:t>
            </w:r>
          </w:p>
        </w:tc>
      </w:tr>
      <w:tr w:rsidR="004B1372" w14:paraId="047A9CC7" w14:textId="77777777">
        <w:trPr>
          <w:jc w:val="center"/>
        </w:trPr>
        <w:tc>
          <w:tcPr>
            <w:tcW w:w="1928" w:type="dxa"/>
          </w:tcPr>
          <w:p w14:paraId="4EF2CCFF" w14:textId="77777777" w:rsidR="004B1372" w:rsidRDefault="00BB0BE3">
            <w:r>
              <w:rPr>
                <w:rFonts w:ascii="Pretendard" w:eastAsia="Pretendard" w:hAnsi="Pretendard" w:cs="Pretendard"/>
                <w:b/>
                <w:color w:val="1D0024"/>
                <w:sz w:val="18"/>
              </w:rPr>
              <w:t>수수료</w:t>
            </w:r>
            <w:r>
              <w:rPr>
                <w:rFonts w:ascii="Pretendard" w:eastAsia="Pretendard" w:hAnsi="Pretendard" w:cs="Pretendard"/>
                <w:b/>
                <w:color w:val="1D0024"/>
                <w:sz w:val="18"/>
              </w:rPr>
              <w:t xml:space="preserve"> </w:t>
            </w:r>
            <w:r>
              <w:rPr>
                <w:rFonts w:ascii="Pretendard" w:eastAsia="Pretendard" w:hAnsi="Pretendard" w:cs="Pretendard"/>
                <w:b/>
                <w:color w:val="1D0024"/>
                <w:sz w:val="18"/>
              </w:rPr>
              <w:t>상한</w:t>
            </w:r>
          </w:p>
        </w:tc>
        <w:tc>
          <w:tcPr>
            <w:tcW w:w="7710" w:type="dxa"/>
          </w:tcPr>
          <w:p w14:paraId="53AF3B16" w14:textId="77777777" w:rsidR="004B1372" w:rsidRDefault="00BB0BE3">
            <w:r>
              <w:rPr>
                <w:rFonts w:ascii="Pretendard" w:eastAsia="Pretendard" w:hAnsi="Pretendard" w:cs="Pretendard"/>
                <w:color w:val="1D0024"/>
                <w:sz w:val="18"/>
              </w:rPr>
              <w:t>의원</w:t>
            </w:r>
            <w:r>
              <w:rPr>
                <w:rFonts w:ascii="Pretendard" w:eastAsia="Pretendard" w:hAnsi="Pretendard" w:cs="Pretendard"/>
                <w:color w:val="1D0024"/>
                <w:sz w:val="18"/>
              </w:rPr>
              <w:t xml:space="preserve"> 30%, </w:t>
            </w:r>
            <w:r>
              <w:rPr>
                <w:rFonts w:ascii="Pretendard" w:eastAsia="Pretendard" w:hAnsi="Pretendard" w:cs="Pretendard"/>
                <w:color w:val="1D0024"/>
                <w:sz w:val="18"/>
              </w:rPr>
              <w:t>병원</w:t>
            </w:r>
            <w:r>
              <w:rPr>
                <w:rFonts w:ascii="Pretendard" w:eastAsia="Pretendard" w:hAnsi="Pretendard" w:cs="Pretendard"/>
                <w:color w:val="1D0024"/>
                <w:sz w:val="18"/>
              </w:rPr>
              <w:t>·</w:t>
            </w:r>
            <w:r>
              <w:rPr>
                <w:rFonts w:ascii="Pretendard" w:eastAsia="Pretendard" w:hAnsi="Pretendard" w:cs="Pretendard"/>
                <w:color w:val="1D0024"/>
                <w:sz w:val="18"/>
              </w:rPr>
              <w:t>종합병원</w:t>
            </w:r>
            <w:r>
              <w:rPr>
                <w:rFonts w:ascii="Pretendard" w:eastAsia="Pretendard" w:hAnsi="Pretendard" w:cs="Pretendard"/>
                <w:color w:val="1D0024"/>
                <w:sz w:val="18"/>
              </w:rPr>
              <w:t xml:space="preserve"> 20%, </w:t>
            </w:r>
            <w:r>
              <w:rPr>
                <w:rFonts w:ascii="Pretendard" w:eastAsia="Pretendard" w:hAnsi="Pretendard" w:cs="Pretendard"/>
                <w:color w:val="1D0024"/>
                <w:sz w:val="18"/>
              </w:rPr>
              <w:t>상급종합병원</w:t>
            </w:r>
            <w:r>
              <w:rPr>
                <w:rFonts w:ascii="Pretendard" w:eastAsia="Pretendard" w:hAnsi="Pretendard" w:cs="Pretendard"/>
                <w:color w:val="1D0024"/>
                <w:sz w:val="18"/>
              </w:rPr>
              <w:t xml:space="preserve"> 15%(</w:t>
            </w:r>
            <w:r>
              <w:rPr>
                <w:rFonts w:ascii="Pretendard" w:eastAsia="Pretendard" w:hAnsi="Pretendard" w:cs="Pretendard"/>
                <w:color w:val="1D0024"/>
                <w:sz w:val="18"/>
              </w:rPr>
              <w:t>보건복지부</w:t>
            </w:r>
            <w:r>
              <w:rPr>
                <w:rFonts w:ascii="Pretendard" w:eastAsia="Pretendard" w:hAnsi="Pretendard" w:cs="Pretendard"/>
                <w:color w:val="1D0024"/>
                <w:sz w:val="18"/>
              </w:rPr>
              <w:t xml:space="preserve"> </w:t>
            </w:r>
            <w:r>
              <w:rPr>
                <w:rFonts w:ascii="Pretendard" w:eastAsia="Pretendard" w:hAnsi="Pretendard" w:cs="Pretendard"/>
                <w:color w:val="1D0024"/>
                <w:sz w:val="18"/>
              </w:rPr>
              <w:t>고시</w:t>
            </w:r>
            <w:r>
              <w:rPr>
                <w:rFonts w:ascii="Pretendard" w:eastAsia="Pretendard" w:hAnsi="Pretendard" w:cs="Pretendard"/>
                <w:color w:val="1D0024"/>
                <w:sz w:val="18"/>
              </w:rPr>
              <w:t>)</w:t>
            </w:r>
          </w:p>
        </w:tc>
      </w:tr>
      <w:tr w:rsidR="004B1372" w14:paraId="3600C154" w14:textId="77777777">
        <w:trPr>
          <w:jc w:val="center"/>
        </w:trPr>
        <w:tc>
          <w:tcPr>
            <w:tcW w:w="1928" w:type="dxa"/>
          </w:tcPr>
          <w:p w14:paraId="6EDD3357" w14:textId="77777777" w:rsidR="004B1372" w:rsidRDefault="00BB0BE3">
            <w:r>
              <w:rPr>
                <w:rFonts w:ascii="Pretendard" w:eastAsia="Pretendard" w:hAnsi="Pretendard" w:cs="Pretendard"/>
                <w:b/>
                <w:color w:val="1D0024"/>
                <w:sz w:val="18"/>
              </w:rPr>
              <w:t>환자</w:t>
            </w:r>
            <w:r>
              <w:rPr>
                <w:rFonts w:ascii="Pretendard" w:eastAsia="Pretendard" w:hAnsi="Pretendard" w:cs="Pretendard"/>
                <w:b/>
                <w:color w:val="1D0024"/>
                <w:sz w:val="18"/>
              </w:rPr>
              <w:t xml:space="preserve"> </w:t>
            </w:r>
            <w:r>
              <w:rPr>
                <w:rFonts w:ascii="Pretendard" w:eastAsia="Pretendard" w:hAnsi="Pretendard" w:cs="Pretendard"/>
                <w:b/>
                <w:color w:val="1D0024"/>
                <w:sz w:val="18"/>
              </w:rPr>
              <w:t>알선</w:t>
            </w:r>
            <w:r>
              <w:rPr>
                <w:rFonts w:ascii="Pretendard" w:eastAsia="Pretendard" w:hAnsi="Pretendard" w:cs="Pretendard"/>
                <w:b/>
                <w:color w:val="1D0024"/>
                <w:sz w:val="18"/>
              </w:rPr>
              <w:t xml:space="preserve"> </w:t>
            </w:r>
            <w:r>
              <w:rPr>
                <w:rFonts w:ascii="Pretendard" w:eastAsia="Pretendard" w:hAnsi="Pretendard" w:cs="Pretendard"/>
                <w:b/>
                <w:color w:val="1D0024"/>
                <w:sz w:val="18"/>
              </w:rPr>
              <w:t>금지</w:t>
            </w:r>
          </w:p>
        </w:tc>
        <w:tc>
          <w:tcPr>
            <w:tcW w:w="7710" w:type="dxa"/>
          </w:tcPr>
          <w:p w14:paraId="37078186" w14:textId="77777777" w:rsidR="004B1372" w:rsidRDefault="00BB0BE3">
            <w:r>
              <w:rPr>
                <w:rFonts w:ascii="Pretendard" w:eastAsia="Pretendard" w:hAnsi="Pretendard" w:cs="Pretendard"/>
                <w:color w:val="1D0024"/>
                <w:sz w:val="18"/>
              </w:rPr>
              <w:t>의료법</w:t>
            </w:r>
            <w:r>
              <w:rPr>
                <w:rFonts w:ascii="Pretendard" w:eastAsia="Pretendard" w:hAnsi="Pretendard" w:cs="Pretendard"/>
                <w:color w:val="1D0024"/>
                <w:sz w:val="18"/>
              </w:rPr>
              <w:t xml:space="preserve"> </w:t>
            </w:r>
            <w:r>
              <w:rPr>
                <w:rFonts w:ascii="Pretendard" w:eastAsia="Pretendard" w:hAnsi="Pretendard" w:cs="Pretendard"/>
                <w:color w:val="1D0024"/>
                <w:sz w:val="18"/>
              </w:rPr>
              <w:t>제</w:t>
            </w:r>
            <w:r>
              <w:rPr>
                <w:rFonts w:ascii="Pretendard" w:eastAsia="Pretendard" w:hAnsi="Pretendard" w:cs="Pretendard"/>
                <w:color w:val="1D0024"/>
                <w:sz w:val="18"/>
              </w:rPr>
              <w:t>27</w:t>
            </w:r>
            <w:r>
              <w:rPr>
                <w:rFonts w:ascii="Pretendard" w:eastAsia="Pretendard" w:hAnsi="Pretendard" w:cs="Pretendard"/>
                <w:color w:val="1D0024"/>
                <w:sz w:val="18"/>
              </w:rPr>
              <w:t>조</w:t>
            </w:r>
            <w:r>
              <w:rPr>
                <w:rFonts w:ascii="Pretendard" w:eastAsia="Pretendard" w:hAnsi="Pretendard" w:cs="Pretendard"/>
                <w:color w:val="1D0024"/>
                <w:sz w:val="18"/>
              </w:rPr>
              <w:t xml:space="preserve"> </w:t>
            </w:r>
            <w:r>
              <w:rPr>
                <w:rFonts w:ascii="Pretendard" w:eastAsia="Pretendard" w:hAnsi="Pretendard" w:cs="Pretendard"/>
                <w:color w:val="1D0024"/>
                <w:sz w:val="18"/>
              </w:rPr>
              <w:t>제</w:t>
            </w:r>
            <w:r>
              <w:rPr>
                <w:rFonts w:ascii="Pretendard" w:eastAsia="Pretendard" w:hAnsi="Pretendard" w:cs="Pretendard"/>
                <w:color w:val="1D0024"/>
                <w:sz w:val="18"/>
              </w:rPr>
              <w:t>3</w:t>
            </w:r>
            <w:r>
              <w:rPr>
                <w:rFonts w:ascii="Pretendard" w:eastAsia="Pretendard" w:hAnsi="Pretendard" w:cs="Pretendard"/>
                <w:color w:val="1D0024"/>
                <w:sz w:val="18"/>
              </w:rPr>
              <w:t>항</w:t>
            </w:r>
            <w:r>
              <w:rPr>
                <w:rFonts w:ascii="Pretendard" w:eastAsia="Pretendard" w:hAnsi="Pretendard" w:cs="Pretendard"/>
                <w:color w:val="1D0024"/>
                <w:sz w:val="18"/>
              </w:rPr>
              <w:t xml:space="preserve">. </w:t>
            </w:r>
            <w:r>
              <w:rPr>
                <w:rFonts w:ascii="Pretendard" w:eastAsia="Pretendard" w:hAnsi="Pretendard" w:cs="Pretendard"/>
                <w:color w:val="1D0024"/>
                <w:sz w:val="18"/>
              </w:rPr>
              <w:t>건강보험</w:t>
            </w:r>
            <w:r>
              <w:rPr>
                <w:rFonts w:ascii="Pretendard" w:eastAsia="Pretendard" w:hAnsi="Pretendard" w:cs="Pretendard"/>
                <w:color w:val="1D0024"/>
                <w:sz w:val="18"/>
              </w:rPr>
              <w:t xml:space="preserve"> </w:t>
            </w:r>
            <w:r>
              <w:rPr>
                <w:rFonts w:ascii="Pretendard" w:eastAsia="Pretendard" w:hAnsi="Pretendard" w:cs="Pretendard"/>
                <w:color w:val="1D0024"/>
                <w:sz w:val="18"/>
              </w:rPr>
              <w:t>미가입</w:t>
            </w:r>
            <w:r>
              <w:rPr>
                <w:rFonts w:ascii="Pretendard" w:eastAsia="Pretendard" w:hAnsi="Pretendard" w:cs="Pretendard"/>
                <w:color w:val="1D0024"/>
                <w:sz w:val="18"/>
              </w:rPr>
              <w:t xml:space="preserve"> </w:t>
            </w:r>
            <w:r>
              <w:rPr>
                <w:rFonts w:ascii="Pretendard" w:eastAsia="Pretendard" w:hAnsi="Pretendard" w:cs="Pretendard"/>
                <w:color w:val="1D0024"/>
                <w:sz w:val="18"/>
              </w:rPr>
              <w:t>외국인</w:t>
            </w:r>
            <w:r>
              <w:rPr>
                <w:rFonts w:ascii="Pretendard" w:eastAsia="Pretendard" w:hAnsi="Pretendard" w:cs="Pretendard"/>
                <w:color w:val="1D0024"/>
                <w:sz w:val="18"/>
              </w:rPr>
              <w:t xml:space="preserve"> </w:t>
            </w:r>
            <w:r>
              <w:rPr>
                <w:rFonts w:ascii="Pretendard" w:eastAsia="Pretendard" w:hAnsi="Pretendard" w:cs="Pretendard"/>
                <w:color w:val="1D0024"/>
                <w:sz w:val="18"/>
              </w:rPr>
              <w:t>유치는</w:t>
            </w:r>
            <w:r>
              <w:rPr>
                <w:rFonts w:ascii="Pretendard" w:eastAsia="Pretendard" w:hAnsi="Pretendard" w:cs="Pretendard"/>
                <w:color w:val="1D0024"/>
                <w:sz w:val="18"/>
              </w:rPr>
              <w:t xml:space="preserve"> </w:t>
            </w:r>
            <w:r>
              <w:rPr>
                <w:rFonts w:ascii="Pretendard" w:eastAsia="Pretendard" w:hAnsi="Pretendard" w:cs="Pretendard"/>
                <w:color w:val="1D0024"/>
                <w:sz w:val="18"/>
              </w:rPr>
              <w:t>예외</w:t>
            </w:r>
            <w:r>
              <w:rPr>
                <w:rFonts w:ascii="Pretendard" w:eastAsia="Pretendard" w:hAnsi="Pretendard" w:cs="Pretendard"/>
                <w:color w:val="1D0024"/>
                <w:sz w:val="18"/>
              </w:rPr>
              <w:t xml:space="preserve"> </w:t>
            </w:r>
            <w:r>
              <w:rPr>
                <w:rFonts w:ascii="Pretendard" w:eastAsia="Pretendard" w:hAnsi="Pretendard" w:cs="Pretendard"/>
                <w:color w:val="1D0024"/>
                <w:sz w:val="18"/>
              </w:rPr>
              <w:t>허용</w:t>
            </w:r>
            <w:r>
              <w:rPr>
                <w:rFonts w:ascii="Pretendard" w:eastAsia="Pretendard" w:hAnsi="Pretendard" w:cs="Pretendard"/>
                <w:color w:val="1D0024"/>
                <w:sz w:val="18"/>
              </w:rPr>
              <w:t xml:space="preserve">, </w:t>
            </w:r>
            <w:r>
              <w:rPr>
                <w:rFonts w:ascii="Pretendard" w:eastAsia="Pretendard" w:hAnsi="Pretendard" w:cs="Pretendard"/>
                <w:color w:val="1D0024"/>
                <w:sz w:val="18"/>
              </w:rPr>
              <w:t>국내</w:t>
            </w:r>
            <w:r>
              <w:rPr>
                <w:rFonts w:ascii="Pretendard" w:eastAsia="Pretendard" w:hAnsi="Pretendard" w:cs="Pretendard"/>
                <w:color w:val="1D0024"/>
                <w:sz w:val="18"/>
              </w:rPr>
              <w:t xml:space="preserve"> </w:t>
            </w:r>
            <w:r>
              <w:rPr>
                <w:rFonts w:ascii="Pretendard" w:eastAsia="Pretendard" w:hAnsi="Pretendard" w:cs="Pretendard"/>
                <w:color w:val="1D0024"/>
                <w:sz w:val="18"/>
              </w:rPr>
              <w:t>거주</w:t>
            </w:r>
            <w:r>
              <w:rPr>
                <w:rFonts w:ascii="Pretendard" w:eastAsia="Pretendard" w:hAnsi="Pretendard" w:cs="Pretendard"/>
                <w:color w:val="1D0024"/>
                <w:sz w:val="18"/>
              </w:rPr>
              <w:t xml:space="preserve"> </w:t>
            </w:r>
            <w:r>
              <w:rPr>
                <w:rFonts w:ascii="Pretendard" w:eastAsia="Pretendard" w:hAnsi="Pretendard" w:cs="Pretendard"/>
                <w:color w:val="1D0024"/>
                <w:sz w:val="18"/>
              </w:rPr>
              <w:t>외국인은</w:t>
            </w:r>
            <w:r>
              <w:rPr>
                <w:rFonts w:ascii="Pretendard" w:eastAsia="Pretendard" w:hAnsi="Pretendard" w:cs="Pretendard"/>
                <w:color w:val="1D0024"/>
                <w:sz w:val="18"/>
              </w:rPr>
              <w:t xml:space="preserve"> </w:t>
            </w:r>
            <w:r>
              <w:rPr>
                <w:rFonts w:ascii="Pretendard" w:eastAsia="Pretendard" w:hAnsi="Pretendard" w:cs="Pretendard"/>
                <w:color w:val="1D0024"/>
                <w:sz w:val="18"/>
              </w:rPr>
              <w:t>제외</w:t>
            </w:r>
          </w:p>
        </w:tc>
      </w:tr>
      <w:tr w:rsidR="004B1372" w14:paraId="3D45819F" w14:textId="77777777">
        <w:trPr>
          <w:jc w:val="center"/>
        </w:trPr>
        <w:tc>
          <w:tcPr>
            <w:tcW w:w="1928" w:type="dxa"/>
          </w:tcPr>
          <w:p w14:paraId="56059093" w14:textId="77777777" w:rsidR="004B1372" w:rsidRDefault="00BB0BE3">
            <w:r>
              <w:rPr>
                <w:rFonts w:ascii="Pretendard" w:eastAsia="Pretendard" w:hAnsi="Pretendard" w:cs="Pretendard"/>
                <w:b/>
                <w:color w:val="1D0024"/>
                <w:sz w:val="18"/>
              </w:rPr>
              <w:t>외국인</w:t>
            </w:r>
            <w:r>
              <w:rPr>
                <w:rFonts w:ascii="Pretendard" w:eastAsia="Pretendard" w:hAnsi="Pretendard" w:cs="Pretendard"/>
                <w:b/>
                <w:color w:val="1D0024"/>
                <w:sz w:val="18"/>
              </w:rPr>
              <w:t xml:space="preserve"> </w:t>
            </w:r>
            <w:r>
              <w:rPr>
                <w:rFonts w:ascii="Pretendard" w:eastAsia="Pretendard" w:hAnsi="Pretendard" w:cs="Pretendard"/>
                <w:b/>
                <w:color w:val="1D0024"/>
                <w:sz w:val="18"/>
              </w:rPr>
              <w:t>유치</w:t>
            </w:r>
            <w:r>
              <w:rPr>
                <w:rFonts w:ascii="Pretendard" w:eastAsia="Pretendard" w:hAnsi="Pretendard" w:cs="Pretendard"/>
                <w:b/>
                <w:color w:val="1D0024"/>
                <w:sz w:val="18"/>
              </w:rPr>
              <w:t xml:space="preserve"> </w:t>
            </w:r>
            <w:r>
              <w:rPr>
                <w:rFonts w:ascii="Pretendard" w:eastAsia="Pretendard" w:hAnsi="Pretendard" w:cs="Pretendard"/>
                <w:b/>
                <w:color w:val="1D0024"/>
                <w:sz w:val="18"/>
              </w:rPr>
              <w:t>광고</w:t>
            </w:r>
          </w:p>
        </w:tc>
        <w:tc>
          <w:tcPr>
            <w:tcW w:w="7710" w:type="dxa"/>
          </w:tcPr>
          <w:p w14:paraId="2E88482C" w14:textId="77777777" w:rsidR="004B1372" w:rsidRDefault="00BB0BE3">
            <w:r>
              <w:rPr>
                <w:rFonts w:ascii="Pretendard" w:eastAsia="Pretendard" w:hAnsi="Pretendard" w:cs="Pretendard"/>
                <w:color w:val="1D0024"/>
                <w:sz w:val="18"/>
              </w:rPr>
              <w:t>의료법</w:t>
            </w:r>
            <w:r>
              <w:rPr>
                <w:rFonts w:ascii="Pretendard" w:eastAsia="Pretendard" w:hAnsi="Pretendard" w:cs="Pretendard"/>
                <w:color w:val="1D0024"/>
                <w:sz w:val="18"/>
              </w:rPr>
              <w:t xml:space="preserve"> </w:t>
            </w:r>
            <w:r>
              <w:rPr>
                <w:rFonts w:ascii="Pretendard" w:eastAsia="Pretendard" w:hAnsi="Pretendard" w:cs="Pretendard"/>
                <w:color w:val="1D0024"/>
                <w:sz w:val="18"/>
              </w:rPr>
              <w:t>제</w:t>
            </w:r>
            <w:r>
              <w:rPr>
                <w:rFonts w:ascii="Pretendard" w:eastAsia="Pretendard" w:hAnsi="Pretendard" w:cs="Pretendard"/>
                <w:color w:val="1D0024"/>
                <w:sz w:val="18"/>
              </w:rPr>
              <w:t>56</w:t>
            </w:r>
            <w:r>
              <w:rPr>
                <w:rFonts w:ascii="Pretendard" w:eastAsia="Pretendard" w:hAnsi="Pretendard" w:cs="Pretendard"/>
                <w:color w:val="1D0024"/>
                <w:sz w:val="18"/>
              </w:rPr>
              <w:t>조</w:t>
            </w:r>
            <w:r>
              <w:rPr>
                <w:rFonts w:ascii="Pretendard" w:eastAsia="Pretendard" w:hAnsi="Pretendard" w:cs="Pretendard"/>
                <w:color w:val="1D0024"/>
                <w:sz w:val="18"/>
              </w:rPr>
              <w:t xml:space="preserve"> </w:t>
            </w:r>
            <w:r>
              <w:rPr>
                <w:rFonts w:ascii="Pretendard" w:eastAsia="Pretendard" w:hAnsi="Pretendard" w:cs="Pretendard"/>
                <w:color w:val="1D0024"/>
                <w:sz w:val="18"/>
              </w:rPr>
              <w:t>제</w:t>
            </w:r>
            <w:r>
              <w:rPr>
                <w:rFonts w:ascii="Pretendard" w:eastAsia="Pretendard" w:hAnsi="Pretendard" w:cs="Pretendard"/>
                <w:color w:val="1D0024"/>
                <w:sz w:val="18"/>
              </w:rPr>
              <w:t>2</w:t>
            </w:r>
            <w:r>
              <w:rPr>
                <w:rFonts w:ascii="Pretendard" w:eastAsia="Pretendard" w:hAnsi="Pretendard" w:cs="Pretendard"/>
                <w:color w:val="1D0024"/>
                <w:sz w:val="18"/>
              </w:rPr>
              <w:t>항</w:t>
            </w:r>
            <w:r>
              <w:rPr>
                <w:rFonts w:ascii="Pretendard" w:eastAsia="Pretendard" w:hAnsi="Pretendard" w:cs="Pretendard"/>
                <w:color w:val="1D0024"/>
                <w:sz w:val="18"/>
              </w:rPr>
              <w:t xml:space="preserve"> </w:t>
            </w:r>
            <w:r>
              <w:rPr>
                <w:rFonts w:ascii="Pretendard" w:eastAsia="Pretendard" w:hAnsi="Pretendard" w:cs="Pretendard"/>
                <w:color w:val="1D0024"/>
                <w:sz w:val="18"/>
              </w:rPr>
              <w:t>제</w:t>
            </w:r>
            <w:r>
              <w:rPr>
                <w:rFonts w:ascii="Pretendard" w:eastAsia="Pretendard" w:hAnsi="Pretendard" w:cs="Pretendard"/>
                <w:color w:val="1D0024"/>
                <w:sz w:val="18"/>
              </w:rPr>
              <w:t>12</w:t>
            </w:r>
            <w:r>
              <w:rPr>
                <w:rFonts w:ascii="Pretendard" w:eastAsia="Pretendard" w:hAnsi="Pretendard" w:cs="Pretendard"/>
                <w:color w:val="1D0024"/>
                <w:sz w:val="18"/>
              </w:rPr>
              <w:t>호</w:t>
            </w:r>
            <w:r>
              <w:rPr>
                <w:rFonts w:ascii="Pretendard" w:eastAsia="Pretendard" w:hAnsi="Pretendard" w:cs="Pretendard"/>
                <w:color w:val="1D0024"/>
                <w:sz w:val="18"/>
              </w:rPr>
              <w:t xml:space="preserve">, </w:t>
            </w:r>
            <w:r>
              <w:rPr>
                <w:rFonts w:ascii="Pretendard" w:eastAsia="Pretendard" w:hAnsi="Pretendard" w:cs="Pretendard"/>
                <w:color w:val="1D0024"/>
                <w:sz w:val="18"/>
              </w:rPr>
              <w:t>의료해외진출법</w:t>
            </w:r>
            <w:r>
              <w:rPr>
                <w:rFonts w:ascii="Pretendard" w:eastAsia="Pretendard" w:hAnsi="Pretendard" w:cs="Pretendard"/>
                <w:color w:val="1D0024"/>
                <w:sz w:val="18"/>
              </w:rPr>
              <w:t xml:space="preserve"> </w:t>
            </w:r>
            <w:r>
              <w:rPr>
                <w:rFonts w:ascii="Pretendard" w:eastAsia="Pretendard" w:hAnsi="Pretendard" w:cs="Pretendard"/>
                <w:color w:val="1D0024"/>
                <w:sz w:val="18"/>
              </w:rPr>
              <w:t>제</w:t>
            </w:r>
            <w:r>
              <w:rPr>
                <w:rFonts w:ascii="Pretendard" w:eastAsia="Pretendard" w:hAnsi="Pretendard" w:cs="Pretendard"/>
                <w:color w:val="1D0024"/>
                <w:sz w:val="18"/>
              </w:rPr>
              <w:t>15</w:t>
            </w:r>
            <w:r>
              <w:rPr>
                <w:rFonts w:ascii="Pretendard" w:eastAsia="Pretendard" w:hAnsi="Pretendard" w:cs="Pretendard"/>
                <w:color w:val="1D0024"/>
                <w:sz w:val="18"/>
              </w:rPr>
              <w:t>조</w:t>
            </w:r>
            <w:r>
              <w:rPr>
                <w:rFonts w:ascii="Pretendard" w:eastAsia="Pretendard" w:hAnsi="Pretendard" w:cs="Pretendard"/>
                <w:color w:val="1D0024"/>
                <w:sz w:val="18"/>
              </w:rPr>
              <w:t xml:space="preserve">: </w:t>
            </w:r>
            <w:r>
              <w:rPr>
                <w:rFonts w:ascii="Pretendard" w:eastAsia="Pretendard" w:hAnsi="Pretendard" w:cs="Pretendard"/>
                <w:color w:val="1D0024"/>
                <w:sz w:val="18"/>
              </w:rPr>
              <w:t>국내</w:t>
            </w:r>
            <w:r>
              <w:rPr>
                <w:rFonts w:ascii="Pretendard" w:eastAsia="Pretendard" w:hAnsi="Pretendard" w:cs="Pretendard"/>
                <w:color w:val="1D0024"/>
                <w:sz w:val="18"/>
              </w:rPr>
              <w:t xml:space="preserve"> </w:t>
            </w:r>
            <w:r>
              <w:rPr>
                <w:rFonts w:ascii="Pretendard" w:eastAsia="Pretendard" w:hAnsi="Pretendard" w:cs="Pretendard"/>
                <w:color w:val="1D0024"/>
                <w:sz w:val="18"/>
              </w:rPr>
              <w:t>광고는</w:t>
            </w:r>
            <w:r>
              <w:rPr>
                <w:rFonts w:ascii="Pretendard" w:eastAsia="Pretendard" w:hAnsi="Pretendard" w:cs="Pretendard"/>
                <w:color w:val="1D0024"/>
                <w:sz w:val="18"/>
              </w:rPr>
              <w:t xml:space="preserve"> </w:t>
            </w:r>
            <w:r>
              <w:rPr>
                <w:rFonts w:ascii="Pretendard" w:eastAsia="Pretendard" w:hAnsi="Pretendard" w:cs="Pretendard"/>
                <w:color w:val="1D0024"/>
                <w:sz w:val="18"/>
              </w:rPr>
              <w:t>공항</w:t>
            </w:r>
            <w:r>
              <w:rPr>
                <w:rFonts w:ascii="Pretendard" w:eastAsia="Pretendard" w:hAnsi="Pretendard" w:cs="Pretendard"/>
                <w:color w:val="1D0024"/>
                <w:sz w:val="18"/>
              </w:rPr>
              <w:t>·</w:t>
            </w:r>
            <w:r>
              <w:rPr>
                <w:rFonts w:ascii="Pretendard" w:eastAsia="Pretendard" w:hAnsi="Pretendard" w:cs="Pretendard"/>
                <w:color w:val="1D0024"/>
                <w:sz w:val="18"/>
              </w:rPr>
              <w:t>보세판매장</w:t>
            </w:r>
            <w:r>
              <w:rPr>
                <w:rFonts w:ascii="Pretendard" w:eastAsia="Pretendard" w:hAnsi="Pretendard" w:cs="Pretendard"/>
                <w:color w:val="1D0024"/>
                <w:sz w:val="18"/>
              </w:rPr>
              <w:t xml:space="preserve"> </w:t>
            </w:r>
            <w:r>
              <w:rPr>
                <w:rFonts w:ascii="Pretendard" w:eastAsia="Pretendard" w:hAnsi="Pretendard" w:cs="Pretendard"/>
                <w:color w:val="1D0024"/>
                <w:sz w:val="18"/>
              </w:rPr>
              <w:t>등</w:t>
            </w:r>
            <w:r>
              <w:rPr>
                <w:rFonts w:ascii="Pretendard" w:eastAsia="Pretendard" w:hAnsi="Pretendard" w:cs="Pretendard"/>
                <w:color w:val="1D0024"/>
                <w:sz w:val="18"/>
              </w:rPr>
              <w:t xml:space="preserve"> </w:t>
            </w:r>
            <w:r>
              <w:rPr>
                <w:rFonts w:ascii="Pretendard" w:eastAsia="Pretendard" w:hAnsi="Pretendard" w:cs="Pretendard"/>
                <w:color w:val="1D0024"/>
                <w:sz w:val="18"/>
              </w:rPr>
              <w:t>지정</w:t>
            </w:r>
            <w:r>
              <w:rPr>
                <w:rFonts w:ascii="Pretendard" w:eastAsia="Pretendard" w:hAnsi="Pretendard" w:cs="Pretendard"/>
                <w:color w:val="1D0024"/>
                <w:sz w:val="18"/>
              </w:rPr>
              <w:t xml:space="preserve"> </w:t>
            </w:r>
            <w:r>
              <w:rPr>
                <w:rFonts w:ascii="Pretendard" w:eastAsia="Pretendard" w:hAnsi="Pretendard" w:cs="Pretendard"/>
                <w:color w:val="1D0024"/>
                <w:sz w:val="18"/>
              </w:rPr>
              <w:t>장소만</w:t>
            </w:r>
            <w:r>
              <w:rPr>
                <w:rFonts w:ascii="Pretendard" w:eastAsia="Pretendard" w:hAnsi="Pretendard" w:cs="Pretendard"/>
                <w:color w:val="1D0024"/>
                <w:sz w:val="18"/>
              </w:rPr>
              <w:t xml:space="preserve">. </w:t>
            </w:r>
            <w:r>
              <w:rPr>
                <w:rFonts w:ascii="Pretendard" w:eastAsia="Pretendard" w:hAnsi="Pretendard" w:cs="Pretendard"/>
                <w:color w:val="1D0024"/>
                <w:sz w:val="18"/>
              </w:rPr>
              <w:t>온라인</w:t>
            </w:r>
            <w:r>
              <w:rPr>
                <w:rFonts w:ascii="Pretendard" w:eastAsia="Pretendard" w:hAnsi="Pretendard" w:cs="Pretendard"/>
                <w:color w:val="1D0024"/>
                <w:sz w:val="18"/>
              </w:rPr>
              <w:t xml:space="preserve"> </w:t>
            </w:r>
            <w:r>
              <w:rPr>
                <w:rFonts w:ascii="Pretendard" w:eastAsia="Pretendard" w:hAnsi="Pretendard" w:cs="Pretendard"/>
                <w:color w:val="1D0024"/>
                <w:sz w:val="18"/>
              </w:rPr>
              <w:t>다국어</w:t>
            </w:r>
            <w:r>
              <w:rPr>
                <w:rFonts w:ascii="Pretendard" w:eastAsia="Pretendard" w:hAnsi="Pretendard" w:cs="Pretendard"/>
                <w:color w:val="1D0024"/>
                <w:sz w:val="18"/>
              </w:rPr>
              <w:t xml:space="preserve"> </w:t>
            </w:r>
            <w:r>
              <w:rPr>
                <w:rFonts w:ascii="Pretendard" w:eastAsia="Pretendard" w:hAnsi="Pretendard" w:cs="Pretendard"/>
                <w:color w:val="1D0024"/>
                <w:sz w:val="18"/>
              </w:rPr>
              <w:t>매체</w:t>
            </w:r>
            <w:r>
              <w:rPr>
                <w:rFonts w:ascii="Pretendard" w:eastAsia="Pretendard" w:hAnsi="Pretendard" w:cs="Pretendard"/>
                <w:color w:val="1D0024"/>
                <w:sz w:val="18"/>
              </w:rPr>
              <w:t xml:space="preserve"> </w:t>
            </w:r>
            <w:r>
              <w:rPr>
                <w:rFonts w:ascii="Pretendard" w:eastAsia="Pretendard" w:hAnsi="Pretendard" w:cs="Pretendard"/>
                <w:color w:val="1D0024"/>
                <w:sz w:val="18"/>
              </w:rPr>
              <w:t>적용</w:t>
            </w:r>
            <w:r>
              <w:rPr>
                <w:rFonts w:ascii="Pretendard" w:eastAsia="Pretendard" w:hAnsi="Pretendard" w:cs="Pretendard"/>
                <w:color w:val="1D0024"/>
                <w:sz w:val="18"/>
              </w:rPr>
              <w:t xml:space="preserve"> </w:t>
            </w:r>
            <w:r>
              <w:rPr>
                <w:rFonts w:ascii="Pretendard" w:eastAsia="Pretendard" w:hAnsi="Pretendard" w:cs="Pretendard"/>
                <w:color w:val="1D0024"/>
                <w:sz w:val="18"/>
              </w:rPr>
              <w:t>여부는</w:t>
            </w:r>
            <w:r>
              <w:rPr>
                <w:rFonts w:ascii="Pretendard" w:eastAsia="Pretendard" w:hAnsi="Pretendard" w:cs="Pretendard"/>
                <w:color w:val="1D0024"/>
                <w:sz w:val="18"/>
              </w:rPr>
              <w:t xml:space="preserve"> </w:t>
            </w:r>
            <w:r>
              <w:rPr>
                <w:rFonts w:ascii="Pretendard" w:eastAsia="Pretendard" w:hAnsi="Pretendard" w:cs="Pretendard"/>
                <w:color w:val="1D0024"/>
                <w:sz w:val="18"/>
              </w:rPr>
              <w:t>미확인</w:t>
            </w:r>
          </w:p>
        </w:tc>
      </w:tr>
      <w:tr w:rsidR="004B1372" w14:paraId="6C55E33A" w14:textId="77777777">
        <w:trPr>
          <w:jc w:val="center"/>
        </w:trPr>
        <w:tc>
          <w:tcPr>
            <w:tcW w:w="1928" w:type="dxa"/>
          </w:tcPr>
          <w:p w14:paraId="2E8A8F19" w14:textId="77777777" w:rsidR="004B1372" w:rsidRDefault="00BB0BE3">
            <w:r>
              <w:rPr>
                <w:rFonts w:ascii="Pretendard" w:eastAsia="Pretendard" w:hAnsi="Pretendard" w:cs="Pretendard"/>
                <w:b/>
                <w:color w:val="1D0024"/>
                <w:sz w:val="18"/>
              </w:rPr>
              <w:t>사전심의</w:t>
            </w:r>
            <w:r>
              <w:rPr>
                <w:rFonts w:ascii="Pretendard" w:eastAsia="Pretendard" w:hAnsi="Pretendard" w:cs="Pretendard"/>
                <w:b/>
                <w:color w:val="1D0024"/>
                <w:sz w:val="18"/>
              </w:rPr>
              <w:t xml:space="preserve"> </w:t>
            </w:r>
            <w:r>
              <w:rPr>
                <w:rFonts w:ascii="Pretendard" w:eastAsia="Pretendard" w:hAnsi="Pretendard" w:cs="Pretendard"/>
                <w:b/>
                <w:color w:val="1D0024"/>
                <w:sz w:val="18"/>
              </w:rPr>
              <w:t>매체</w:t>
            </w:r>
          </w:p>
        </w:tc>
        <w:tc>
          <w:tcPr>
            <w:tcW w:w="7710" w:type="dxa"/>
          </w:tcPr>
          <w:p w14:paraId="14A07FDC" w14:textId="77777777" w:rsidR="004B1372" w:rsidRDefault="00BB0BE3">
            <w:r>
              <w:rPr>
                <w:rFonts w:ascii="Pretendard" w:eastAsia="Pretendard" w:hAnsi="Pretendard" w:cs="Pretendard"/>
                <w:color w:val="1D0024"/>
                <w:sz w:val="18"/>
              </w:rPr>
              <w:t>의료법</w:t>
            </w:r>
            <w:r>
              <w:rPr>
                <w:rFonts w:ascii="Pretendard" w:eastAsia="Pretendard" w:hAnsi="Pretendard" w:cs="Pretendard"/>
                <w:color w:val="1D0024"/>
                <w:sz w:val="18"/>
              </w:rPr>
              <w:t xml:space="preserve"> </w:t>
            </w:r>
            <w:r>
              <w:rPr>
                <w:rFonts w:ascii="Pretendard" w:eastAsia="Pretendard" w:hAnsi="Pretendard" w:cs="Pretendard"/>
                <w:color w:val="1D0024"/>
                <w:sz w:val="18"/>
              </w:rPr>
              <w:t>제</w:t>
            </w:r>
            <w:r>
              <w:rPr>
                <w:rFonts w:ascii="Pretendard" w:eastAsia="Pretendard" w:hAnsi="Pretendard" w:cs="Pretendard"/>
                <w:color w:val="1D0024"/>
                <w:sz w:val="18"/>
              </w:rPr>
              <w:t>57</w:t>
            </w:r>
            <w:r>
              <w:rPr>
                <w:rFonts w:ascii="Pretendard" w:eastAsia="Pretendard" w:hAnsi="Pretendard" w:cs="Pretendard"/>
                <w:color w:val="1D0024"/>
                <w:sz w:val="18"/>
              </w:rPr>
              <w:t>조</w:t>
            </w:r>
            <w:r>
              <w:rPr>
                <w:rFonts w:ascii="Pretendard" w:eastAsia="Pretendard" w:hAnsi="Pretendard" w:cs="Pretendard"/>
                <w:color w:val="1D0024"/>
                <w:sz w:val="18"/>
              </w:rPr>
              <w:t xml:space="preserve">, </w:t>
            </w:r>
            <w:r>
              <w:rPr>
                <w:rFonts w:ascii="Pretendard" w:eastAsia="Pretendard" w:hAnsi="Pretendard" w:cs="Pretendard"/>
                <w:color w:val="1D0024"/>
                <w:sz w:val="18"/>
              </w:rPr>
              <w:t>시행령</w:t>
            </w:r>
            <w:r>
              <w:rPr>
                <w:rFonts w:ascii="Pretendard" w:eastAsia="Pretendard" w:hAnsi="Pretendard" w:cs="Pretendard"/>
                <w:color w:val="1D0024"/>
                <w:sz w:val="18"/>
              </w:rPr>
              <w:t xml:space="preserve"> </w:t>
            </w:r>
            <w:r>
              <w:rPr>
                <w:rFonts w:ascii="Pretendard" w:eastAsia="Pretendard" w:hAnsi="Pretendard" w:cs="Pretendard"/>
                <w:color w:val="1D0024"/>
                <w:sz w:val="18"/>
              </w:rPr>
              <w:t>제</w:t>
            </w:r>
            <w:r>
              <w:rPr>
                <w:rFonts w:ascii="Pretendard" w:eastAsia="Pretendard" w:hAnsi="Pretendard" w:cs="Pretendard"/>
                <w:color w:val="1D0024"/>
                <w:sz w:val="18"/>
              </w:rPr>
              <w:t>24</w:t>
            </w:r>
            <w:r>
              <w:rPr>
                <w:rFonts w:ascii="Pretendard" w:eastAsia="Pretendard" w:hAnsi="Pretendard" w:cs="Pretendard"/>
                <w:color w:val="1D0024"/>
                <w:sz w:val="18"/>
              </w:rPr>
              <w:t>조</w:t>
            </w:r>
            <w:r>
              <w:rPr>
                <w:rFonts w:ascii="Pretendard" w:eastAsia="Pretendard" w:hAnsi="Pretendard" w:cs="Pretendard"/>
                <w:color w:val="1D0024"/>
                <w:sz w:val="18"/>
              </w:rPr>
              <w:t xml:space="preserve">: </w:t>
            </w:r>
            <w:r>
              <w:rPr>
                <w:rFonts w:ascii="Pretendard" w:eastAsia="Pretendard" w:hAnsi="Pretendard" w:cs="Pretendard"/>
                <w:color w:val="1D0024"/>
                <w:sz w:val="18"/>
              </w:rPr>
              <w:t>일평균</w:t>
            </w:r>
            <w:r>
              <w:rPr>
                <w:rFonts w:ascii="Pretendard" w:eastAsia="Pretendard" w:hAnsi="Pretendard" w:cs="Pretendard"/>
                <w:color w:val="1D0024"/>
                <w:sz w:val="18"/>
              </w:rPr>
              <w:t xml:space="preserve"> </w:t>
            </w:r>
            <w:r>
              <w:rPr>
                <w:rFonts w:ascii="Pretendard" w:eastAsia="Pretendard" w:hAnsi="Pretendard" w:cs="Pretendard"/>
                <w:color w:val="1D0024"/>
                <w:sz w:val="18"/>
              </w:rPr>
              <w:t>이용자</w:t>
            </w:r>
            <w:r>
              <w:rPr>
                <w:rFonts w:ascii="Pretendard" w:eastAsia="Pretendard" w:hAnsi="Pretendard" w:cs="Pretendard"/>
                <w:color w:val="1D0024"/>
                <w:sz w:val="18"/>
              </w:rPr>
              <w:t xml:space="preserve"> 10</w:t>
            </w:r>
            <w:r>
              <w:rPr>
                <w:rFonts w:ascii="Pretendard" w:eastAsia="Pretendard" w:hAnsi="Pretendard" w:cs="Pretendard"/>
                <w:color w:val="1D0024"/>
                <w:sz w:val="18"/>
              </w:rPr>
              <w:t>만</w:t>
            </w:r>
            <w:r>
              <w:rPr>
                <w:rFonts w:ascii="Pretendard" w:eastAsia="Pretendard" w:hAnsi="Pretendard" w:cs="Pretendard"/>
                <w:color w:val="1D0024"/>
                <w:sz w:val="18"/>
              </w:rPr>
              <w:t xml:space="preserve"> </w:t>
            </w:r>
            <w:r>
              <w:rPr>
                <w:rFonts w:ascii="Pretendard" w:eastAsia="Pretendard" w:hAnsi="Pretendard" w:cs="Pretendard"/>
                <w:color w:val="1D0024"/>
                <w:sz w:val="18"/>
              </w:rPr>
              <w:t>명</w:t>
            </w:r>
            <w:r>
              <w:rPr>
                <w:rFonts w:ascii="Pretendard" w:eastAsia="Pretendard" w:hAnsi="Pretendard" w:cs="Pretendard"/>
                <w:color w:val="1D0024"/>
                <w:sz w:val="18"/>
              </w:rPr>
              <w:t xml:space="preserve"> </w:t>
            </w:r>
            <w:r>
              <w:rPr>
                <w:rFonts w:ascii="Pretendard" w:eastAsia="Pretendard" w:hAnsi="Pretendard" w:cs="Pretendard"/>
                <w:color w:val="1D0024"/>
                <w:sz w:val="18"/>
              </w:rPr>
              <w:t>이상</w:t>
            </w:r>
            <w:r>
              <w:rPr>
                <w:rFonts w:ascii="Pretendard" w:eastAsia="Pretendard" w:hAnsi="Pretendard" w:cs="Pretendard"/>
                <w:color w:val="1D0024"/>
                <w:sz w:val="18"/>
              </w:rPr>
              <w:t xml:space="preserve"> </w:t>
            </w:r>
            <w:r>
              <w:rPr>
                <w:rFonts w:ascii="Pretendard" w:eastAsia="Pretendard" w:hAnsi="Pretendard" w:cs="Pretendard"/>
                <w:color w:val="1D0024"/>
                <w:sz w:val="18"/>
              </w:rPr>
              <w:t>인터넷매체</w:t>
            </w:r>
          </w:p>
        </w:tc>
      </w:tr>
      <w:tr w:rsidR="004B1372" w14:paraId="780B0BF5" w14:textId="77777777">
        <w:trPr>
          <w:jc w:val="center"/>
        </w:trPr>
        <w:tc>
          <w:tcPr>
            <w:tcW w:w="1928" w:type="dxa"/>
          </w:tcPr>
          <w:p w14:paraId="35FB0CC6" w14:textId="77777777" w:rsidR="004B1372" w:rsidRDefault="00BB0BE3">
            <w:r>
              <w:rPr>
                <w:rFonts w:ascii="Pretendard" w:eastAsia="Pretendard" w:hAnsi="Pretendard" w:cs="Pretendard"/>
                <w:b/>
                <w:color w:val="1D0024"/>
                <w:sz w:val="18"/>
              </w:rPr>
              <w:t>개인정보</w:t>
            </w:r>
          </w:p>
        </w:tc>
        <w:tc>
          <w:tcPr>
            <w:tcW w:w="7710" w:type="dxa"/>
          </w:tcPr>
          <w:p w14:paraId="7B25E690" w14:textId="77777777" w:rsidR="004B1372" w:rsidRDefault="00BB0BE3">
            <w:r>
              <w:rPr>
                <w:rFonts w:ascii="Pretendard" w:eastAsia="Pretendard" w:hAnsi="Pretendard" w:cs="Pretendard"/>
                <w:color w:val="1D0024"/>
                <w:sz w:val="18"/>
              </w:rPr>
              <w:t>개인정보보호법</w:t>
            </w:r>
            <w:r>
              <w:rPr>
                <w:rFonts w:ascii="Pretendard" w:eastAsia="Pretendard" w:hAnsi="Pretendard" w:cs="Pretendard"/>
                <w:color w:val="1D0024"/>
                <w:sz w:val="18"/>
              </w:rPr>
              <w:t xml:space="preserve"> </w:t>
            </w:r>
            <w:r>
              <w:rPr>
                <w:rFonts w:ascii="Pretendard" w:eastAsia="Pretendard" w:hAnsi="Pretendard" w:cs="Pretendard"/>
                <w:color w:val="1D0024"/>
                <w:sz w:val="18"/>
              </w:rPr>
              <w:t>제</w:t>
            </w:r>
            <w:r>
              <w:rPr>
                <w:rFonts w:ascii="Pretendard" w:eastAsia="Pretendard" w:hAnsi="Pretendard" w:cs="Pretendard"/>
                <w:color w:val="1D0024"/>
                <w:sz w:val="18"/>
              </w:rPr>
              <w:t>23</w:t>
            </w:r>
            <w:r>
              <w:rPr>
                <w:rFonts w:ascii="Pretendard" w:eastAsia="Pretendard" w:hAnsi="Pretendard" w:cs="Pretendard"/>
                <w:color w:val="1D0024"/>
                <w:sz w:val="18"/>
              </w:rPr>
              <w:t>조</w:t>
            </w:r>
            <w:r>
              <w:rPr>
                <w:rFonts w:ascii="Pretendard" w:eastAsia="Pretendard" w:hAnsi="Pretendard" w:cs="Pretendard"/>
                <w:color w:val="1D0024"/>
                <w:sz w:val="18"/>
              </w:rPr>
              <w:t>(</w:t>
            </w:r>
            <w:r>
              <w:rPr>
                <w:rFonts w:ascii="Pretendard" w:eastAsia="Pretendard" w:hAnsi="Pretendard" w:cs="Pretendard"/>
                <w:color w:val="1D0024"/>
                <w:sz w:val="18"/>
              </w:rPr>
              <w:t>민감정보</w:t>
            </w:r>
            <w:r>
              <w:rPr>
                <w:rFonts w:ascii="Pretendard" w:eastAsia="Pretendard" w:hAnsi="Pretendard" w:cs="Pretendard"/>
                <w:color w:val="1D0024"/>
                <w:sz w:val="18"/>
              </w:rPr>
              <w:t xml:space="preserve"> </w:t>
            </w:r>
            <w:r>
              <w:rPr>
                <w:rFonts w:ascii="Pretendard" w:eastAsia="Pretendard" w:hAnsi="Pretendard" w:cs="Pretendard"/>
                <w:color w:val="1D0024"/>
                <w:sz w:val="18"/>
              </w:rPr>
              <w:t>별도</w:t>
            </w:r>
            <w:r>
              <w:rPr>
                <w:rFonts w:ascii="Pretendard" w:eastAsia="Pretendard" w:hAnsi="Pretendard" w:cs="Pretendard"/>
                <w:color w:val="1D0024"/>
                <w:sz w:val="18"/>
              </w:rPr>
              <w:t xml:space="preserve"> </w:t>
            </w:r>
            <w:r>
              <w:rPr>
                <w:rFonts w:ascii="Pretendard" w:eastAsia="Pretendard" w:hAnsi="Pretendard" w:cs="Pretendard"/>
                <w:color w:val="1D0024"/>
                <w:sz w:val="18"/>
              </w:rPr>
              <w:t>동의</w:t>
            </w:r>
            <w:r>
              <w:rPr>
                <w:rFonts w:ascii="Pretendard" w:eastAsia="Pretendard" w:hAnsi="Pretendard" w:cs="Pretendard"/>
                <w:color w:val="1D0024"/>
                <w:sz w:val="18"/>
              </w:rPr>
              <w:t xml:space="preserve">), </w:t>
            </w:r>
            <w:r>
              <w:rPr>
                <w:rFonts w:ascii="Pretendard" w:eastAsia="Pretendard" w:hAnsi="Pretendard" w:cs="Pretendard"/>
                <w:color w:val="1D0024"/>
                <w:sz w:val="18"/>
              </w:rPr>
              <w:t>제</w:t>
            </w:r>
            <w:r>
              <w:rPr>
                <w:rFonts w:ascii="Pretendard" w:eastAsia="Pretendard" w:hAnsi="Pretendard" w:cs="Pretendard"/>
                <w:color w:val="1D0024"/>
                <w:sz w:val="18"/>
              </w:rPr>
              <w:t>28</w:t>
            </w:r>
            <w:r>
              <w:rPr>
                <w:rFonts w:ascii="Pretendard" w:eastAsia="Pretendard" w:hAnsi="Pretendard" w:cs="Pretendard"/>
                <w:color w:val="1D0024"/>
                <w:sz w:val="18"/>
              </w:rPr>
              <w:t>조의</w:t>
            </w:r>
            <w:r>
              <w:rPr>
                <w:rFonts w:ascii="Pretendard" w:eastAsia="Pretendard" w:hAnsi="Pretendard" w:cs="Pretendard"/>
                <w:color w:val="1D0024"/>
                <w:sz w:val="18"/>
              </w:rPr>
              <w:t>8(</w:t>
            </w:r>
            <w:r>
              <w:rPr>
                <w:rFonts w:ascii="Pretendard" w:eastAsia="Pretendard" w:hAnsi="Pretendard" w:cs="Pretendard"/>
                <w:color w:val="1D0024"/>
                <w:sz w:val="18"/>
              </w:rPr>
              <w:t>국외</w:t>
            </w:r>
            <w:r>
              <w:rPr>
                <w:rFonts w:ascii="Pretendard" w:eastAsia="Pretendard" w:hAnsi="Pretendard" w:cs="Pretendard"/>
                <w:color w:val="1D0024"/>
                <w:sz w:val="18"/>
              </w:rPr>
              <w:t xml:space="preserve"> </w:t>
            </w:r>
            <w:r>
              <w:rPr>
                <w:rFonts w:ascii="Pretendard" w:eastAsia="Pretendard" w:hAnsi="Pretendard" w:cs="Pretendard"/>
                <w:color w:val="1D0024"/>
                <w:sz w:val="18"/>
              </w:rPr>
              <w:t>이전</w:t>
            </w:r>
            <w:r>
              <w:rPr>
                <w:rFonts w:ascii="Pretendard" w:eastAsia="Pretendard" w:hAnsi="Pretendard" w:cs="Pretendard"/>
                <w:color w:val="1D0024"/>
                <w:sz w:val="18"/>
              </w:rPr>
              <w:t>)</w:t>
            </w:r>
          </w:p>
        </w:tc>
      </w:tr>
      <w:tr w:rsidR="004B1372" w14:paraId="23709B05" w14:textId="77777777">
        <w:trPr>
          <w:jc w:val="center"/>
        </w:trPr>
        <w:tc>
          <w:tcPr>
            <w:tcW w:w="1928" w:type="dxa"/>
          </w:tcPr>
          <w:p w14:paraId="5AD6BA8D" w14:textId="77777777" w:rsidR="004B1372" w:rsidRDefault="00BB0BE3">
            <w:r>
              <w:rPr>
                <w:rFonts w:ascii="Pretendard" w:eastAsia="Pretendard" w:hAnsi="Pretendard" w:cs="Pretendard"/>
                <w:b/>
                <w:color w:val="1D0024"/>
                <w:sz w:val="18"/>
              </w:rPr>
              <w:t>여행업</w:t>
            </w:r>
          </w:p>
        </w:tc>
        <w:tc>
          <w:tcPr>
            <w:tcW w:w="7710" w:type="dxa"/>
          </w:tcPr>
          <w:p w14:paraId="7ABF997F" w14:textId="77777777" w:rsidR="004B1372" w:rsidRDefault="00BB0BE3">
            <w:r>
              <w:rPr>
                <w:rFonts w:ascii="Pretendard" w:eastAsia="Pretendard" w:hAnsi="Pretendard" w:cs="Pretendard"/>
                <w:color w:val="1D0024"/>
                <w:sz w:val="18"/>
              </w:rPr>
              <w:t>관광진흥법</w:t>
            </w:r>
            <w:r>
              <w:rPr>
                <w:rFonts w:ascii="Pretendard" w:eastAsia="Pretendard" w:hAnsi="Pretendard" w:cs="Pretendard"/>
                <w:color w:val="1D0024"/>
                <w:sz w:val="18"/>
              </w:rPr>
              <w:t xml:space="preserve"> </w:t>
            </w:r>
            <w:r>
              <w:rPr>
                <w:rFonts w:ascii="Pretendard" w:eastAsia="Pretendard" w:hAnsi="Pretendard" w:cs="Pretendard"/>
                <w:color w:val="1D0024"/>
                <w:sz w:val="18"/>
              </w:rPr>
              <w:t>시행령</w:t>
            </w:r>
            <w:r>
              <w:rPr>
                <w:rFonts w:ascii="Pretendard" w:eastAsia="Pretendard" w:hAnsi="Pretendard" w:cs="Pretendard"/>
                <w:color w:val="1D0024"/>
                <w:sz w:val="18"/>
              </w:rPr>
              <w:t xml:space="preserve">: </w:t>
            </w:r>
            <w:r>
              <w:rPr>
                <w:rFonts w:ascii="Pretendard" w:eastAsia="Pretendard" w:hAnsi="Pretendard" w:cs="Pretendard"/>
                <w:color w:val="1D0024"/>
                <w:sz w:val="18"/>
              </w:rPr>
              <w:t>종합여행업</w:t>
            </w:r>
            <w:r>
              <w:rPr>
                <w:rFonts w:ascii="Pretendard" w:eastAsia="Pretendard" w:hAnsi="Pretendard" w:cs="Pretendard"/>
                <w:color w:val="1D0024"/>
                <w:sz w:val="18"/>
              </w:rPr>
              <w:t xml:space="preserve"> </w:t>
            </w:r>
            <w:r>
              <w:rPr>
                <w:rFonts w:ascii="Pretendard" w:eastAsia="Pretendard" w:hAnsi="Pretendard" w:cs="Pretendard"/>
                <w:color w:val="1D0024"/>
                <w:sz w:val="18"/>
              </w:rPr>
              <w:t>자본금</w:t>
            </w:r>
            <w:r>
              <w:rPr>
                <w:rFonts w:ascii="Pretendard" w:eastAsia="Pretendard" w:hAnsi="Pretendard" w:cs="Pretendard"/>
                <w:color w:val="1D0024"/>
                <w:sz w:val="18"/>
              </w:rPr>
              <w:t xml:space="preserve"> 5</w:t>
            </w:r>
            <w:r>
              <w:rPr>
                <w:rFonts w:ascii="Pretendard" w:eastAsia="Pretendard" w:hAnsi="Pretendard" w:cs="Pretendard"/>
                <w:color w:val="1D0024"/>
                <w:sz w:val="18"/>
              </w:rPr>
              <w:t>천만</w:t>
            </w:r>
            <w:r>
              <w:rPr>
                <w:rFonts w:ascii="Pretendard" w:eastAsia="Pretendard" w:hAnsi="Pretendard" w:cs="Pretendard"/>
                <w:color w:val="1D0024"/>
                <w:sz w:val="18"/>
              </w:rPr>
              <w:t xml:space="preserve"> </w:t>
            </w:r>
            <w:r>
              <w:rPr>
                <w:rFonts w:ascii="Pretendard" w:eastAsia="Pretendard" w:hAnsi="Pretendard" w:cs="Pretendard"/>
                <w:color w:val="1D0024"/>
                <w:sz w:val="18"/>
              </w:rPr>
              <w:t>원</w:t>
            </w:r>
            <w:r>
              <w:rPr>
                <w:rFonts w:ascii="Pretendard" w:eastAsia="Pretendard" w:hAnsi="Pretendard" w:cs="Pretendard"/>
                <w:color w:val="1D0024"/>
                <w:sz w:val="18"/>
              </w:rPr>
              <w:t xml:space="preserve">, </w:t>
            </w:r>
            <w:r>
              <w:rPr>
                <w:rFonts w:ascii="Pretendard" w:eastAsia="Pretendard" w:hAnsi="Pretendard" w:cs="Pretendard"/>
                <w:color w:val="1D0024"/>
                <w:sz w:val="18"/>
              </w:rPr>
              <w:t>국내외여행업</w:t>
            </w:r>
            <w:r>
              <w:rPr>
                <w:rFonts w:ascii="Pretendard" w:eastAsia="Pretendard" w:hAnsi="Pretendard" w:cs="Pretendard"/>
                <w:color w:val="1D0024"/>
                <w:sz w:val="18"/>
              </w:rPr>
              <w:t xml:space="preserve"> 3</w:t>
            </w:r>
            <w:r>
              <w:rPr>
                <w:rFonts w:ascii="Pretendard" w:eastAsia="Pretendard" w:hAnsi="Pretendard" w:cs="Pretendard"/>
                <w:color w:val="1D0024"/>
                <w:sz w:val="18"/>
              </w:rPr>
              <w:t>천만</w:t>
            </w:r>
            <w:r>
              <w:rPr>
                <w:rFonts w:ascii="Pretendard" w:eastAsia="Pretendard" w:hAnsi="Pretendard" w:cs="Pretendard"/>
                <w:color w:val="1D0024"/>
                <w:sz w:val="18"/>
              </w:rPr>
              <w:t xml:space="preserve"> </w:t>
            </w:r>
            <w:r>
              <w:rPr>
                <w:rFonts w:ascii="Pretendard" w:eastAsia="Pretendard" w:hAnsi="Pretendard" w:cs="Pretendard"/>
                <w:color w:val="1D0024"/>
                <w:sz w:val="18"/>
              </w:rPr>
              <w:t>원</w:t>
            </w:r>
          </w:p>
        </w:tc>
      </w:tr>
    </w:tbl>
    <w:p w14:paraId="31F7C84A" w14:textId="77777777" w:rsidR="004B1372" w:rsidRDefault="004B1372">
      <w:pPr>
        <w:spacing w:after="40"/>
      </w:pPr>
    </w:p>
    <w:p w14:paraId="09CB7E93" w14:textId="77777777" w:rsidR="004B1372" w:rsidRDefault="00BB0BE3">
      <w:pPr>
        <w:keepNext/>
        <w:spacing w:before="200" w:after="160"/>
      </w:pPr>
      <w:r>
        <w:rPr>
          <w:rFonts w:ascii="Pretendard" w:eastAsia="Pretendard" w:hAnsi="Pretendard" w:cs="Pretendard"/>
          <w:b/>
          <w:color w:val="4F1DA1"/>
          <w:sz w:val="26"/>
        </w:rPr>
        <w:t xml:space="preserve">4-5. AI </w:t>
      </w:r>
      <w:r>
        <w:rPr>
          <w:rFonts w:ascii="Pretendard" w:eastAsia="Pretendard" w:hAnsi="Pretendard" w:cs="Pretendard"/>
          <w:b/>
          <w:color w:val="4F1DA1"/>
          <w:sz w:val="26"/>
        </w:rPr>
        <w:t>답변엔진</w:t>
      </w:r>
      <w:r>
        <w:rPr>
          <w:rFonts w:ascii="Pretendard" w:eastAsia="Pretendard" w:hAnsi="Pretendard" w:cs="Pretendard"/>
          <w:b/>
          <w:color w:val="4F1DA1"/>
          <w:sz w:val="26"/>
        </w:rPr>
        <w:t>·</w:t>
      </w:r>
      <w:r>
        <w:rPr>
          <w:rFonts w:ascii="Pretendard" w:eastAsia="Pretendard" w:hAnsi="Pretendard" w:cs="Pretendard"/>
          <w:b/>
          <w:color w:val="4F1DA1"/>
          <w:sz w:val="26"/>
        </w:rPr>
        <w:t>오픈웹</w:t>
      </w:r>
      <w:r>
        <w:rPr>
          <w:rFonts w:ascii="Pretendard" w:eastAsia="Pretendard" w:hAnsi="Pretendard" w:cs="Pretendard"/>
          <w:b/>
          <w:color w:val="4F1DA1"/>
          <w:sz w:val="26"/>
        </w:rPr>
        <w:t xml:space="preserve"> </w:t>
      </w:r>
      <w:r>
        <w:rPr>
          <w:rFonts w:ascii="Pretendard" w:eastAsia="Pretendard" w:hAnsi="Pretendard" w:cs="Pretendard"/>
          <w:b/>
          <w:color w:val="4F1DA1"/>
          <w:sz w:val="26"/>
        </w:rPr>
        <w:t>대응</w:t>
      </w:r>
      <w:r>
        <w:rPr>
          <w:rFonts w:ascii="Pretendard" w:eastAsia="Pretendard" w:hAnsi="Pretendard" w:cs="Pretendard"/>
          <w:b/>
          <w:color w:val="4F1DA1"/>
          <w:sz w:val="26"/>
        </w:rPr>
        <w:t xml:space="preserve"> (2026-09-15 </w:t>
      </w:r>
      <w:r>
        <w:rPr>
          <w:rFonts w:ascii="Pretendard" w:eastAsia="Pretendard" w:hAnsi="Pretendard" w:cs="Pretendard"/>
          <w:b/>
          <w:color w:val="4F1DA1"/>
          <w:sz w:val="26"/>
        </w:rPr>
        <w:t>직접</w:t>
      </w:r>
      <w:r>
        <w:rPr>
          <w:rFonts w:ascii="Pretendard" w:eastAsia="Pretendard" w:hAnsi="Pretendard" w:cs="Pretendard"/>
          <w:b/>
          <w:color w:val="4F1DA1"/>
          <w:sz w:val="26"/>
        </w:rPr>
        <w:t xml:space="preserve"> </w:t>
      </w:r>
      <w:r>
        <w:rPr>
          <w:rFonts w:ascii="Pretendard" w:eastAsia="Pretendard" w:hAnsi="Pretendard" w:cs="Pretendard"/>
          <w:b/>
          <w:color w:val="4F1DA1"/>
          <w:sz w:val="26"/>
        </w:rPr>
        <w:t>조회</w:t>
      </w:r>
      <w:r>
        <w:rPr>
          <w:rFonts w:ascii="Pretendard" w:eastAsia="Pretendard" w:hAnsi="Pretendard" w:cs="Pretendard"/>
          <w:b/>
          <w:color w:val="4F1DA1"/>
          <w:sz w:val="26"/>
        </w:rPr>
        <w:t>)</w:t>
      </w:r>
    </w:p>
    <w:tbl>
      <w:tblPr>
        <w:tblStyle w:val="af9"/>
        <w:tblW w:w="0" w:type="auto"/>
        <w:jc w:val="center"/>
        <w:tblLayout w:type="fixed"/>
        <w:tblLook w:val="04A0" w:firstRow="1" w:lastRow="0" w:firstColumn="1" w:lastColumn="0" w:noHBand="0" w:noVBand="1"/>
      </w:tblPr>
      <w:tblGrid>
        <w:gridCol w:w="1701"/>
        <w:gridCol w:w="3061"/>
        <w:gridCol w:w="1474"/>
        <w:gridCol w:w="3402"/>
      </w:tblGrid>
      <w:tr w:rsidR="004B1372" w14:paraId="0654FDEE" w14:textId="77777777">
        <w:trPr>
          <w:cantSplit/>
          <w:tblHeader/>
          <w:jc w:val="center"/>
        </w:trPr>
        <w:tc>
          <w:tcPr>
            <w:tcW w:w="1701" w:type="dxa"/>
            <w:shd w:val="clear" w:color="auto" w:fill="1D0024"/>
          </w:tcPr>
          <w:p w14:paraId="5EC39003" w14:textId="77777777" w:rsidR="004B1372" w:rsidRDefault="00BB0BE3">
            <w:r>
              <w:rPr>
                <w:rFonts w:ascii="Pretendard" w:eastAsia="Pretendard" w:hAnsi="Pretendard" w:cs="Pretendard"/>
                <w:b/>
                <w:color w:val="FFFFFF"/>
                <w:sz w:val="18"/>
              </w:rPr>
              <w:t>사업자</w:t>
            </w:r>
          </w:p>
        </w:tc>
        <w:tc>
          <w:tcPr>
            <w:tcW w:w="3061" w:type="dxa"/>
            <w:shd w:val="clear" w:color="auto" w:fill="1D0024"/>
          </w:tcPr>
          <w:p w14:paraId="0F78AF4A" w14:textId="77777777" w:rsidR="004B1372" w:rsidRDefault="00BB0BE3">
            <w:r>
              <w:rPr>
                <w:rFonts w:ascii="Pretendard" w:eastAsia="Pretendard" w:hAnsi="Pretendard" w:cs="Pretendard"/>
                <w:b/>
                <w:color w:val="FFFFFF"/>
                <w:sz w:val="18"/>
              </w:rPr>
              <w:t xml:space="preserve">AI </w:t>
            </w:r>
            <w:r>
              <w:rPr>
                <w:rFonts w:ascii="Pretendard" w:eastAsia="Pretendard" w:hAnsi="Pretendard" w:cs="Pretendard"/>
                <w:b/>
                <w:color w:val="FFFFFF"/>
                <w:sz w:val="18"/>
              </w:rPr>
              <w:t>크롤러</w:t>
            </w:r>
          </w:p>
        </w:tc>
        <w:tc>
          <w:tcPr>
            <w:tcW w:w="1474" w:type="dxa"/>
            <w:shd w:val="clear" w:color="auto" w:fill="1D0024"/>
          </w:tcPr>
          <w:p w14:paraId="23E96873" w14:textId="77777777" w:rsidR="004B1372" w:rsidRDefault="00BB0BE3">
            <w:r>
              <w:rPr>
                <w:rFonts w:ascii="Pretendard" w:eastAsia="Pretendard" w:hAnsi="Pretendard" w:cs="Pretendard"/>
                <w:b/>
                <w:color w:val="FFFFFF"/>
                <w:sz w:val="18"/>
              </w:rPr>
              <w:t>llms.txt</w:t>
            </w:r>
          </w:p>
        </w:tc>
        <w:tc>
          <w:tcPr>
            <w:tcW w:w="3402" w:type="dxa"/>
            <w:shd w:val="clear" w:color="auto" w:fill="1D0024"/>
          </w:tcPr>
          <w:p w14:paraId="4C58D0F4" w14:textId="77777777" w:rsidR="004B1372" w:rsidRDefault="00BB0BE3">
            <w:r>
              <w:rPr>
                <w:rFonts w:ascii="Pretendard" w:eastAsia="Pretendard" w:hAnsi="Pretendard" w:cs="Pretendard"/>
                <w:b/>
                <w:color w:val="FFFFFF"/>
                <w:sz w:val="18"/>
              </w:rPr>
              <w:t>다국어</w:t>
            </w:r>
            <w:r>
              <w:rPr>
                <w:rFonts w:ascii="Pretendard" w:eastAsia="Pretendard" w:hAnsi="Pretendard" w:cs="Pretendard"/>
                <w:b/>
                <w:color w:val="FFFFFF"/>
                <w:sz w:val="18"/>
              </w:rPr>
              <w:t xml:space="preserve"> </w:t>
            </w:r>
            <w:r>
              <w:rPr>
                <w:rFonts w:ascii="Pretendard" w:eastAsia="Pretendard" w:hAnsi="Pretendard" w:cs="Pretendard"/>
                <w:b/>
                <w:color w:val="FFFFFF"/>
                <w:sz w:val="18"/>
              </w:rPr>
              <w:t>오픈웹</w:t>
            </w:r>
            <w:r>
              <w:rPr>
                <w:rFonts w:ascii="Pretendard" w:eastAsia="Pretendard" w:hAnsi="Pretendard" w:cs="Pretendard"/>
                <w:b/>
                <w:color w:val="FFFFFF"/>
                <w:sz w:val="18"/>
              </w:rPr>
              <w:t xml:space="preserve"> </w:t>
            </w:r>
            <w:r>
              <w:rPr>
                <w:rFonts w:ascii="Pretendard" w:eastAsia="Pretendard" w:hAnsi="Pretendard" w:cs="Pretendard"/>
                <w:b/>
                <w:color w:val="FFFFFF"/>
                <w:sz w:val="18"/>
              </w:rPr>
              <w:t>콘텐츠</w:t>
            </w:r>
          </w:p>
        </w:tc>
      </w:tr>
      <w:tr w:rsidR="004B1372" w14:paraId="1EF43293" w14:textId="77777777">
        <w:trPr>
          <w:jc w:val="center"/>
        </w:trPr>
        <w:tc>
          <w:tcPr>
            <w:tcW w:w="1701" w:type="dxa"/>
          </w:tcPr>
          <w:p w14:paraId="059E4C69" w14:textId="77777777" w:rsidR="004B1372" w:rsidRDefault="00BB0BE3">
            <w:r>
              <w:rPr>
                <w:rFonts w:ascii="Pretendard" w:eastAsia="Pretendard" w:hAnsi="Pretendard" w:cs="Pretendard"/>
                <w:b/>
                <w:color w:val="1D0024"/>
                <w:sz w:val="18"/>
              </w:rPr>
              <w:t>강남언니</w:t>
            </w:r>
          </w:p>
        </w:tc>
        <w:tc>
          <w:tcPr>
            <w:tcW w:w="3061" w:type="dxa"/>
          </w:tcPr>
          <w:p w14:paraId="24E60D6C" w14:textId="77777777" w:rsidR="004B1372" w:rsidRDefault="00BB0BE3">
            <w:r>
              <w:rPr>
                <w:rFonts w:ascii="Pretendard" w:eastAsia="Pretendard" w:hAnsi="Pretendard" w:cs="Pretendard"/>
                <w:color w:val="1D0024"/>
                <w:sz w:val="18"/>
              </w:rPr>
              <w:t>검색봇</w:t>
            </w:r>
            <w:r>
              <w:rPr>
                <w:rFonts w:ascii="Pretendard" w:eastAsia="Pretendard" w:hAnsi="Pretendard" w:cs="Pretendard"/>
                <w:color w:val="1D0024"/>
                <w:sz w:val="18"/>
              </w:rPr>
              <w:t xml:space="preserve"> </w:t>
            </w:r>
            <w:r>
              <w:rPr>
                <w:rFonts w:ascii="Pretendard" w:eastAsia="Pretendard" w:hAnsi="Pretendard" w:cs="Pretendard"/>
                <w:color w:val="1D0024"/>
                <w:sz w:val="18"/>
              </w:rPr>
              <w:t>허용</w:t>
            </w:r>
            <w:r>
              <w:rPr>
                <w:rFonts w:ascii="Pretendard" w:eastAsia="Pretendard" w:hAnsi="Pretendard" w:cs="Pretendard"/>
                <w:color w:val="1D0024"/>
                <w:sz w:val="18"/>
              </w:rPr>
              <w:t xml:space="preserve">, </w:t>
            </w:r>
            <w:r>
              <w:rPr>
                <w:rFonts w:ascii="Pretendard" w:eastAsia="Pretendard" w:hAnsi="Pretendard" w:cs="Pretendard"/>
                <w:color w:val="1D0024"/>
                <w:sz w:val="18"/>
              </w:rPr>
              <w:t>후기</w:t>
            </w:r>
            <w:r>
              <w:rPr>
                <w:rFonts w:ascii="Pretendard" w:eastAsia="Pretendard" w:hAnsi="Pretendard" w:cs="Pretendard"/>
                <w:color w:val="1D0024"/>
                <w:sz w:val="18"/>
              </w:rPr>
              <w:t xml:space="preserve"> </w:t>
            </w:r>
            <w:r>
              <w:rPr>
                <w:rFonts w:ascii="Pretendard" w:eastAsia="Pretendard" w:hAnsi="Pretendard" w:cs="Pretendard"/>
                <w:color w:val="1D0024"/>
                <w:sz w:val="18"/>
              </w:rPr>
              <w:t>차단</w:t>
            </w:r>
            <w:r>
              <w:rPr>
                <w:rFonts w:ascii="Pretendard" w:eastAsia="Pretendard" w:hAnsi="Pretendard" w:cs="Pretendard"/>
                <w:color w:val="1D0024"/>
                <w:sz w:val="18"/>
              </w:rPr>
              <w:t xml:space="preserve">, </w:t>
            </w:r>
            <w:r>
              <w:rPr>
                <w:rFonts w:ascii="Pretendard" w:eastAsia="Pretendard" w:hAnsi="Pretendard" w:cs="Pretendard"/>
                <w:color w:val="1D0024"/>
                <w:sz w:val="18"/>
              </w:rPr>
              <w:t>학습봇</w:t>
            </w:r>
            <w:r>
              <w:rPr>
                <w:rFonts w:ascii="Pretendard" w:eastAsia="Pretendard" w:hAnsi="Pretendard" w:cs="Pretendard"/>
                <w:color w:val="1D0024"/>
                <w:sz w:val="18"/>
              </w:rPr>
              <w:t xml:space="preserve"> </w:t>
            </w:r>
            <w:r>
              <w:rPr>
                <w:rFonts w:ascii="Pretendard" w:eastAsia="Pretendard" w:hAnsi="Pretendard" w:cs="Pretendard"/>
                <w:color w:val="1D0024"/>
                <w:sz w:val="18"/>
              </w:rPr>
              <w:t>차단</w:t>
            </w:r>
          </w:p>
        </w:tc>
        <w:tc>
          <w:tcPr>
            <w:tcW w:w="1474" w:type="dxa"/>
          </w:tcPr>
          <w:p w14:paraId="289DA155" w14:textId="77777777" w:rsidR="004B1372" w:rsidRDefault="00BB0BE3">
            <w:r>
              <w:rPr>
                <w:rFonts w:ascii="Pretendard" w:eastAsia="Pretendard" w:hAnsi="Pretendard" w:cs="Pretendard"/>
                <w:color w:val="1D0024"/>
                <w:sz w:val="18"/>
              </w:rPr>
              <w:t>없음</w:t>
            </w:r>
          </w:p>
        </w:tc>
        <w:tc>
          <w:tcPr>
            <w:tcW w:w="3402" w:type="dxa"/>
          </w:tcPr>
          <w:p w14:paraId="4242FD17" w14:textId="77777777" w:rsidR="004B1372" w:rsidRDefault="00BB0BE3">
            <w:r>
              <w:rPr>
                <w:rFonts w:ascii="Pretendard" w:eastAsia="Pretendard" w:hAnsi="Pretendard" w:cs="Pretendard"/>
                <w:color w:val="1D0024"/>
                <w:sz w:val="18"/>
              </w:rPr>
              <w:t>hreflang 6</w:t>
            </w:r>
            <w:r>
              <w:rPr>
                <w:rFonts w:ascii="Pretendard" w:eastAsia="Pretendard" w:hAnsi="Pretendard" w:cs="Pretendard"/>
                <w:color w:val="1D0024"/>
                <w:sz w:val="18"/>
              </w:rPr>
              <w:t>개</w:t>
            </w:r>
            <w:r>
              <w:rPr>
                <w:rFonts w:ascii="Pretendard" w:eastAsia="Pretendard" w:hAnsi="Pretendard" w:cs="Pretendard"/>
                <w:color w:val="1D0024"/>
                <w:sz w:val="18"/>
              </w:rPr>
              <w:t xml:space="preserve"> </w:t>
            </w:r>
            <w:r>
              <w:rPr>
                <w:rFonts w:ascii="Pretendard" w:eastAsia="Pretendard" w:hAnsi="Pretendard" w:cs="Pretendard"/>
                <w:color w:val="1D0024"/>
                <w:sz w:val="18"/>
              </w:rPr>
              <w:t>언어</w:t>
            </w:r>
            <w:r>
              <w:rPr>
                <w:rFonts w:ascii="Pretendard" w:eastAsia="Pretendard" w:hAnsi="Pretendard" w:cs="Pretendard"/>
                <w:color w:val="1D0024"/>
                <w:sz w:val="18"/>
              </w:rPr>
              <w:t xml:space="preserve">, </w:t>
            </w:r>
            <w:r>
              <w:rPr>
                <w:rFonts w:ascii="Pretendard" w:eastAsia="Pretendard" w:hAnsi="Pretendard" w:cs="Pretendard"/>
                <w:color w:val="1D0024"/>
                <w:sz w:val="18"/>
              </w:rPr>
              <w:t>영문</w:t>
            </w:r>
            <w:r>
              <w:rPr>
                <w:rFonts w:ascii="Pretendard" w:eastAsia="Pretendard" w:hAnsi="Pretendard" w:cs="Pretendard"/>
                <w:color w:val="1D0024"/>
                <w:sz w:val="18"/>
              </w:rPr>
              <w:t xml:space="preserve"> </w:t>
            </w:r>
            <w:r>
              <w:rPr>
                <w:rFonts w:ascii="Pretendard" w:eastAsia="Pretendard" w:hAnsi="Pretendard" w:cs="Pretendard"/>
                <w:color w:val="1D0024"/>
                <w:sz w:val="18"/>
              </w:rPr>
              <w:t>병원</w:t>
            </w:r>
            <w:r>
              <w:rPr>
                <w:rFonts w:ascii="Pretendard" w:eastAsia="Pretendard" w:hAnsi="Pretendard" w:cs="Pretendard"/>
                <w:color w:val="1D0024"/>
                <w:sz w:val="18"/>
              </w:rPr>
              <w:t xml:space="preserve"> </w:t>
            </w:r>
            <w:r>
              <w:rPr>
                <w:rFonts w:ascii="Pretendard" w:eastAsia="Pretendard" w:hAnsi="Pretendard" w:cs="Pretendard"/>
                <w:color w:val="1D0024"/>
                <w:sz w:val="18"/>
              </w:rPr>
              <w:t>사이트맵</w:t>
            </w:r>
            <w:r>
              <w:rPr>
                <w:rFonts w:ascii="Pretendard" w:eastAsia="Pretendard" w:hAnsi="Pretendard" w:cs="Pretendard"/>
                <w:color w:val="1D0024"/>
                <w:sz w:val="18"/>
              </w:rPr>
              <w:t xml:space="preserve"> 20</w:t>
            </w:r>
            <w:r>
              <w:rPr>
                <w:rFonts w:ascii="Pretendard" w:eastAsia="Pretendard" w:hAnsi="Pretendard" w:cs="Pretendard"/>
                <w:color w:val="1D0024"/>
                <w:sz w:val="18"/>
              </w:rPr>
              <w:t>건</w:t>
            </w:r>
          </w:p>
        </w:tc>
      </w:tr>
      <w:tr w:rsidR="004B1372" w14:paraId="5082C691" w14:textId="77777777">
        <w:trPr>
          <w:jc w:val="center"/>
        </w:trPr>
        <w:tc>
          <w:tcPr>
            <w:tcW w:w="1701" w:type="dxa"/>
          </w:tcPr>
          <w:p w14:paraId="1944F55D" w14:textId="77777777" w:rsidR="004B1372" w:rsidRDefault="00BB0BE3">
            <w:r>
              <w:rPr>
                <w:rFonts w:ascii="Pretendard" w:eastAsia="Pretendard" w:hAnsi="Pretendard" w:cs="Pretendard"/>
                <w:b/>
                <w:color w:val="1D0024"/>
                <w:sz w:val="18"/>
              </w:rPr>
              <w:t>바비톡</w:t>
            </w:r>
          </w:p>
        </w:tc>
        <w:tc>
          <w:tcPr>
            <w:tcW w:w="3061" w:type="dxa"/>
          </w:tcPr>
          <w:p w14:paraId="0585C0F6" w14:textId="77777777" w:rsidR="004B1372" w:rsidRDefault="00BB0BE3">
            <w:r>
              <w:rPr>
                <w:rFonts w:ascii="Pretendard" w:eastAsia="Pretendard" w:hAnsi="Pretendard" w:cs="Pretendard"/>
                <w:color w:val="1D0024"/>
                <w:sz w:val="18"/>
              </w:rPr>
              <w:t>전체</w:t>
            </w:r>
            <w:r>
              <w:rPr>
                <w:rFonts w:ascii="Pretendard" w:eastAsia="Pretendard" w:hAnsi="Pretendard" w:cs="Pretendard"/>
                <w:color w:val="1D0024"/>
                <w:sz w:val="18"/>
              </w:rPr>
              <w:t xml:space="preserve"> </w:t>
            </w:r>
            <w:r>
              <w:rPr>
                <w:rFonts w:ascii="Pretendard" w:eastAsia="Pretendard" w:hAnsi="Pretendard" w:cs="Pretendard"/>
                <w:color w:val="1D0024"/>
                <w:sz w:val="18"/>
              </w:rPr>
              <w:t>허용</w:t>
            </w:r>
          </w:p>
        </w:tc>
        <w:tc>
          <w:tcPr>
            <w:tcW w:w="1474" w:type="dxa"/>
          </w:tcPr>
          <w:p w14:paraId="77485E7A" w14:textId="77777777" w:rsidR="004B1372" w:rsidRDefault="00BB0BE3">
            <w:r>
              <w:rPr>
                <w:rFonts w:ascii="Pretendard" w:eastAsia="Pretendard" w:hAnsi="Pretendard" w:cs="Pretendard"/>
                <w:color w:val="1D0024"/>
                <w:sz w:val="18"/>
              </w:rPr>
              <w:t>없음</w:t>
            </w:r>
          </w:p>
        </w:tc>
        <w:tc>
          <w:tcPr>
            <w:tcW w:w="3402" w:type="dxa"/>
          </w:tcPr>
          <w:p w14:paraId="2E5D689B" w14:textId="77777777" w:rsidR="004B1372" w:rsidRDefault="00BB0BE3">
            <w:r>
              <w:rPr>
                <w:rFonts w:ascii="Pretendard" w:eastAsia="Pretendard" w:hAnsi="Pretendard" w:cs="Pretendard"/>
                <w:color w:val="1D0024"/>
                <w:sz w:val="18"/>
              </w:rPr>
              <w:t>일본어</w:t>
            </w:r>
            <w:r>
              <w:rPr>
                <w:rFonts w:ascii="Pretendard" w:eastAsia="Pretendard" w:hAnsi="Pretendard" w:cs="Pretendard"/>
                <w:color w:val="1D0024"/>
                <w:sz w:val="18"/>
              </w:rPr>
              <w:t xml:space="preserve"> </w:t>
            </w:r>
            <w:r>
              <w:rPr>
                <w:rFonts w:ascii="Pretendard" w:eastAsia="Pretendard" w:hAnsi="Pretendard" w:cs="Pretendard"/>
                <w:color w:val="1D0024"/>
                <w:sz w:val="18"/>
              </w:rPr>
              <w:t>사이트맵</w:t>
            </w:r>
          </w:p>
        </w:tc>
      </w:tr>
      <w:tr w:rsidR="004B1372" w14:paraId="54F66721" w14:textId="77777777">
        <w:trPr>
          <w:jc w:val="center"/>
        </w:trPr>
        <w:tc>
          <w:tcPr>
            <w:tcW w:w="1701" w:type="dxa"/>
          </w:tcPr>
          <w:p w14:paraId="440894B9" w14:textId="77777777" w:rsidR="004B1372" w:rsidRDefault="00BB0BE3">
            <w:r>
              <w:rPr>
                <w:rFonts w:ascii="Pretendard" w:eastAsia="Pretendard" w:hAnsi="Pretendard" w:cs="Pretendard"/>
                <w:b/>
                <w:color w:val="1D0024"/>
                <w:sz w:val="18"/>
              </w:rPr>
              <w:t>크리에이트립</w:t>
            </w:r>
          </w:p>
        </w:tc>
        <w:tc>
          <w:tcPr>
            <w:tcW w:w="3061" w:type="dxa"/>
          </w:tcPr>
          <w:p w14:paraId="183E5434" w14:textId="77777777" w:rsidR="004B1372" w:rsidRDefault="00BB0BE3">
            <w:r>
              <w:rPr>
                <w:rFonts w:ascii="Pretendard" w:eastAsia="Pretendard" w:hAnsi="Pretendard" w:cs="Pretendard"/>
                <w:color w:val="1D0024"/>
                <w:sz w:val="18"/>
              </w:rPr>
              <w:t>전체</w:t>
            </w:r>
            <w:r>
              <w:rPr>
                <w:rFonts w:ascii="Pretendard" w:eastAsia="Pretendard" w:hAnsi="Pretendard" w:cs="Pretendard"/>
                <w:color w:val="1D0024"/>
                <w:sz w:val="18"/>
              </w:rPr>
              <w:t xml:space="preserve"> </w:t>
            </w:r>
            <w:r>
              <w:rPr>
                <w:rFonts w:ascii="Pretendard" w:eastAsia="Pretendard" w:hAnsi="Pretendard" w:cs="Pretendard"/>
                <w:color w:val="1D0024"/>
                <w:sz w:val="18"/>
              </w:rPr>
              <w:t>허용</w:t>
            </w:r>
          </w:p>
        </w:tc>
        <w:tc>
          <w:tcPr>
            <w:tcW w:w="1474" w:type="dxa"/>
          </w:tcPr>
          <w:p w14:paraId="2A30FDF2" w14:textId="77777777" w:rsidR="004B1372" w:rsidRDefault="00BB0BE3">
            <w:r>
              <w:rPr>
                <w:rFonts w:ascii="Pretendard" w:eastAsia="Pretendard" w:hAnsi="Pretendard" w:cs="Pretendard"/>
                <w:color w:val="1D0024"/>
                <w:sz w:val="18"/>
              </w:rPr>
              <w:t>있음</w:t>
            </w:r>
          </w:p>
        </w:tc>
        <w:tc>
          <w:tcPr>
            <w:tcW w:w="3402" w:type="dxa"/>
          </w:tcPr>
          <w:p w14:paraId="348B0974" w14:textId="77777777" w:rsidR="004B1372" w:rsidRDefault="00BB0BE3">
            <w:r>
              <w:rPr>
                <w:rFonts w:ascii="Pretendard" w:eastAsia="Pretendard" w:hAnsi="Pretendard" w:cs="Pretendard"/>
                <w:color w:val="1D0024"/>
                <w:sz w:val="18"/>
              </w:rPr>
              <w:t>15</w:t>
            </w:r>
            <w:r>
              <w:rPr>
                <w:rFonts w:ascii="Pretendard" w:eastAsia="Pretendard" w:hAnsi="Pretendard" w:cs="Pretendard"/>
                <w:color w:val="1D0024"/>
                <w:sz w:val="18"/>
              </w:rPr>
              <w:t>개</w:t>
            </w:r>
            <w:r>
              <w:rPr>
                <w:rFonts w:ascii="Pretendard" w:eastAsia="Pretendard" w:hAnsi="Pretendard" w:cs="Pretendard"/>
                <w:color w:val="1D0024"/>
                <w:sz w:val="18"/>
              </w:rPr>
              <w:t xml:space="preserve"> </w:t>
            </w:r>
            <w:r>
              <w:rPr>
                <w:rFonts w:ascii="Pretendard" w:eastAsia="Pretendard" w:hAnsi="Pretendard" w:cs="Pretendard"/>
                <w:color w:val="1D0024"/>
                <w:sz w:val="18"/>
              </w:rPr>
              <w:t>로케일</w:t>
            </w:r>
            <w:r>
              <w:rPr>
                <w:rFonts w:ascii="Pretendard" w:eastAsia="Pretendard" w:hAnsi="Pretendard" w:cs="Pretendard"/>
                <w:color w:val="1D0024"/>
                <w:sz w:val="18"/>
              </w:rPr>
              <w:t xml:space="preserve">, </w:t>
            </w:r>
            <w:r>
              <w:rPr>
                <w:rFonts w:ascii="Pretendard" w:eastAsia="Pretendard" w:hAnsi="Pretendard" w:cs="Pretendard"/>
                <w:color w:val="1D0024"/>
                <w:sz w:val="18"/>
              </w:rPr>
              <w:t>영문</w:t>
            </w:r>
            <w:r>
              <w:rPr>
                <w:rFonts w:ascii="Pretendard" w:eastAsia="Pretendard" w:hAnsi="Pretendard" w:cs="Pretendard"/>
                <w:color w:val="1D0024"/>
                <w:sz w:val="18"/>
              </w:rPr>
              <w:t xml:space="preserve"> </w:t>
            </w:r>
            <w:r>
              <w:rPr>
                <w:rFonts w:ascii="Pretendard" w:eastAsia="Pretendard" w:hAnsi="Pretendard" w:cs="Pretendard"/>
                <w:color w:val="1D0024"/>
                <w:sz w:val="18"/>
              </w:rPr>
              <w:t>클리닉</w:t>
            </w:r>
            <w:r>
              <w:rPr>
                <w:rFonts w:ascii="Pretendard" w:eastAsia="Pretendard" w:hAnsi="Pretendard" w:cs="Pretendard"/>
                <w:color w:val="1D0024"/>
                <w:sz w:val="18"/>
              </w:rPr>
              <w:t xml:space="preserve"> </w:t>
            </w:r>
            <w:r>
              <w:rPr>
                <w:rFonts w:ascii="Pretendard" w:eastAsia="Pretendard" w:hAnsi="Pretendard" w:cs="Pretendard"/>
                <w:color w:val="1D0024"/>
                <w:sz w:val="18"/>
              </w:rPr>
              <w:t>블로그</w:t>
            </w:r>
          </w:p>
        </w:tc>
      </w:tr>
      <w:tr w:rsidR="004B1372" w14:paraId="601386A7" w14:textId="77777777">
        <w:trPr>
          <w:jc w:val="center"/>
        </w:trPr>
        <w:tc>
          <w:tcPr>
            <w:tcW w:w="1701" w:type="dxa"/>
          </w:tcPr>
          <w:p w14:paraId="0BDF3B7A" w14:textId="77777777" w:rsidR="004B1372" w:rsidRDefault="00BB0BE3">
            <w:r>
              <w:rPr>
                <w:rFonts w:ascii="Pretendard" w:eastAsia="Pretendard" w:hAnsi="Pretendard" w:cs="Pretendard"/>
                <w:b/>
                <w:color w:val="1D0024"/>
                <w:sz w:val="18"/>
              </w:rPr>
              <w:t>여신티켓</w:t>
            </w:r>
          </w:p>
        </w:tc>
        <w:tc>
          <w:tcPr>
            <w:tcW w:w="3061" w:type="dxa"/>
          </w:tcPr>
          <w:p w14:paraId="0DF96CAC" w14:textId="77777777" w:rsidR="004B1372" w:rsidRDefault="00BB0BE3">
            <w:r>
              <w:rPr>
                <w:rFonts w:ascii="Pretendard" w:eastAsia="Pretendard" w:hAnsi="Pretendard" w:cs="Pretendard"/>
                <w:color w:val="1D0024"/>
                <w:sz w:val="18"/>
              </w:rPr>
              <w:t xml:space="preserve">GPTBot·ClaudeBot·PerplexityBot </w:t>
            </w:r>
            <w:r>
              <w:rPr>
                <w:rFonts w:ascii="Pretendard" w:eastAsia="Pretendard" w:hAnsi="Pretendard" w:cs="Pretendard"/>
                <w:color w:val="1D0024"/>
                <w:sz w:val="18"/>
              </w:rPr>
              <w:t>개별</w:t>
            </w:r>
            <w:r>
              <w:rPr>
                <w:rFonts w:ascii="Pretendard" w:eastAsia="Pretendard" w:hAnsi="Pretendard" w:cs="Pretendard"/>
                <w:color w:val="1D0024"/>
                <w:sz w:val="18"/>
              </w:rPr>
              <w:t xml:space="preserve"> </w:t>
            </w:r>
            <w:r>
              <w:rPr>
                <w:rFonts w:ascii="Pretendard" w:eastAsia="Pretendard" w:hAnsi="Pretendard" w:cs="Pretendard"/>
                <w:color w:val="1D0024"/>
                <w:sz w:val="18"/>
              </w:rPr>
              <w:t>허용</w:t>
            </w:r>
          </w:p>
        </w:tc>
        <w:tc>
          <w:tcPr>
            <w:tcW w:w="1474" w:type="dxa"/>
          </w:tcPr>
          <w:p w14:paraId="34CAC28D" w14:textId="77777777" w:rsidR="004B1372" w:rsidRDefault="00BB0BE3">
            <w:r>
              <w:rPr>
                <w:rFonts w:ascii="Pretendard" w:eastAsia="Pretendard" w:hAnsi="Pretendard" w:cs="Pretendard"/>
                <w:color w:val="1D0024"/>
                <w:sz w:val="18"/>
              </w:rPr>
              <w:t>있음</w:t>
            </w:r>
            <w:r>
              <w:rPr>
                <w:rFonts w:ascii="Pretendard" w:eastAsia="Pretendard" w:hAnsi="Pretendard" w:cs="Pretendard"/>
                <w:color w:val="1D0024"/>
                <w:sz w:val="18"/>
              </w:rPr>
              <w:t>(</w:t>
            </w:r>
            <w:r>
              <w:rPr>
                <w:rFonts w:ascii="Pretendard" w:eastAsia="Pretendard" w:hAnsi="Pretendard" w:cs="Pretendard"/>
                <w:color w:val="1D0024"/>
                <w:sz w:val="18"/>
              </w:rPr>
              <w:t>영문</w:t>
            </w:r>
            <w:r>
              <w:rPr>
                <w:rFonts w:ascii="Pretendard" w:eastAsia="Pretendard" w:hAnsi="Pretendard" w:cs="Pretendard"/>
                <w:color w:val="1D0024"/>
                <w:sz w:val="18"/>
              </w:rPr>
              <w:t>)</w:t>
            </w:r>
          </w:p>
        </w:tc>
        <w:tc>
          <w:tcPr>
            <w:tcW w:w="3402" w:type="dxa"/>
          </w:tcPr>
          <w:p w14:paraId="61965A50" w14:textId="77777777" w:rsidR="004B1372" w:rsidRDefault="00BB0BE3">
            <w:r>
              <w:rPr>
                <w:rFonts w:ascii="Pretendard" w:eastAsia="Pretendard" w:hAnsi="Pretendard" w:cs="Pretendard"/>
                <w:color w:val="1D0024"/>
                <w:sz w:val="18"/>
              </w:rPr>
              <w:t>영</w:t>
            </w:r>
            <w:r>
              <w:rPr>
                <w:rFonts w:ascii="Pretendard" w:eastAsia="Pretendard" w:hAnsi="Pretendard" w:cs="Pretendard"/>
                <w:color w:val="1D0024"/>
                <w:sz w:val="18"/>
              </w:rPr>
              <w:t>·</w:t>
            </w:r>
            <w:r>
              <w:rPr>
                <w:rFonts w:ascii="Pretendard" w:eastAsia="Pretendard" w:hAnsi="Pretendard" w:cs="Pretendard"/>
                <w:color w:val="1D0024"/>
                <w:sz w:val="18"/>
              </w:rPr>
              <w:t>일</w:t>
            </w:r>
            <w:r>
              <w:rPr>
                <w:rFonts w:ascii="Pretendard" w:eastAsia="Pretendard" w:hAnsi="Pretendard" w:cs="Pretendard"/>
                <w:color w:val="1D0024"/>
                <w:sz w:val="18"/>
              </w:rPr>
              <w:t>·</w:t>
            </w:r>
            <w:r>
              <w:rPr>
                <w:rFonts w:ascii="Pretendard" w:eastAsia="Pretendard" w:hAnsi="Pretendard" w:cs="Pretendard"/>
                <w:color w:val="1D0024"/>
                <w:sz w:val="18"/>
              </w:rPr>
              <w:t>중</w:t>
            </w:r>
            <w:r>
              <w:rPr>
                <w:rFonts w:ascii="Pretendard" w:eastAsia="Pretendard" w:hAnsi="Pretendard" w:cs="Pretendard"/>
                <w:color w:val="1D0024"/>
                <w:sz w:val="18"/>
              </w:rPr>
              <w:t xml:space="preserve"> </w:t>
            </w:r>
            <w:r>
              <w:rPr>
                <w:rFonts w:ascii="Pretendard" w:eastAsia="Pretendard" w:hAnsi="Pretendard" w:cs="Pretendard"/>
                <w:color w:val="1D0024"/>
                <w:sz w:val="18"/>
              </w:rPr>
              <w:t>블로그</w:t>
            </w:r>
          </w:p>
        </w:tc>
      </w:tr>
      <w:tr w:rsidR="004B1372" w14:paraId="60017FAA" w14:textId="77777777">
        <w:trPr>
          <w:jc w:val="center"/>
        </w:trPr>
        <w:tc>
          <w:tcPr>
            <w:tcW w:w="1701" w:type="dxa"/>
          </w:tcPr>
          <w:p w14:paraId="68219B78" w14:textId="77777777" w:rsidR="004B1372" w:rsidRDefault="00BB0BE3">
            <w:r>
              <w:rPr>
                <w:rFonts w:ascii="Pretendard" w:eastAsia="Pretendard" w:hAnsi="Pretendard" w:cs="Pretendard"/>
                <w:b/>
                <w:color w:val="1D0024"/>
                <w:sz w:val="18"/>
              </w:rPr>
              <w:t>BeautsGO</w:t>
            </w:r>
          </w:p>
        </w:tc>
        <w:tc>
          <w:tcPr>
            <w:tcW w:w="3061" w:type="dxa"/>
          </w:tcPr>
          <w:p w14:paraId="6C562C86" w14:textId="77777777" w:rsidR="004B1372" w:rsidRDefault="00BB0BE3">
            <w:r>
              <w:rPr>
                <w:rFonts w:ascii="Pretendard" w:eastAsia="Pretendard" w:hAnsi="Pretendard" w:cs="Pretendard"/>
                <w:color w:val="1D0024"/>
                <w:sz w:val="18"/>
              </w:rPr>
              <w:t>미확인</w:t>
            </w:r>
          </w:p>
        </w:tc>
        <w:tc>
          <w:tcPr>
            <w:tcW w:w="1474" w:type="dxa"/>
          </w:tcPr>
          <w:p w14:paraId="40F6FA07" w14:textId="77777777" w:rsidR="004B1372" w:rsidRDefault="00BB0BE3">
            <w:r>
              <w:rPr>
                <w:rFonts w:ascii="Pretendard" w:eastAsia="Pretendard" w:hAnsi="Pretendard" w:cs="Pretendard"/>
                <w:color w:val="1D0024"/>
                <w:sz w:val="18"/>
              </w:rPr>
              <w:t>미확인</w:t>
            </w:r>
          </w:p>
        </w:tc>
        <w:tc>
          <w:tcPr>
            <w:tcW w:w="3402" w:type="dxa"/>
          </w:tcPr>
          <w:p w14:paraId="5DE2C737" w14:textId="77777777" w:rsidR="004B1372" w:rsidRDefault="00BB0BE3">
            <w:r>
              <w:rPr>
                <w:rFonts w:ascii="Pretendard" w:eastAsia="Pretendard" w:hAnsi="Pretendard" w:cs="Pretendard"/>
                <w:color w:val="1D0024"/>
                <w:sz w:val="18"/>
              </w:rPr>
              <w:t>5</w:t>
            </w:r>
            <w:r>
              <w:rPr>
                <w:rFonts w:ascii="Pretendard" w:eastAsia="Pretendard" w:hAnsi="Pretendard" w:cs="Pretendard"/>
                <w:color w:val="1D0024"/>
                <w:sz w:val="18"/>
              </w:rPr>
              <w:t>개</w:t>
            </w:r>
            <w:r>
              <w:rPr>
                <w:rFonts w:ascii="Pretendard" w:eastAsia="Pretendard" w:hAnsi="Pretendard" w:cs="Pretendard"/>
                <w:color w:val="1D0024"/>
                <w:sz w:val="18"/>
              </w:rPr>
              <w:t xml:space="preserve"> </w:t>
            </w:r>
            <w:r>
              <w:rPr>
                <w:rFonts w:ascii="Pretendard" w:eastAsia="Pretendard" w:hAnsi="Pretendard" w:cs="Pretendard"/>
                <w:color w:val="1D0024"/>
                <w:sz w:val="18"/>
              </w:rPr>
              <w:t>언어</w:t>
            </w:r>
            <w:r>
              <w:rPr>
                <w:rFonts w:ascii="Pretendard" w:eastAsia="Pretendard" w:hAnsi="Pretendard" w:cs="Pretendard"/>
                <w:color w:val="1D0024"/>
                <w:sz w:val="18"/>
              </w:rPr>
              <w:t xml:space="preserve"> </w:t>
            </w:r>
            <w:r>
              <w:rPr>
                <w:rFonts w:ascii="Pretendard" w:eastAsia="Pretendard" w:hAnsi="Pretendard" w:cs="Pretendard"/>
                <w:color w:val="1D0024"/>
                <w:sz w:val="18"/>
              </w:rPr>
              <w:t>사이트맵</w:t>
            </w:r>
            <w:r>
              <w:rPr>
                <w:rFonts w:ascii="Pretendard" w:eastAsia="Pretendard" w:hAnsi="Pretendard" w:cs="Pretendard"/>
                <w:color w:val="1D0024"/>
                <w:sz w:val="18"/>
              </w:rPr>
              <w:t xml:space="preserve">, AI </w:t>
            </w:r>
            <w:r>
              <w:rPr>
                <w:rFonts w:ascii="Pretendard" w:eastAsia="Pretendard" w:hAnsi="Pretendard" w:cs="Pretendard"/>
                <w:color w:val="1D0024"/>
                <w:sz w:val="18"/>
              </w:rPr>
              <w:t>에이전트</w:t>
            </w:r>
            <w:r>
              <w:rPr>
                <w:rFonts w:ascii="Pretendard" w:eastAsia="Pretendard" w:hAnsi="Pretendard" w:cs="Pretendard"/>
                <w:color w:val="1D0024"/>
                <w:sz w:val="18"/>
              </w:rPr>
              <w:t xml:space="preserve"> </w:t>
            </w:r>
            <w:r>
              <w:rPr>
                <w:rFonts w:ascii="Pretendard" w:eastAsia="Pretendard" w:hAnsi="Pretendard" w:cs="Pretendard"/>
                <w:color w:val="1D0024"/>
                <w:sz w:val="18"/>
              </w:rPr>
              <w:t>예약</w:t>
            </w:r>
            <w:r>
              <w:rPr>
                <w:rFonts w:ascii="Pretendard" w:eastAsia="Pretendard" w:hAnsi="Pretendard" w:cs="Pretendard"/>
                <w:color w:val="1D0024"/>
                <w:sz w:val="18"/>
              </w:rPr>
              <w:t xml:space="preserve"> </w:t>
            </w:r>
            <w:r>
              <w:rPr>
                <w:rFonts w:ascii="Pretendard" w:eastAsia="Pretendard" w:hAnsi="Pretendard" w:cs="Pretendard"/>
                <w:color w:val="1D0024"/>
                <w:sz w:val="18"/>
              </w:rPr>
              <w:t>스킬</w:t>
            </w:r>
          </w:p>
        </w:tc>
      </w:tr>
    </w:tbl>
    <w:p w14:paraId="348B922C" w14:textId="77777777" w:rsidR="004B1372" w:rsidRDefault="004B1372">
      <w:pPr>
        <w:spacing w:after="40"/>
      </w:pPr>
    </w:p>
    <w:p w14:paraId="69736DA9" w14:textId="77777777" w:rsidR="004B1372" w:rsidRDefault="00BB0BE3">
      <w:pPr>
        <w:keepNext/>
        <w:spacing w:before="200" w:after="160"/>
      </w:pPr>
      <w:r>
        <w:rPr>
          <w:rFonts w:ascii="Pretendard" w:eastAsia="Pretendard" w:hAnsi="Pretendard" w:cs="Pretendard"/>
          <w:b/>
          <w:color w:val="4F1DA1"/>
          <w:sz w:val="26"/>
        </w:rPr>
        <w:t xml:space="preserve">4-6. </w:t>
      </w:r>
      <w:r>
        <w:rPr>
          <w:rFonts w:ascii="Pretendard" w:eastAsia="Pretendard" w:hAnsi="Pretendard" w:cs="Pretendard"/>
          <w:b/>
          <w:color w:val="4F1DA1"/>
          <w:sz w:val="26"/>
        </w:rPr>
        <w:t>실측</w:t>
      </w:r>
      <w:r>
        <w:rPr>
          <w:rFonts w:ascii="Pretendard" w:eastAsia="Pretendard" w:hAnsi="Pretendard" w:cs="Pretendard"/>
          <w:b/>
          <w:color w:val="4F1DA1"/>
          <w:sz w:val="26"/>
        </w:rPr>
        <w:t xml:space="preserve">: AI </w:t>
      </w:r>
      <w:r>
        <w:rPr>
          <w:rFonts w:ascii="Pretendard" w:eastAsia="Pretendard" w:hAnsi="Pretendard" w:cs="Pretendard"/>
          <w:b/>
          <w:color w:val="4F1DA1"/>
          <w:sz w:val="26"/>
        </w:rPr>
        <w:t>답변은</w:t>
      </w:r>
      <w:r>
        <w:rPr>
          <w:rFonts w:ascii="Pretendard" w:eastAsia="Pretendard" w:hAnsi="Pretendard" w:cs="Pretendard"/>
          <w:b/>
          <w:color w:val="4F1DA1"/>
          <w:sz w:val="26"/>
        </w:rPr>
        <w:t xml:space="preserve"> </w:t>
      </w:r>
      <w:r>
        <w:rPr>
          <w:rFonts w:ascii="Pretendard" w:eastAsia="Pretendard" w:hAnsi="Pretendard" w:cs="Pretendard"/>
          <w:b/>
          <w:color w:val="4F1DA1"/>
          <w:sz w:val="26"/>
        </w:rPr>
        <w:t>어떤</w:t>
      </w:r>
      <w:r>
        <w:rPr>
          <w:rFonts w:ascii="Pretendard" w:eastAsia="Pretendard" w:hAnsi="Pretendard" w:cs="Pretendard"/>
          <w:b/>
          <w:color w:val="4F1DA1"/>
          <w:sz w:val="26"/>
        </w:rPr>
        <w:t xml:space="preserve"> </w:t>
      </w:r>
      <w:r>
        <w:rPr>
          <w:rFonts w:ascii="Pretendard" w:eastAsia="Pretendard" w:hAnsi="Pretendard" w:cs="Pretendard"/>
          <w:b/>
          <w:color w:val="4F1DA1"/>
          <w:sz w:val="26"/>
        </w:rPr>
        <w:t>출처를</w:t>
      </w:r>
      <w:r>
        <w:rPr>
          <w:rFonts w:ascii="Pretendard" w:eastAsia="Pretendard" w:hAnsi="Pretendard" w:cs="Pretendard"/>
          <w:b/>
          <w:color w:val="4F1DA1"/>
          <w:sz w:val="26"/>
        </w:rPr>
        <w:t xml:space="preserve"> </w:t>
      </w:r>
      <w:r>
        <w:rPr>
          <w:rFonts w:ascii="Pretendard" w:eastAsia="Pretendard" w:hAnsi="Pretendard" w:cs="Pretendard"/>
          <w:b/>
          <w:color w:val="4F1DA1"/>
          <w:sz w:val="26"/>
        </w:rPr>
        <w:t>인용했나</w:t>
      </w:r>
    </w:p>
    <w:p w14:paraId="0C42D7C5" w14:textId="77777777" w:rsidR="004B1372" w:rsidRDefault="00BB0BE3">
      <w:pPr>
        <w:spacing w:after="120" w:line="324" w:lineRule="auto"/>
      </w:pPr>
      <w:r>
        <w:rPr>
          <w:rFonts w:ascii="Pretendard" w:eastAsia="Pretendard" w:hAnsi="Pretendard" w:cs="Pretendard"/>
          <w:color w:val="1D0024"/>
          <w:sz w:val="21"/>
        </w:rPr>
        <w:t>INFINITH</w:t>
      </w:r>
      <w:r>
        <w:rPr>
          <w:rFonts w:ascii="Pretendard" w:eastAsia="Pretendard" w:hAnsi="Pretendard" w:cs="Pretendard"/>
          <w:color w:val="1D0024"/>
          <w:sz w:val="21"/>
        </w:rPr>
        <w:t>가</w:t>
      </w:r>
      <w:r>
        <w:rPr>
          <w:rFonts w:ascii="Pretendard" w:eastAsia="Pretendard" w:hAnsi="Pretendard" w:cs="Pretendard"/>
          <w:color w:val="1D0024"/>
          <w:sz w:val="21"/>
        </w:rPr>
        <w:t xml:space="preserve"> </w:t>
      </w:r>
      <w:r>
        <w:rPr>
          <w:rFonts w:ascii="Pretendard" w:eastAsia="Pretendard" w:hAnsi="Pretendard" w:cs="Pretendard"/>
          <w:color w:val="1D0024"/>
          <w:sz w:val="21"/>
        </w:rPr>
        <w:t>뷰성형외과</w:t>
      </w:r>
      <w:r>
        <w:rPr>
          <w:rFonts w:ascii="Pretendard" w:eastAsia="Pretendard" w:hAnsi="Pretendard" w:cs="Pretendard"/>
          <w:color w:val="1D0024"/>
          <w:sz w:val="21"/>
        </w:rPr>
        <w:t xml:space="preserve"> </w:t>
      </w:r>
      <w:r>
        <w:rPr>
          <w:rFonts w:ascii="Pretendard" w:eastAsia="Pretendard" w:hAnsi="Pretendard" w:cs="Pretendard"/>
          <w:color w:val="1D0024"/>
          <w:sz w:val="21"/>
        </w:rPr>
        <w:t>진단에서</w:t>
      </w:r>
      <w:r>
        <w:rPr>
          <w:rFonts w:ascii="Pretendard" w:eastAsia="Pretendard" w:hAnsi="Pretendard" w:cs="Pretendard"/>
          <w:color w:val="1D0024"/>
          <w:sz w:val="21"/>
        </w:rPr>
        <w:t xml:space="preserve"> </w:t>
      </w:r>
      <w:r>
        <w:rPr>
          <w:rFonts w:ascii="Pretendard" w:eastAsia="Pretendard" w:hAnsi="Pretendard" w:cs="Pretendard"/>
          <w:color w:val="1D0024"/>
          <w:sz w:val="21"/>
        </w:rPr>
        <w:t>수집한</w:t>
      </w:r>
      <w:r>
        <w:rPr>
          <w:rFonts w:ascii="Pretendard" w:eastAsia="Pretendard" w:hAnsi="Pretendard" w:cs="Pretendard"/>
          <w:color w:val="1D0024"/>
          <w:sz w:val="21"/>
        </w:rPr>
        <w:t xml:space="preserve"> </w:t>
      </w:r>
      <w:r>
        <w:rPr>
          <w:rFonts w:ascii="Pretendard" w:eastAsia="Pretendard" w:hAnsi="Pretendard" w:cs="Pretendard"/>
          <w:color w:val="1D0024"/>
          <w:sz w:val="21"/>
        </w:rPr>
        <w:t>공식</w:t>
      </w:r>
      <w:r>
        <w:rPr>
          <w:rFonts w:ascii="Pretendard" w:eastAsia="Pretendard" w:hAnsi="Pretendard" w:cs="Pretendard"/>
          <w:color w:val="1D0024"/>
          <w:sz w:val="21"/>
        </w:rPr>
        <w:t xml:space="preserve"> API </w:t>
      </w:r>
      <w:r>
        <w:rPr>
          <w:rFonts w:ascii="Pretendard" w:eastAsia="Pretendard" w:hAnsi="Pretendard" w:cs="Pretendard"/>
          <w:color w:val="1D0024"/>
          <w:sz w:val="21"/>
        </w:rPr>
        <w:t>답변의</w:t>
      </w:r>
      <w:r>
        <w:rPr>
          <w:rFonts w:ascii="Pretendard" w:eastAsia="Pretendard" w:hAnsi="Pretendard" w:cs="Pretendard"/>
          <w:color w:val="1D0024"/>
          <w:sz w:val="21"/>
        </w:rPr>
        <w:t xml:space="preserve"> </w:t>
      </w:r>
      <w:r>
        <w:rPr>
          <w:rFonts w:ascii="Pretendard" w:eastAsia="Pretendard" w:hAnsi="Pretendard" w:cs="Pretendard"/>
          <w:color w:val="1D0024"/>
          <w:sz w:val="21"/>
        </w:rPr>
        <w:t>인용</w:t>
      </w:r>
      <w:r>
        <w:rPr>
          <w:rFonts w:ascii="Pretendard" w:eastAsia="Pretendard" w:hAnsi="Pretendard" w:cs="Pretendard"/>
          <w:color w:val="1D0024"/>
          <w:sz w:val="21"/>
        </w:rPr>
        <w:t xml:space="preserve"> URL</w:t>
      </w:r>
      <w:r>
        <w:rPr>
          <w:rFonts w:ascii="Pretendard" w:eastAsia="Pretendard" w:hAnsi="Pretendard" w:cs="Pretendard"/>
          <w:color w:val="1D0024"/>
          <w:sz w:val="21"/>
        </w:rPr>
        <w:t>을</w:t>
      </w:r>
      <w:r>
        <w:rPr>
          <w:rFonts w:ascii="Pretendard" w:eastAsia="Pretendard" w:hAnsi="Pretendard" w:cs="Pretendard"/>
          <w:color w:val="1D0024"/>
          <w:sz w:val="21"/>
        </w:rPr>
        <w:t xml:space="preserve"> </w:t>
      </w:r>
      <w:r>
        <w:rPr>
          <w:rFonts w:ascii="Pretendard" w:eastAsia="Pretendard" w:hAnsi="Pretendard" w:cs="Pretendard"/>
          <w:color w:val="1D0024"/>
          <w:sz w:val="21"/>
        </w:rPr>
        <w:t>도메인별로</w:t>
      </w:r>
      <w:r>
        <w:rPr>
          <w:rFonts w:ascii="Pretendard" w:eastAsia="Pretendard" w:hAnsi="Pretendard" w:cs="Pretendard"/>
          <w:color w:val="1D0024"/>
          <w:sz w:val="21"/>
        </w:rPr>
        <w:t xml:space="preserve"> </w:t>
      </w:r>
      <w:r>
        <w:rPr>
          <w:rFonts w:ascii="Pretendard" w:eastAsia="Pretendard" w:hAnsi="Pretendard" w:cs="Pretendard"/>
          <w:color w:val="1D0024"/>
          <w:sz w:val="21"/>
        </w:rPr>
        <w:t>집계했습니다</w:t>
      </w:r>
      <w:r>
        <w:rPr>
          <w:rFonts w:ascii="Pretendard" w:eastAsia="Pretendard" w:hAnsi="Pretendard" w:cs="Pretendard"/>
          <w:color w:val="1D0024"/>
          <w:sz w:val="21"/>
        </w:rPr>
        <w:t xml:space="preserve">. </w:t>
      </w:r>
      <w:r>
        <w:rPr>
          <w:rFonts w:ascii="Pretendard" w:eastAsia="Pretendard" w:hAnsi="Pretendard" w:cs="Pretendard"/>
          <w:color w:val="1D0024"/>
          <w:sz w:val="21"/>
        </w:rPr>
        <w:t>수치는</w:t>
      </w:r>
      <w:r>
        <w:rPr>
          <w:rFonts w:ascii="Pretendard" w:eastAsia="Pretendard" w:hAnsi="Pretendard" w:cs="Pretendard"/>
          <w:color w:val="1D0024"/>
          <w:sz w:val="21"/>
        </w:rPr>
        <w:t xml:space="preserve"> </w:t>
      </w:r>
      <w:r>
        <w:rPr>
          <w:rFonts w:ascii="Pretendard" w:eastAsia="Pretendard" w:hAnsi="Pretendard" w:cs="Pretendard"/>
          <w:color w:val="1D0024"/>
          <w:sz w:val="21"/>
        </w:rPr>
        <w:t>해당</w:t>
      </w:r>
      <w:r>
        <w:rPr>
          <w:rFonts w:ascii="Pretendard" w:eastAsia="Pretendard" w:hAnsi="Pretendard" w:cs="Pretendard"/>
          <w:color w:val="1D0024"/>
          <w:sz w:val="21"/>
        </w:rPr>
        <w:t xml:space="preserve"> </w:t>
      </w:r>
      <w:r>
        <w:rPr>
          <w:rFonts w:ascii="Pretendard" w:eastAsia="Pretendard" w:hAnsi="Pretendard" w:cs="Pretendard"/>
          <w:color w:val="1D0024"/>
          <w:sz w:val="21"/>
        </w:rPr>
        <w:t>도메인을</w:t>
      </w:r>
      <w:r>
        <w:rPr>
          <w:rFonts w:ascii="Pretendard" w:eastAsia="Pretendard" w:hAnsi="Pretendard" w:cs="Pretendard"/>
          <w:color w:val="1D0024"/>
          <w:sz w:val="21"/>
        </w:rPr>
        <w:t xml:space="preserve"> 1</w:t>
      </w:r>
      <w:r>
        <w:rPr>
          <w:rFonts w:ascii="Pretendard" w:eastAsia="Pretendard" w:hAnsi="Pretendard" w:cs="Pretendard"/>
          <w:color w:val="1D0024"/>
          <w:sz w:val="21"/>
        </w:rPr>
        <w:t>회</w:t>
      </w:r>
      <w:r>
        <w:rPr>
          <w:rFonts w:ascii="Pretendard" w:eastAsia="Pretendard" w:hAnsi="Pretendard" w:cs="Pretendard"/>
          <w:color w:val="1D0024"/>
          <w:sz w:val="21"/>
        </w:rPr>
        <w:t xml:space="preserve"> </w:t>
      </w:r>
      <w:r>
        <w:rPr>
          <w:rFonts w:ascii="Pretendard" w:eastAsia="Pretendard" w:hAnsi="Pretendard" w:cs="Pretendard"/>
          <w:color w:val="1D0024"/>
          <w:sz w:val="21"/>
        </w:rPr>
        <w:t>이상</w:t>
      </w:r>
      <w:r>
        <w:rPr>
          <w:rFonts w:ascii="Pretendard" w:eastAsia="Pretendard" w:hAnsi="Pretendard" w:cs="Pretendard"/>
          <w:color w:val="1D0024"/>
          <w:sz w:val="21"/>
        </w:rPr>
        <w:t xml:space="preserve"> </w:t>
      </w:r>
      <w:r>
        <w:rPr>
          <w:rFonts w:ascii="Pretendard" w:eastAsia="Pretendard" w:hAnsi="Pretendard" w:cs="Pretendard"/>
          <w:color w:val="1D0024"/>
          <w:sz w:val="21"/>
        </w:rPr>
        <w:t>인용한</w:t>
      </w:r>
      <w:r>
        <w:rPr>
          <w:rFonts w:ascii="Pretendard" w:eastAsia="Pretendard" w:hAnsi="Pretendard" w:cs="Pretendard"/>
          <w:color w:val="1D0024"/>
          <w:sz w:val="21"/>
        </w:rPr>
        <w:t xml:space="preserve"> </w:t>
      </w:r>
      <w:r>
        <w:rPr>
          <w:rFonts w:ascii="Pretendard" w:eastAsia="Pretendard" w:hAnsi="Pretendard" w:cs="Pretendard"/>
          <w:color w:val="1D0024"/>
          <w:sz w:val="21"/>
        </w:rPr>
        <w:t>답변</w:t>
      </w:r>
      <w:r>
        <w:rPr>
          <w:rFonts w:ascii="Pretendard" w:eastAsia="Pretendard" w:hAnsi="Pretendard" w:cs="Pretendard"/>
          <w:color w:val="1D0024"/>
          <w:sz w:val="21"/>
        </w:rPr>
        <w:t xml:space="preserve"> </w:t>
      </w:r>
      <w:r>
        <w:rPr>
          <w:rFonts w:ascii="Pretendard" w:eastAsia="Pretendard" w:hAnsi="Pretendard" w:cs="Pretendard"/>
          <w:color w:val="1D0024"/>
          <w:sz w:val="21"/>
        </w:rPr>
        <w:t>수입니다</w:t>
      </w:r>
      <w:r>
        <w:rPr>
          <w:rFonts w:ascii="Pretendard" w:eastAsia="Pretendard" w:hAnsi="Pretendard" w:cs="Pretendard"/>
          <w:color w:val="1D0024"/>
          <w:sz w:val="21"/>
        </w:rPr>
        <w:t>. 1</w:t>
      </w:r>
      <w:r>
        <w:rPr>
          <w:rFonts w:ascii="Pretendard" w:eastAsia="Pretendard" w:hAnsi="Pretendard" w:cs="Pretendard"/>
          <w:color w:val="1D0024"/>
          <w:sz w:val="21"/>
        </w:rPr>
        <w:t>회</w:t>
      </w:r>
      <w:r>
        <w:rPr>
          <w:rFonts w:ascii="Pretendard" w:eastAsia="Pretendard" w:hAnsi="Pretendard" w:cs="Pretendard"/>
          <w:color w:val="1D0024"/>
          <w:sz w:val="21"/>
        </w:rPr>
        <w:t xml:space="preserve"> </w:t>
      </w:r>
      <w:r>
        <w:rPr>
          <w:rFonts w:ascii="Pretendard" w:eastAsia="Pretendard" w:hAnsi="Pretendard" w:cs="Pretendard"/>
          <w:color w:val="1D0024"/>
          <w:sz w:val="21"/>
        </w:rPr>
        <w:t>측정이며</w:t>
      </w:r>
      <w:r>
        <w:rPr>
          <w:rFonts w:ascii="Pretendard" w:eastAsia="Pretendard" w:hAnsi="Pretendard" w:cs="Pretendard"/>
          <w:color w:val="1D0024"/>
          <w:sz w:val="21"/>
        </w:rPr>
        <w:t xml:space="preserve"> </w:t>
      </w:r>
      <w:r>
        <w:rPr>
          <w:rFonts w:ascii="Pretendard" w:eastAsia="Pretendard" w:hAnsi="Pretendard" w:cs="Pretendard"/>
          <w:color w:val="1D0024"/>
          <w:sz w:val="21"/>
        </w:rPr>
        <w:t>소비자</w:t>
      </w:r>
      <w:r>
        <w:rPr>
          <w:rFonts w:ascii="Pretendard" w:eastAsia="Pretendard" w:hAnsi="Pretendard" w:cs="Pretendard"/>
          <w:color w:val="1D0024"/>
          <w:sz w:val="21"/>
        </w:rPr>
        <w:t xml:space="preserve"> </w:t>
      </w:r>
      <w:r>
        <w:rPr>
          <w:rFonts w:ascii="Pretendard" w:eastAsia="Pretendard" w:hAnsi="Pretendard" w:cs="Pretendard"/>
          <w:color w:val="1D0024"/>
          <w:sz w:val="21"/>
        </w:rPr>
        <w:t>앱</w:t>
      </w:r>
      <w:r>
        <w:rPr>
          <w:rFonts w:ascii="Pretendard" w:eastAsia="Pretendard" w:hAnsi="Pretendard" w:cs="Pretendard"/>
          <w:color w:val="1D0024"/>
          <w:sz w:val="21"/>
        </w:rPr>
        <w:t xml:space="preserve"> </w:t>
      </w:r>
      <w:r>
        <w:rPr>
          <w:rFonts w:ascii="Pretendard" w:eastAsia="Pretendard" w:hAnsi="Pretendard" w:cs="Pretendard"/>
          <w:color w:val="1D0024"/>
          <w:sz w:val="21"/>
        </w:rPr>
        <w:t>화면과</w:t>
      </w:r>
      <w:r>
        <w:rPr>
          <w:rFonts w:ascii="Pretendard" w:eastAsia="Pretendard" w:hAnsi="Pretendard" w:cs="Pretendard"/>
          <w:color w:val="1D0024"/>
          <w:sz w:val="21"/>
        </w:rPr>
        <w:t xml:space="preserve"> </w:t>
      </w:r>
      <w:r>
        <w:rPr>
          <w:rFonts w:ascii="Pretendard" w:eastAsia="Pretendard" w:hAnsi="Pretendard" w:cs="Pretendard"/>
          <w:color w:val="1D0024"/>
          <w:sz w:val="21"/>
        </w:rPr>
        <w:t>다를</w:t>
      </w:r>
      <w:r>
        <w:rPr>
          <w:rFonts w:ascii="Pretendard" w:eastAsia="Pretendard" w:hAnsi="Pretendard" w:cs="Pretendard"/>
          <w:color w:val="1D0024"/>
          <w:sz w:val="21"/>
        </w:rPr>
        <w:t xml:space="preserve"> </w:t>
      </w:r>
      <w:r>
        <w:rPr>
          <w:rFonts w:ascii="Pretendard" w:eastAsia="Pretendard" w:hAnsi="Pretendard" w:cs="Pretendard"/>
          <w:color w:val="1D0024"/>
          <w:sz w:val="21"/>
        </w:rPr>
        <w:t>수</w:t>
      </w:r>
      <w:r>
        <w:rPr>
          <w:rFonts w:ascii="Pretendard" w:eastAsia="Pretendard" w:hAnsi="Pretendard" w:cs="Pretendard"/>
          <w:color w:val="1D0024"/>
          <w:sz w:val="21"/>
        </w:rPr>
        <w:t xml:space="preserve"> </w:t>
      </w:r>
      <w:r>
        <w:rPr>
          <w:rFonts w:ascii="Pretendard" w:eastAsia="Pretendard" w:hAnsi="Pretendard" w:cs="Pretendard"/>
          <w:color w:val="1D0024"/>
          <w:sz w:val="21"/>
        </w:rPr>
        <w:t>있습니다</w:t>
      </w:r>
      <w:r>
        <w:rPr>
          <w:rFonts w:ascii="Pretendard" w:eastAsia="Pretendard" w:hAnsi="Pretendard" w:cs="Pretendard"/>
          <w:color w:val="1D0024"/>
          <w:sz w:val="21"/>
        </w:rPr>
        <w:t>.</w:t>
      </w:r>
    </w:p>
    <w:tbl>
      <w:tblPr>
        <w:tblStyle w:val="af9"/>
        <w:tblW w:w="0" w:type="auto"/>
        <w:jc w:val="center"/>
        <w:tblLayout w:type="fixed"/>
        <w:tblLook w:val="04A0" w:firstRow="1" w:lastRow="0" w:firstColumn="1" w:lastColumn="0" w:noHBand="0" w:noVBand="1"/>
      </w:tblPr>
      <w:tblGrid>
        <w:gridCol w:w="3969"/>
        <w:gridCol w:w="2835"/>
        <w:gridCol w:w="2835"/>
      </w:tblGrid>
      <w:tr w:rsidR="004B1372" w14:paraId="152205E7" w14:textId="77777777">
        <w:trPr>
          <w:cantSplit/>
          <w:tblHeader/>
          <w:jc w:val="center"/>
        </w:trPr>
        <w:tc>
          <w:tcPr>
            <w:tcW w:w="3969" w:type="dxa"/>
            <w:shd w:val="clear" w:color="auto" w:fill="1D0024"/>
          </w:tcPr>
          <w:p w14:paraId="7B5C5F34" w14:textId="77777777" w:rsidR="004B1372" w:rsidRDefault="00BB0BE3">
            <w:r>
              <w:rPr>
                <w:rFonts w:ascii="Pretendard" w:eastAsia="Pretendard" w:hAnsi="Pretendard" w:cs="Pretendard"/>
                <w:b/>
                <w:color w:val="FFFFFF"/>
                <w:sz w:val="19"/>
              </w:rPr>
              <w:t>출처</w:t>
            </w:r>
          </w:p>
        </w:tc>
        <w:tc>
          <w:tcPr>
            <w:tcW w:w="2835" w:type="dxa"/>
            <w:shd w:val="clear" w:color="auto" w:fill="1D0024"/>
          </w:tcPr>
          <w:p w14:paraId="21BD4867" w14:textId="77777777" w:rsidR="004B1372" w:rsidRDefault="00BB0BE3">
            <w:r>
              <w:rPr>
                <w:rFonts w:ascii="Pretendard" w:eastAsia="Pretendard" w:hAnsi="Pretendard" w:cs="Pretendard"/>
                <w:b/>
                <w:color w:val="FFFFFF"/>
                <w:sz w:val="19"/>
              </w:rPr>
              <w:t>국문</w:t>
            </w:r>
            <w:r>
              <w:rPr>
                <w:rFonts w:ascii="Pretendard" w:eastAsia="Pretendard" w:hAnsi="Pretendard" w:cs="Pretendard"/>
                <w:b/>
                <w:color w:val="FFFFFF"/>
                <w:sz w:val="19"/>
              </w:rPr>
              <w:t xml:space="preserve"> 120</w:t>
            </w:r>
            <w:r>
              <w:rPr>
                <w:rFonts w:ascii="Pretendard" w:eastAsia="Pretendard" w:hAnsi="Pretendard" w:cs="Pretendard"/>
                <w:b/>
                <w:color w:val="FFFFFF"/>
                <w:sz w:val="19"/>
              </w:rPr>
              <w:t>문항</w:t>
            </w:r>
            <w:r>
              <w:rPr>
                <w:rFonts w:ascii="Pretendard" w:eastAsia="Pretendard" w:hAnsi="Pretendard" w:cs="Pretendard"/>
                <w:b/>
                <w:color w:val="FFFFFF"/>
                <w:sz w:val="19"/>
              </w:rPr>
              <w:t xml:space="preserve"> ChatGPT</w:t>
            </w:r>
          </w:p>
        </w:tc>
        <w:tc>
          <w:tcPr>
            <w:tcW w:w="2835" w:type="dxa"/>
            <w:shd w:val="clear" w:color="auto" w:fill="1D0024"/>
          </w:tcPr>
          <w:p w14:paraId="758F4A4B" w14:textId="77777777" w:rsidR="004B1372" w:rsidRDefault="00BB0BE3">
            <w:r>
              <w:rPr>
                <w:rFonts w:ascii="Pretendard" w:eastAsia="Pretendard" w:hAnsi="Pretendard" w:cs="Pretendard"/>
                <w:b/>
                <w:color w:val="FFFFFF"/>
                <w:sz w:val="19"/>
              </w:rPr>
              <w:t>국문</w:t>
            </w:r>
            <w:r>
              <w:rPr>
                <w:rFonts w:ascii="Pretendard" w:eastAsia="Pretendard" w:hAnsi="Pretendard" w:cs="Pretendard"/>
                <w:b/>
                <w:color w:val="FFFFFF"/>
                <w:sz w:val="19"/>
              </w:rPr>
              <w:t xml:space="preserve"> 120</w:t>
            </w:r>
            <w:r>
              <w:rPr>
                <w:rFonts w:ascii="Pretendard" w:eastAsia="Pretendard" w:hAnsi="Pretendard" w:cs="Pretendard"/>
                <w:b/>
                <w:color w:val="FFFFFF"/>
                <w:sz w:val="19"/>
              </w:rPr>
              <w:t>문항</w:t>
            </w:r>
            <w:r>
              <w:rPr>
                <w:rFonts w:ascii="Pretendard" w:eastAsia="Pretendard" w:hAnsi="Pretendard" w:cs="Pretendard"/>
                <w:b/>
                <w:color w:val="FFFFFF"/>
                <w:sz w:val="19"/>
              </w:rPr>
              <w:t xml:space="preserve"> Perplexity</w:t>
            </w:r>
          </w:p>
        </w:tc>
      </w:tr>
      <w:tr w:rsidR="004B1372" w14:paraId="37785FD5" w14:textId="77777777">
        <w:trPr>
          <w:jc w:val="center"/>
        </w:trPr>
        <w:tc>
          <w:tcPr>
            <w:tcW w:w="3969" w:type="dxa"/>
          </w:tcPr>
          <w:p w14:paraId="55491C8C" w14:textId="77777777" w:rsidR="004B1372" w:rsidRDefault="00BB0BE3">
            <w:r>
              <w:rPr>
                <w:rFonts w:ascii="Pretendard" w:eastAsia="Pretendard" w:hAnsi="Pretendard" w:cs="Pretendard"/>
                <w:b/>
                <w:color w:val="1D0024"/>
                <w:sz w:val="19"/>
              </w:rPr>
              <w:t>네이버</w:t>
            </w:r>
            <w:r>
              <w:rPr>
                <w:rFonts w:ascii="Pretendard" w:eastAsia="Pretendard" w:hAnsi="Pretendard" w:cs="Pretendard"/>
                <w:b/>
                <w:color w:val="1D0024"/>
                <w:sz w:val="19"/>
              </w:rPr>
              <w:t xml:space="preserve"> </w:t>
            </w:r>
            <w:r>
              <w:rPr>
                <w:rFonts w:ascii="Pretendard" w:eastAsia="Pretendard" w:hAnsi="Pretendard" w:cs="Pretendard"/>
                <w:b/>
                <w:color w:val="1D0024"/>
                <w:sz w:val="19"/>
              </w:rPr>
              <w:t>블로그</w:t>
            </w:r>
          </w:p>
        </w:tc>
        <w:tc>
          <w:tcPr>
            <w:tcW w:w="2835" w:type="dxa"/>
          </w:tcPr>
          <w:p w14:paraId="70D91873" w14:textId="77777777" w:rsidR="004B1372" w:rsidRDefault="00BB0BE3">
            <w:r>
              <w:rPr>
                <w:rFonts w:ascii="Pretendard" w:eastAsia="Pretendard" w:hAnsi="Pretendard" w:cs="Pretendard"/>
                <w:color w:val="1D0024"/>
                <w:sz w:val="19"/>
              </w:rPr>
              <w:t>0</w:t>
            </w:r>
          </w:p>
        </w:tc>
        <w:tc>
          <w:tcPr>
            <w:tcW w:w="2835" w:type="dxa"/>
          </w:tcPr>
          <w:p w14:paraId="538BDBB4" w14:textId="77777777" w:rsidR="004B1372" w:rsidRDefault="00BB0BE3">
            <w:r>
              <w:rPr>
                <w:rFonts w:ascii="Pretendard" w:eastAsia="Pretendard" w:hAnsi="Pretendard" w:cs="Pretendard"/>
                <w:color w:val="1D0024"/>
                <w:sz w:val="19"/>
              </w:rPr>
              <w:t>81</w:t>
            </w:r>
          </w:p>
        </w:tc>
      </w:tr>
      <w:tr w:rsidR="004B1372" w14:paraId="71E7520E" w14:textId="77777777">
        <w:trPr>
          <w:jc w:val="center"/>
        </w:trPr>
        <w:tc>
          <w:tcPr>
            <w:tcW w:w="3969" w:type="dxa"/>
          </w:tcPr>
          <w:p w14:paraId="2001473F" w14:textId="77777777" w:rsidR="004B1372" w:rsidRDefault="00BB0BE3">
            <w:r>
              <w:rPr>
                <w:rFonts w:ascii="Pretendard" w:eastAsia="Pretendard" w:hAnsi="Pretendard" w:cs="Pretendard"/>
                <w:b/>
                <w:color w:val="1D0024"/>
                <w:sz w:val="19"/>
              </w:rPr>
              <w:t>강남언니</w:t>
            </w:r>
          </w:p>
        </w:tc>
        <w:tc>
          <w:tcPr>
            <w:tcW w:w="2835" w:type="dxa"/>
          </w:tcPr>
          <w:p w14:paraId="6C16FFB2" w14:textId="77777777" w:rsidR="004B1372" w:rsidRDefault="00BB0BE3">
            <w:r>
              <w:rPr>
                <w:rFonts w:ascii="Pretendard" w:eastAsia="Pretendard" w:hAnsi="Pretendard" w:cs="Pretendard"/>
                <w:color w:val="1D0024"/>
                <w:sz w:val="19"/>
              </w:rPr>
              <w:t>4</w:t>
            </w:r>
          </w:p>
        </w:tc>
        <w:tc>
          <w:tcPr>
            <w:tcW w:w="2835" w:type="dxa"/>
          </w:tcPr>
          <w:p w14:paraId="495C3844" w14:textId="77777777" w:rsidR="004B1372" w:rsidRDefault="00BB0BE3">
            <w:r>
              <w:rPr>
                <w:rFonts w:ascii="Pretendard" w:eastAsia="Pretendard" w:hAnsi="Pretendard" w:cs="Pretendard"/>
                <w:color w:val="1D0024"/>
                <w:sz w:val="19"/>
              </w:rPr>
              <w:t>45</w:t>
            </w:r>
          </w:p>
        </w:tc>
      </w:tr>
      <w:tr w:rsidR="004B1372" w14:paraId="23889A00" w14:textId="77777777">
        <w:trPr>
          <w:jc w:val="center"/>
        </w:trPr>
        <w:tc>
          <w:tcPr>
            <w:tcW w:w="3969" w:type="dxa"/>
          </w:tcPr>
          <w:p w14:paraId="5243DC9E" w14:textId="77777777" w:rsidR="004B1372" w:rsidRDefault="00BB0BE3">
            <w:r>
              <w:rPr>
                <w:rFonts w:ascii="Pretendard" w:eastAsia="Pretendard" w:hAnsi="Pretendard" w:cs="Pretendard"/>
                <w:b/>
                <w:color w:val="1D0024"/>
                <w:sz w:val="19"/>
              </w:rPr>
              <w:lastRenderedPageBreak/>
              <w:t>하이닥</w:t>
            </w:r>
          </w:p>
        </w:tc>
        <w:tc>
          <w:tcPr>
            <w:tcW w:w="2835" w:type="dxa"/>
          </w:tcPr>
          <w:p w14:paraId="10738B11" w14:textId="77777777" w:rsidR="004B1372" w:rsidRDefault="00BB0BE3">
            <w:r>
              <w:rPr>
                <w:rFonts w:ascii="Pretendard" w:eastAsia="Pretendard" w:hAnsi="Pretendard" w:cs="Pretendard"/>
                <w:color w:val="1D0024"/>
                <w:sz w:val="19"/>
              </w:rPr>
              <w:t>0</w:t>
            </w:r>
          </w:p>
        </w:tc>
        <w:tc>
          <w:tcPr>
            <w:tcW w:w="2835" w:type="dxa"/>
          </w:tcPr>
          <w:p w14:paraId="3BAAD3B5" w14:textId="77777777" w:rsidR="004B1372" w:rsidRDefault="00BB0BE3">
            <w:r>
              <w:rPr>
                <w:rFonts w:ascii="Pretendard" w:eastAsia="Pretendard" w:hAnsi="Pretendard" w:cs="Pretendard"/>
                <w:color w:val="1D0024"/>
                <w:sz w:val="19"/>
              </w:rPr>
              <w:t>28</w:t>
            </w:r>
          </w:p>
        </w:tc>
      </w:tr>
      <w:tr w:rsidR="004B1372" w14:paraId="73328A51" w14:textId="77777777">
        <w:trPr>
          <w:jc w:val="center"/>
        </w:trPr>
        <w:tc>
          <w:tcPr>
            <w:tcW w:w="3969" w:type="dxa"/>
          </w:tcPr>
          <w:p w14:paraId="4A88C445" w14:textId="77777777" w:rsidR="004B1372" w:rsidRDefault="00BB0BE3">
            <w:r>
              <w:rPr>
                <w:rFonts w:ascii="Pretendard" w:eastAsia="Pretendard" w:hAnsi="Pretendard" w:cs="Pretendard"/>
                <w:b/>
                <w:color w:val="1D0024"/>
                <w:sz w:val="19"/>
              </w:rPr>
              <w:t>캐시닥</w:t>
            </w:r>
          </w:p>
        </w:tc>
        <w:tc>
          <w:tcPr>
            <w:tcW w:w="2835" w:type="dxa"/>
          </w:tcPr>
          <w:p w14:paraId="7BDE75D6" w14:textId="77777777" w:rsidR="004B1372" w:rsidRDefault="00BB0BE3">
            <w:r>
              <w:rPr>
                <w:rFonts w:ascii="Pretendard" w:eastAsia="Pretendard" w:hAnsi="Pretendard" w:cs="Pretendard"/>
                <w:color w:val="1D0024"/>
                <w:sz w:val="19"/>
              </w:rPr>
              <w:t>3</w:t>
            </w:r>
          </w:p>
        </w:tc>
        <w:tc>
          <w:tcPr>
            <w:tcW w:w="2835" w:type="dxa"/>
          </w:tcPr>
          <w:p w14:paraId="205B8CBA" w14:textId="77777777" w:rsidR="004B1372" w:rsidRDefault="00BB0BE3">
            <w:r>
              <w:rPr>
                <w:rFonts w:ascii="Pretendard" w:eastAsia="Pretendard" w:hAnsi="Pretendard" w:cs="Pretendard"/>
                <w:color w:val="1D0024"/>
                <w:sz w:val="19"/>
              </w:rPr>
              <w:t>27</w:t>
            </w:r>
          </w:p>
        </w:tc>
      </w:tr>
      <w:tr w:rsidR="004B1372" w14:paraId="6B63E5AD" w14:textId="77777777">
        <w:trPr>
          <w:jc w:val="center"/>
        </w:trPr>
        <w:tc>
          <w:tcPr>
            <w:tcW w:w="3969" w:type="dxa"/>
          </w:tcPr>
          <w:p w14:paraId="74F141F4" w14:textId="77777777" w:rsidR="004B1372" w:rsidRDefault="00BB0BE3">
            <w:r>
              <w:rPr>
                <w:rFonts w:ascii="Pretendard" w:eastAsia="Pretendard" w:hAnsi="Pretendard" w:cs="Pretendard"/>
                <w:b/>
                <w:color w:val="1D0024"/>
                <w:sz w:val="19"/>
              </w:rPr>
              <w:t>병원</w:t>
            </w:r>
            <w:r>
              <w:rPr>
                <w:rFonts w:ascii="Pretendard" w:eastAsia="Pretendard" w:hAnsi="Pretendard" w:cs="Pretendard"/>
                <w:b/>
                <w:color w:val="1D0024"/>
                <w:sz w:val="19"/>
              </w:rPr>
              <w:t xml:space="preserve"> </w:t>
            </w:r>
            <w:r>
              <w:rPr>
                <w:rFonts w:ascii="Pretendard" w:eastAsia="Pretendard" w:hAnsi="Pretendard" w:cs="Pretendard"/>
                <w:b/>
                <w:color w:val="1D0024"/>
                <w:sz w:val="19"/>
              </w:rPr>
              <w:t>공식</w:t>
            </w:r>
            <w:r>
              <w:rPr>
                <w:rFonts w:ascii="Pretendard" w:eastAsia="Pretendard" w:hAnsi="Pretendard" w:cs="Pretendard"/>
                <w:b/>
                <w:color w:val="1D0024"/>
                <w:sz w:val="19"/>
              </w:rPr>
              <w:t>(</w:t>
            </w:r>
            <w:r>
              <w:rPr>
                <w:rFonts w:ascii="Pretendard" w:eastAsia="Pretendard" w:hAnsi="Pretendard" w:cs="Pretendard"/>
                <w:b/>
                <w:color w:val="1D0024"/>
                <w:sz w:val="19"/>
              </w:rPr>
              <w:t>뷰</w:t>
            </w:r>
            <w:r>
              <w:rPr>
                <w:rFonts w:ascii="Pretendard" w:eastAsia="Pretendard" w:hAnsi="Pretendard" w:cs="Pretendard"/>
                <w:b/>
                <w:color w:val="1D0024"/>
                <w:sz w:val="19"/>
              </w:rPr>
              <w:t>)</w:t>
            </w:r>
          </w:p>
        </w:tc>
        <w:tc>
          <w:tcPr>
            <w:tcW w:w="2835" w:type="dxa"/>
          </w:tcPr>
          <w:p w14:paraId="667C297F" w14:textId="77777777" w:rsidR="004B1372" w:rsidRDefault="00BB0BE3">
            <w:r>
              <w:rPr>
                <w:rFonts w:ascii="Pretendard" w:eastAsia="Pretendard" w:hAnsi="Pretendard" w:cs="Pretendard"/>
                <w:color w:val="1D0024"/>
                <w:sz w:val="19"/>
              </w:rPr>
              <w:t>6</w:t>
            </w:r>
          </w:p>
        </w:tc>
        <w:tc>
          <w:tcPr>
            <w:tcW w:w="2835" w:type="dxa"/>
          </w:tcPr>
          <w:p w14:paraId="4450D0B7" w14:textId="77777777" w:rsidR="004B1372" w:rsidRDefault="00BB0BE3">
            <w:r>
              <w:rPr>
                <w:rFonts w:ascii="Pretendard" w:eastAsia="Pretendard" w:hAnsi="Pretendard" w:cs="Pretendard"/>
                <w:color w:val="1D0024"/>
                <w:sz w:val="19"/>
              </w:rPr>
              <w:t>27</w:t>
            </w:r>
          </w:p>
        </w:tc>
      </w:tr>
      <w:tr w:rsidR="004B1372" w14:paraId="5867060C" w14:textId="77777777">
        <w:trPr>
          <w:jc w:val="center"/>
        </w:trPr>
        <w:tc>
          <w:tcPr>
            <w:tcW w:w="3969" w:type="dxa"/>
          </w:tcPr>
          <w:p w14:paraId="726F1EF2" w14:textId="77777777" w:rsidR="004B1372" w:rsidRDefault="00BB0BE3">
            <w:r>
              <w:rPr>
                <w:rFonts w:ascii="Pretendard" w:eastAsia="Pretendard" w:hAnsi="Pretendard" w:cs="Pretendard"/>
                <w:b/>
                <w:color w:val="1D0024"/>
                <w:sz w:val="19"/>
              </w:rPr>
              <w:t>강남구</w:t>
            </w:r>
            <w:r>
              <w:rPr>
                <w:rFonts w:ascii="Pretendard" w:eastAsia="Pretendard" w:hAnsi="Pretendard" w:cs="Pretendard"/>
                <w:b/>
                <w:color w:val="1D0024"/>
                <w:sz w:val="19"/>
              </w:rPr>
              <w:t xml:space="preserve"> </w:t>
            </w:r>
            <w:r>
              <w:rPr>
                <w:rFonts w:ascii="Pretendard" w:eastAsia="Pretendard" w:hAnsi="Pretendard" w:cs="Pretendard"/>
                <w:b/>
                <w:color w:val="1D0024"/>
                <w:sz w:val="19"/>
              </w:rPr>
              <w:t>의료관광</w:t>
            </w:r>
          </w:p>
        </w:tc>
        <w:tc>
          <w:tcPr>
            <w:tcW w:w="2835" w:type="dxa"/>
          </w:tcPr>
          <w:p w14:paraId="2C0328EB" w14:textId="77777777" w:rsidR="004B1372" w:rsidRDefault="00BB0BE3">
            <w:r>
              <w:rPr>
                <w:rFonts w:ascii="Pretendard" w:eastAsia="Pretendard" w:hAnsi="Pretendard" w:cs="Pretendard"/>
                <w:color w:val="1D0024"/>
                <w:sz w:val="19"/>
              </w:rPr>
              <w:t>3</w:t>
            </w:r>
          </w:p>
        </w:tc>
        <w:tc>
          <w:tcPr>
            <w:tcW w:w="2835" w:type="dxa"/>
          </w:tcPr>
          <w:p w14:paraId="104594B8" w14:textId="77777777" w:rsidR="004B1372" w:rsidRDefault="00BB0BE3">
            <w:r>
              <w:rPr>
                <w:rFonts w:ascii="Pretendard" w:eastAsia="Pretendard" w:hAnsi="Pretendard" w:cs="Pretendard"/>
                <w:color w:val="1D0024"/>
                <w:sz w:val="19"/>
              </w:rPr>
              <w:t>14</w:t>
            </w:r>
          </w:p>
        </w:tc>
      </w:tr>
      <w:tr w:rsidR="004B1372" w14:paraId="6B0AC59C" w14:textId="77777777">
        <w:trPr>
          <w:jc w:val="center"/>
        </w:trPr>
        <w:tc>
          <w:tcPr>
            <w:tcW w:w="3969" w:type="dxa"/>
          </w:tcPr>
          <w:p w14:paraId="035FE4D6" w14:textId="77777777" w:rsidR="004B1372" w:rsidRDefault="00BB0BE3">
            <w:r>
              <w:rPr>
                <w:rFonts w:ascii="Pretendard" w:eastAsia="Pretendard" w:hAnsi="Pretendard" w:cs="Pretendard"/>
                <w:b/>
                <w:color w:val="1D0024"/>
                <w:sz w:val="19"/>
              </w:rPr>
              <w:t>바비톡</w:t>
            </w:r>
          </w:p>
        </w:tc>
        <w:tc>
          <w:tcPr>
            <w:tcW w:w="2835" w:type="dxa"/>
          </w:tcPr>
          <w:p w14:paraId="10DA9D7E" w14:textId="77777777" w:rsidR="004B1372" w:rsidRDefault="00BB0BE3">
            <w:r>
              <w:rPr>
                <w:rFonts w:ascii="Pretendard" w:eastAsia="Pretendard" w:hAnsi="Pretendard" w:cs="Pretendard"/>
                <w:color w:val="1D0024"/>
                <w:sz w:val="19"/>
              </w:rPr>
              <w:t>3</w:t>
            </w:r>
          </w:p>
        </w:tc>
        <w:tc>
          <w:tcPr>
            <w:tcW w:w="2835" w:type="dxa"/>
          </w:tcPr>
          <w:p w14:paraId="2DD8A3A5" w14:textId="77777777" w:rsidR="004B1372" w:rsidRDefault="00BB0BE3">
            <w:r>
              <w:rPr>
                <w:rFonts w:ascii="Pretendard" w:eastAsia="Pretendard" w:hAnsi="Pretendard" w:cs="Pretendard"/>
                <w:color w:val="1D0024"/>
                <w:sz w:val="19"/>
              </w:rPr>
              <w:t>7</w:t>
            </w:r>
          </w:p>
        </w:tc>
      </w:tr>
      <w:tr w:rsidR="004B1372" w14:paraId="7DA6B168" w14:textId="77777777">
        <w:trPr>
          <w:jc w:val="center"/>
        </w:trPr>
        <w:tc>
          <w:tcPr>
            <w:tcW w:w="3969" w:type="dxa"/>
          </w:tcPr>
          <w:p w14:paraId="174BD541" w14:textId="77777777" w:rsidR="004B1372" w:rsidRDefault="00BB0BE3">
            <w:r>
              <w:rPr>
                <w:rFonts w:ascii="Pretendard" w:eastAsia="Pretendard" w:hAnsi="Pretendard" w:cs="Pretendard"/>
                <w:b/>
                <w:color w:val="1D0024"/>
                <w:sz w:val="19"/>
              </w:rPr>
              <w:t>여신티켓</w:t>
            </w:r>
          </w:p>
        </w:tc>
        <w:tc>
          <w:tcPr>
            <w:tcW w:w="2835" w:type="dxa"/>
          </w:tcPr>
          <w:p w14:paraId="5340E186" w14:textId="77777777" w:rsidR="004B1372" w:rsidRDefault="00BB0BE3">
            <w:r>
              <w:rPr>
                <w:rFonts w:ascii="Pretendard" w:eastAsia="Pretendard" w:hAnsi="Pretendard" w:cs="Pretendard"/>
                <w:color w:val="1D0024"/>
                <w:sz w:val="19"/>
              </w:rPr>
              <w:t>0</w:t>
            </w:r>
          </w:p>
        </w:tc>
        <w:tc>
          <w:tcPr>
            <w:tcW w:w="2835" w:type="dxa"/>
          </w:tcPr>
          <w:p w14:paraId="7B18B362" w14:textId="77777777" w:rsidR="004B1372" w:rsidRDefault="00BB0BE3">
            <w:r>
              <w:rPr>
                <w:rFonts w:ascii="Pretendard" w:eastAsia="Pretendard" w:hAnsi="Pretendard" w:cs="Pretendard"/>
                <w:color w:val="1D0024"/>
                <w:sz w:val="19"/>
              </w:rPr>
              <w:t>3</w:t>
            </w:r>
          </w:p>
        </w:tc>
      </w:tr>
      <w:tr w:rsidR="004B1372" w14:paraId="6E157659" w14:textId="77777777">
        <w:trPr>
          <w:jc w:val="center"/>
        </w:trPr>
        <w:tc>
          <w:tcPr>
            <w:tcW w:w="3969" w:type="dxa"/>
          </w:tcPr>
          <w:p w14:paraId="7EF0D7E4" w14:textId="77777777" w:rsidR="004B1372" w:rsidRDefault="00BB0BE3">
            <w:r>
              <w:rPr>
                <w:rFonts w:ascii="Pretendard" w:eastAsia="Pretendard" w:hAnsi="Pretendard" w:cs="Pretendard"/>
                <w:b/>
                <w:color w:val="1D0024"/>
                <w:sz w:val="19"/>
              </w:rPr>
              <w:t>인용</w:t>
            </w:r>
            <w:r>
              <w:rPr>
                <w:rFonts w:ascii="Pretendard" w:eastAsia="Pretendard" w:hAnsi="Pretendard" w:cs="Pretendard"/>
                <w:b/>
                <w:color w:val="1D0024"/>
                <w:sz w:val="19"/>
              </w:rPr>
              <w:t xml:space="preserve"> URL</w:t>
            </w:r>
            <w:r>
              <w:rPr>
                <w:rFonts w:ascii="Pretendard" w:eastAsia="Pretendard" w:hAnsi="Pretendard" w:cs="Pretendard"/>
                <w:b/>
                <w:color w:val="1D0024"/>
                <w:sz w:val="19"/>
              </w:rPr>
              <w:t>이</w:t>
            </w:r>
            <w:r>
              <w:rPr>
                <w:rFonts w:ascii="Pretendard" w:eastAsia="Pretendard" w:hAnsi="Pretendard" w:cs="Pretendard"/>
                <w:b/>
                <w:color w:val="1D0024"/>
                <w:sz w:val="19"/>
              </w:rPr>
              <w:t xml:space="preserve"> </w:t>
            </w:r>
            <w:r>
              <w:rPr>
                <w:rFonts w:ascii="Pretendard" w:eastAsia="Pretendard" w:hAnsi="Pretendard" w:cs="Pretendard"/>
                <w:b/>
                <w:color w:val="1D0024"/>
                <w:sz w:val="19"/>
              </w:rPr>
              <w:t>있는</w:t>
            </w:r>
            <w:r>
              <w:rPr>
                <w:rFonts w:ascii="Pretendard" w:eastAsia="Pretendard" w:hAnsi="Pretendard" w:cs="Pretendard"/>
                <w:b/>
                <w:color w:val="1D0024"/>
                <w:sz w:val="19"/>
              </w:rPr>
              <w:t xml:space="preserve"> </w:t>
            </w:r>
            <w:r>
              <w:rPr>
                <w:rFonts w:ascii="Pretendard" w:eastAsia="Pretendard" w:hAnsi="Pretendard" w:cs="Pretendard"/>
                <w:b/>
                <w:color w:val="1D0024"/>
                <w:sz w:val="19"/>
              </w:rPr>
              <w:t>답변</w:t>
            </w:r>
            <w:r>
              <w:rPr>
                <w:rFonts w:ascii="Pretendard" w:eastAsia="Pretendard" w:hAnsi="Pretendard" w:cs="Pretendard"/>
                <w:b/>
                <w:color w:val="1D0024"/>
                <w:sz w:val="19"/>
              </w:rPr>
              <w:t xml:space="preserve"> </w:t>
            </w:r>
            <w:r>
              <w:rPr>
                <w:rFonts w:ascii="Pretendard" w:eastAsia="Pretendard" w:hAnsi="Pretendard" w:cs="Pretendard"/>
                <w:b/>
                <w:color w:val="1D0024"/>
                <w:sz w:val="19"/>
              </w:rPr>
              <w:t>수</w:t>
            </w:r>
          </w:p>
        </w:tc>
        <w:tc>
          <w:tcPr>
            <w:tcW w:w="2835" w:type="dxa"/>
          </w:tcPr>
          <w:p w14:paraId="7897426E" w14:textId="77777777" w:rsidR="004B1372" w:rsidRDefault="00BB0BE3">
            <w:r>
              <w:rPr>
                <w:rFonts w:ascii="Pretendard" w:eastAsia="Pretendard" w:hAnsi="Pretendard" w:cs="Pretendard"/>
                <w:color w:val="1D0024"/>
                <w:sz w:val="19"/>
              </w:rPr>
              <w:t>43</w:t>
            </w:r>
          </w:p>
        </w:tc>
        <w:tc>
          <w:tcPr>
            <w:tcW w:w="2835" w:type="dxa"/>
          </w:tcPr>
          <w:p w14:paraId="5DDC78DC" w14:textId="77777777" w:rsidR="004B1372" w:rsidRDefault="00BB0BE3">
            <w:r>
              <w:rPr>
                <w:rFonts w:ascii="Pretendard" w:eastAsia="Pretendard" w:hAnsi="Pretendard" w:cs="Pretendard"/>
                <w:color w:val="1D0024"/>
                <w:sz w:val="19"/>
              </w:rPr>
              <w:t>120</w:t>
            </w:r>
          </w:p>
        </w:tc>
      </w:tr>
    </w:tbl>
    <w:p w14:paraId="486A19C9" w14:textId="77777777" w:rsidR="004B1372" w:rsidRDefault="004B1372">
      <w:pPr>
        <w:spacing w:after="40"/>
      </w:pPr>
    </w:p>
    <w:p w14:paraId="296C0B9D" w14:textId="77777777" w:rsidR="004B1372" w:rsidRDefault="00BB0BE3">
      <w:pPr>
        <w:spacing w:after="120" w:line="324" w:lineRule="auto"/>
      </w:pPr>
      <w:r>
        <w:rPr>
          <w:rFonts w:ascii="Pretendard" w:eastAsia="Pretendard" w:hAnsi="Pretendard" w:cs="Pretendard"/>
          <w:color w:val="555560"/>
          <w:sz w:val="20"/>
        </w:rPr>
        <w:t>국문</w:t>
      </w:r>
      <w:r>
        <w:rPr>
          <w:rFonts w:ascii="Pretendard" w:eastAsia="Pretendard" w:hAnsi="Pretendard" w:cs="Pretendard"/>
          <w:color w:val="555560"/>
          <w:sz w:val="20"/>
        </w:rPr>
        <w:t xml:space="preserve"> </w:t>
      </w:r>
      <w:r>
        <w:rPr>
          <w:rFonts w:ascii="Pretendard" w:eastAsia="Pretendard" w:hAnsi="Pretendard" w:cs="Pretendard"/>
          <w:color w:val="555560"/>
          <w:sz w:val="20"/>
        </w:rPr>
        <w:t>측정</w:t>
      </w:r>
      <w:r>
        <w:rPr>
          <w:rFonts w:ascii="Pretendard" w:eastAsia="Pretendard" w:hAnsi="Pretendard" w:cs="Pretendard"/>
          <w:color w:val="555560"/>
          <w:sz w:val="20"/>
        </w:rPr>
        <w:t xml:space="preserve"> 2026-09-01. Perplexity</w:t>
      </w:r>
      <w:r>
        <w:rPr>
          <w:rFonts w:ascii="Pretendard" w:eastAsia="Pretendard" w:hAnsi="Pretendard" w:cs="Pretendard"/>
          <w:color w:val="555560"/>
          <w:sz w:val="20"/>
        </w:rPr>
        <w:t>는</w:t>
      </w:r>
      <w:r>
        <w:rPr>
          <w:rFonts w:ascii="Pretendard" w:eastAsia="Pretendard" w:hAnsi="Pretendard" w:cs="Pretendard"/>
          <w:color w:val="555560"/>
          <w:sz w:val="20"/>
        </w:rPr>
        <w:t xml:space="preserve"> robots.txt</w:t>
      </w:r>
      <w:r>
        <w:rPr>
          <w:rFonts w:ascii="Pretendard" w:eastAsia="Pretendard" w:hAnsi="Pretendard" w:cs="Pretendard"/>
          <w:color w:val="555560"/>
          <w:sz w:val="20"/>
        </w:rPr>
        <w:t>로</w:t>
      </w:r>
      <w:r>
        <w:rPr>
          <w:rFonts w:ascii="Pretendard" w:eastAsia="Pretendard" w:hAnsi="Pretendard" w:cs="Pretendard"/>
          <w:color w:val="555560"/>
          <w:sz w:val="20"/>
        </w:rPr>
        <w:t xml:space="preserve"> AI </w:t>
      </w:r>
      <w:r>
        <w:rPr>
          <w:rFonts w:ascii="Pretendard" w:eastAsia="Pretendard" w:hAnsi="Pretendard" w:cs="Pretendard"/>
          <w:color w:val="555560"/>
          <w:sz w:val="20"/>
        </w:rPr>
        <w:t>크롤러를</w:t>
      </w:r>
      <w:r>
        <w:rPr>
          <w:rFonts w:ascii="Pretendard" w:eastAsia="Pretendard" w:hAnsi="Pretendard" w:cs="Pretendard"/>
          <w:color w:val="555560"/>
          <w:sz w:val="20"/>
        </w:rPr>
        <w:t xml:space="preserve"> </w:t>
      </w:r>
      <w:r>
        <w:rPr>
          <w:rFonts w:ascii="Pretendard" w:eastAsia="Pretendard" w:hAnsi="Pretendard" w:cs="Pretendard"/>
          <w:color w:val="555560"/>
          <w:sz w:val="20"/>
        </w:rPr>
        <w:t>막는</w:t>
      </w:r>
      <w:r>
        <w:rPr>
          <w:rFonts w:ascii="Pretendard" w:eastAsia="Pretendard" w:hAnsi="Pretendard" w:cs="Pretendard"/>
          <w:color w:val="555560"/>
          <w:sz w:val="20"/>
        </w:rPr>
        <w:t xml:space="preserve"> </w:t>
      </w:r>
      <w:r>
        <w:rPr>
          <w:rFonts w:ascii="Pretendard" w:eastAsia="Pretendard" w:hAnsi="Pretendard" w:cs="Pretendard"/>
          <w:color w:val="555560"/>
          <w:sz w:val="20"/>
        </w:rPr>
        <w:t>네이버</w:t>
      </w:r>
      <w:r>
        <w:rPr>
          <w:rFonts w:ascii="Pretendard" w:eastAsia="Pretendard" w:hAnsi="Pretendard" w:cs="Pretendard"/>
          <w:color w:val="555560"/>
          <w:sz w:val="20"/>
        </w:rPr>
        <w:t xml:space="preserve"> </w:t>
      </w:r>
      <w:r>
        <w:rPr>
          <w:rFonts w:ascii="Pretendard" w:eastAsia="Pretendard" w:hAnsi="Pretendard" w:cs="Pretendard"/>
          <w:color w:val="555560"/>
          <w:sz w:val="20"/>
        </w:rPr>
        <w:t>블로그를</w:t>
      </w:r>
      <w:r>
        <w:rPr>
          <w:rFonts w:ascii="Pretendard" w:eastAsia="Pretendard" w:hAnsi="Pretendard" w:cs="Pretendard"/>
          <w:color w:val="555560"/>
          <w:sz w:val="20"/>
        </w:rPr>
        <w:t xml:space="preserve"> 81</w:t>
      </w:r>
      <w:r>
        <w:rPr>
          <w:rFonts w:ascii="Pretendard" w:eastAsia="Pretendard" w:hAnsi="Pretendard" w:cs="Pretendard"/>
          <w:color w:val="555560"/>
          <w:sz w:val="20"/>
        </w:rPr>
        <w:t>개</w:t>
      </w:r>
      <w:r>
        <w:rPr>
          <w:rFonts w:ascii="Pretendard" w:eastAsia="Pretendard" w:hAnsi="Pretendard" w:cs="Pretendard"/>
          <w:color w:val="555560"/>
          <w:sz w:val="20"/>
        </w:rPr>
        <w:t xml:space="preserve"> </w:t>
      </w:r>
      <w:r>
        <w:rPr>
          <w:rFonts w:ascii="Pretendard" w:eastAsia="Pretendard" w:hAnsi="Pretendard" w:cs="Pretendard"/>
          <w:color w:val="555560"/>
          <w:sz w:val="20"/>
        </w:rPr>
        <w:t>답변에서</w:t>
      </w:r>
      <w:r>
        <w:rPr>
          <w:rFonts w:ascii="Pretendard" w:eastAsia="Pretendard" w:hAnsi="Pretendard" w:cs="Pretendard"/>
          <w:color w:val="555560"/>
          <w:sz w:val="20"/>
        </w:rPr>
        <w:t xml:space="preserve"> </w:t>
      </w:r>
      <w:r>
        <w:rPr>
          <w:rFonts w:ascii="Pretendard" w:eastAsia="Pretendard" w:hAnsi="Pretendard" w:cs="Pretendard"/>
          <w:color w:val="555560"/>
          <w:sz w:val="20"/>
        </w:rPr>
        <w:t>인용했습니다</w:t>
      </w:r>
      <w:r>
        <w:rPr>
          <w:rFonts w:ascii="Pretendard" w:eastAsia="Pretendard" w:hAnsi="Pretendard" w:cs="Pretendard"/>
          <w:color w:val="555560"/>
          <w:sz w:val="20"/>
        </w:rPr>
        <w:t xml:space="preserve">. </w:t>
      </w:r>
      <w:r>
        <w:rPr>
          <w:rFonts w:ascii="Pretendard" w:eastAsia="Pretendard" w:hAnsi="Pretendard" w:cs="Pretendard"/>
          <w:color w:val="555560"/>
          <w:sz w:val="20"/>
        </w:rPr>
        <w:t>네이버</w:t>
      </w:r>
      <w:r>
        <w:rPr>
          <w:rFonts w:ascii="Pretendard" w:eastAsia="Pretendard" w:hAnsi="Pretendard" w:cs="Pretendard"/>
          <w:color w:val="555560"/>
          <w:sz w:val="20"/>
        </w:rPr>
        <w:t xml:space="preserve"> </w:t>
      </w:r>
      <w:r>
        <w:rPr>
          <w:rFonts w:ascii="Pretendard" w:eastAsia="Pretendard" w:hAnsi="Pretendard" w:cs="Pretendard"/>
          <w:color w:val="555560"/>
          <w:sz w:val="20"/>
        </w:rPr>
        <w:t>자산의</w:t>
      </w:r>
      <w:r>
        <w:rPr>
          <w:rFonts w:ascii="Pretendard" w:eastAsia="Pretendard" w:hAnsi="Pretendard" w:cs="Pretendard"/>
          <w:color w:val="555560"/>
          <w:sz w:val="20"/>
        </w:rPr>
        <w:t xml:space="preserve"> </w:t>
      </w:r>
      <w:r>
        <w:rPr>
          <w:rFonts w:ascii="Pretendard" w:eastAsia="Pretendard" w:hAnsi="Pretendard" w:cs="Pretendard"/>
          <w:color w:val="555560"/>
          <w:sz w:val="20"/>
        </w:rPr>
        <w:t>기여도를</w:t>
      </w:r>
      <w:r>
        <w:rPr>
          <w:rFonts w:ascii="Pretendard" w:eastAsia="Pretendard" w:hAnsi="Pretendard" w:cs="Pretendard"/>
          <w:color w:val="555560"/>
          <w:sz w:val="20"/>
        </w:rPr>
        <w:t xml:space="preserve"> 0</w:t>
      </w:r>
      <w:r>
        <w:rPr>
          <w:rFonts w:ascii="Pretendard" w:eastAsia="Pretendard" w:hAnsi="Pretendard" w:cs="Pretendard"/>
          <w:color w:val="555560"/>
          <w:sz w:val="20"/>
        </w:rPr>
        <w:t>으로</w:t>
      </w:r>
      <w:r>
        <w:rPr>
          <w:rFonts w:ascii="Pretendard" w:eastAsia="Pretendard" w:hAnsi="Pretendard" w:cs="Pretendard"/>
          <w:color w:val="555560"/>
          <w:sz w:val="20"/>
        </w:rPr>
        <w:t xml:space="preserve"> </w:t>
      </w:r>
      <w:r>
        <w:rPr>
          <w:rFonts w:ascii="Pretendard" w:eastAsia="Pretendard" w:hAnsi="Pretendard" w:cs="Pretendard"/>
          <w:color w:val="555560"/>
          <w:sz w:val="20"/>
        </w:rPr>
        <w:t>본</w:t>
      </w:r>
      <w:r>
        <w:rPr>
          <w:rFonts w:ascii="Pretendard" w:eastAsia="Pretendard" w:hAnsi="Pretendard" w:cs="Pretendard"/>
          <w:color w:val="555560"/>
          <w:sz w:val="20"/>
        </w:rPr>
        <w:t xml:space="preserve"> </w:t>
      </w:r>
      <w:r>
        <w:rPr>
          <w:rFonts w:ascii="Pretendard" w:eastAsia="Pretendard" w:hAnsi="Pretendard" w:cs="Pretendard"/>
          <w:color w:val="555560"/>
          <w:sz w:val="20"/>
        </w:rPr>
        <w:t>기존</w:t>
      </w:r>
      <w:r>
        <w:rPr>
          <w:rFonts w:ascii="Pretendard" w:eastAsia="Pretendard" w:hAnsi="Pretendard" w:cs="Pretendard"/>
          <w:color w:val="555560"/>
          <w:sz w:val="20"/>
        </w:rPr>
        <w:t xml:space="preserve"> </w:t>
      </w:r>
      <w:r>
        <w:rPr>
          <w:rFonts w:ascii="Pretendard" w:eastAsia="Pretendard" w:hAnsi="Pretendard" w:cs="Pretendard"/>
          <w:color w:val="555560"/>
          <w:sz w:val="20"/>
        </w:rPr>
        <w:t>판단은</w:t>
      </w:r>
      <w:r>
        <w:rPr>
          <w:rFonts w:ascii="Pretendard" w:eastAsia="Pretendard" w:hAnsi="Pretendard" w:cs="Pretendard"/>
          <w:color w:val="555560"/>
          <w:sz w:val="20"/>
        </w:rPr>
        <w:t xml:space="preserve"> Perplexity</w:t>
      </w:r>
      <w:r>
        <w:rPr>
          <w:rFonts w:ascii="Pretendard" w:eastAsia="Pretendard" w:hAnsi="Pretendard" w:cs="Pretendard"/>
          <w:color w:val="555560"/>
          <w:sz w:val="20"/>
        </w:rPr>
        <w:t>에</w:t>
      </w:r>
      <w:r>
        <w:rPr>
          <w:rFonts w:ascii="Pretendard" w:eastAsia="Pretendard" w:hAnsi="Pretendard" w:cs="Pretendard"/>
          <w:color w:val="555560"/>
          <w:sz w:val="20"/>
        </w:rPr>
        <w:t xml:space="preserve"> </w:t>
      </w:r>
      <w:r>
        <w:rPr>
          <w:rFonts w:ascii="Pretendard" w:eastAsia="Pretendard" w:hAnsi="Pretendard" w:cs="Pretendard"/>
          <w:color w:val="555560"/>
          <w:sz w:val="20"/>
        </w:rPr>
        <w:t>한해</w:t>
      </w:r>
      <w:r>
        <w:rPr>
          <w:rFonts w:ascii="Pretendard" w:eastAsia="Pretendard" w:hAnsi="Pretendard" w:cs="Pretendard"/>
          <w:color w:val="555560"/>
          <w:sz w:val="20"/>
        </w:rPr>
        <w:t xml:space="preserve"> </w:t>
      </w:r>
      <w:r>
        <w:rPr>
          <w:rFonts w:ascii="Pretendard" w:eastAsia="Pretendard" w:hAnsi="Pretendard" w:cs="Pretendard"/>
          <w:color w:val="555560"/>
          <w:sz w:val="20"/>
        </w:rPr>
        <w:t>수정이</w:t>
      </w:r>
      <w:r>
        <w:rPr>
          <w:rFonts w:ascii="Pretendard" w:eastAsia="Pretendard" w:hAnsi="Pretendard" w:cs="Pretendard"/>
          <w:color w:val="555560"/>
          <w:sz w:val="20"/>
        </w:rPr>
        <w:t xml:space="preserve"> </w:t>
      </w:r>
      <w:r>
        <w:rPr>
          <w:rFonts w:ascii="Pretendard" w:eastAsia="Pretendard" w:hAnsi="Pretendard" w:cs="Pretendard"/>
          <w:color w:val="555560"/>
          <w:sz w:val="20"/>
        </w:rPr>
        <w:t>필요합니다</w:t>
      </w:r>
      <w:r>
        <w:rPr>
          <w:rFonts w:ascii="Pretendard" w:eastAsia="Pretendard" w:hAnsi="Pretendard" w:cs="Pretendard"/>
          <w:color w:val="555560"/>
          <w:sz w:val="20"/>
        </w:rPr>
        <w:t>.</w:t>
      </w:r>
    </w:p>
    <w:tbl>
      <w:tblPr>
        <w:tblStyle w:val="af9"/>
        <w:tblW w:w="0" w:type="auto"/>
        <w:jc w:val="center"/>
        <w:tblLayout w:type="fixed"/>
        <w:tblLook w:val="04A0" w:firstRow="1" w:lastRow="0" w:firstColumn="1" w:lastColumn="0" w:noHBand="0" w:noVBand="1"/>
      </w:tblPr>
      <w:tblGrid>
        <w:gridCol w:w="2835"/>
        <w:gridCol w:w="2041"/>
        <w:gridCol w:w="2154"/>
        <w:gridCol w:w="2608"/>
      </w:tblGrid>
      <w:tr w:rsidR="004B1372" w14:paraId="5C1E827B" w14:textId="77777777">
        <w:trPr>
          <w:cantSplit/>
          <w:tblHeader/>
          <w:jc w:val="center"/>
        </w:trPr>
        <w:tc>
          <w:tcPr>
            <w:tcW w:w="2835" w:type="dxa"/>
            <w:shd w:val="clear" w:color="auto" w:fill="1D0024"/>
          </w:tcPr>
          <w:p w14:paraId="3106467A" w14:textId="77777777" w:rsidR="004B1372" w:rsidRDefault="00BB0BE3">
            <w:r>
              <w:rPr>
                <w:rFonts w:ascii="Pretendard" w:eastAsia="Pretendard" w:hAnsi="Pretendard" w:cs="Pretendard"/>
                <w:b/>
                <w:color w:val="FFFFFF"/>
                <w:sz w:val="19"/>
              </w:rPr>
              <w:t>출처</w:t>
            </w:r>
          </w:p>
        </w:tc>
        <w:tc>
          <w:tcPr>
            <w:tcW w:w="2041" w:type="dxa"/>
            <w:shd w:val="clear" w:color="auto" w:fill="1D0024"/>
          </w:tcPr>
          <w:p w14:paraId="58CA71E3" w14:textId="77777777" w:rsidR="004B1372" w:rsidRDefault="00BB0BE3">
            <w:r>
              <w:rPr>
                <w:rFonts w:ascii="Pretendard" w:eastAsia="Pretendard" w:hAnsi="Pretendard" w:cs="Pretendard"/>
                <w:b/>
                <w:color w:val="FFFFFF"/>
                <w:sz w:val="19"/>
              </w:rPr>
              <w:t>영문</w:t>
            </w:r>
            <w:r>
              <w:rPr>
                <w:rFonts w:ascii="Pretendard" w:eastAsia="Pretendard" w:hAnsi="Pretendard" w:cs="Pretendard"/>
                <w:b/>
                <w:color w:val="FFFFFF"/>
                <w:sz w:val="19"/>
              </w:rPr>
              <w:t xml:space="preserve"> 60</w:t>
            </w:r>
            <w:r>
              <w:rPr>
                <w:rFonts w:ascii="Pretendard" w:eastAsia="Pretendard" w:hAnsi="Pretendard" w:cs="Pretendard"/>
                <w:b/>
                <w:color w:val="FFFFFF"/>
                <w:sz w:val="19"/>
              </w:rPr>
              <w:t>문항</w:t>
            </w:r>
            <w:r>
              <w:rPr>
                <w:rFonts w:ascii="Pretendard" w:eastAsia="Pretendard" w:hAnsi="Pretendard" w:cs="Pretendard"/>
                <w:b/>
                <w:color w:val="FFFFFF"/>
                <w:sz w:val="19"/>
              </w:rPr>
              <w:t xml:space="preserve"> ChatGPT</w:t>
            </w:r>
          </w:p>
        </w:tc>
        <w:tc>
          <w:tcPr>
            <w:tcW w:w="2154" w:type="dxa"/>
            <w:shd w:val="clear" w:color="auto" w:fill="1D0024"/>
          </w:tcPr>
          <w:p w14:paraId="697FFAD0" w14:textId="77777777" w:rsidR="004B1372" w:rsidRDefault="00BB0BE3">
            <w:r>
              <w:rPr>
                <w:rFonts w:ascii="Pretendard" w:eastAsia="Pretendard" w:hAnsi="Pretendard" w:cs="Pretendard"/>
                <w:b/>
                <w:color w:val="FFFFFF"/>
                <w:sz w:val="19"/>
              </w:rPr>
              <w:t>영문</w:t>
            </w:r>
            <w:r>
              <w:rPr>
                <w:rFonts w:ascii="Pretendard" w:eastAsia="Pretendard" w:hAnsi="Pretendard" w:cs="Pretendard"/>
                <w:b/>
                <w:color w:val="FFFFFF"/>
                <w:sz w:val="19"/>
              </w:rPr>
              <w:t xml:space="preserve"> 60</w:t>
            </w:r>
            <w:r>
              <w:rPr>
                <w:rFonts w:ascii="Pretendard" w:eastAsia="Pretendard" w:hAnsi="Pretendard" w:cs="Pretendard"/>
                <w:b/>
                <w:color w:val="FFFFFF"/>
                <w:sz w:val="19"/>
              </w:rPr>
              <w:t>문항</w:t>
            </w:r>
            <w:r>
              <w:rPr>
                <w:rFonts w:ascii="Pretendard" w:eastAsia="Pretendard" w:hAnsi="Pretendard" w:cs="Pretendard"/>
                <w:b/>
                <w:color w:val="FFFFFF"/>
                <w:sz w:val="19"/>
              </w:rPr>
              <w:t xml:space="preserve"> Perplexity</w:t>
            </w:r>
          </w:p>
        </w:tc>
        <w:tc>
          <w:tcPr>
            <w:tcW w:w="2608" w:type="dxa"/>
            <w:shd w:val="clear" w:color="auto" w:fill="1D0024"/>
          </w:tcPr>
          <w:p w14:paraId="6DC5E63C" w14:textId="77777777" w:rsidR="004B1372" w:rsidRDefault="00BB0BE3">
            <w:r>
              <w:rPr>
                <w:rFonts w:ascii="Pretendard" w:eastAsia="Pretendard" w:hAnsi="Pretendard" w:cs="Pretendard"/>
                <w:b/>
                <w:color w:val="FFFFFF"/>
                <w:sz w:val="19"/>
              </w:rPr>
              <w:t>유형</w:t>
            </w:r>
          </w:p>
        </w:tc>
      </w:tr>
      <w:tr w:rsidR="004B1372" w14:paraId="51BB3FC2" w14:textId="77777777">
        <w:trPr>
          <w:jc w:val="center"/>
        </w:trPr>
        <w:tc>
          <w:tcPr>
            <w:tcW w:w="2835" w:type="dxa"/>
          </w:tcPr>
          <w:p w14:paraId="19809E19" w14:textId="77777777" w:rsidR="004B1372" w:rsidRDefault="00BB0BE3">
            <w:r>
              <w:rPr>
                <w:rFonts w:ascii="Pretendard" w:eastAsia="Pretendard" w:hAnsi="Pretendard" w:cs="Pretendard"/>
                <w:b/>
                <w:color w:val="1D0024"/>
                <w:sz w:val="19"/>
              </w:rPr>
              <w:t>병원</w:t>
            </w:r>
            <w:r>
              <w:rPr>
                <w:rFonts w:ascii="Pretendard" w:eastAsia="Pretendard" w:hAnsi="Pretendard" w:cs="Pretendard"/>
                <w:b/>
                <w:color w:val="1D0024"/>
                <w:sz w:val="19"/>
              </w:rPr>
              <w:t xml:space="preserve"> </w:t>
            </w:r>
            <w:r>
              <w:rPr>
                <w:rFonts w:ascii="Pretendard" w:eastAsia="Pretendard" w:hAnsi="Pretendard" w:cs="Pretendard"/>
                <w:b/>
                <w:color w:val="1D0024"/>
                <w:sz w:val="19"/>
              </w:rPr>
              <w:t>공식</w:t>
            </w:r>
            <w:r>
              <w:rPr>
                <w:rFonts w:ascii="Pretendard" w:eastAsia="Pretendard" w:hAnsi="Pretendard" w:cs="Pretendard"/>
                <w:b/>
                <w:color w:val="1D0024"/>
                <w:sz w:val="19"/>
              </w:rPr>
              <w:t>(</w:t>
            </w:r>
            <w:r>
              <w:rPr>
                <w:rFonts w:ascii="Pretendard" w:eastAsia="Pretendard" w:hAnsi="Pretendard" w:cs="Pretendard"/>
                <w:b/>
                <w:color w:val="1D0024"/>
                <w:sz w:val="19"/>
              </w:rPr>
              <w:t>뷰</w:t>
            </w:r>
            <w:r>
              <w:rPr>
                <w:rFonts w:ascii="Pretendard" w:eastAsia="Pretendard" w:hAnsi="Pretendard" w:cs="Pretendard"/>
                <w:b/>
                <w:color w:val="1D0024"/>
                <w:sz w:val="19"/>
              </w:rPr>
              <w:t xml:space="preserve"> </w:t>
            </w:r>
            <w:r>
              <w:rPr>
                <w:rFonts w:ascii="Pretendard" w:eastAsia="Pretendard" w:hAnsi="Pretendard" w:cs="Pretendard"/>
                <w:b/>
                <w:color w:val="1D0024"/>
                <w:sz w:val="19"/>
              </w:rPr>
              <w:t>영문</w:t>
            </w:r>
            <w:r>
              <w:rPr>
                <w:rFonts w:ascii="Pretendard" w:eastAsia="Pretendard" w:hAnsi="Pretendard" w:cs="Pretendard"/>
                <w:b/>
                <w:color w:val="1D0024"/>
                <w:sz w:val="19"/>
              </w:rPr>
              <w:t>)</w:t>
            </w:r>
          </w:p>
        </w:tc>
        <w:tc>
          <w:tcPr>
            <w:tcW w:w="2041" w:type="dxa"/>
          </w:tcPr>
          <w:p w14:paraId="763DF0C2" w14:textId="77777777" w:rsidR="004B1372" w:rsidRDefault="00BB0BE3">
            <w:r>
              <w:rPr>
                <w:rFonts w:ascii="Pretendard" w:eastAsia="Pretendard" w:hAnsi="Pretendard" w:cs="Pretendard"/>
                <w:color w:val="1D0024"/>
                <w:sz w:val="19"/>
              </w:rPr>
              <w:t>18</w:t>
            </w:r>
          </w:p>
        </w:tc>
        <w:tc>
          <w:tcPr>
            <w:tcW w:w="2154" w:type="dxa"/>
          </w:tcPr>
          <w:p w14:paraId="414A2DD9" w14:textId="77777777" w:rsidR="004B1372" w:rsidRDefault="00BB0BE3">
            <w:r>
              <w:rPr>
                <w:rFonts w:ascii="Pretendard" w:eastAsia="Pretendard" w:hAnsi="Pretendard" w:cs="Pretendard"/>
                <w:color w:val="1D0024"/>
                <w:sz w:val="19"/>
              </w:rPr>
              <w:t>38</w:t>
            </w:r>
          </w:p>
        </w:tc>
        <w:tc>
          <w:tcPr>
            <w:tcW w:w="2608" w:type="dxa"/>
          </w:tcPr>
          <w:p w14:paraId="55CDC2E9" w14:textId="77777777" w:rsidR="004B1372" w:rsidRDefault="00BB0BE3">
            <w:r>
              <w:rPr>
                <w:rFonts w:ascii="Pretendard" w:eastAsia="Pretendard" w:hAnsi="Pretendard" w:cs="Pretendard"/>
                <w:color w:val="1D0024"/>
                <w:sz w:val="19"/>
              </w:rPr>
              <w:t>병원</w:t>
            </w:r>
          </w:p>
        </w:tc>
      </w:tr>
      <w:tr w:rsidR="004B1372" w14:paraId="4CAA4F36" w14:textId="77777777">
        <w:trPr>
          <w:jc w:val="center"/>
        </w:trPr>
        <w:tc>
          <w:tcPr>
            <w:tcW w:w="2835" w:type="dxa"/>
          </w:tcPr>
          <w:p w14:paraId="1789CA86" w14:textId="77777777" w:rsidR="004B1372" w:rsidRDefault="00BB0BE3">
            <w:r>
              <w:rPr>
                <w:rFonts w:ascii="Pretendard" w:eastAsia="Pretendard" w:hAnsi="Pretendard" w:cs="Pretendard"/>
                <w:b/>
                <w:color w:val="1D0024"/>
                <w:sz w:val="19"/>
              </w:rPr>
              <w:t>Reddit</w:t>
            </w:r>
          </w:p>
        </w:tc>
        <w:tc>
          <w:tcPr>
            <w:tcW w:w="2041" w:type="dxa"/>
          </w:tcPr>
          <w:p w14:paraId="1C2B3061" w14:textId="77777777" w:rsidR="004B1372" w:rsidRDefault="00BB0BE3">
            <w:r>
              <w:rPr>
                <w:rFonts w:ascii="Pretendard" w:eastAsia="Pretendard" w:hAnsi="Pretendard" w:cs="Pretendard"/>
                <w:color w:val="1D0024"/>
                <w:sz w:val="19"/>
              </w:rPr>
              <w:t>16</w:t>
            </w:r>
          </w:p>
        </w:tc>
        <w:tc>
          <w:tcPr>
            <w:tcW w:w="2154" w:type="dxa"/>
          </w:tcPr>
          <w:p w14:paraId="3FEBA778" w14:textId="77777777" w:rsidR="004B1372" w:rsidRDefault="00BB0BE3">
            <w:r>
              <w:rPr>
                <w:rFonts w:ascii="Pretendard" w:eastAsia="Pretendard" w:hAnsi="Pretendard" w:cs="Pretendard"/>
                <w:color w:val="1D0024"/>
                <w:sz w:val="19"/>
              </w:rPr>
              <w:t>33</w:t>
            </w:r>
          </w:p>
        </w:tc>
        <w:tc>
          <w:tcPr>
            <w:tcW w:w="2608" w:type="dxa"/>
          </w:tcPr>
          <w:p w14:paraId="4E848334" w14:textId="77777777" w:rsidR="004B1372" w:rsidRDefault="00BB0BE3">
            <w:r>
              <w:rPr>
                <w:rFonts w:ascii="Pretendard" w:eastAsia="Pretendard" w:hAnsi="Pretendard" w:cs="Pretendard"/>
                <w:color w:val="1D0024"/>
                <w:sz w:val="19"/>
              </w:rPr>
              <w:t>커뮤니티</w:t>
            </w:r>
          </w:p>
        </w:tc>
      </w:tr>
      <w:tr w:rsidR="004B1372" w14:paraId="76C888CC" w14:textId="77777777">
        <w:trPr>
          <w:jc w:val="center"/>
        </w:trPr>
        <w:tc>
          <w:tcPr>
            <w:tcW w:w="2835" w:type="dxa"/>
          </w:tcPr>
          <w:p w14:paraId="3CADA4FB" w14:textId="77777777" w:rsidR="004B1372" w:rsidRDefault="00BB0BE3">
            <w:r>
              <w:rPr>
                <w:rFonts w:ascii="Pretendard" w:eastAsia="Pretendard" w:hAnsi="Pretendard" w:cs="Pretendard"/>
                <w:b/>
                <w:color w:val="1D0024"/>
                <w:sz w:val="19"/>
              </w:rPr>
              <w:t>Bookimed</w:t>
            </w:r>
          </w:p>
        </w:tc>
        <w:tc>
          <w:tcPr>
            <w:tcW w:w="2041" w:type="dxa"/>
          </w:tcPr>
          <w:p w14:paraId="6C9F0D45" w14:textId="77777777" w:rsidR="004B1372" w:rsidRDefault="00BB0BE3">
            <w:r>
              <w:rPr>
                <w:rFonts w:ascii="Pretendard" w:eastAsia="Pretendard" w:hAnsi="Pretendard" w:cs="Pretendard"/>
                <w:color w:val="1D0024"/>
                <w:sz w:val="19"/>
              </w:rPr>
              <w:t>4</w:t>
            </w:r>
          </w:p>
        </w:tc>
        <w:tc>
          <w:tcPr>
            <w:tcW w:w="2154" w:type="dxa"/>
          </w:tcPr>
          <w:p w14:paraId="2CCCF2F9" w14:textId="77777777" w:rsidR="004B1372" w:rsidRDefault="00BB0BE3">
            <w:r>
              <w:rPr>
                <w:rFonts w:ascii="Pretendard" w:eastAsia="Pretendard" w:hAnsi="Pretendard" w:cs="Pretendard"/>
                <w:color w:val="1D0024"/>
                <w:sz w:val="19"/>
              </w:rPr>
              <w:t>28</w:t>
            </w:r>
          </w:p>
        </w:tc>
        <w:tc>
          <w:tcPr>
            <w:tcW w:w="2608" w:type="dxa"/>
          </w:tcPr>
          <w:p w14:paraId="4D920B4E" w14:textId="77777777" w:rsidR="004B1372" w:rsidRDefault="00BB0BE3">
            <w:r>
              <w:rPr>
                <w:rFonts w:ascii="Pretendard" w:eastAsia="Pretendard" w:hAnsi="Pretendard" w:cs="Pretendard"/>
                <w:color w:val="1D0024"/>
                <w:sz w:val="19"/>
              </w:rPr>
              <w:t>해외</w:t>
            </w:r>
            <w:r>
              <w:rPr>
                <w:rFonts w:ascii="Pretendard" w:eastAsia="Pretendard" w:hAnsi="Pretendard" w:cs="Pretendard"/>
                <w:color w:val="1D0024"/>
                <w:sz w:val="19"/>
              </w:rPr>
              <w:t xml:space="preserve"> </w:t>
            </w:r>
            <w:r>
              <w:rPr>
                <w:rFonts w:ascii="Pretendard" w:eastAsia="Pretendard" w:hAnsi="Pretendard" w:cs="Pretendard"/>
                <w:color w:val="1D0024"/>
                <w:sz w:val="19"/>
              </w:rPr>
              <w:t>중개</w:t>
            </w:r>
          </w:p>
        </w:tc>
      </w:tr>
      <w:tr w:rsidR="004B1372" w14:paraId="5CA30169" w14:textId="77777777">
        <w:trPr>
          <w:jc w:val="center"/>
        </w:trPr>
        <w:tc>
          <w:tcPr>
            <w:tcW w:w="2835" w:type="dxa"/>
          </w:tcPr>
          <w:p w14:paraId="0634F5AC" w14:textId="77777777" w:rsidR="004B1372" w:rsidRDefault="00BB0BE3">
            <w:r>
              <w:rPr>
                <w:rFonts w:ascii="Pretendard" w:eastAsia="Pretendard" w:hAnsi="Pretendard" w:cs="Pretendard"/>
                <w:b/>
                <w:color w:val="1D0024"/>
                <w:sz w:val="19"/>
              </w:rPr>
              <w:t>ClinicsOnCall</w:t>
            </w:r>
          </w:p>
        </w:tc>
        <w:tc>
          <w:tcPr>
            <w:tcW w:w="2041" w:type="dxa"/>
          </w:tcPr>
          <w:p w14:paraId="38C168D4" w14:textId="77777777" w:rsidR="004B1372" w:rsidRDefault="00BB0BE3">
            <w:r>
              <w:rPr>
                <w:rFonts w:ascii="Pretendard" w:eastAsia="Pretendard" w:hAnsi="Pretendard" w:cs="Pretendard"/>
                <w:color w:val="1D0024"/>
                <w:sz w:val="19"/>
              </w:rPr>
              <w:t>0</w:t>
            </w:r>
          </w:p>
        </w:tc>
        <w:tc>
          <w:tcPr>
            <w:tcW w:w="2154" w:type="dxa"/>
          </w:tcPr>
          <w:p w14:paraId="6EDF6055" w14:textId="77777777" w:rsidR="004B1372" w:rsidRDefault="00BB0BE3">
            <w:r>
              <w:rPr>
                <w:rFonts w:ascii="Pretendard" w:eastAsia="Pretendard" w:hAnsi="Pretendard" w:cs="Pretendard"/>
                <w:color w:val="1D0024"/>
                <w:sz w:val="19"/>
              </w:rPr>
              <w:t>26</w:t>
            </w:r>
          </w:p>
        </w:tc>
        <w:tc>
          <w:tcPr>
            <w:tcW w:w="2608" w:type="dxa"/>
          </w:tcPr>
          <w:p w14:paraId="0A7F9C7C" w14:textId="77777777" w:rsidR="004B1372" w:rsidRDefault="00BB0BE3">
            <w:r>
              <w:rPr>
                <w:rFonts w:ascii="Pretendard" w:eastAsia="Pretendard" w:hAnsi="Pretendard" w:cs="Pretendard"/>
                <w:color w:val="1D0024"/>
                <w:sz w:val="19"/>
              </w:rPr>
              <w:t>해외</w:t>
            </w:r>
            <w:r>
              <w:rPr>
                <w:rFonts w:ascii="Pretendard" w:eastAsia="Pretendard" w:hAnsi="Pretendard" w:cs="Pretendard"/>
                <w:color w:val="1D0024"/>
                <w:sz w:val="19"/>
              </w:rPr>
              <w:t xml:space="preserve"> </w:t>
            </w:r>
            <w:r>
              <w:rPr>
                <w:rFonts w:ascii="Pretendard" w:eastAsia="Pretendard" w:hAnsi="Pretendard" w:cs="Pretendard"/>
                <w:color w:val="1D0024"/>
                <w:sz w:val="19"/>
              </w:rPr>
              <w:t>중개</w:t>
            </w:r>
          </w:p>
        </w:tc>
      </w:tr>
      <w:tr w:rsidR="004B1372" w14:paraId="17DA1ADC" w14:textId="77777777">
        <w:trPr>
          <w:jc w:val="center"/>
        </w:trPr>
        <w:tc>
          <w:tcPr>
            <w:tcW w:w="2835" w:type="dxa"/>
          </w:tcPr>
          <w:p w14:paraId="7479F41B" w14:textId="77777777" w:rsidR="004B1372" w:rsidRDefault="00BB0BE3">
            <w:r>
              <w:rPr>
                <w:rFonts w:ascii="Pretendard" w:eastAsia="Pretendard" w:hAnsi="Pretendard" w:cs="Pretendard"/>
                <w:b/>
                <w:color w:val="1D0024"/>
                <w:sz w:val="19"/>
              </w:rPr>
              <w:t>Korea Clinic Guide</w:t>
            </w:r>
          </w:p>
        </w:tc>
        <w:tc>
          <w:tcPr>
            <w:tcW w:w="2041" w:type="dxa"/>
          </w:tcPr>
          <w:p w14:paraId="05969D48" w14:textId="77777777" w:rsidR="004B1372" w:rsidRDefault="00BB0BE3">
            <w:r>
              <w:rPr>
                <w:rFonts w:ascii="Pretendard" w:eastAsia="Pretendard" w:hAnsi="Pretendard" w:cs="Pretendard"/>
                <w:color w:val="1D0024"/>
                <w:sz w:val="19"/>
              </w:rPr>
              <w:t>0</w:t>
            </w:r>
          </w:p>
        </w:tc>
        <w:tc>
          <w:tcPr>
            <w:tcW w:w="2154" w:type="dxa"/>
          </w:tcPr>
          <w:p w14:paraId="7E1C952A" w14:textId="77777777" w:rsidR="004B1372" w:rsidRDefault="00BB0BE3">
            <w:r>
              <w:rPr>
                <w:rFonts w:ascii="Pretendard" w:eastAsia="Pretendard" w:hAnsi="Pretendard" w:cs="Pretendard"/>
                <w:color w:val="1D0024"/>
                <w:sz w:val="19"/>
              </w:rPr>
              <w:t>20</w:t>
            </w:r>
          </w:p>
        </w:tc>
        <w:tc>
          <w:tcPr>
            <w:tcW w:w="2608" w:type="dxa"/>
          </w:tcPr>
          <w:p w14:paraId="29936D70" w14:textId="77777777" w:rsidR="004B1372" w:rsidRDefault="00BB0BE3">
            <w:r>
              <w:rPr>
                <w:rFonts w:ascii="Pretendard" w:eastAsia="Pretendard" w:hAnsi="Pretendard" w:cs="Pretendard"/>
                <w:color w:val="1D0024"/>
                <w:sz w:val="19"/>
              </w:rPr>
              <w:t>영문</w:t>
            </w:r>
            <w:r>
              <w:rPr>
                <w:rFonts w:ascii="Pretendard" w:eastAsia="Pretendard" w:hAnsi="Pretendard" w:cs="Pretendard"/>
                <w:color w:val="1D0024"/>
                <w:sz w:val="19"/>
              </w:rPr>
              <w:t xml:space="preserve"> </w:t>
            </w:r>
            <w:r>
              <w:rPr>
                <w:rFonts w:ascii="Pretendard" w:eastAsia="Pretendard" w:hAnsi="Pretendard" w:cs="Pretendard"/>
                <w:color w:val="1D0024"/>
                <w:sz w:val="19"/>
              </w:rPr>
              <w:t>가이드</w:t>
            </w:r>
          </w:p>
        </w:tc>
      </w:tr>
      <w:tr w:rsidR="004B1372" w14:paraId="24B441C7" w14:textId="77777777">
        <w:trPr>
          <w:jc w:val="center"/>
        </w:trPr>
        <w:tc>
          <w:tcPr>
            <w:tcW w:w="2835" w:type="dxa"/>
          </w:tcPr>
          <w:p w14:paraId="2545341A" w14:textId="77777777" w:rsidR="004B1372" w:rsidRDefault="00BB0BE3">
            <w:r>
              <w:rPr>
                <w:rFonts w:ascii="Pretendard" w:eastAsia="Pretendard" w:hAnsi="Pretendard" w:cs="Pretendard"/>
                <w:b/>
                <w:color w:val="1D0024"/>
                <w:sz w:val="19"/>
              </w:rPr>
              <w:t>ClinicSeoul</w:t>
            </w:r>
          </w:p>
        </w:tc>
        <w:tc>
          <w:tcPr>
            <w:tcW w:w="2041" w:type="dxa"/>
          </w:tcPr>
          <w:p w14:paraId="6AEC9C8A" w14:textId="77777777" w:rsidR="004B1372" w:rsidRDefault="00BB0BE3">
            <w:r>
              <w:rPr>
                <w:rFonts w:ascii="Pretendard" w:eastAsia="Pretendard" w:hAnsi="Pretendard" w:cs="Pretendard"/>
                <w:color w:val="1D0024"/>
                <w:sz w:val="19"/>
              </w:rPr>
              <w:t>4</w:t>
            </w:r>
          </w:p>
        </w:tc>
        <w:tc>
          <w:tcPr>
            <w:tcW w:w="2154" w:type="dxa"/>
          </w:tcPr>
          <w:p w14:paraId="123E44D5" w14:textId="77777777" w:rsidR="004B1372" w:rsidRDefault="00BB0BE3">
            <w:r>
              <w:rPr>
                <w:rFonts w:ascii="Pretendard" w:eastAsia="Pretendard" w:hAnsi="Pretendard" w:cs="Pretendard"/>
                <w:color w:val="1D0024"/>
                <w:sz w:val="19"/>
              </w:rPr>
              <w:t>17</w:t>
            </w:r>
          </w:p>
        </w:tc>
        <w:tc>
          <w:tcPr>
            <w:tcW w:w="2608" w:type="dxa"/>
          </w:tcPr>
          <w:p w14:paraId="79E36C07" w14:textId="77777777" w:rsidR="004B1372" w:rsidRDefault="00BB0BE3">
            <w:r>
              <w:rPr>
                <w:rFonts w:ascii="Pretendard" w:eastAsia="Pretendard" w:hAnsi="Pretendard" w:cs="Pretendard"/>
                <w:color w:val="1D0024"/>
                <w:sz w:val="19"/>
              </w:rPr>
              <w:t>영문</w:t>
            </w:r>
            <w:r>
              <w:rPr>
                <w:rFonts w:ascii="Pretendard" w:eastAsia="Pretendard" w:hAnsi="Pretendard" w:cs="Pretendard"/>
                <w:color w:val="1D0024"/>
                <w:sz w:val="19"/>
              </w:rPr>
              <w:t xml:space="preserve"> </w:t>
            </w:r>
            <w:r>
              <w:rPr>
                <w:rFonts w:ascii="Pretendard" w:eastAsia="Pretendard" w:hAnsi="Pretendard" w:cs="Pretendard"/>
                <w:color w:val="1D0024"/>
                <w:sz w:val="19"/>
              </w:rPr>
              <w:t>가이드</w:t>
            </w:r>
          </w:p>
        </w:tc>
      </w:tr>
      <w:tr w:rsidR="004B1372" w14:paraId="615B4387" w14:textId="77777777">
        <w:trPr>
          <w:jc w:val="center"/>
        </w:trPr>
        <w:tc>
          <w:tcPr>
            <w:tcW w:w="2835" w:type="dxa"/>
          </w:tcPr>
          <w:p w14:paraId="324C4516" w14:textId="77777777" w:rsidR="004B1372" w:rsidRDefault="00BB0BE3">
            <w:r>
              <w:rPr>
                <w:rFonts w:ascii="Pretendard" w:eastAsia="Pretendard" w:hAnsi="Pretendard" w:cs="Pretendard"/>
                <w:b/>
                <w:color w:val="1D0024"/>
                <w:sz w:val="19"/>
              </w:rPr>
              <w:t>강남언니</w:t>
            </w:r>
            <w:r>
              <w:rPr>
                <w:rFonts w:ascii="Pretendard" w:eastAsia="Pretendard" w:hAnsi="Pretendard" w:cs="Pretendard"/>
                <w:b/>
                <w:color w:val="1D0024"/>
                <w:sz w:val="19"/>
              </w:rPr>
              <w:t>(unni.app)</w:t>
            </w:r>
          </w:p>
        </w:tc>
        <w:tc>
          <w:tcPr>
            <w:tcW w:w="2041" w:type="dxa"/>
          </w:tcPr>
          <w:p w14:paraId="33033602" w14:textId="77777777" w:rsidR="004B1372" w:rsidRDefault="00BB0BE3">
            <w:r>
              <w:rPr>
                <w:rFonts w:ascii="Pretendard" w:eastAsia="Pretendard" w:hAnsi="Pretendard" w:cs="Pretendard"/>
                <w:color w:val="1D0024"/>
                <w:sz w:val="19"/>
              </w:rPr>
              <w:t>0</w:t>
            </w:r>
          </w:p>
        </w:tc>
        <w:tc>
          <w:tcPr>
            <w:tcW w:w="2154" w:type="dxa"/>
          </w:tcPr>
          <w:p w14:paraId="1D3BBC7A" w14:textId="77777777" w:rsidR="004B1372" w:rsidRDefault="00BB0BE3">
            <w:r>
              <w:rPr>
                <w:rFonts w:ascii="Pretendard" w:eastAsia="Pretendard" w:hAnsi="Pretendard" w:cs="Pretendard"/>
                <w:color w:val="1D0024"/>
                <w:sz w:val="19"/>
              </w:rPr>
              <w:t>14</w:t>
            </w:r>
          </w:p>
        </w:tc>
        <w:tc>
          <w:tcPr>
            <w:tcW w:w="2608" w:type="dxa"/>
          </w:tcPr>
          <w:p w14:paraId="17BA4E51" w14:textId="77777777" w:rsidR="004B1372" w:rsidRDefault="00BB0BE3">
            <w:r>
              <w:rPr>
                <w:rFonts w:ascii="Pretendard" w:eastAsia="Pretendard" w:hAnsi="Pretendard" w:cs="Pretendard"/>
                <w:color w:val="1D0024"/>
                <w:sz w:val="19"/>
              </w:rPr>
              <w:t>국내</w:t>
            </w:r>
            <w:r>
              <w:rPr>
                <w:rFonts w:ascii="Pretendard" w:eastAsia="Pretendard" w:hAnsi="Pretendard" w:cs="Pretendard"/>
                <w:color w:val="1D0024"/>
                <w:sz w:val="19"/>
              </w:rPr>
              <w:t xml:space="preserve"> </w:t>
            </w:r>
            <w:r>
              <w:rPr>
                <w:rFonts w:ascii="Pretendard" w:eastAsia="Pretendard" w:hAnsi="Pretendard" w:cs="Pretendard"/>
                <w:color w:val="1D0024"/>
                <w:sz w:val="19"/>
              </w:rPr>
              <w:t>앱</w:t>
            </w:r>
          </w:p>
        </w:tc>
      </w:tr>
      <w:tr w:rsidR="004B1372" w14:paraId="0863189C" w14:textId="77777777">
        <w:trPr>
          <w:jc w:val="center"/>
        </w:trPr>
        <w:tc>
          <w:tcPr>
            <w:tcW w:w="2835" w:type="dxa"/>
          </w:tcPr>
          <w:p w14:paraId="053A848A" w14:textId="77777777" w:rsidR="004B1372" w:rsidRDefault="00BB0BE3">
            <w:r>
              <w:rPr>
                <w:rFonts w:ascii="Pretendard" w:eastAsia="Pretendard" w:hAnsi="Pretendard" w:cs="Pretendard"/>
                <w:b/>
                <w:color w:val="1D0024"/>
                <w:sz w:val="19"/>
              </w:rPr>
              <w:t>PlacidWay</w:t>
            </w:r>
          </w:p>
        </w:tc>
        <w:tc>
          <w:tcPr>
            <w:tcW w:w="2041" w:type="dxa"/>
          </w:tcPr>
          <w:p w14:paraId="30FB443A" w14:textId="77777777" w:rsidR="004B1372" w:rsidRDefault="00BB0BE3">
            <w:r>
              <w:rPr>
                <w:rFonts w:ascii="Pretendard" w:eastAsia="Pretendard" w:hAnsi="Pretendard" w:cs="Pretendard"/>
                <w:color w:val="1D0024"/>
                <w:sz w:val="19"/>
              </w:rPr>
              <w:t>0</w:t>
            </w:r>
          </w:p>
        </w:tc>
        <w:tc>
          <w:tcPr>
            <w:tcW w:w="2154" w:type="dxa"/>
          </w:tcPr>
          <w:p w14:paraId="32753159" w14:textId="77777777" w:rsidR="004B1372" w:rsidRDefault="00BB0BE3">
            <w:r>
              <w:rPr>
                <w:rFonts w:ascii="Pretendard" w:eastAsia="Pretendard" w:hAnsi="Pretendard" w:cs="Pretendard"/>
                <w:color w:val="1D0024"/>
                <w:sz w:val="19"/>
              </w:rPr>
              <w:t>14</w:t>
            </w:r>
          </w:p>
        </w:tc>
        <w:tc>
          <w:tcPr>
            <w:tcW w:w="2608" w:type="dxa"/>
          </w:tcPr>
          <w:p w14:paraId="54F2F9B9" w14:textId="77777777" w:rsidR="004B1372" w:rsidRDefault="00BB0BE3">
            <w:r>
              <w:rPr>
                <w:rFonts w:ascii="Pretendard" w:eastAsia="Pretendard" w:hAnsi="Pretendard" w:cs="Pretendard"/>
                <w:color w:val="1D0024"/>
                <w:sz w:val="19"/>
              </w:rPr>
              <w:t>해외</w:t>
            </w:r>
            <w:r>
              <w:rPr>
                <w:rFonts w:ascii="Pretendard" w:eastAsia="Pretendard" w:hAnsi="Pretendard" w:cs="Pretendard"/>
                <w:color w:val="1D0024"/>
                <w:sz w:val="19"/>
              </w:rPr>
              <w:t xml:space="preserve"> </w:t>
            </w:r>
            <w:r>
              <w:rPr>
                <w:rFonts w:ascii="Pretendard" w:eastAsia="Pretendard" w:hAnsi="Pretendard" w:cs="Pretendard"/>
                <w:color w:val="1D0024"/>
                <w:sz w:val="19"/>
              </w:rPr>
              <w:t>중개</w:t>
            </w:r>
          </w:p>
        </w:tc>
      </w:tr>
      <w:tr w:rsidR="004B1372" w14:paraId="5F65DA4E" w14:textId="77777777">
        <w:trPr>
          <w:jc w:val="center"/>
        </w:trPr>
        <w:tc>
          <w:tcPr>
            <w:tcW w:w="2835" w:type="dxa"/>
          </w:tcPr>
          <w:p w14:paraId="5CB3C973" w14:textId="77777777" w:rsidR="004B1372" w:rsidRDefault="00BB0BE3">
            <w:r>
              <w:rPr>
                <w:rFonts w:ascii="Pretendard" w:eastAsia="Pretendard" w:hAnsi="Pretendard" w:cs="Pretendard"/>
                <w:b/>
                <w:color w:val="1D0024"/>
                <w:sz w:val="19"/>
              </w:rPr>
              <w:t>한국관광공사</w:t>
            </w:r>
            <w:r>
              <w:rPr>
                <w:rFonts w:ascii="Pretendard" w:eastAsia="Pretendard" w:hAnsi="Pretendard" w:cs="Pretendard"/>
                <w:b/>
                <w:color w:val="1D0024"/>
                <w:sz w:val="19"/>
              </w:rPr>
              <w:t xml:space="preserve"> </w:t>
            </w:r>
            <w:r>
              <w:rPr>
                <w:rFonts w:ascii="Pretendard" w:eastAsia="Pretendard" w:hAnsi="Pretendard" w:cs="Pretendard"/>
                <w:b/>
                <w:color w:val="1D0024"/>
                <w:sz w:val="19"/>
              </w:rPr>
              <w:t>영문</w:t>
            </w:r>
          </w:p>
        </w:tc>
        <w:tc>
          <w:tcPr>
            <w:tcW w:w="2041" w:type="dxa"/>
          </w:tcPr>
          <w:p w14:paraId="78442421" w14:textId="77777777" w:rsidR="004B1372" w:rsidRDefault="00BB0BE3">
            <w:r>
              <w:rPr>
                <w:rFonts w:ascii="Pretendard" w:eastAsia="Pretendard" w:hAnsi="Pretendard" w:cs="Pretendard"/>
                <w:color w:val="1D0024"/>
                <w:sz w:val="19"/>
              </w:rPr>
              <w:t>5</w:t>
            </w:r>
          </w:p>
        </w:tc>
        <w:tc>
          <w:tcPr>
            <w:tcW w:w="2154" w:type="dxa"/>
          </w:tcPr>
          <w:p w14:paraId="692B00A5" w14:textId="77777777" w:rsidR="004B1372" w:rsidRDefault="00BB0BE3">
            <w:r>
              <w:rPr>
                <w:rFonts w:ascii="Pretendard" w:eastAsia="Pretendard" w:hAnsi="Pretendard" w:cs="Pretendard"/>
                <w:color w:val="1D0024"/>
                <w:sz w:val="19"/>
              </w:rPr>
              <w:t>12</w:t>
            </w:r>
          </w:p>
        </w:tc>
        <w:tc>
          <w:tcPr>
            <w:tcW w:w="2608" w:type="dxa"/>
          </w:tcPr>
          <w:p w14:paraId="31C4A11E" w14:textId="77777777" w:rsidR="004B1372" w:rsidRDefault="00BB0BE3">
            <w:r>
              <w:rPr>
                <w:rFonts w:ascii="Pretendard" w:eastAsia="Pretendard" w:hAnsi="Pretendard" w:cs="Pretendard"/>
                <w:color w:val="1D0024"/>
                <w:sz w:val="19"/>
              </w:rPr>
              <w:t>공공</w:t>
            </w:r>
          </w:p>
        </w:tc>
      </w:tr>
      <w:tr w:rsidR="004B1372" w14:paraId="7B6D9244" w14:textId="77777777">
        <w:trPr>
          <w:jc w:val="center"/>
        </w:trPr>
        <w:tc>
          <w:tcPr>
            <w:tcW w:w="2835" w:type="dxa"/>
          </w:tcPr>
          <w:p w14:paraId="6174DD71" w14:textId="77777777" w:rsidR="004B1372" w:rsidRDefault="00BB0BE3">
            <w:r>
              <w:rPr>
                <w:rFonts w:ascii="Pretendard" w:eastAsia="Pretendard" w:hAnsi="Pretendard" w:cs="Pretendard"/>
                <w:b/>
                <w:color w:val="1D0024"/>
                <w:sz w:val="19"/>
              </w:rPr>
              <w:t>RealSelf</w:t>
            </w:r>
          </w:p>
        </w:tc>
        <w:tc>
          <w:tcPr>
            <w:tcW w:w="2041" w:type="dxa"/>
          </w:tcPr>
          <w:p w14:paraId="5B602299" w14:textId="77777777" w:rsidR="004B1372" w:rsidRDefault="00BB0BE3">
            <w:r>
              <w:rPr>
                <w:rFonts w:ascii="Pretendard" w:eastAsia="Pretendard" w:hAnsi="Pretendard" w:cs="Pretendard"/>
                <w:color w:val="1D0024"/>
                <w:sz w:val="19"/>
              </w:rPr>
              <w:t>5</w:t>
            </w:r>
          </w:p>
        </w:tc>
        <w:tc>
          <w:tcPr>
            <w:tcW w:w="2154" w:type="dxa"/>
          </w:tcPr>
          <w:p w14:paraId="121C2CAA" w14:textId="77777777" w:rsidR="004B1372" w:rsidRDefault="00BB0BE3">
            <w:r>
              <w:rPr>
                <w:rFonts w:ascii="Pretendard" w:eastAsia="Pretendard" w:hAnsi="Pretendard" w:cs="Pretendard"/>
                <w:color w:val="1D0024"/>
                <w:sz w:val="19"/>
              </w:rPr>
              <w:t>11</w:t>
            </w:r>
          </w:p>
        </w:tc>
        <w:tc>
          <w:tcPr>
            <w:tcW w:w="2608" w:type="dxa"/>
          </w:tcPr>
          <w:p w14:paraId="5DEA2A81" w14:textId="77777777" w:rsidR="004B1372" w:rsidRDefault="00BB0BE3">
            <w:r>
              <w:rPr>
                <w:rFonts w:ascii="Pretendard" w:eastAsia="Pretendard" w:hAnsi="Pretendard" w:cs="Pretendard"/>
                <w:color w:val="1D0024"/>
                <w:sz w:val="19"/>
              </w:rPr>
              <w:t>커뮤니티</w:t>
            </w:r>
          </w:p>
        </w:tc>
      </w:tr>
      <w:tr w:rsidR="004B1372" w14:paraId="01BE91BC" w14:textId="77777777">
        <w:trPr>
          <w:jc w:val="center"/>
        </w:trPr>
        <w:tc>
          <w:tcPr>
            <w:tcW w:w="2835" w:type="dxa"/>
          </w:tcPr>
          <w:p w14:paraId="35914120" w14:textId="77777777" w:rsidR="004B1372" w:rsidRDefault="00BB0BE3">
            <w:r>
              <w:rPr>
                <w:rFonts w:ascii="Pretendard" w:eastAsia="Pretendard" w:hAnsi="Pretendard" w:cs="Pretendard"/>
                <w:b/>
                <w:color w:val="1D0024"/>
                <w:sz w:val="19"/>
              </w:rPr>
              <w:t>크리에이트립</w:t>
            </w:r>
          </w:p>
        </w:tc>
        <w:tc>
          <w:tcPr>
            <w:tcW w:w="2041" w:type="dxa"/>
          </w:tcPr>
          <w:p w14:paraId="207C3D39" w14:textId="77777777" w:rsidR="004B1372" w:rsidRDefault="00BB0BE3">
            <w:r>
              <w:rPr>
                <w:rFonts w:ascii="Pretendard" w:eastAsia="Pretendard" w:hAnsi="Pretendard" w:cs="Pretendard"/>
                <w:color w:val="1D0024"/>
                <w:sz w:val="19"/>
              </w:rPr>
              <w:t>0</w:t>
            </w:r>
          </w:p>
        </w:tc>
        <w:tc>
          <w:tcPr>
            <w:tcW w:w="2154" w:type="dxa"/>
          </w:tcPr>
          <w:p w14:paraId="594569F4" w14:textId="77777777" w:rsidR="004B1372" w:rsidRDefault="00BB0BE3">
            <w:r>
              <w:rPr>
                <w:rFonts w:ascii="Pretendard" w:eastAsia="Pretendard" w:hAnsi="Pretendard" w:cs="Pretendard"/>
                <w:color w:val="1D0024"/>
                <w:sz w:val="19"/>
              </w:rPr>
              <w:t>0</w:t>
            </w:r>
          </w:p>
        </w:tc>
        <w:tc>
          <w:tcPr>
            <w:tcW w:w="2608" w:type="dxa"/>
          </w:tcPr>
          <w:p w14:paraId="56FEA2F6" w14:textId="77777777" w:rsidR="004B1372" w:rsidRDefault="00BB0BE3">
            <w:r>
              <w:rPr>
                <w:rFonts w:ascii="Pretendard" w:eastAsia="Pretendard" w:hAnsi="Pretendard" w:cs="Pretendard"/>
                <w:color w:val="1D0024"/>
                <w:sz w:val="19"/>
              </w:rPr>
              <w:t>여행</w:t>
            </w:r>
            <w:r>
              <w:rPr>
                <w:rFonts w:ascii="Pretendard" w:eastAsia="Pretendard" w:hAnsi="Pretendard" w:cs="Pretendard"/>
                <w:color w:val="1D0024"/>
                <w:sz w:val="19"/>
              </w:rPr>
              <w:t xml:space="preserve"> </w:t>
            </w:r>
            <w:r>
              <w:rPr>
                <w:rFonts w:ascii="Pretendard" w:eastAsia="Pretendard" w:hAnsi="Pretendard" w:cs="Pretendard"/>
                <w:color w:val="1D0024"/>
                <w:sz w:val="19"/>
              </w:rPr>
              <w:t>플랫폼</w:t>
            </w:r>
          </w:p>
        </w:tc>
      </w:tr>
      <w:tr w:rsidR="004B1372" w14:paraId="3FE43EAA" w14:textId="77777777">
        <w:trPr>
          <w:jc w:val="center"/>
        </w:trPr>
        <w:tc>
          <w:tcPr>
            <w:tcW w:w="2835" w:type="dxa"/>
          </w:tcPr>
          <w:p w14:paraId="06E98F06" w14:textId="77777777" w:rsidR="004B1372" w:rsidRDefault="00BB0BE3">
            <w:r>
              <w:rPr>
                <w:rFonts w:ascii="Pretendard" w:eastAsia="Pretendard" w:hAnsi="Pretendard" w:cs="Pretendard"/>
                <w:b/>
                <w:color w:val="1D0024"/>
                <w:sz w:val="19"/>
              </w:rPr>
              <w:t>바비톡</w:t>
            </w:r>
          </w:p>
        </w:tc>
        <w:tc>
          <w:tcPr>
            <w:tcW w:w="2041" w:type="dxa"/>
          </w:tcPr>
          <w:p w14:paraId="492095B9" w14:textId="77777777" w:rsidR="004B1372" w:rsidRDefault="00BB0BE3">
            <w:r>
              <w:rPr>
                <w:rFonts w:ascii="Pretendard" w:eastAsia="Pretendard" w:hAnsi="Pretendard" w:cs="Pretendard"/>
                <w:color w:val="1D0024"/>
                <w:sz w:val="19"/>
              </w:rPr>
              <w:t>0</w:t>
            </w:r>
          </w:p>
        </w:tc>
        <w:tc>
          <w:tcPr>
            <w:tcW w:w="2154" w:type="dxa"/>
          </w:tcPr>
          <w:p w14:paraId="021CC20D" w14:textId="77777777" w:rsidR="004B1372" w:rsidRDefault="00BB0BE3">
            <w:r>
              <w:rPr>
                <w:rFonts w:ascii="Pretendard" w:eastAsia="Pretendard" w:hAnsi="Pretendard" w:cs="Pretendard"/>
                <w:color w:val="1D0024"/>
                <w:sz w:val="19"/>
              </w:rPr>
              <w:t>0</w:t>
            </w:r>
          </w:p>
        </w:tc>
        <w:tc>
          <w:tcPr>
            <w:tcW w:w="2608" w:type="dxa"/>
          </w:tcPr>
          <w:p w14:paraId="244D2DD6" w14:textId="77777777" w:rsidR="004B1372" w:rsidRDefault="00BB0BE3">
            <w:r>
              <w:rPr>
                <w:rFonts w:ascii="Pretendard" w:eastAsia="Pretendard" w:hAnsi="Pretendard" w:cs="Pretendard"/>
                <w:color w:val="1D0024"/>
                <w:sz w:val="19"/>
              </w:rPr>
              <w:t>국내</w:t>
            </w:r>
            <w:r>
              <w:rPr>
                <w:rFonts w:ascii="Pretendard" w:eastAsia="Pretendard" w:hAnsi="Pretendard" w:cs="Pretendard"/>
                <w:color w:val="1D0024"/>
                <w:sz w:val="19"/>
              </w:rPr>
              <w:t xml:space="preserve"> </w:t>
            </w:r>
            <w:r>
              <w:rPr>
                <w:rFonts w:ascii="Pretendard" w:eastAsia="Pretendard" w:hAnsi="Pretendard" w:cs="Pretendard"/>
                <w:color w:val="1D0024"/>
                <w:sz w:val="19"/>
              </w:rPr>
              <w:t>앱</w:t>
            </w:r>
          </w:p>
        </w:tc>
      </w:tr>
    </w:tbl>
    <w:p w14:paraId="3244DB06" w14:textId="77777777" w:rsidR="004B1372" w:rsidRDefault="004B1372">
      <w:pPr>
        <w:spacing w:after="40"/>
      </w:pPr>
    </w:p>
    <w:p w14:paraId="169331CD" w14:textId="77777777" w:rsidR="004B1372" w:rsidRDefault="00BB0BE3">
      <w:pPr>
        <w:spacing w:after="120" w:line="324" w:lineRule="auto"/>
      </w:pPr>
      <w:r>
        <w:rPr>
          <w:rFonts w:ascii="Pretendard" w:eastAsia="Pretendard" w:hAnsi="Pretendard" w:cs="Pretendard"/>
          <w:color w:val="555560"/>
          <w:sz w:val="20"/>
        </w:rPr>
        <w:t>영문</w:t>
      </w:r>
      <w:r>
        <w:rPr>
          <w:rFonts w:ascii="Pretendard" w:eastAsia="Pretendard" w:hAnsi="Pretendard" w:cs="Pretendard"/>
          <w:color w:val="555560"/>
          <w:sz w:val="20"/>
        </w:rPr>
        <w:t xml:space="preserve"> </w:t>
      </w:r>
      <w:r>
        <w:rPr>
          <w:rFonts w:ascii="Pretendard" w:eastAsia="Pretendard" w:hAnsi="Pretendard" w:cs="Pretendard"/>
          <w:color w:val="555560"/>
          <w:sz w:val="20"/>
        </w:rPr>
        <w:t>측정</w:t>
      </w:r>
      <w:r>
        <w:rPr>
          <w:rFonts w:ascii="Pretendard" w:eastAsia="Pretendard" w:hAnsi="Pretendard" w:cs="Pretendard"/>
          <w:color w:val="555560"/>
          <w:sz w:val="20"/>
        </w:rPr>
        <w:t xml:space="preserve"> 2026-09-10, </w:t>
      </w:r>
      <w:r>
        <w:rPr>
          <w:rFonts w:ascii="Pretendard" w:eastAsia="Pretendard" w:hAnsi="Pretendard" w:cs="Pretendard"/>
          <w:color w:val="555560"/>
          <w:sz w:val="20"/>
        </w:rPr>
        <w:t>미국</w:t>
      </w:r>
      <w:r>
        <w:rPr>
          <w:rFonts w:ascii="Pretendard" w:eastAsia="Pretendard" w:hAnsi="Pretendard" w:cs="Pretendard"/>
          <w:color w:val="555560"/>
          <w:sz w:val="20"/>
        </w:rPr>
        <w:t xml:space="preserve"> </w:t>
      </w:r>
      <w:r>
        <w:rPr>
          <w:rFonts w:ascii="Pretendard" w:eastAsia="Pretendard" w:hAnsi="Pretendard" w:cs="Pretendard"/>
          <w:color w:val="555560"/>
          <w:sz w:val="20"/>
        </w:rPr>
        <w:t>뉴욕</w:t>
      </w:r>
      <w:r>
        <w:rPr>
          <w:rFonts w:ascii="Pretendard" w:eastAsia="Pretendard" w:hAnsi="Pretendard" w:cs="Pretendard"/>
          <w:color w:val="555560"/>
          <w:sz w:val="20"/>
        </w:rPr>
        <w:t xml:space="preserve"> </w:t>
      </w:r>
      <w:r>
        <w:rPr>
          <w:rFonts w:ascii="Pretendard" w:eastAsia="Pretendard" w:hAnsi="Pretendard" w:cs="Pretendard"/>
          <w:color w:val="555560"/>
          <w:sz w:val="20"/>
        </w:rPr>
        <w:t>위치</w:t>
      </w:r>
      <w:r>
        <w:rPr>
          <w:rFonts w:ascii="Pretendard" w:eastAsia="Pretendard" w:hAnsi="Pretendard" w:cs="Pretendard"/>
          <w:color w:val="555560"/>
          <w:sz w:val="20"/>
        </w:rPr>
        <w:t xml:space="preserve"> </w:t>
      </w:r>
      <w:r>
        <w:rPr>
          <w:rFonts w:ascii="Pretendard" w:eastAsia="Pretendard" w:hAnsi="Pretendard" w:cs="Pretendard"/>
          <w:color w:val="555560"/>
          <w:sz w:val="20"/>
        </w:rPr>
        <w:t>기준</w:t>
      </w:r>
      <w:r>
        <w:rPr>
          <w:rFonts w:ascii="Pretendard" w:eastAsia="Pretendard" w:hAnsi="Pretendard" w:cs="Pretendard"/>
          <w:color w:val="555560"/>
          <w:sz w:val="20"/>
        </w:rPr>
        <w:t xml:space="preserve">. </w:t>
      </w:r>
      <w:r>
        <w:rPr>
          <w:rFonts w:ascii="Pretendard" w:eastAsia="Pretendard" w:hAnsi="Pretendard" w:cs="Pretendard"/>
          <w:color w:val="555560"/>
          <w:sz w:val="20"/>
        </w:rPr>
        <w:t>인용</w:t>
      </w:r>
      <w:r>
        <w:rPr>
          <w:rFonts w:ascii="Pretendard" w:eastAsia="Pretendard" w:hAnsi="Pretendard" w:cs="Pretendard"/>
          <w:color w:val="555560"/>
          <w:sz w:val="20"/>
        </w:rPr>
        <w:t xml:space="preserve"> URL </w:t>
      </w:r>
      <w:r>
        <w:rPr>
          <w:rFonts w:ascii="Pretendard" w:eastAsia="Pretendard" w:hAnsi="Pretendard" w:cs="Pretendard"/>
          <w:color w:val="555560"/>
          <w:sz w:val="20"/>
        </w:rPr>
        <w:t>수</w:t>
      </w:r>
      <w:r>
        <w:rPr>
          <w:rFonts w:ascii="Pretendard" w:eastAsia="Pretendard" w:hAnsi="Pretendard" w:cs="Pretendard"/>
          <w:color w:val="555560"/>
          <w:sz w:val="20"/>
        </w:rPr>
        <w:t xml:space="preserve"> ChatGPT 448</w:t>
      </w:r>
      <w:r>
        <w:rPr>
          <w:rFonts w:ascii="Pretendard" w:eastAsia="Pretendard" w:hAnsi="Pretendard" w:cs="Pretendard"/>
          <w:color w:val="555560"/>
          <w:sz w:val="20"/>
        </w:rPr>
        <w:t>개</w:t>
      </w:r>
      <w:r>
        <w:rPr>
          <w:rFonts w:ascii="Pretendard" w:eastAsia="Pretendard" w:hAnsi="Pretendard" w:cs="Pretendard"/>
          <w:color w:val="555560"/>
          <w:sz w:val="20"/>
        </w:rPr>
        <w:t>, Perplexity 2,316</w:t>
      </w:r>
      <w:r>
        <w:rPr>
          <w:rFonts w:ascii="Pretendard" w:eastAsia="Pretendard" w:hAnsi="Pretendard" w:cs="Pretendard"/>
          <w:color w:val="555560"/>
          <w:sz w:val="20"/>
        </w:rPr>
        <w:t>개</w:t>
      </w:r>
      <w:r>
        <w:rPr>
          <w:rFonts w:ascii="Pretendard" w:eastAsia="Pretendard" w:hAnsi="Pretendard" w:cs="Pretendard"/>
          <w:color w:val="555560"/>
          <w:sz w:val="20"/>
        </w:rPr>
        <w:t>.</w:t>
      </w:r>
    </w:p>
    <w:p w14:paraId="27EA36ED" w14:textId="77777777" w:rsidR="004B1372" w:rsidRDefault="00BB0BE3">
      <w:pPr>
        <w:pStyle w:val="a0"/>
        <w:spacing w:after="60" w:line="312" w:lineRule="auto"/>
      </w:pPr>
      <w:r>
        <w:rPr>
          <w:rFonts w:ascii="Pretendard" w:eastAsia="Pretendard" w:hAnsi="Pretendard" w:cs="Pretendard"/>
          <w:b/>
          <w:color w:val="1D0024"/>
          <w:sz w:val="21"/>
        </w:rPr>
        <w:t>국내</w:t>
      </w:r>
      <w:r>
        <w:rPr>
          <w:rFonts w:ascii="Pretendard" w:eastAsia="Pretendard" w:hAnsi="Pretendard" w:cs="Pretendard"/>
          <w:b/>
          <w:color w:val="1D0024"/>
          <w:sz w:val="21"/>
        </w:rPr>
        <w:t xml:space="preserve"> </w:t>
      </w:r>
      <w:r>
        <w:rPr>
          <w:rFonts w:ascii="Pretendard" w:eastAsia="Pretendard" w:hAnsi="Pretendard" w:cs="Pretendard"/>
          <w:b/>
          <w:color w:val="1D0024"/>
          <w:sz w:val="21"/>
        </w:rPr>
        <w:t>질문에서는</w:t>
      </w:r>
      <w:r>
        <w:rPr>
          <w:rFonts w:ascii="Pretendard" w:eastAsia="Pretendard" w:hAnsi="Pretendard" w:cs="Pretendard"/>
          <w:b/>
          <w:color w:val="1D0024"/>
          <w:sz w:val="21"/>
        </w:rPr>
        <w:t xml:space="preserve"> </w:t>
      </w:r>
      <w:r>
        <w:rPr>
          <w:rFonts w:ascii="Pretendard" w:eastAsia="Pretendard" w:hAnsi="Pretendard" w:cs="Pretendard"/>
          <w:b/>
          <w:color w:val="1D0024"/>
          <w:sz w:val="21"/>
        </w:rPr>
        <w:t>강남언니와</w:t>
      </w:r>
      <w:r>
        <w:rPr>
          <w:rFonts w:ascii="Pretendard" w:eastAsia="Pretendard" w:hAnsi="Pretendard" w:cs="Pretendard"/>
          <w:b/>
          <w:color w:val="1D0024"/>
          <w:sz w:val="21"/>
        </w:rPr>
        <w:t xml:space="preserve"> </w:t>
      </w:r>
      <w:r>
        <w:rPr>
          <w:rFonts w:ascii="Pretendard" w:eastAsia="Pretendard" w:hAnsi="Pretendard" w:cs="Pretendard"/>
          <w:b/>
          <w:color w:val="1D0024"/>
          <w:sz w:val="21"/>
        </w:rPr>
        <w:t>네이버</w:t>
      </w:r>
      <w:r>
        <w:rPr>
          <w:rFonts w:ascii="Pretendard" w:eastAsia="Pretendard" w:hAnsi="Pretendard" w:cs="Pretendard"/>
          <w:b/>
          <w:color w:val="1D0024"/>
          <w:sz w:val="21"/>
        </w:rPr>
        <w:t xml:space="preserve"> </w:t>
      </w:r>
      <w:r>
        <w:rPr>
          <w:rFonts w:ascii="Pretendard" w:eastAsia="Pretendard" w:hAnsi="Pretendard" w:cs="Pretendard"/>
          <w:b/>
          <w:color w:val="1D0024"/>
          <w:sz w:val="21"/>
        </w:rPr>
        <w:t>블로그가</w:t>
      </w:r>
      <w:r>
        <w:rPr>
          <w:rFonts w:ascii="Pretendard" w:eastAsia="Pretendard" w:hAnsi="Pretendard" w:cs="Pretendard"/>
          <w:b/>
          <w:color w:val="1D0024"/>
          <w:sz w:val="21"/>
        </w:rPr>
        <w:t xml:space="preserve"> </w:t>
      </w:r>
      <w:r>
        <w:rPr>
          <w:rFonts w:ascii="Pretendard" w:eastAsia="Pretendard" w:hAnsi="Pretendard" w:cs="Pretendard"/>
          <w:b/>
          <w:color w:val="1D0024"/>
          <w:sz w:val="21"/>
        </w:rPr>
        <w:t>인용을</w:t>
      </w:r>
      <w:r>
        <w:rPr>
          <w:rFonts w:ascii="Pretendard" w:eastAsia="Pretendard" w:hAnsi="Pretendard" w:cs="Pretendard"/>
          <w:b/>
          <w:color w:val="1D0024"/>
          <w:sz w:val="21"/>
        </w:rPr>
        <w:t xml:space="preserve"> </w:t>
      </w:r>
      <w:r>
        <w:rPr>
          <w:rFonts w:ascii="Pretendard" w:eastAsia="Pretendard" w:hAnsi="Pretendard" w:cs="Pretendard"/>
          <w:b/>
          <w:color w:val="1D0024"/>
          <w:sz w:val="21"/>
        </w:rPr>
        <w:t>가져갑니다</w:t>
      </w:r>
      <w:r>
        <w:rPr>
          <w:rFonts w:ascii="Pretendard" w:eastAsia="Pretendard" w:hAnsi="Pretendard" w:cs="Pretendard"/>
          <w:b/>
          <w:color w:val="1D0024"/>
          <w:sz w:val="21"/>
        </w:rPr>
        <w:t xml:space="preserve">. </w:t>
      </w:r>
      <w:r>
        <w:rPr>
          <w:rFonts w:ascii="Pretendard" w:eastAsia="Pretendard" w:hAnsi="Pretendard" w:cs="Pretendard"/>
          <w:color w:val="1D0024"/>
          <w:sz w:val="21"/>
        </w:rPr>
        <w:t>허브가</w:t>
      </w:r>
      <w:r>
        <w:rPr>
          <w:rFonts w:ascii="Pretendard" w:eastAsia="Pretendard" w:hAnsi="Pretendard" w:cs="Pretendard"/>
          <w:color w:val="1D0024"/>
          <w:sz w:val="21"/>
        </w:rPr>
        <w:t xml:space="preserve"> </w:t>
      </w:r>
      <w:r>
        <w:rPr>
          <w:rFonts w:ascii="Pretendard" w:eastAsia="Pretendard" w:hAnsi="Pretendard" w:cs="Pretendard"/>
          <w:color w:val="1D0024"/>
          <w:sz w:val="21"/>
        </w:rPr>
        <w:t>국문으로</w:t>
      </w:r>
      <w:r>
        <w:rPr>
          <w:rFonts w:ascii="Pretendard" w:eastAsia="Pretendard" w:hAnsi="Pretendard" w:cs="Pretendard"/>
          <w:color w:val="1D0024"/>
          <w:sz w:val="21"/>
        </w:rPr>
        <w:t xml:space="preserve"> </w:t>
      </w:r>
      <w:r>
        <w:rPr>
          <w:rFonts w:ascii="Pretendard" w:eastAsia="Pretendard" w:hAnsi="Pretendard" w:cs="Pretendard"/>
          <w:color w:val="1D0024"/>
          <w:sz w:val="21"/>
        </w:rPr>
        <w:t>들어갈</w:t>
      </w:r>
      <w:r>
        <w:rPr>
          <w:rFonts w:ascii="Pretendard" w:eastAsia="Pretendard" w:hAnsi="Pretendard" w:cs="Pretendard"/>
          <w:color w:val="1D0024"/>
          <w:sz w:val="21"/>
        </w:rPr>
        <w:t xml:space="preserve"> </w:t>
      </w:r>
      <w:r>
        <w:rPr>
          <w:rFonts w:ascii="Pretendard" w:eastAsia="Pretendard" w:hAnsi="Pretendard" w:cs="Pretendard"/>
          <w:color w:val="1D0024"/>
          <w:sz w:val="21"/>
        </w:rPr>
        <w:t>여지는</w:t>
      </w:r>
      <w:r>
        <w:rPr>
          <w:rFonts w:ascii="Pretendard" w:eastAsia="Pretendard" w:hAnsi="Pretendard" w:cs="Pretendard"/>
          <w:color w:val="1D0024"/>
          <w:sz w:val="21"/>
        </w:rPr>
        <w:t xml:space="preserve"> </w:t>
      </w:r>
      <w:r>
        <w:rPr>
          <w:rFonts w:ascii="Pretendard" w:eastAsia="Pretendard" w:hAnsi="Pretendard" w:cs="Pretendard"/>
          <w:color w:val="1D0024"/>
          <w:sz w:val="21"/>
        </w:rPr>
        <w:t>작습니다</w:t>
      </w:r>
      <w:r>
        <w:rPr>
          <w:rFonts w:ascii="Pretendard" w:eastAsia="Pretendard" w:hAnsi="Pretendard" w:cs="Pretendard"/>
          <w:color w:val="1D0024"/>
          <w:sz w:val="21"/>
        </w:rPr>
        <w:t>.</w:t>
      </w:r>
    </w:p>
    <w:p w14:paraId="5F49F770" w14:textId="77777777" w:rsidR="004B1372" w:rsidRDefault="00BB0BE3">
      <w:pPr>
        <w:pStyle w:val="a0"/>
        <w:spacing w:after="60" w:line="312" w:lineRule="auto"/>
      </w:pPr>
      <w:r>
        <w:rPr>
          <w:rFonts w:ascii="Pretendard" w:eastAsia="Pretendard" w:hAnsi="Pretendard" w:cs="Pretendard"/>
          <w:b/>
          <w:color w:val="1D0024"/>
          <w:sz w:val="21"/>
        </w:rPr>
        <w:t>외국인</w:t>
      </w:r>
      <w:r>
        <w:rPr>
          <w:rFonts w:ascii="Pretendard" w:eastAsia="Pretendard" w:hAnsi="Pretendard" w:cs="Pretendard"/>
          <w:b/>
          <w:color w:val="1D0024"/>
          <w:sz w:val="21"/>
        </w:rPr>
        <w:t xml:space="preserve"> </w:t>
      </w:r>
      <w:r>
        <w:rPr>
          <w:rFonts w:ascii="Pretendard" w:eastAsia="Pretendard" w:hAnsi="Pretendard" w:cs="Pretendard"/>
          <w:b/>
          <w:color w:val="1D0024"/>
          <w:sz w:val="21"/>
        </w:rPr>
        <w:t>질문에서는</w:t>
      </w:r>
      <w:r>
        <w:rPr>
          <w:rFonts w:ascii="Pretendard" w:eastAsia="Pretendard" w:hAnsi="Pretendard" w:cs="Pretendard"/>
          <w:b/>
          <w:color w:val="1D0024"/>
          <w:sz w:val="21"/>
        </w:rPr>
        <w:t xml:space="preserve"> </w:t>
      </w:r>
      <w:r>
        <w:rPr>
          <w:rFonts w:ascii="Pretendard" w:eastAsia="Pretendard" w:hAnsi="Pretendard" w:cs="Pretendard"/>
          <w:b/>
          <w:color w:val="1D0024"/>
          <w:sz w:val="21"/>
        </w:rPr>
        <w:t>국내</w:t>
      </w:r>
      <w:r>
        <w:rPr>
          <w:rFonts w:ascii="Pretendard" w:eastAsia="Pretendard" w:hAnsi="Pretendard" w:cs="Pretendard"/>
          <w:b/>
          <w:color w:val="1D0024"/>
          <w:sz w:val="21"/>
        </w:rPr>
        <w:t xml:space="preserve"> </w:t>
      </w:r>
      <w:r>
        <w:rPr>
          <w:rFonts w:ascii="Pretendard" w:eastAsia="Pretendard" w:hAnsi="Pretendard" w:cs="Pretendard"/>
          <w:b/>
          <w:color w:val="1D0024"/>
          <w:sz w:val="21"/>
        </w:rPr>
        <w:t>앱보다</w:t>
      </w:r>
      <w:r>
        <w:rPr>
          <w:rFonts w:ascii="Pretendard" w:eastAsia="Pretendard" w:hAnsi="Pretendard" w:cs="Pretendard"/>
          <w:b/>
          <w:color w:val="1D0024"/>
          <w:sz w:val="21"/>
        </w:rPr>
        <w:t xml:space="preserve"> </w:t>
      </w:r>
      <w:r>
        <w:rPr>
          <w:rFonts w:ascii="Pretendard" w:eastAsia="Pretendard" w:hAnsi="Pretendard" w:cs="Pretendard"/>
          <w:b/>
          <w:color w:val="1D0024"/>
          <w:sz w:val="21"/>
        </w:rPr>
        <w:t>해외</w:t>
      </w:r>
      <w:r>
        <w:rPr>
          <w:rFonts w:ascii="Pretendard" w:eastAsia="Pretendard" w:hAnsi="Pretendard" w:cs="Pretendard"/>
          <w:b/>
          <w:color w:val="1D0024"/>
          <w:sz w:val="21"/>
        </w:rPr>
        <w:t xml:space="preserve"> </w:t>
      </w:r>
      <w:r>
        <w:rPr>
          <w:rFonts w:ascii="Pretendard" w:eastAsia="Pretendard" w:hAnsi="Pretendard" w:cs="Pretendard"/>
          <w:b/>
          <w:color w:val="1D0024"/>
          <w:sz w:val="21"/>
        </w:rPr>
        <w:t>중개</w:t>
      </w:r>
      <w:r>
        <w:rPr>
          <w:rFonts w:ascii="Pretendard" w:eastAsia="Pretendard" w:hAnsi="Pretendard" w:cs="Pretendard"/>
          <w:b/>
          <w:color w:val="1D0024"/>
          <w:sz w:val="21"/>
        </w:rPr>
        <w:t xml:space="preserve"> </w:t>
      </w:r>
      <w:r>
        <w:rPr>
          <w:rFonts w:ascii="Pretendard" w:eastAsia="Pretendard" w:hAnsi="Pretendard" w:cs="Pretendard"/>
          <w:b/>
          <w:color w:val="1D0024"/>
          <w:sz w:val="21"/>
        </w:rPr>
        <w:t>사이트와</w:t>
      </w:r>
      <w:r>
        <w:rPr>
          <w:rFonts w:ascii="Pretendard" w:eastAsia="Pretendard" w:hAnsi="Pretendard" w:cs="Pretendard"/>
          <w:b/>
          <w:color w:val="1D0024"/>
          <w:sz w:val="21"/>
        </w:rPr>
        <w:t xml:space="preserve"> </w:t>
      </w:r>
      <w:r>
        <w:rPr>
          <w:rFonts w:ascii="Pretendard" w:eastAsia="Pretendard" w:hAnsi="Pretendard" w:cs="Pretendard"/>
          <w:b/>
          <w:color w:val="1D0024"/>
          <w:sz w:val="21"/>
        </w:rPr>
        <w:t>영문</w:t>
      </w:r>
      <w:r>
        <w:rPr>
          <w:rFonts w:ascii="Pretendard" w:eastAsia="Pretendard" w:hAnsi="Pretendard" w:cs="Pretendard"/>
          <w:b/>
          <w:color w:val="1D0024"/>
          <w:sz w:val="21"/>
        </w:rPr>
        <w:t xml:space="preserve"> </w:t>
      </w:r>
      <w:r>
        <w:rPr>
          <w:rFonts w:ascii="Pretendard" w:eastAsia="Pretendard" w:hAnsi="Pretendard" w:cs="Pretendard"/>
          <w:b/>
          <w:color w:val="1D0024"/>
          <w:sz w:val="21"/>
        </w:rPr>
        <w:t>가이드</w:t>
      </w:r>
      <w:r>
        <w:rPr>
          <w:rFonts w:ascii="Pretendard" w:eastAsia="Pretendard" w:hAnsi="Pretendard" w:cs="Pretendard"/>
          <w:b/>
          <w:color w:val="1D0024"/>
          <w:sz w:val="21"/>
        </w:rPr>
        <w:t xml:space="preserve"> </w:t>
      </w:r>
      <w:r>
        <w:rPr>
          <w:rFonts w:ascii="Pretendard" w:eastAsia="Pretendard" w:hAnsi="Pretendard" w:cs="Pretendard"/>
          <w:b/>
          <w:color w:val="1D0024"/>
          <w:sz w:val="21"/>
        </w:rPr>
        <w:t>사이트가</w:t>
      </w:r>
      <w:r>
        <w:rPr>
          <w:rFonts w:ascii="Pretendard" w:eastAsia="Pretendard" w:hAnsi="Pretendard" w:cs="Pretendard"/>
          <w:b/>
          <w:color w:val="1D0024"/>
          <w:sz w:val="21"/>
        </w:rPr>
        <w:t xml:space="preserve"> </w:t>
      </w:r>
      <w:r>
        <w:rPr>
          <w:rFonts w:ascii="Pretendard" w:eastAsia="Pretendard" w:hAnsi="Pretendard" w:cs="Pretendard"/>
          <w:b/>
          <w:color w:val="1D0024"/>
          <w:sz w:val="21"/>
        </w:rPr>
        <w:t>인용됩니다</w:t>
      </w:r>
      <w:r>
        <w:rPr>
          <w:rFonts w:ascii="Pretendard" w:eastAsia="Pretendard" w:hAnsi="Pretendard" w:cs="Pretendard"/>
          <w:b/>
          <w:color w:val="1D0024"/>
          <w:sz w:val="21"/>
        </w:rPr>
        <w:t xml:space="preserve">. </w:t>
      </w:r>
      <w:r>
        <w:rPr>
          <w:rFonts w:ascii="Pretendard" w:eastAsia="Pretendard" w:hAnsi="Pretendard" w:cs="Pretendard"/>
          <w:color w:val="1D0024"/>
          <w:sz w:val="21"/>
        </w:rPr>
        <w:t>크리에이트립</w:t>
      </w:r>
      <w:r>
        <w:rPr>
          <w:rFonts w:ascii="Pretendard" w:eastAsia="Pretendard" w:hAnsi="Pretendard" w:cs="Pretendard"/>
          <w:color w:val="1D0024"/>
          <w:sz w:val="21"/>
        </w:rPr>
        <w:t>·</w:t>
      </w:r>
      <w:r>
        <w:rPr>
          <w:rFonts w:ascii="Pretendard" w:eastAsia="Pretendard" w:hAnsi="Pretendard" w:cs="Pretendard"/>
          <w:color w:val="1D0024"/>
          <w:sz w:val="21"/>
        </w:rPr>
        <w:t>바비톡은</w:t>
      </w:r>
      <w:r>
        <w:rPr>
          <w:rFonts w:ascii="Pretendard" w:eastAsia="Pretendard" w:hAnsi="Pretendard" w:cs="Pretendard"/>
          <w:color w:val="1D0024"/>
          <w:sz w:val="21"/>
        </w:rPr>
        <w:t xml:space="preserve"> 0</w:t>
      </w:r>
      <w:r>
        <w:rPr>
          <w:rFonts w:ascii="Pretendard" w:eastAsia="Pretendard" w:hAnsi="Pretendard" w:cs="Pretendard"/>
          <w:color w:val="1D0024"/>
          <w:sz w:val="21"/>
        </w:rPr>
        <w:t>건이었습니다</w:t>
      </w:r>
      <w:r>
        <w:rPr>
          <w:rFonts w:ascii="Pretendard" w:eastAsia="Pretendard" w:hAnsi="Pretendard" w:cs="Pretendard"/>
          <w:color w:val="1D0024"/>
          <w:sz w:val="21"/>
        </w:rPr>
        <w:t xml:space="preserve">. </w:t>
      </w:r>
      <w:r>
        <w:rPr>
          <w:rFonts w:ascii="Pretendard" w:eastAsia="Pretendard" w:hAnsi="Pretendard" w:cs="Pretendard"/>
          <w:color w:val="1D0024"/>
          <w:sz w:val="21"/>
        </w:rPr>
        <w:t>이</w:t>
      </w:r>
      <w:r>
        <w:rPr>
          <w:rFonts w:ascii="Pretendard" w:eastAsia="Pretendard" w:hAnsi="Pretendard" w:cs="Pretendard"/>
          <w:color w:val="1D0024"/>
          <w:sz w:val="21"/>
        </w:rPr>
        <w:t xml:space="preserve"> </w:t>
      </w:r>
      <w:r>
        <w:rPr>
          <w:rFonts w:ascii="Pretendard" w:eastAsia="Pretendard" w:hAnsi="Pretendard" w:cs="Pretendard"/>
          <w:color w:val="1D0024"/>
          <w:sz w:val="21"/>
        </w:rPr>
        <w:t>영역은</w:t>
      </w:r>
      <w:r>
        <w:rPr>
          <w:rFonts w:ascii="Pretendard" w:eastAsia="Pretendard" w:hAnsi="Pretendard" w:cs="Pretendard"/>
          <w:color w:val="1D0024"/>
          <w:sz w:val="21"/>
        </w:rPr>
        <w:t xml:space="preserve"> </w:t>
      </w:r>
      <w:r>
        <w:rPr>
          <w:rFonts w:ascii="Pretendard" w:eastAsia="Pretendard" w:hAnsi="Pretendard" w:cs="Pretendard"/>
          <w:color w:val="1D0024"/>
          <w:sz w:val="21"/>
        </w:rPr>
        <w:t>대형</w:t>
      </w:r>
      <w:r>
        <w:rPr>
          <w:rFonts w:ascii="Pretendard" w:eastAsia="Pretendard" w:hAnsi="Pretendard" w:cs="Pretendard"/>
          <w:color w:val="1D0024"/>
          <w:sz w:val="21"/>
        </w:rPr>
        <w:t xml:space="preserve"> </w:t>
      </w:r>
      <w:r>
        <w:rPr>
          <w:rFonts w:ascii="Pretendard" w:eastAsia="Pretendard" w:hAnsi="Pretendard" w:cs="Pretendard"/>
          <w:color w:val="1D0024"/>
          <w:sz w:val="21"/>
        </w:rPr>
        <w:t>앱이</w:t>
      </w:r>
      <w:r>
        <w:rPr>
          <w:rFonts w:ascii="Pretendard" w:eastAsia="Pretendard" w:hAnsi="Pretendard" w:cs="Pretendard"/>
          <w:color w:val="1D0024"/>
          <w:sz w:val="21"/>
        </w:rPr>
        <w:t xml:space="preserve"> </w:t>
      </w:r>
      <w:r>
        <w:rPr>
          <w:rFonts w:ascii="Pretendard" w:eastAsia="Pretendard" w:hAnsi="Pretendard" w:cs="Pretendard"/>
          <w:color w:val="1D0024"/>
          <w:sz w:val="21"/>
        </w:rPr>
        <w:t>비어</w:t>
      </w:r>
      <w:r>
        <w:rPr>
          <w:rFonts w:ascii="Pretendard" w:eastAsia="Pretendard" w:hAnsi="Pretendard" w:cs="Pretendard"/>
          <w:color w:val="1D0024"/>
          <w:sz w:val="21"/>
        </w:rPr>
        <w:t xml:space="preserve"> </w:t>
      </w:r>
      <w:r>
        <w:rPr>
          <w:rFonts w:ascii="Pretendard" w:eastAsia="Pretendard" w:hAnsi="Pretendard" w:cs="Pretendard"/>
          <w:color w:val="1D0024"/>
          <w:sz w:val="21"/>
        </w:rPr>
        <w:t>있지만</w:t>
      </w:r>
      <w:r>
        <w:rPr>
          <w:rFonts w:ascii="Pretendard" w:eastAsia="Pretendard" w:hAnsi="Pretendard" w:cs="Pretendard"/>
          <w:color w:val="1D0024"/>
          <w:sz w:val="21"/>
        </w:rPr>
        <w:t xml:space="preserve">, </w:t>
      </w:r>
      <w:r>
        <w:rPr>
          <w:rFonts w:ascii="Pretendard" w:eastAsia="Pretendard" w:hAnsi="Pretendard" w:cs="Pretendard"/>
          <w:color w:val="1D0024"/>
          <w:sz w:val="21"/>
        </w:rPr>
        <w:t>소규모</w:t>
      </w:r>
      <w:r>
        <w:rPr>
          <w:rFonts w:ascii="Pretendard" w:eastAsia="Pretendard" w:hAnsi="Pretendard" w:cs="Pretendard"/>
          <w:color w:val="1D0024"/>
          <w:sz w:val="21"/>
        </w:rPr>
        <w:t xml:space="preserve"> </w:t>
      </w:r>
      <w:r>
        <w:rPr>
          <w:rFonts w:ascii="Pretendard" w:eastAsia="Pretendard" w:hAnsi="Pretendard" w:cs="Pretendard"/>
          <w:color w:val="1D0024"/>
          <w:sz w:val="21"/>
        </w:rPr>
        <w:t>영문</w:t>
      </w:r>
      <w:r>
        <w:rPr>
          <w:rFonts w:ascii="Pretendard" w:eastAsia="Pretendard" w:hAnsi="Pretendard" w:cs="Pretendard"/>
          <w:color w:val="1D0024"/>
          <w:sz w:val="21"/>
        </w:rPr>
        <w:t xml:space="preserve"> </w:t>
      </w:r>
      <w:r>
        <w:rPr>
          <w:rFonts w:ascii="Pretendard" w:eastAsia="Pretendard" w:hAnsi="Pretendard" w:cs="Pretendard"/>
          <w:color w:val="1D0024"/>
          <w:sz w:val="21"/>
        </w:rPr>
        <w:t>사이트가</w:t>
      </w:r>
      <w:r>
        <w:rPr>
          <w:rFonts w:ascii="Pretendard" w:eastAsia="Pretendard" w:hAnsi="Pretendard" w:cs="Pretendard"/>
          <w:color w:val="1D0024"/>
          <w:sz w:val="21"/>
        </w:rPr>
        <w:t xml:space="preserve"> </w:t>
      </w:r>
      <w:r>
        <w:rPr>
          <w:rFonts w:ascii="Pretendard" w:eastAsia="Pretendard" w:hAnsi="Pretendard" w:cs="Pretendard"/>
          <w:color w:val="1D0024"/>
          <w:sz w:val="21"/>
        </w:rPr>
        <w:t>이미</w:t>
      </w:r>
      <w:r>
        <w:rPr>
          <w:rFonts w:ascii="Pretendard" w:eastAsia="Pretendard" w:hAnsi="Pretendard" w:cs="Pretendard"/>
          <w:color w:val="1D0024"/>
          <w:sz w:val="21"/>
        </w:rPr>
        <w:t xml:space="preserve"> </w:t>
      </w:r>
      <w:r>
        <w:rPr>
          <w:rFonts w:ascii="Pretendard" w:eastAsia="Pretendard" w:hAnsi="Pretendard" w:cs="Pretendard"/>
          <w:color w:val="1D0024"/>
          <w:sz w:val="21"/>
        </w:rPr>
        <w:t>채우고</w:t>
      </w:r>
      <w:r>
        <w:rPr>
          <w:rFonts w:ascii="Pretendard" w:eastAsia="Pretendard" w:hAnsi="Pretendard" w:cs="Pretendard"/>
          <w:color w:val="1D0024"/>
          <w:sz w:val="21"/>
        </w:rPr>
        <w:t xml:space="preserve"> </w:t>
      </w:r>
      <w:r>
        <w:rPr>
          <w:rFonts w:ascii="Pretendard" w:eastAsia="Pretendard" w:hAnsi="Pretendard" w:cs="Pretendard"/>
          <w:color w:val="1D0024"/>
          <w:sz w:val="21"/>
        </w:rPr>
        <w:t>있습니다</w:t>
      </w:r>
      <w:r>
        <w:rPr>
          <w:rFonts w:ascii="Pretendard" w:eastAsia="Pretendard" w:hAnsi="Pretendard" w:cs="Pretendard"/>
          <w:color w:val="1D0024"/>
          <w:sz w:val="21"/>
        </w:rPr>
        <w:t>.</w:t>
      </w:r>
    </w:p>
    <w:p w14:paraId="33A67F9F" w14:textId="77777777" w:rsidR="004B1372" w:rsidRDefault="00BB0BE3">
      <w:pPr>
        <w:pStyle w:val="a0"/>
        <w:spacing w:after="60" w:line="312" w:lineRule="auto"/>
      </w:pPr>
      <w:r>
        <w:rPr>
          <w:rFonts w:ascii="Pretendard" w:eastAsia="Pretendard" w:hAnsi="Pretendard" w:cs="Pretendard"/>
          <w:b/>
          <w:color w:val="1D0024"/>
          <w:sz w:val="21"/>
        </w:rPr>
        <w:t>병원</w:t>
      </w:r>
      <w:r>
        <w:rPr>
          <w:rFonts w:ascii="Pretendard" w:eastAsia="Pretendard" w:hAnsi="Pretendard" w:cs="Pretendard"/>
          <w:b/>
          <w:color w:val="1D0024"/>
          <w:sz w:val="21"/>
        </w:rPr>
        <w:t xml:space="preserve"> </w:t>
      </w:r>
      <w:r>
        <w:rPr>
          <w:rFonts w:ascii="Pretendard" w:eastAsia="Pretendard" w:hAnsi="Pretendard" w:cs="Pretendard"/>
          <w:b/>
          <w:color w:val="1D0024"/>
          <w:sz w:val="21"/>
        </w:rPr>
        <w:t>공식</w:t>
      </w:r>
      <w:r>
        <w:rPr>
          <w:rFonts w:ascii="Pretendard" w:eastAsia="Pretendard" w:hAnsi="Pretendard" w:cs="Pretendard"/>
          <w:b/>
          <w:color w:val="1D0024"/>
          <w:sz w:val="21"/>
        </w:rPr>
        <w:t xml:space="preserve"> </w:t>
      </w:r>
      <w:r>
        <w:rPr>
          <w:rFonts w:ascii="Pretendard" w:eastAsia="Pretendard" w:hAnsi="Pretendard" w:cs="Pretendard"/>
          <w:b/>
          <w:color w:val="1D0024"/>
          <w:sz w:val="21"/>
        </w:rPr>
        <w:t>영문</w:t>
      </w:r>
      <w:r>
        <w:rPr>
          <w:rFonts w:ascii="Pretendard" w:eastAsia="Pretendard" w:hAnsi="Pretendard" w:cs="Pretendard"/>
          <w:b/>
          <w:color w:val="1D0024"/>
          <w:sz w:val="21"/>
        </w:rPr>
        <w:t xml:space="preserve"> </w:t>
      </w:r>
      <w:r>
        <w:rPr>
          <w:rFonts w:ascii="Pretendard" w:eastAsia="Pretendard" w:hAnsi="Pretendard" w:cs="Pretendard"/>
          <w:b/>
          <w:color w:val="1D0024"/>
          <w:sz w:val="21"/>
        </w:rPr>
        <w:t>사이트가</w:t>
      </w:r>
      <w:r>
        <w:rPr>
          <w:rFonts w:ascii="Pretendard" w:eastAsia="Pretendard" w:hAnsi="Pretendard" w:cs="Pretendard"/>
          <w:b/>
          <w:color w:val="1D0024"/>
          <w:sz w:val="21"/>
        </w:rPr>
        <w:t xml:space="preserve"> </w:t>
      </w:r>
      <w:r>
        <w:rPr>
          <w:rFonts w:ascii="Pretendard" w:eastAsia="Pretendard" w:hAnsi="Pretendard" w:cs="Pretendard"/>
          <w:b/>
          <w:color w:val="1D0024"/>
          <w:sz w:val="21"/>
        </w:rPr>
        <w:t>가장</w:t>
      </w:r>
      <w:r>
        <w:rPr>
          <w:rFonts w:ascii="Pretendard" w:eastAsia="Pretendard" w:hAnsi="Pretendard" w:cs="Pretendard"/>
          <w:b/>
          <w:color w:val="1D0024"/>
          <w:sz w:val="21"/>
        </w:rPr>
        <w:t xml:space="preserve"> </w:t>
      </w:r>
      <w:r>
        <w:rPr>
          <w:rFonts w:ascii="Pretendard" w:eastAsia="Pretendard" w:hAnsi="Pretendard" w:cs="Pretendard"/>
          <w:b/>
          <w:color w:val="1D0024"/>
          <w:sz w:val="21"/>
        </w:rPr>
        <w:t>많이</w:t>
      </w:r>
      <w:r>
        <w:rPr>
          <w:rFonts w:ascii="Pretendard" w:eastAsia="Pretendard" w:hAnsi="Pretendard" w:cs="Pretendard"/>
          <w:b/>
          <w:color w:val="1D0024"/>
          <w:sz w:val="21"/>
        </w:rPr>
        <w:t xml:space="preserve"> </w:t>
      </w:r>
      <w:r>
        <w:rPr>
          <w:rFonts w:ascii="Pretendard" w:eastAsia="Pretendard" w:hAnsi="Pretendard" w:cs="Pretendard"/>
          <w:b/>
          <w:color w:val="1D0024"/>
          <w:sz w:val="21"/>
        </w:rPr>
        <w:t>인용됩니다</w:t>
      </w:r>
      <w:r>
        <w:rPr>
          <w:rFonts w:ascii="Pretendard" w:eastAsia="Pretendard" w:hAnsi="Pretendard" w:cs="Pretendard"/>
          <w:b/>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사이트를</w:t>
      </w:r>
      <w:r>
        <w:rPr>
          <w:rFonts w:ascii="Pretendard" w:eastAsia="Pretendard" w:hAnsi="Pretendard" w:cs="Pretendard"/>
          <w:color w:val="1D0024"/>
          <w:sz w:val="21"/>
        </w:rPr>
        <w:t xml:space="preserve"> </w:t>
      </w:r>
      <w:r>
        <w:rPr>
          <w:rFonts w:ascii="Pretendard" w:eastAsia="Pretendard" w:hAnsi="Pretendard" w:cs="Pretendard"/>
          <w:color w:val="1D0024"/>
          <w:sz w:val="21"/>
        </w:rPr>
        <w:t>강화하는</w:t>
      </w:r>
      <w:r>
        <w:rPr>
          <w:rFonts w:ascii="Pretendard" w:eastAsia="Pretendard" w:hAnsi="Pretendard" w:cs="Pretendard"/>
          <w:color w:val="1D0024"/>
          <w:sz w:val="21"/>
        </w:rPr>
        <w:t xml:space="preserve"> </w:t>
      </w:r>
      <w:r>
        <w:rPr>
          <w:rFonts w:ascii="Pretendard" w:eastAsia="Pretendard" w:hAnsi="Pretendard" w:cs="Pretendard"/>
          <w:color w:val="1D0024"/>
          <w:sz w:val="21"/>
        </w:rPr>
        <w:t>서포터즈</w:t>
      </w:r>
      <w:r>
        <w:rPr>
          <w:rFonts w:ascii="Pretendard" w:eastAsia="Pretendard" w:hAnsi="Pretendard" w:cs="Pretendard"/>
          <w:color w:val="1D0024"/>
          <w:sz w:val="21"/>
        </w:rPr>
        <w:t xml:space="preserve">·AEO </w:t>
      </w:r>
      <w:r>
        <w:rPr>
          <w:rFonts w:ascii="Pretendard" w:eastAsia="Pretendard" w:hAnsi="Pretendard" w:cs="Pretendard"/>
          <w:color w:val="1D0024"/>
          <w:sz w:val="21"/>
        </w:rPr>
        <w:t>작업이</w:t>
      </w:r>
      <w:r>
        <w:rPr>
          <w:rFonts w:ascii="Pretendard" w:eastAsia="Pretendard" w:hAnsi="Pretendard" w:cs="Pretendard"/>
          <w:color w:val="1D0024"/>
          <w:sz w:val="21"/>
        </w:rPr>
        <w:t xml:space="preserve"> </w:t>
      </w:r>
      <w:r>
        <w:rPr>
          <w:rFonts w:ascii="Pretendard" w:eastAsia="Pretendard" w:hAnsi="Pretendard" w:cs="Pretendard"/>
          <w:color w:val="1D0024"/>
          <w:sz w:val="21"/>
        </w:rPr>
        <w:t>허브를</w:t>
      </w:r>
      <w:r>
        <w:rPr>
          <w:rFonts w:ascii="Pretendard" w:eastAsia="Pretendard" w:hAnsi="Pretendard" w:cs="Pretendard"/>
          <w:color w:val="1D0024"/>
          <w:sz w:val="21"/>
        </w:rPr>
        <w:t xml:space="preserve"> </w:t>
      </w:r>
      <w:r>
        <w:rPr>
          <w:rFonts w:ascii="Pretendard" w:eastAsia="Pretendard" w:hAnsi="Pretendard" w:cs="Pretendard"/>
          <w:color w:val="1D0024"/>
          <w:sz w:val="21"/>
        </w:rPr>
        <w:t>만드는</w:t>
      </w:r>
      <w:r>
        <w:rPr>
          <w:rFonts w:ascii="Pretendard" w:eastAsia="Pretendard" w:hAnsi="Pretendard" w:cs="Pretendard"/>
          <w:color w:val="1D0024"/>
          <w:sz w:val="21"/>
        </w:rPr>
        <w:t xml:space="preserve"> </w:t>
      </w:r>
      <w:r>
        <w:rPr>
          <w:rFonts w:ascii="Pretendard" w:eastAsia="Pretendard" w:hAnsi="Pretendard" w:cs="Pretendard"/>
          <w:color w:val="1D0024"/>
          <w:sz w:val="21"/>
        </w:rPr>
        <w:t>것보다</w:t>
      </w:r>
      <w:r>
        <w:rPr>
          <w:rFonts w:ascii="Pretendard" w:eastAsia="Pretendard" w:hAnsi="Pretendard" w:cs="Pretendard"/>
          <w:color w:val="1D0024"/>
          <w:sz w:val="21"/>
        </w:rPr>
        <w:t xml:space="preserve"> </w:t>
      </w:r>
      <w:r>
        <w:rPr>
          <w:rFonts w:ascii="Pretendard" w:eastAsia="Pretendard" w:hAnsi="Pretendard" w:cs="Pretendard"/>
          <w:color w:val="1D0024"/>
          <w:sz w:val="21"/>
        </w:rPr>
        <w:t>인용에</w:t>
      </w:r>
      <w:r>
        <w:rPr>
          <w:rFonts w:ascii="Pretendard" w:eastAsia="Pretendard" w:hAnsi="Pretendard" w:cs="Pretendard"/>
          <w:color w:val="1D0024"/>
          <w:sz w:val="21"/>
        </w:rPr>
        <w:t xml:space="preserve"> </w:t>
      </w:r>
      <w:r>
        <w:rPr>
          <w:rFonts w:ascii="Pretendard" w:eastAsia="Pretendard" w:hAnsi="Pretendard" w:cs="Pretendard"/>
          <w:color w:val="1D0024"/>
          <w:sz w:val="21"/>
        </w:rPr>
        <w:t>직접</w:t>
      </w:r>
      <w:r>
        <w:rPr>
          <w:rFonts w:ascii="Pretendard" w:eastAsia="Pretendard" w:hAnsi="Pretendard" w:cs="Pretendard"/>
          <w:color w:val="1D0024"/>
          <w:sz w:val="21"/>
        </w:rPr>
        <w:t xml:space="preserve"> </w:t>
      </w:r>
      <w:r>
        <w:rPr>
          <w:rFonts w:ascii="Pretendard" w:eastAsia="Pretendard" w:hAnsi="Pretendard" w:cs="Pretendard"/>
          <w:color w:val="1D0024"/>
          <w:sz w:val="21"/>
        </w:rPr>
        <w:t>연결됩니다</w:t>
      </w:r>
      <w:r>
        <w:rPr>
          <w:rFonts w:ascii="Pretendard" w:eastAsia="Pretendard" w:hAnsi="Pretendard" w:cs="Pretendard"/>
          <w:color w:val="1D0024"/>
          <w:sz w:val="21"/>
        </w:rPr>
        <w:t>.</w:t>
      </w:r>
    </w:p>
    <w:p w14:paraId="157ABAE0" w14:textId="77777777" w:rsidR="004B1372" w:rsidRDefault="00BB0BE3">
      <w:pPr>
        <w:keepNext/>
        <w:spacing w:before="200" w:after="160"/>
      </w:pPr>
      <w:r>
        <w:rPr>
          <w:rFonts w:ascii="Pretendard" w:eastAsia="Pretendard" w:hAnsi="Pretendard" w:cs="Pretendard"/>
          <w:b/>
          <w:color w:val="4F1DA1"/>
          <w:sz w:val="26"/>
        </w:rPr>
        <w:t xml:space="preserve">4-7. INFINITH </w:t>
      </w:r>
      <w:r>
        <w:rPr>
          <w:rFonts w:ascii="Pretendard" w:eastAsia="Pretendard" w:hAnsi="Pretendard" w:cs="Pretendard"/>
          <w:b/>
          <w:color w:val="4F1DA1"/>
          <w:sz w:val="26"/>
        </w:rPr>
        <w:t>허브</w:t>
      </w:r>
      <w:r>
        <w:rPr>
          <w:rFonts w:ascii="Pretendard" w:eastAsia="Pretendard" w:hAnsi="Pretendard" w:cs="Pretendard"/>
          <w:b/>
          <w:color w:val="4F1DA1"/>
          <w:sz w:val="26"/>
        </w:rPr>
        <w:t xml:space="preserve"> </w:t>
      </w:r>
      <w:r>
        <w:rPr>
          <w:rFonts w:ascii="Pretendard" w:eastAsia="Pretendard" w:hAnsi="Pretendard" w:cs="Pretendard"/>
          <w:b/>
          <w:color w:val="4F1DA1"/>
          <w:sz w:val="26"/>
        </w:rPr>
        <w:t>차별점</w:t>
      </w:r>
      <w:r>
        <w:rPr>
          <w:rFonts w:ascii="Pretendard" w:eastAsia="Pretendard" w:hAnsi="Pretendard" w:cs="Pretendard"/>
          <w:b/>
          <w:color w:val="4F1DA1"/>
          <w:sz w:val="26"/>
        </w:rPr>
        <w:t xml:space="preserve"> </w:t>
      </w:r>
      <w:r>
        <w:rPr>
          <w:rFonts w:ascii="Pretendard" w:eastAsia="Pretendard" w:hAnsi="Pretendard" w:cs="Pretendard"/>
          <w:b/>
          <w:color w:val="4F1DA1"/>
          <w:sz w:val="26"/>
        </w:rPr>
        <w:t>검증</w:t>
      </w:r>
    </w:p>
    <w:tbl>
      <w:tblPr>
        <w:tblStyle w:val="af9"/>
        <w:tblW w:w="0" w:type="auto"/>
        <w:jc w:val="center"/>
        <w:tblLayout w:type="fixed"/>
        <w:tblLook w:val="04A0" w:firstRow="1" w:lastRow="0" w:firstColumn="1" w:lastColumn="0" w:noHBand="0" w:noVBand="1"/>
      </w:tblPr>
      <w:tblGrid>
        <w:gridCol w:w="2835"/>
        <w:gridCol w:w="4762"/>
        <w:gridCol w:w="2041"/>
      </w:tblGrid>
      <w:tr w:rsidR="004B1372" w14:paraId="6192996A" w14:textId="77777777">
        <w:trPr>
          <w:cantSplit/>
          <w:tblHeader/>
          <w:jc w:val="center"/>
        </w:trPr>
        <w:tc>
          <w:tcPr>
            <w:tcW w:w="2835" w:type="dxa"/>
            <w:shd w:val="clear" w:color="auto" w:fill="1D0024"/>
          </w:tcPr>
          <w:p w14:paraId="205FDB20" w14:textId="77777777" w:rsidR="004B1372" w:rsidRDefault="00BB0BE3">
            <w:r>
              <w:rPr>
                <w:rFonts w:ascii="Pretendard" w:eastAsia="Pretendard" w:hAnsi="Pretendard" w:cs="Pretendard"/>
                <w:b/>
                <w:color w:val="FFFFFF"/>
                <w:sz w:val="18"/>
              </w:rPr>
              <w:t>PRD</w:t>
            </w:r>
            <w:r>
              <w:rPr>
                <w:rFonts w:ascii="Pretendard" w:eastAsia="Pretendard" w:hAnsi="Pretendard" w:cs="Pretendard"/>
                <w:b/>
                <w:color w:val="FFFFFF"/>
                <w:sz w:val="18"/>
              </w:rPr>
              <w:t>의</w:t>
            </w:r>
            <w:r>
              <w:rPr>
                <w:rFonts w:ascii="Pretendard" w:eastAsia="Pretendard" w:hAnsi="Pretendard" w:cs="Pretendard"/>
                <w:b/>
                <w:color w:val="FFFFFF"/>
                <w:sz w:val="18"/>
              </w:rPr>
              <w:t xml:space="preserve"> </w:t>
            </w:r>
            <w:r>
              <w:rPr>
                <w:rFonts w:ascii="Pretendard" w:eastAsia="Pretendard" w:hAnsi="Pretendard" w:cs="Pretendard"/>
                <w:b/>
                <w:color w:val="FFFFFF"/>
                <w:sz w:val="18"/>
              </w:rPr>
              <w:t>차별점</w:t>
            </w:r>
          </w:p>
        </w:tc>
        <w:tc>
          <w:tcPr>
            <w:tcW w:w="4762" w:type="dxa"/>
            <w:shd w:val="clear" w:color="auto" w:fill="1D0024"/>
          </w:tcPr>
          <w:p w14:paraId="18661380" w14:textId="77777777" w:rsidR="004B1372" w:rsidRDefault="00BB0BE3">
            <w:r>
              <w:rPr>
                <w:rFonts w:ascii="Pretendard" w:eastAsia="Pretendard" w:hAnsi="Pretendard" w:cs="Pretendard"/>
                <w:b/>
                <w:color w:val="FFFFFF"/>
                <w:sz w:val="18"/>
              </w:rPr>
              <w:t>경쟁</w:t>
            </w:r>
            <w:r>
              <w:rPr>
                <w:rFonts w:ascii="Pretendard" w:eastAsia="Pretendard" w:hAnsi="Pretendard" w:cs="Pretendard"/>
                <w:b/>
                <w:color w:val="FFFFFF"/>
                <w:sz w:val="18"/>
              </w:rPr>
              <w:t xml:space="preserve"> </w:t>
            </w:r>
            <w:r>
              <w:rPr>
                <w:rFonts w:ascii="Pretendard" w:eastAsia="Pretendard" w:hAnsi="Pretendard" w:cs="Pretendard"/>
                <w:b/>
                <w:color w:val="FFFFFF"/>
                <w:sz w:val="18"/>
              </w:rPr>
              <w:t>현실</w:t>
            </w:r>
          </w:p>
        </w:tc>
        <w:tc>
          <w:tcPr>
            <w:tcW w:w="2041" w:type="dxa"/>
            <w:shd w:val="clear" w:color="auto" w:fill="1D0024"/>
          </w:tcPr>
          <w:p w14:paraId="1F06C3CF" w14:textId="77777777" w:rsidR="004B1372" w:rsidRDefault="00BB0BE3">
            <w:r>
              <w:rPr>
                <w:rFonts w:ascii="Pretendard" w:eastAsia="Pretendard" w:hAnsi="Pretendard" w:cs="Pretendard"/>
                <w:b/>
                <w:color w:val="FFFFFF"/>
                <w:sz w:val="18"/>
              </w:rPr>
              <w:t>평가</w:t>
            </w:r>
          </w:p>
        </w:tc>
      </w:tr>
      <w:tr w:rsidR="004B1372" w14:paraId="229793E8" w14:textId="77777777">
        <w:trPr>
          <w:jc w:val="center"/>
        </w:trPr>
        <w:tc>
          <w:tcPr>
            <w:tcW w:w="2835" w:type="dxa"/>
          </w:tcPr>
          <w:p w14:paraId="501460B5" w14:textId="77777777" w:rsidR="004B1372" w:rsidRDefault="00BB0BE3">
            <w:r>
              <w:rPr>
                <w:rFonts w:ascii="Pretendard" w:eastAsia="Pretendard" w:hAnsi="Pretendard" w:cs="Pretendard"/>
                <w:b/>
                <w:color w:val="1D0024"/>
                <w:sz w:val="18"/>
              </w:rPr>
              <w:t>AI</w:t>
            </w:r>
            <w:r>
              <w:rPr>
                <w:rFonts w:ascii="Pretendard" w:eastAsia="Pretendard" w:hAnsi="Pretendard" w:cs="Pretendard"/>
                <w:b/>
                <w:color w:val="1D0024"/>
                <w:sz w:val="18"/>
              </w:rPr>
              <w:t>가</w:t>
            </w:r>
            <w:r>
              <w:rPr>
                <w:rFonts w:ascii="Pretendard" w:eastAsia="Pretendard" w:hAnsi="Pretendard" w:cs="Pretendard"/>
                <w:b/>
                <w:color w:val="1D0024"/>
                <w:sz w:val="18"/>
              </w:rPr>
              <w:t xml:space="preserve"> </w:t>
            </w:r>
            <w:r>
              <w:rPr>
                <w:rFonts w:ascii="Pretendard" w:eastAsia="Pretendard" w:hAnsi="Pretendard" w:cs="Pretendard"/>
                <w:b/>
                <w:color w:val="1D0024"/>
                <w:sz w:val="18"/>
              </w:rPr>
              <w:t>인용할</w:t>
            </w:r>
            <w:r>
              <w:rPr>
                <w:rFonts w:ascii="Pretendard" w:eastAsia="Pretendard" w:hAnsi="Pretendard" w:cs="Pretendard"/>
                <w:b/>
                <w:color w:val="1D0024"/>
                <w:sz w:val="18"/>
              </w:rPr>
              <w:t xml:space="preserve"> </w:t>
            </w:r>
            <w:r>
              <w:rPr>
                <w:rFonts w:ascii="Pretendard" w:eastAsia="Pretendard" w:hAnsi="Pretendard" w:cs="Pretendard"/>
                <w:b/>
                <w:color w:val="1D0024"/>
                <w:sz w:val="18"/>
              </w:rPr>
              <w:t>다국어</w:t>
            </w:r>
            <w:r>
              <w:rPr>
                <w:rFonts w:ascii="Pretendard" w:eastAsia="Pretendard" w:hAnsi="Pretendard" w:cs="Pretendard"/>
                <w:b/>
                <w:color w:val="1D0024"/>
                <w:sz w:val="18"/>
              </w:rPr>
              <w:t xml:space="preserve"> </w:t>
            </w:r>
            <w:r>
              <w:rPr>
                <w:rFonts w:ascii="Pretendard" w:eastAsia="Pretendard" w:hAnsi="Pretendard" w:cs="Pretendard"/>
                <w:b/>
                <w:color w:val="1D0024"/>
                <w:sz w:val="18"/>
              </w:rPr>
              <w:t>원문이</w:t>
            </w:r>
            <w:r>
              <w:rPr>
                <w:rFonts w:ascii="Pretendard" w:eastAsia="Pretendard" w:hAnsi="Pretendard" w:cs="Pretendard"/>
                <w:b/>
                <w:color w:val="1D0024"/>
                <w:sz w:val="18"/>
              </w:rPr>
              <w:t xml:space="preserve"> </w:t>
            </w:r>
            <w:r>
              <w:rPr>
                <w:rFonts w:ascii="Pretendard" w:eastAsia="Pretendard" w:hAnsi="Pretendard" w:cs="Pretendard"/>
                <w:b/>
                <w:color w:val="1D0024"/>
                <w:sz w:val="18"/>
              </w:rPr>
              <w:t>오픈웹에</w:t>
            </w:r>
            <w:r>
              <w:rPr>
                <w:rFonts w:ascii="Pretendard" w:eastAsia="Pretendard" w:hAnsi="Pretendard" w:cs="Pretendard"/>
                <w:b/>
                <w:color w:val="1D0024"/>
                <w:sz w:val="18"/>
              </w:rPr>
              <w:t xml:space="preserve"> </w:t>
            </w:r>
            <w:r>
              <w:rPr>
                <w:rFonts w:ascii="Pretendard" w:eastAsia="Pretendard" w:hAnsi="Pretendard" w:cs="Pretendard"/>
                <w:b/>
                <w:color w:val="1D0024"/>
                <w:sz w:val="18"/>
              </w:rPr>
              <w:t>없다</w:t>
            </w:r>
          </w:p>
        </w:tc>
        <w:tc>
          <w:tcPr>
            <w:tcW w:w="4762" w:type="dxa"/>
          </w:tcPr>
          <w:p w14:paraId="38CEDA7E" w14:textId="77777777" w:rsidR="004B1372" w:rsidRDefault="00BB0BE3">
            <w:r>
              <w:rPr>
                <w:rFonts w:ascii="Pretendard" w:eastAsia="Pretendard" w:hAnsi="Pretendard" w:cs="Pretendard"/>
                <w:color w:val="1D0024"/>
                <w:sz w:val="18"/>
              </w:rPr>
              <w:t>영문</w:t>
            </w:r>
            <w:r>
              <w:rPr>
                <w:rFonts w:ascii="Pretendard" w:eastAsia="Pretendard" w:hAnsi="Pretendard" w:cs="Pretendard"/>
                <w:color w:val="1D0024"/>
                <w:sz w:val="18"/>
              </w:rPr>
              <w:t xml:space="preserve"> </w:t>
            </w:r>
            <w:r>
              <w:rPr>
                <w:rFonts w:ascii="Pretendard" w:eastAsia="Pretendard" w:hAnsi="Pretendard" w:cs="Pretendard"/>
                <w:color w:val="1D0024"/>
                <w:sz w:val="18"/>
              </w:rPr>
              <w:t>가이드</w:t>
            </w:r>
            <w:r>
              <w:rPr>
                <w:rFonts w:ascii="Pretendard" w:eastAsia="Pretendard" w:hAnsi="Pretendard" w:cs="Pretendard"/>
                <w:color w:val="1D0024"/>
                <w:sz w:val="18"/>
              </w:rPr>
              <w:t>·</w:t>
            </w:r>
            <w:r>
              <w:rPr>
                <w:rFonts w:ascii="Pretendard" w:eastAsia="Pretendard" w:hAnsi="Pretendard" w:cs="Pretendard"/>
                <w:color w:val="1D0024"/>
                <w:sz w:val="18"/>
              </w:rPr>
              <w:t>해외</w:t>
            </w:r>
            <w:r>
              <w:rPr>
                <w:rFonts w:ascii="Pretendard" w:eastAsia="Pretendard" w:hAnsi="Pretendard" w:cs="Pretendard"/>
                <w:color w:val="1D0024"/>
                <w:sz w:val="18"/>
              </w:rPr>
              <w:t xml:space="preserve"> </w:t>
            </w:r>
            <w:r>
              <w:rPr>
                <w:rFonts w:ascii="Pretendard" w:eastAsia="Pretendard" w:hAnsi="Pretendard" w:cs="Pretendard"/>
                <w:color w:val="1D0024"/>
                <w:sz w:val="18"/>
              </w:rPr>
              <w:t>중개</w:t>
            </w:r>
            <w:r>
              <w:rPr>
                <w:rFonts w:ascii="Pretendard" w:eastAsia="Pretendard" w:hAnsi="Pretendard" w:cs="Pretendard"/>
                <w:color w:val="1D0024"/>
                <w:sz w:val="18"/>
              </w:rPr>
              <w:t xml:space="preserve"> </w:t>
            </w:r>
            <w:r>
              <w:rPr>
                <w:rFonts w:ascii="Pretendard" w:eastAsia="Pretendard" w:hAnsi="Pretendard" w:cs="Pretendard"/>
                <w:color w:val="1D0024"/>
                <w:sz w:val="18"/>
              </w:rPr>
              <w:t>사이트가</w:t>
            </w:r>
            <w:r>
              <w:rPr>
                <w:rFonts w:ascii="Pretendard" w:eastAsia="Pretendard" w:hAnsi="Pretendard" w:cs="Pretendard"/>
                <w:color w:val="1D0024"/>
                <w:sz w:val="18"/>
              </w:rPr>
              <w:t xml:space="preserve"> </w:t>
            </w:r>
            <w:r>
              <w:rPr>
                <w:rFonts w:ascii="Pretendard" w:eastAsia="Pretendard" w:hAnsi="Pretendard" w:cs="Pretendard"/>
                <w:color w:val="1D0024"/>
                <w:sz w:val="18"/>
              </w:rPr>
              <w:t>이미</w:t>
            </w:r>
            <w:r>
              <w:rPr>
                <w:rFonts w:ascii="Pretendard" w:eastAsia="Pretendard" w:hAnsi="Pretendard" w:cs="Pretendard"/>
                <w:color w:val="1D0024"/>
                <w:sz w:val="18"/>
              </w:rPr>
              <w:t xml:space="preserve"> </w:t>
            </w:r>
            <w:r>
              <w:rPr>
                <w:rFonts w:ascii="Pretendard" w:eastAsia="Pretendard" w:hAnsi="Pretendard" w:cs="Pretendard"/>
                <w:color w:val="1D0024"/>
                <w:sz w:val="18"/>
              </w:rPr>
              <w:t>인용받고</w:t>
            </w:r>
            <w:r>
              <w:rPr>
                <w:rFonts w:ascii="Pretendard" w:eastAsia="Pretendard" w:hAnsi="Pretendard" w:cs="Pretendard"/>
                <w:color w:val="1D0024"/>
                <w:sz w:val="18"/>
              </w:rPr>
              <w:t xml:space="preserve"> </w:t>
            </w:r>
            <w:r>
              <w:rPr>
                <w:rFonts w:ascii="Pretendard" w:eastAsia="Pretendard" w:hAnsi="Pretendard" w:cs="Pretendard"/>
                <w:color w:val="1D0024"/>
                <w:sz w:val="18"/>
              </w:rPr>
              <w:t>있습니다</w:t>
            </w:r>
            <w:r>
              <w:rPr>
                <w:rFonts w:ascii="Pretendard" w:eastAsia="Pretendard" w:hAnsi="Pretendard" w:cs="Pretendard"/>
                <w:color w:val="1D0024"/>
                <w:sz w:val="18"/>
              </w:rPr>
              <w:t>(4-6)</w:t>
            </w:r>
          </w:p>
        </w:tc>
        <w:tc>
          <w:tcPr>
            <w:tcW w:w="2041" w:type="dxa"/>
          </w:tcPr>
          <w:p w14:paraId="72A0EC56" w14:textId="77777777" w:rsidR="004B1372" w:rsidRDefault="00BB0BE3">
            <w:r>
              <w:rPr>
                <w:rFonts w:ascii="Pretendard" w:eastAsia="Pretendard" w:hAnsi="Pretendard" w:cs="Pretendard"/>
                <w:color w:val="1D0024"/>
                <w:sz w:val="18"/>
              </w:rPr>
              <w:t>약함</w:t>
            </w:r>
          </w:p>
        </w:tc>
      </w:tr>
      <w:tr w:rsidR="004B1372" w14:paraId="3D0F1A25" w14:textId="77777777">
        <w:trPr>
          <w:jc w:val="center"/>
        </w:trPr>
        <w:tc>
          <w:tcPr>
            <w:tcW w:w="2835" w:type="dxa"/>
          </w:tcPr>
          <w:p w14:paraId="2C11FE14" w14:textId="77777777" w:rsidR="004B1372" w:rsidRDefault="00BB0BE3">
            <w:r>
              <w:rPr>
                <w:rFonts w:ascii="Pretendard" w:eastAsia="Pretendard" w:hAnsi="Pretendard" w:cs="Pretendard"/>
                <w:b/>
                <w:color w:val="1D0024"/>
                <w:sz w:val="18"/>
              </w:rPr>
              <w:t>기존</w:t>
            </w:r>
            <w:r>
              <w:rPr>
                <w:rFonts w:ascii="Pretendard" w:eastAsia="Pretendard" w:hAnsi="Pretendard" w:cs="Pretendard"/>
                <w:b/>
                <w:color w:val="1D0024"/>
                <w:sz w:val="18"/>
              </w:rPr>
              <w:t xml:space="preserve"> </w:t>
            </w:r>
            <w:r>
              <w:rPr>
                <w:rFonts w:ascii="Pretendard" w:eastAsia="Pretendard" w:hAnsi="Pretendard" w:cs="Pretendard"/>
                <w:b/>
                <w:color w:val="1D0024"/>
                <w:sz w:val="18"/>
              </w:rPr>
              <w:t>앱은</w:t>
            </w:r>
            <w:r>
              <w:rPr>
                <w:rFonts w:ascii="Pretendard" w:eastAsia="Pretendard" w:hAnsi="Pretendard" w:cs="Pretendard"/>
                <w:b/>
                <w:color w:val="1D0024"/>
                <w:sz w:val="18"/>
              </w:rPr>
              <w:t xml:space="preserve"> </w:t>
            </w:r>
            <w:r>
              <w:rPr>
                <w:rFonts w:ascii="Pretendard" w:eastAsia="Pretendard" w:hAnsi="Pretendard" w:cs="Pretendard"/>
                <w:b/>
                <w:color w:val="1D0024"/>
                <w:sz w:val="18"/>
              </w:rPr>
              <w:t>정보를</w:t>
            </w:r>
            <w:r>
              <w:rPr>
                <w:rFonts w:ascii="Pretendard" w:eastAsia="Pretendard" w:hAnsi="Pretendard" w:cs="Pretendard"/>
                <w:b/>
                <w:color w:val="1D0024"/>
                <w:sz w:val="18"/>
              </w:rPr>
              <w:t xml:space="preserve"> </w:t>
            </w:r>
            <w:r>
              <w:rPr>
                <w:rFonts w:ascii="Pretendard" w:eastAsia="Pretendard" w:hAnsi="Pretendard" w:cs="Pretendard"/>
                <w:b/>
                <w:color w:val="1D0024"/>
                <w:sz w:val="18"/>
              </w:rPr>
              <w:t>앱</w:t>
            </w:r>
            <w:r>
              <w:rPr>
                <w:rFonts w:ascii="Pretendard" w:eastAsia="Pretendard" w:hAnsi="Pretendard" w:cs="Pretendard"/>
                <w:b/>
                <w:color w:val="1D0024"/>
                <w:sz w:val="18"/>
              </w:rPr>
              <w:t xml:space="preserve"> </w:t>
            </w:r>
            <w:r>
              <w:rPr>
                <w:rFonts w:ascii="Pretendard" w:eastAsia="Pretendard" w:hAnsi="Pretendard" w:cs="Pretendard"/>
                <w:b/>
                <w:color w:val="1D0024"/>
                <w:sz w:val="18"/>
              </w:rPr>
              <w:t>안에</w:t>
            </w:r>
            <w:r>
              <w:rPr>
                <w:rFonts w:ascii="Pretendard" w:eastAsia="Pretendard" w:hAnsi="Pretendard" w:cs="Pretendard"/>
                <w:b/>
                <w:color w:val="1D0024"/>
                <w:sz w:val="18"/>
              </w:rPr>
              <w:t xml:space="preserve"> </w:t>
            </w:r>
            <w:r>
              <w:rPr>
                <w:rFonts w:ascii="Pretendard" w:eastAsia="Pretendard" w:hAnsi="Pretendard" w:cs="Pretendard"/>
                <w:b/>
                <w:color w:val="1D0024"/>
                <w:sz w:val="18"/>
              </w:rPr>
              <w:t>가둔다</w:t>
            </w:r>
          </w:p>
        </w:tc>
        <w:tc>
          <w:tcPr>
            <w:tcW w:w="4762" w:type="dxa"/>
          </w:tcPr>
          <w:p w14:paraId="494D1417" w14:textId="77777777" w:rsidR="004B1372" w:rsidRDefault="00BB0BE3">
            <w:r>
              <w:rPr>
                <w:rFonts w:ascii="Pretendard" w:eastAsia="Pretendard" w:hAnsi="Pretendard" w:cs="Pretendard"/>
                <w:color w:val="1D0024"/>
                <w:sz w:val="18"/>
              </w:rPr>
              <w:t>크리에이트립</w:t>
            </w:r>
            <w:r>
              <w:rPr>
                <w:rFonts w:ascii="Pretendard" w:eastAsia="Pretendard" w:hAnsi="Pretendard" w:cs="Pretendard"/>
                <w:color w:val="1D0024"/>
                <w:sz w:val="18"/>
              </w:rPr>
              <w:t>·</w:t>
            </w:r>
            <w:r>
              <w:rPr>
                <w:rFonts w:ascii="Pretendard" w:eastAsia="Pretendard" w:hAnsi="Pretendard" w:cs="Pretendard"/>
                <w:color w:val="1D0024"/>
                <w:sz w:val="18"/>
              </w:rPr>
              <w:t>여신티켓은</w:t>
            </w:r>
            <w:r>
              <w:rPr>
                <w:rFonts w:ascii="Pretendard" w:eastAsia="Pretendard" w:hAnsi="Pretendard" w:cs="Pretendard"/>
                <w:color w:val="1D0024"/>
                <w:sz w:val="18"/>
              </w:rPr>
              <w:t xml:space="preserve"> llms.txt·</w:t>
            </w:r>
            <w:r>
              <w:rPr>
                <w:rFonts w:ascii="Pretendard" w:eastAsia="Pretendard" w:hAnsi="Pretendard" w:cs="Pretendard"/>
                <w:color w:val="1D0024"/>
                <w:sz w:val="18"/>
              </w:rPr>
              <w:t>블로그</w:t>
            </w:r>
            <w:r>
              <w:rPr>
                <w:rFonts w:ascii="Pretendard" w:eastAsia="Pretendard" w:hAnsi="Pretendard" w:cs="Pretendard"/>
                <w:color w:val="1D0024"/>
                <w:sz w:val="18"/>
              </w:rPr>
              <w:t xml:space="preserve">, </w:t>
            </w:r>
            <w:r>
              <w:rPr>
                <w:rFonts w:ascii="Pretendard" w:eastAsia="Pretendard" w:hAnsi="Pretendard" w:cs="Pretendard"/>
                <w:color w:val="1D0024"/>
                <w:sz w:val="18"/>
              </w:rPr>
              <w:t>강남언니는</w:t>
            </w:r>
            <w:r>
              <w:rPr>
                <w:rFonts w:ascii="Pretendard" w:eastAsia="Pretendard" w:hAnsi="Pretendard" w:cs="Pretendard"/>
                <w:color w:val="1D0024"/>
                <w:sz w:val="18"/>
              </w:rPr>
              <w:t xml:space="preserve"> AI </w:t>
            </w:r>
            <w:r>
              <w:rPr>
                <w:rFonts w:ascii="Pretendard" w:eastAsia="Pretendard" w:hAnsi="Pretendard" w:cs="Pretendard"/>
                <w:color w:val="1D0024"/>
                <w:sz w:val="18"/>
              </w:rPr>
              <w:t>검색봇</w:t>
            </w:r>
            <w:r>
              <w:rPr>
                <w:rFonts w:ascii="Pretendard" w:eastAsia="Pretendard" w:hAnsi="Pretendard" w:cs="Pretendard"/>
                <w:color w:val="1D0024"/>
                <w:sz w:val="18"/>
              </w:rPr>
              <w:t xml:space="preserve"> </w:t>
            </w:r>
            <w:r>
              <w:rPr>
                <w:rFonts w:ascii="Pretendard" w:eastAsia="Pretendard" w:hAnsi="Pretendard" w:cs="Pretendard"/>
                <w:color w:val="1D0024"/>
                <w:sz w:val="18"/>
              </w:rPr>
              <w:t>허용</w:t>
            </w:r>
          </w:p>
        </w:tc>
        <w:tc>
          <w:tcPr>
            <w:tcW w:w="2041" w:type="dxa"/>
          </w:tcPr>
          <w:p w14:paraId="2D08937E" w14:textId="77777777" w:rsidR="004B1372" w:rsidRDefault="00BB0BE3">
            <w:r>
              <w:rPr>
                <w:rFonts w:ascii="Pretendard" w:eastAsia="Pretendard" w:hAnsi="Pretendard" w:cs="Pretendard"/>
                <w:color w:val="1D0024"/>
                <w:sz w:val="18"/>
              </w:rPr>
              <w:t>일부만</w:t>
            </w:r>
            <w:r>
              <w:rPr>
                <w:rFonts w:ascii="Pretendard" w:eastAsia="Pretendard" w:hAnsi="Pretendard" w:cs="Pretendard"/>
                <w:color w:val="1D0024"/>
                <w:sz w:val="18"/>
              </w:rPr>
              <w:t xml:space="preserve"> </w:t>
            </w:r>
            <w:r>
              <w:rPr>
                <w:rFonts w:ascii="Pretendard" w:eastAsia="Pretendard" w:hAnsi="Pretendard" w:cs="Pretendard"/>
                <w:color w:val="1D0024"/>
                <w:sz w:val="18"/>
              </w:rPr>
              <w:t>유효</w:t>
            </w:r>
          </w:p>
        </w:tc>
      </w:tr>
      <w:tr w:rsidR="004B1372" w14:paraId="7DBDAB2C" w14:textId="77777777">
        <w:trPr>
          <w:jc w:val="center"/>
        </w:trPr>
        <w:tc>
          <w:tcPr>
            <w:tcW w:w="2835" w:type="dxa"/>
          </w:tcPr>
          <w:p w14:paraId="076AE153" w14:textId="77777777" w:rsidR="004B1372" w:rsidRDefault="00BB0BE3">
            <w:r>
              <w:rPr>
                <w:rFonts w:ascii="Pretendard" w:eastAsia="Pretendard" w:hAnsi="Pretendard" w:cs="Pretendard"/>
                <w:b/>
                <w:color w:val="1D0024"/>
                <w:sz w:val="18"/>
              </w:rPr>
              <w:t>자동</w:t>
            </w:r>
            <w:r>
              <w:rPr>
                <w:rFonts w:ascii="Pretendard" w:eastAsia="Pretendard" w:hAnsi="Pretendard" w:cs="Pretendard"/>
                <w:b/>
                <w:color w:val="1D0024"/>
                <w:sz w:val="18"/>
              </w:rPr>
              <w:t xml:space="preserve"> </w:t>
            </w:r>
            <w:r>
              <w:rPr>
                <w:rFonts w:ascii="Pretendard" w:eastAsia="Pretendard" w:hAnsi="Pretendard" w:cs="Pretendard"/>
                <w:b/>
                <w:color w:val="1D0024"/>
                <w:sz w:val="18"/>
              </w:rPr>
              <w:t>온보딩</w:t>
            </w:r>
            <w:r>
              <w:rPr>
                <w:rFonts w:ascii="Pretendard" w:eastAsia="Pretendard" w:hAnsi="Pretendard" w:cs="Pretendard"/>
                <w:b/>
                <w:color w:val="1D0024"/>
                <w:sz w:val="18"/>
              </w:rPr>
              <w:t>(</w:t>
            </w:r>
            <w:r>
              <w:rPr>
                <w:rFonts w:ascii="Pretendard" w:eastAsia="Pretendard" w:hAnsi="Pretendard" w:cs="Pretendard"/>
                <w:b/>
                <w:color w:val="1D0024"/>
                <w:sz w:val="18"/>
              </w:rPr>
              <w:t>병원당</w:t>
            </w:r>
            <w:r>
              <w:rPr>
                <w:rFonts w:ascii="Pretendard" w:eastAsia="Pretendard" w:hAnsi="Pretendard" w:cs="Pretendard"/>
                <w:b/>
                <w:color w:val="1D0024"/>
                <w:sz w:val="18"/>
              </w:rPr>
              <w:t xml:space="preserve"> 30</w:t>
            </w:r>
            <w:r>
              <w:rPr>
                <w:rFonts w:ascii="Pretendard" w:eastAsia="Pretendard" w:hAnsi="Pretendard" w:cs="Pretendard"/>
                <w:b/>
                <w:color w:val="1D0024"/>
                <w:sz w:val="18"/>
              </w:rPr>
              <w:t>분</w:t>
            </w:r>
            <w:r>
              <w:rPr>
                <w:rFonts w:ascii="Pretendard" w:eastAsia="Pretendard" w:hAnsi="Pretendard" w:cs="Pretendard"/>
                <w:b/>
                <w:color w:val="1D0024"/>
                <w:sz w:val="18"/>
              </w:rPr>
              <w:t>, $0.6)</w:t>
            </w:r>
          </w:p>
        </w:tc>
        <w:tc>
          <w:tcPr>
            <w:tcW w:w="4762" w:type="dxa"/>
          </w:tcPr>
          <w:p w14:paraId="2A52E580" w14:textId="77777777" w:rsidR="004B1372" w:rsidRDefault="00BB0BE3">
            <w:r>
              <w:rPr>
                <w:rFonts w:ascii="Pretendard" w:eastAsia="Pretendard" w:hAnsi="Pretendard" w:cs="Pretendard"/>
                <w:color w:val="1D0024"/>
                <w:sz w:val="18"/>
              </w:rPr>
              <w:t>경쟁사는</w:t>
            </w:r>
            <w:r>
              <w:rPr>
                <w:rFonts w:ascii="Pretendard" w:eastAsia="Pretendard" w:hAnsi="Pretendard" w:cs="Pretendard"/>
                <w:color w:val="1D0024"/>
                <w:sz w:val="18"/>
              </w:rPr>
              <w:t xml:space="preserve"> </w:t>
            </w:r>
            <w:r>
              <w:rPr>
                <w:rFonts w:ascii="Pretendard" w:eastAsia="Pretendard" w:hAnsi="Pretendard" w:cs="Pretendard"/>
                <w:color w:val="1D0024"/>
                <w:sz w:val="18"/>
              </w:rPr>
              <w:t>병원이</w:t>
            </w:r>
            <w:r>
              <w:rPr>
                <w:rFonts w:ascii="Pretendard" w:eastAsia="Pretendard" w:hAnsi="Pretendard" w:cs="Pretendard"/>
                <w:color w:val="1D0024"/>
                <w:sz w:val="18"/>
              </w:rPr>
              <w:t xml:space="preserve"> </w:t>
            </w:r>
            <w:r>
              <w:rPr>
                <w:rFonts w:ascii="Pretendard" w:eastAsia="Pretendard" w:hAnsi="Pretendard" w:cs="Pretendard"/>
                <w:color w:val="1D0024"/>
                <w:sz w:val="18"/>
              </w:rPr>
              <w:t>직접</w:t>
            </w:r>
            <w:r>
              <w:rPr>
                <w:rFonts w:ascii="Pretendard" w:eastAsia="Pretendard" w:hAnsi="Pretendard" w:cs="Pretendard"/>
                <w:color w:val="1D0024"/>
                <w:sz w:val="18"/>
              </w:rPr>
              <w:t xml:space="preserve"> </w:t>
            </w:r>
            <w:r>
              <w:rPr>
                <w:rFonts w:ascii="Pretendard" w:eastAsia="Pretendard" w:hAnsi="Pretendard" w:cs="Pretendard"/>
                <w:color w:val="1D0024"/>
                <w:sz w:val="18"/>
              </w:rPr>
              <w:t>입력하거나</w:t>
            </w:r>
            <w:r>
              <w:rPr>
                <w:rFonts w:ascii="Pretendard" w:eastAsia="Pretendard" w:hAnsi="Pretendard" w:cs="Pretendard"/>
                <w:color w:val="1D0024"/>
                <w:sz w:val="18"/>
              </w:rPr>
              <w:t xml:space="preserve"> </w:t>
            </w:r>
            <w:r>
              <w:rPr>
                <w:rFonts w:ascii="Pretendard" w:eastAsia="Pretendard" w:hAnsi="Pretendard" w:cs="Pretendard"/>
                <w:color w:val="1D0024"/>
                <w:sz w:val="18"/>
              </w:rPr>
              <w:t>영업이</w:t>
            </w:r>
            <w:r>
              <w:rPr>
                <w:rFonts w:ascii="Pretendard" w:eastAsia="Pretendard" w:hAnsi="Pretendard" w:cs="Pretendard"/>
                <w:color w:val="1D0024"/>
                <w:sz w:val="18"/>
              </w:rPr>
              <w:t xml:space="preserve"> </w:t>
            </w:r>
            <w:r>
              <w:rPr>
                <w:rFonts w:ascii="Pretendard" w:eastAsia="Pretendard" w:hAnsi="Pretendard" w:cs="Pretendard"/>
                <w:color w:val="1D0024"/>
                <w:sz w:val="18"/>
              </w:rPr>
              <w:t>입력</w:t>
            </w:r>
            <w:r>
              <w:rPr>
                <w:rFonts w:ascii="Pretendard" w:eastAsia="Pretendard" w:hAnsi="Pretendard" w:cs="Pretendard"/>
                <w:color w:val="1D0024"/>
                <w:sz w:val="18"/>
              </w:rPr>
              <w:t xml:space="preserve">. </w:t>
            </w:r>
            <w:r>
              <w:rPr>
                <w:rFonts w:ascii="Pretendard" w:eastAsia="Pretendard" w:hAnsi="Pretendard" w:cs="Pretendard"/>
                <w:color w:val="1D0024"/>
                <w:sz w:val="18"/>
              </w:rPr>
              <w:t>우리</w:t>
            </w:r>
            <w:r>
              <w:rPr>
                <w:rFonts w:ascii="Pretendard" w:eastAsia="Pretendard" w:hAnsi="Pretendard" w:cs="Pretendard"/>
                <w:color w:val="1D0024"/>
                <w:sz w:val="18"/>
              </w:rPr>
              <w:t xml:space="preserve"> </w:t>
            </w:r>
            <w:r>
              <w:rPr>
                <w:rFonts w:ascii="Pretendard" w:eastAsia="Pretendard" w:hAnsi="Pretendard" w:cs="Pretendard"/>
                <w:color w:val="1D0024"/>
                <w:sz w:val="18"/>
              </w:rPr>
              <w:t>자동화</w:t>
            </w:r>
            <w:r>
              <w:rPr>
                <w:rFonts w:ascii="Pretendard" w:eastAsia="Pretendard" w:hAnsi="Pretendard" w:cs="Pretendard"/>
                <w:color w:val="1D0024"/>
                <w:sz w:val="18"/>
              </w:rPr>
              <w:t xml:space="preserve"> </w:t>
            </w:r>
            <w:r>
              <w:rPr>
                <w:rFonts w:ascii="Pretendard" w:eastAsia="Pretendard" w:hAnsi="Pretendard" w:cs="Pretendard"/>
                <w:color w:val="1D0024"/>
                <w:sz w:val="18"/>
              </w:rPr>
              <w:t>품질은</w:t>
            </w:r>
            <w:r>
              <w:rPr>
                <w:rFonts w:ascii="Pretendard" w:eastAsia="Pretendard" w:hAnsi="Pretendard" w:cs="Pretendard"/>
                <w:color w:val="1D0024"/>
                <w:sz w:val="18"/>
              </w:rPr>
              <w:t xml:space="preserve"> 60~70% </w:t>
            </w:r>
            <w:r>
              <w:rPr>
                <w:rFonts w:ascii="Pretendard" w:eastAsia="Pretendard" w:hAnsi="Pretendard" w:cs="Pretendard"/>
                <w:color w:val="1D0024"/>
                <w:sz w:val="18"/>
              </w:rPr>
              <w:t>구간</w:t>
            </w:r>
            <w:r>
              <w:rPr>
                <w:rFonts w:ascii="Pretendard" w:eastAsia="Pretendard" w:hAnsi="Pretendard" w:cs="Pretendard"/>
                <w:color w:val="1D0024"/>
                <w:sz w:val="18"/>
              </w:rPr>
              <w:t xml:space="preserve"> </w:t>
            </w:r>
            <w:r>
              <w:rPr>
                <w:rFonts w:ascii="Pretendard" w:eastAsia="Pretendard" w:hAnsi="Pretendard" w:cs="Pretendard"/>
                <w:color w:val="1D0024"/>
                <w:sz w:val="18"/>
              </w:rPr>
              <w:t>존재</w:t>
            </w:r>
          </w:p>
        </w:tc>
        <w:tc>
          <w:tcPr>
            <w:tcW w:w="2041" w:type="dxa"/>
          </w:tcPr>
          <w:p w14:paraId="493B29C1" w14:textId="77777777" w:rsidR="004B1372" w:rsidRDefault="00BB0BE3">
            <w:r>
              <w:rPr>
                <w:rFonts w:ascii="Pretendard" w:eastAsia="Pretendard" w:hAnsi="Pretendard" w:cs="Pretendard"/>
                <w:color w:val="1D0024"/>
                <w:sz w:val="18"/>
              </w:rPr>
              <w:t>유효하나</w:t>
            </w:r>
            <w:r>
              <w:rPr>
                <w:rFonts w:ascii="Pretendard" w:eastAsia="Pretendard" w:hAnsi="Pretendard" w:cs="Pretendard"/>
                <w:color w:val="1D0024"/>
                <w:sz w:val="18"/>
              </w:rPr>
              <w:t xml:space="preserve"> </w:t>
            </w:r>
            <w:r>
              <w:rPr>
                <w:rFonts w:ascii="Pretendard" w:eastAsia="Pretendard" w:hAnsi="Pretendard" w:cs="Pretendard"/>
                <w:color w:val="1D0024"/>
                <w:sz w:val="18"/>
              </w:rPr>
              <w:t>품질</w:t>
            </w:r>
            <w:r>
              <w:rPr>
                <w:rFonts w:ascii="Pretendard" w:eastAsia="Pretendard" w:hAnsi="Pretendard" w:cs="Pretendard"/>
                <w:color w:val="1D0024"/>
                <w:sz w:val="18"/>
              </w:rPr>
              <w:t xml:space="preserve"> </w:t>
            </w:r>
            <w:r>
              <w:rPr>
                <w:rFonts w:ascii="Pretendard" w:eastAsia="Pretendard" w:hAnsi="Pretendard" w:cs="Pretendard"/>
                <w:color w:val="1D0024"/>
                <w:sz w:val="18"/>
              </w:rPr>
              <w:t>보완</w:t>
            </w:r>
            <w:r>
              <w:rPr>
                <w:rFonts w:ascii="Pretendard" w:eastAsia="Pretendard" w:hAnsi="Pretendard" w:cs="Pretendard"/>
                <w:color w:val="1D0024"/>
                <w:sz w:val="18"/>
              </w:rPr>
              <w:t xml:space="preserve"> </w:t>
            </w:r>
            <w:r>
              <w:rPr>
                <w:rFonts w:ascii="Pretendard" w:eastAsia="Pretendard" w:hAnsi="Pretendard" w:cs="Pretendard"/>
                <w:color w:val="1D0024"/>
                <w:sz w:val="18"/>
              </w:rPr>
              <w:t>필요</w:t>
            </w:r>
          </w:p>
        </w:tc>
      </w:tr>
      <w:tr w:rsidR="004B1372" w14:paraId="52A0DBC5" w14:textId="77777777">
        <w:trPr>
          <w:jc w:val="center"/>
        </w:trPr>
        <w:tc>
          <w:tcPr>
            <w:tcW w:w="2835" w:type="dxa"/>
          </w:tcPr>
          <w:p w14:paraId="705CC3EC" w14:textId="77777777" w:rsidR="004B1372" w:rsidRDefault="00BB0BE3">
            <w:r>
              <w:rPr>
                <w:rFonts w:ascii="Pretendard" w:eastAsia="Pretendard" w:hAnsi="Pretendard" w:cs="Pretendard"/>
                <w:b/>
                <w:color w:val="1D0024"/>
                <w:sz w:val="18"/>
              </w:rPr>
              <w:t>병원</w:t>
            </w:r>
            <w:r>
              <w:rPr>
                <w:rFonts w:ascii="Pretendard" w:eastAsia="Pretendard" w:hAnsi="Pretendard" w:cs="Pretendard"/>
                <w:b/>
                <w:color w:val="1D0024"/>
                <w:sz w:val="18"/>
              </w:rPr>
              <w:t xml:space="preserve"> </w:t>
            </w:r>
            <w:r>
              <w:rPr>
                <w:rFonts w:ascii="Pretendard" w:eastAsia="Pretendard" w:hAnsi="Pretendard" w:cs="Pretendard"/>
                <w:b/>
                <w:color w:val="1D0024"/>
                <w:sz w:val="18"/>
              </w:rPr>
              <w:t>승인</w:t>
            </w:r>
            <w:r>
              <w:rPr>
                <w:rFonts w:ascii="Pretendard" w:eastAsia="Pretendard" w:hAnsi="Pretendard" w:cs="Pretendard"/>
                <w:b/>
                <w:color w:val="1D0024"/>
                <w:sz w:val="18"/>
              </w:rPr>
              <w:t xml:space="preserve"> </w:t>
            </w:r>
            <w:r>
              <w:rPr>
                <w:rFonts w:ascii="Pretendard" w:eastAsia="Pretendard" w:hAnsi="Pretendard" w:cs="Pretendard"/>
                <w:b/>
                <w:color w:val="1D0024"/>
                <w:sz w:val="18"/>
              </w:rPr>
              <w:t>원문</w:t>
            </w:r>
            <w:r>
              <w:rPr>
                <w:rFonts w:ascii="Pretendard" w:eastAsia="Pretendard" w:hAnsi="Pretendard" w:cs="Pretendard"/>
                <w:b/>
                <w:color w:val="1D0024"/>
                <w:sz w:val="18"/>
              </w:rPr>
              <w:t>(</w:t>
            </w:r>
            <w:r>
              <w:rPr>
                <w:rFonts w:ascii="Pretendard" w:eastAsia="Pretendard" w:hAnsi="Pretendard" w:cs="Pretendard"/>
                <w:b/>
                <w:color w:val="1D0024"/>
                <w:sz w:val="18"/>
              </w:rPr>
              <w:t>의학</w:t>
            </w:r>
            <w:r>
              <w:rPr>
                <w:rFonts w:ascii="Pretendard" w:eastAsia="Pretendard" w:hAnsi="Pretendard" w:cs="Pretendard"/>
                <w:b/>
                <w:color w:val="1D0024"/>
                <w:sz w:val="18"/>
              </w:rPr>
              <w:t xml:space="preserve"> </w:t>
            </w:r>
            <w:r>
              <w:rPr>
                <w:rFonts w:ascii="Pretendard" w:eastAsia="Pretendard" w:hAnsi="Pretendard" w:cs="Pretendard"/>
                <w:b/>
                <w:color w:val="1D0024"/>
                <w:sz w:val="18"/>
              </w:rPr>
              <w:t>검토</w:t>
            </w:r>
            <w:r>
              <w:rPr>
                <w:rFonts w:ascii="Pretendard" w:eastAsia="Pretendard" w:hAnsi="Pretendard" w:cs="Pretendard"/>
                <w:b/>
                <w:color w:val="1D0024"/>
                <w:sz w:val="18"/>
              </w:rPr>
              <w:t>·</w:t>
            </w:r>
            <w:r>
              <w:rPr>
                <w:rFonts w:ascii="Pretendard" w:eastAsia="Pretendard" w:hAnsi="Pretendard" w:cs="Pretendard"/>
                <w:b/>
                <w:color w:val="1D0024"/>
                <w:sz w:val="18"/>
              </w:rPr>
              <w:t>게시</w:t>
            </w:r>
            <w:r>
              <w:rPr>
                <w:rFonts w:ascii="Pretendard" w:eastAsia="Pretendard" w:hAnsi="Pretendard" w:cs="Pretendard"/>
                <w:b/>
                <w:color w:val="1D0024"/>
                <w:sz w:val="18"/>
              </w:rPr>
              <w:t xml:space="preserve"> </w:t>
            </w:r>
            <w:r>
              <w:rPr>
                <w:rFonts w:ascii="Pretendard" w:eastAsia="Pretendard" w:hAnsi="Pretendard" w:cs="Pretendard"/>
                <w:b/>
                <w:color w:val="1D0024"/>
                <w:sz w:val="18"/>
              </w:rPr>
              <w:t>승인</w:t>
            </w:r>
            <w:r>
              <w:rPr>
                <w:rFonts w:ascii="Pretendard" w:eastAsia="Pretendard" w:hAnsi="Pretendard" w:cs="Pretendard"/>
                <w:b/>
                <w:color w:val="1D0024"/>
                <w:sz w:val="18"/>
              </w:rPr>
              <w:t xml:space="preserve"> </w:t>
            </w:r>
            <w:r>
              <w:rPr>
                <w:rFonts w:ascii="Pretendard" w:eastAsia="Pretendard" w:hAnsi="Pretendard" w:cs="Pretendard"/>
                <w:b/>
                <w:color w:val="1D0024"/>
                <w:sz w:val="18"/>
              </w:rPr>
              <w:t>기록</w:t>
            </w:r>
            <w:r>
              <w:rPr>
                <w:rFonts w:ascii="Pretendard" w:eastAsia="Pretendard" w:hAnsi="Pretendard" w:cs="Pretendard"/>
                <w:b/>
                <w:color w:val="1D0024"/>
                <w:sz w:val="18"/>
              </w:rPr>
              <w:t>)</w:t>
            </w:r>
          </w:p>
        </w:tc>
        <w:tc>
          <w:tcPr>
            <w:tcW w:w="4762" w:type="dxa"/>
          </w:tcPr>
          <w:p w14:paraId="31D52833" w14:textId="77777777" w:rsidR="004B1372" w:rsidRDefault="00BB0BE3">
            <w:r>
              <w:rPr>
                <w:rFonts w:ascii="Pretendard" w:eastAsia="Pretendard" w:hAnsi="Pretendard" w:cs="Pretendard"/>
                <w:color w:val="1D0024"/>
                <w:sz w:val="18"/>
              </w:rPr>
              <w:t>공개</w:t>
            </w:r>
            <w:r>
              <w:rPr>
                <w:rFonts w:ascii="Pretendard" w:eastAsia="Pretendard" w:hAnsi="Pretendard" w:cs="Pretendard"/>
                <w:color w:val="1D0024"/>
                <w:sz w:val="18"/>
              </w:rPr>
              <w:t xml:space="preserve"> </w:t>
            </w:r>
            <w:r>
              <w:rPr>
                <w:rFonts w:ascii="Pretendard" w:eastAsia="Pretendard" w:hAnsi="Pretendard" w:cs="Pretendard"/>
                <w:color w:val="1D0024"/>
                <w:sz w:val="18"/>
              </w:rPr>
              <w:t>자료에서</w:t>
            </w:r>
            <w:r>
              <w:rPr>
                <w:rFonts w:ascii="Pretendard" w:eastAsia="Pretendard" w:hAnsi="Pretendard" w:cs="Pretendard"/>
                <w:color w:val="1D0024"/>
                <w:sz w:val="18"/>
              </w:rPr>
              <w:t xml:space="preserve"> </w:t>
            </w:r>
            <w:r>
              <w:rPr>
                <w:rFonts w:ascii="Pretendard" w:eastAsia="Pretendard" w:hAnsi="Pretendard" w:cs="Pretendard"/>
                <w:color w:val="1D0024"/>
                <w:sz w:val="18"/>
              </w:rPr>
              <w:t>같은</w:t>
            </w:r>
            <w:r>
              <w:rPr>
                <w:rFonts w:ascii="Pretendard" w:eastAsia="Pretendard" w:hAnsi="Pretendard" w:cs="Pretendard"/>
                <w:color w:val="1D0024"/>
                <w:sz w:val="18"/>
              </w:rPr>
              <w:t xml:space="preserve"> </w:t>
            </w:r>
            <w:r>
              <w:rPr>
                <w:rFonts w:ascii="Pretendard" w:eastAsia="Pretendard" w:hAnsi="Pretendard" w:cs="Pretendard"/>
                <w:color w:val="1D0024"/>
                <w:sz w:val="18"/>
              </w:rPr>
              <w:t>체계를</w:t>
            </w:r>
            <w:r>
              <w:rPr>
                <w:rFonts w:ascii="Pretendard" w:eastAsia="Pretendard" w:hAnsi="Pretendard" w:cs="Pretendard"/>
                <w:color w:val="1D0024"/>
                <w:sz w:val="18"/>
              </w:rPr>
              <w:t xml:space="preserve"> </w:t>
            </w:r>
            <w:r>
              <w:rPr>
                <w:rFonts w:ascii="Pretendard" w:eastAsia="Pretendard" w:hAnsi="Pretendard" w:cs="Pretendard"/>
                <w:color w:val="1D0024"/>
                <w:sz w:val="18"/>
              </w:rPr>
              <w:t>찾지</w:t>
            </w:r>
            <w:r>
              <w:rPr>
                <w:rFonts w:ascii="Pretendard" w:eastAsia="Pretendard" w:hAnsi="Pretendard" w:cs="Pretendard"/>
                <w:color w:val="1D0024"/>
                <w:sz w:val="18"/>
              </w:rPr>
              <w:t xml:space="preserve"> </w:t>
            </w:r>
            <w:r>
              <w:rPr>
                <w:rFonts w:ascii="Pretendard" w:eastAsia="Pretendard" w:hAnsi="Pretendard" w:cs="Pretendard"/>
                <w:color w:val="1D0024"/>
                <w:sz w:val="18"/>
              </w:rPr>
              <w:t>못함</w:t>
            </w:r>
          </w:p>
        </w:tc>
        <w:tc>
          <w:tcPr>
            <w:tcW w:w="2041" w:type="dxa"/>
          </w:tcPr>
          <w:p w14:paraId="597402EB" w14:textId="77777777" w:rsidR="004B1372" w:rsidRDefault="00BB0BE3">
            <w:r>
              <w:rPr>
                <w:rFonts w:ascii="Pretendard" w:eastAsia="Pretendard" w:hAnsi="Pretendard" w:cs="Pretendard"/>
                <w:color w:val="1D0024"/>
                <w:sz w:val="18"/>
              </w:rPr>
              <w:t>유효</w:t>
            </w:r>
          </w:p>
        </w:tc>
      </w:tr>
      <w:tr w:rsidR="004B1372" w14:paraId="11F6EAB9" w14:textId="77777777">
        <w:trPr>
          <w:jc w:val="center"/>
        </w:trPr>
        <w:tc>
          <w:tcPr>
            <w:tcW w:w="2835" w:type="dxa"/>
          </w:tcPr>
          <w:p w14:paraId="001BEBB6" w14:textId="77777777" w:rsidR="004B1372" w:rsidRDefault="00BB0BE3">
            <w:r>
              <w:rPr>
                <w:rFonts w:ascii="Pretendard" w:eastAsia="Pretendard" w:hAnsi="Pretendard" w:cs="Pretendard"/>
                <w:b/>
                <w:color w:val="1D0024"/>
                <w:sz w:val="18"/>
              </w:rPr>
              <w:lastRenderedPageBreak/>
              <w:t xml:space="preserve">AEO/GEO </w:t>
            </w:r>
            <w:r>
              <w:rPr>
                <w:rFonts w:ascii="Pretendard" w:eastAsia="Pretendard" w:hAnsi="Pretendard" w:cs="Pretendard"/>
                <w:b/>
                <w:color w:val="1D0024"/>
                <w:sz w:val="18"/>
              </w:rPr>
              <w:t>실측</w:t>
            </w:r>
            <w:r>
              <w:rPr>
                <w:rFonts w:ascii="Pretendard" w:eastAsia="Pretendard" w:hAnsi="Pretendard" w:cs="Pretendard"/>
                <w:b/>
                <w:color w:val="1D0024"/>
                <w:sz w:val="18"/>
              </w:rPr>
              <w:t xml:space="preserve"> </w:t>
            </w:r>
            <w:r>
              <w:rPr>
                <w:rFonts w:ascii="Pretendard" w:eastAsia="Pretendard" w:hAnsi="Pretendard" w:cs="Pretendard"/>
                <w:b/>
                <w:color w:val="1D0024"/>
                <w:sz w:val="18"/>
              </w:rPr>
              <w:t>진단과</w:t>
            </w:r>
            <w:r>
              <w:rPr>
                <w:rFonts w:ascii="Pretendard" w:eastAsia="Pretendard" w:hAnsi="Pretendard" w:cs="Pretendard"/>
                <w:b/>
                <w:color w:val="1D0024"/>
                <w:sz w:val="18"/>
              </w:rPr>
              <w:t xml:space="preserve"> </w:t>
            </w:r>
            <w:r>
              <w:rPr>
                <w:rFonts w:ascii="Pretendard" w:eastAsia="Pretendard" w:hAnsi="Pretendard" w:cs="Pretendard"/>
                <w:b/>
                <w:color w:val="1D0024"/>
                <w:sz w:val="18"/>
              </w:rPr>
              <w:t>인용</w:t>
            </w:r>
            <w:r>
              <w:rPr>
                <w:rFonts w:ascii="Pretendard" w:eastAsia="Pretendard" w:hAnsi="Pretendard" w:cs="Pretendard"/>
                <w:b/>
                <w:color w:val="1D0024"/>
                <w:sz w:val="18"/>
              </w:rPr>
              <w:t xml:space="preserve"> </w:t>
            </w:r>
            <w:r>
              <w:rPr>
                <w:rFonts w:ascii="Pretendard" w:eastAsia="Pretendard" w:hAnsi="Pretendard" w:cs="Pretendard"/>
                <w:b/>
                <w:color w:val="1D0024"/>
                <w:sz w:val="18"/>
              </w:rPr>
              <w:t>측정</w:t>
            </w:r>
            <w:r>
              <w:rPr>
                <w:rFonts w:ascii="Pretendard" w:eastAsia="Pretendard" w:hAnsi="Pretendard" w:cs="Pretendard"/>
                <w:b/>
                <w:color w:val="1D0024"/>
                <w:sz w:val="18"/>
              </w:rPr>
              <w:t xml:space="preserve"> </w:t>
            </w:r>
            <w:r>
              <w:rPr>
                <w:rFonts w:ascii="Pretendard" w:eastAsia="Pretendard" w:hAnsi="Pretendard" w:cs="Pretendard"/>
                <w:b/>
                <w:color w:val="1D0024"/>
                <w:sz w:val="18"/>
              </w:rPr>
              <w:t>리포트</w:t>
            </w:r>
          </w:p>
        </w:tc>
        <w:tc>
          <w:tcPr>
            <w:tcW w:w="4762" w:type="dxa"/>
          </w:tcPr>
          <w:p w14:paraId="4A2E621C" w14:textId="77777777" w:rsidR="004B1372" w:rsidRDefault="00BB0BE3">
            <w:r>
              <w:rPr>
                <w:rFonts w:ascii="Pretendard" w:eastAsia="Pretendard" w:hAnsi="Pretendard" w:cs="Pretendard"/>
                <w:color w:val="1D0024"/>
                <w:sz w:val="18"/>
              </w:rPr>
              <w:t>플랫폼들은</w:t>
            </w:r>
            <w:r>
              <w:rPr>
                <w:rFonts w:ascii="Pretendard" w:eastAsia="Pretendard" w:hAnsi="Pretendard" w:cs="Pretendard"/>
                <w:color w:val="1D0024"/>
                <w:sz w:val="18"/>
              </w:rPr>
              <w:t xml:space="preserve"> </w:t>
            </w:r>
            <w:r>
              <w:rPr>
                <w:rFonts w:ascii="Pretendard" w:eastAsia="Pretendard" w:hAnsi="Pretendard" w:cs="Pretendard"/>
                <w:color w:val="1D0024"/>
                <w:sz w:val="18"/>
              </w:rPr>
              <w:t>제공하지</w:t>
            </w:r>
            <w:r>
              <w:rPr>
                <w:rFonts w:ascii="Pretendard" w:eastAsia="Pretendard" w:hAnsi="Pretendard" w:cs="Pretendard"/>
                <w:color w:val="1D0024"/>
                <w:sz w:val="18"/>
              </w:rPr>
              <w:t xml:space="preserve"> </w:t>
            </w:r>
            <w:r>
              <w:rPr>
                <w:rFonts w:ascii="Pretendard" w:eastAsia="Pretendard" w:hAnsi="Pretendard" w:cs="Pretendard"/>
                <w:color w:val="1D0024"/>
                <w:sz w:val="18"/>
              </w:rPr>
              <w:t>않음</w:t>
            </w:r>
            <w:r>
              <w:rPr>
                <w:rFonts w:ascii="Pretendard" w:eastAsia="Pretendard" w:hAnsi="Pretendard" w:cs="Pretendard"/>
                <w:color w:val="1D0024"/>
                <w:sz w:val="18"/>
              </w:rPr>
              <w:t xml:space="preserve">. GEO </w:t>
            </w:r>
            <w:r>
              <w:rPr>
                <w:rFonts w:ascii="Pretendard" w:eastAsia="Pretendard" w:hAnsi="Pretendard" w:cs="Pretendard"/>
                <w:color w:val="1D0024"/>
                <w:sz w:val="18"/>
              </w:rPr>
              <w:t>대행사는</w:t>
            </w:r>
            <w:r>
              <w:rPr>
                <w:rFonts w:ascii="Pretendard" w:eastAsia="Pretendard" w:hAnsi="Pretendard" w:cs="Pretendard"/>
                <w:color w:val="1D0024"/>
                <w:sz w:val="18"/>
              </w:rPr>
              <w:t xml:space="preserve"> </w:t>
            </w:r>
            <w:r>
              <w:rPr>
                <w:rFonts w:ascii="Pretendard" w:eastAsia="Pretendard" w:hAnsi="Pretendard" w:cs="Pretendard"/>
                <w:color w:val="1D0024"/>
                <w:sz w:val="18"/>
              </w:rPr>
              <w:t>제공</w:t>
            </w:r>
            <w:r>
              <w:rPr>
                <w:rFonts w:ascii="Pretendard" w:eastAsia="Pretendard" w:hAnsi="Pretendard" w:cs="Pretendard"/>
                <w:color w:val="1D0024"/>
                <w:sz w:val="18"/>
              </w:rPr>
              <w:t>(</w:t>
            </w:r>
            <w:r>
              <w:rPr>
                <w:rFonts w:ascii="Pretendard" w:eastAsia="Pretendard" w:hAnsi="Pretendard" w:cs="Pretendard"/>
                <w:color w:val="1D0024"/>
                <w:sz w:val="18"/>
              </w:rPr>
              <w:t>항목</w:t>
            </w:r>
            <w:r>
              <w:rPr>
                <w:rFonts w:ascii="Pretendard" w:eastAsia="Pretendard" w:hAnsi="Pretendard" w:cs="Pretendard"/>
                <w:color w:val="1D0024"/>
                <w:sz w:val="18"/>
              </w:rPr>
              <w:t>·</w:t>
            </w:r>
            <w:r>
              <w:rPr>
                <w:rFonts w:ascii="Pretendard" w:eastAsia="Pretendard" w:hAnsi="Pretendard" w:cs="Pretendard"/>
                <w:color w:val="1D0024"/>
                <w:sz w:val="18"/>
              </w:rPr>
              <w:t>방법</w:t>
            </w:r>
            <w:r>
              <w:rPr>
                <w:rFonts w:ascii="Pretendard" w:eastAsia="Pretendard" w:hAnsi="Pretendard" w:cs="Pretendard"/>
                <w:color w:val="1D0024"/>
                <w:sz w:val="18"/>
              </w:rPr>
              <w:t xml:space="preserve"> </w:t>
            </w:r>
            <w:r>
              <w:rPr>
                <w:rFonts w:ascii="Pretendard" w:eastAsia="Pretendard" w:hAnsi="Pretendard" w:cs="Pretendard"/>
                <w:color w:val="1D0024"/>
                <w:sz w:val="18"/>
              </w:rPr>
              <w:t>비공개가</w:t>
            </w:r>
            <w:r>
              <w:rPr>
                <w:rFonts w:ascii="Pretendard" w:eastAsia="Pretendard" w:hAnsi="Pretendard" w:cs="Pretendard"/>
                <w:color w:val="1D0024"/>
                <w:sz w:val="18"/>
              </w:rPr>
              <w:t xml:space="preserve"> </w:t>
            </w:r>
            <w:r>
              <w:rPr>
                <w:rFonts w:ascii="Pretendard" w:eastAsia="Pretendard" w:hAnsi="Pretendard" w:cs="Pretendard"/>
                <w:color w:val="1D0024"/>
                <w:sz w:val="18"/>
              </w:rPr>
              <w:t>많음</w:t>
            </w:r>
            <w:r>
              <w:rPr>
                <w:rFonts w:ascii="Pretendard" w:eastAsia="Pretendard" w:hAnsi="Pretendard" w:cs="Pretendard"/>
                <w:color w:val="1D0024"/>
                <w:sz w:val="18"/>
              </w:rPr>
              <w:t>)</w:t>
            </w:r>
          </w:p>
        </w:tc>
        <w:tc>
          <w:tcPr>
            <w:tcW w:w="2041" w:type="dxa"/>
          </w:tcPr>
          <w:p w14:paraId="7076A077" w14:textId="77777777" w:rsidR="004B1372" w:rsidRDefault="00BB0BE3">
            <w:r>
              <w:rPr>
                <w:rFonts w:ascii="Pretendard" w:eastAsia="Pretendard" w:hAnsi="Pretendard" w:cs="Pretendard"/>
                <w:color w:val="1D0024"/>
                <w:sz w:val="18"/>
              </w:rPr>
              <w:t>유효</w:t>
            </w:r>
          </w:p>
        </w:tc>
      </w:tr>
      <w:tr w:rsidR="004B1372" w14:paraId="413A09A1" w14:textId="77777777">
        <w:trPr>
          <w:jc w:val="center"/>
        </w:trPr>
        <w:tc>
          <w:tcPr>
            <w:tcW w:w="2835" w:type="dxa"/>
          </w:tcPr>
          <w:p w14:paraId="4897677D" w14:textId="77777777" w:rsidR="004B1372" w:rsidRDefault="00BB0BE3">
            <w:r>
              <w:rPr>
                <w:rFonts w:ascii="Pretendard" w:eastAsia="Pretendard" w:hAnsi="Pretendard" w:cs="Pretendard"/>
                <w:b/>
                <w:color w:val="1D0024"/>
                <w:sz w:val="18"/>
              </w:rPr>
              <w:t>중립</w:t>
            </w:r>
            <w:r>
              <w:rPr>
                <w:rFonts w:ascii="Pretendard" w:eastAsia="Pretendard" w:hAnsi="Pretendard" w:cs="Pretendard"/>
                <w:b/>
                <w:color w:val="1D0024"/>
                <w:sz w:val="18"/>
              </w:rPr>
              <w:t>(</w:t>
            </w:r>
            <w:r>
              <w:rPr>
                <w:rFonts w:ascii="Pretendard" w:eastAsia="Pretendard" w:hAnsi="Pretendard" w:cs="Pretendard"/>
                <w:b/>
                <w:color w:val="1D0024"/>
                <w:sz w:val="18"/>
              </w:rPr>
              <w:t>비교</w:t>
            </w:r>
            <w:r>
              <w:rPr>
                <w:rFonts w:ascii="Pretendard" w:eastAsia="Pretendard" w:hAnsi="Pretendard" w:cs="Pretendard"/>
                <w:b/>
                <w:color w:val="1D0024"/>
                <w:sz w:val="18"/>
              </w:rPr>
              <w:t>·</w:t>
            </w:r>
            <w:r>
              <w:rPr>
                <w:rFonts w:ascii="Pretendard" w:eastAsia="Pretendard" w:hAnsi="Pretendard" w:cs="Pretendard"/>
                <w:b/>
                <w:color w:val="1D0024"/>
                <w:sz w:val="18"/>
              </w:rPr>
              <w:t>순위</w:t>
            </w:r>
            <w:r>
              <w:rPr>
                <w:rFonts w:ascii="Pretendard" w:eastAsia="Pretendard" w:hAnsi="Pretendard" w:cs="Pretendard"/>
                <w:b/>
                <w:color w:val="1D0024"/>
                <w:sz w:val="18"/>
              </w:rPr>
              <w:t xml:space="preserve"> </w:t>
            </w:r>
            <w:r>
              <w:rPr>
                <w:rFonts w:ascii="Pretendard" w:eastAsia="Pretendard" w:hAnsi="Pretendard" w:cs="Pretendard"/>
                <w:b/>
                <w:color w:val="1D0024"/>
                <w:sz w:val="18"/>
              </w:rPr>
              <w:t>없음</w:t>
            </w:r>
            <w:r>
              <w:rPr>
                <w:rFonts w:ascii="Pretendard" w:eastAsia="Pretendard" w:hAnsi="Pretendard" w:cs="Pretendard"/>
                <w:b/>
                <w:color w:val="1D0024"/>
                <w:sz w:val="18"/>
              </w:rPr>
              <w:t>)</w:t>
            </w:r>
          </w:p>
        </w:tc>
        <w:tc>
          <w:tcPr>
            <w:tcW w:w="4762" w:type="dxa"/>
          </w:tcPr>
          <w:p w14:paraId="736A0DA9" w14:textId="77777777" w:rsidR="004B1372" w:rsidRDefault="00BB0BE3">
            <w:r>
              <w:rPr>
                <w:rFonts w:ascii="Pretendard" w:eastAsia="Pretendard" w:hAnsi="Pretendard" w:cs="Pretendard"/>
                <w:color w:val="1D0024"/>
                <w:sz w:val="18"/>
              </w:rPr>
              <w:t>ClinicSeoul</w:t>
            </w:r>
            <w:r>
              <w:rPr>
                <w:rFonts w:ascii="Pretendard" w:eastAsia="Pretendard" w:hAnsi="Pretendard" w:cs="Pretendard"/>
                <w:color w:val="1D0024"/>
                <w:sz w:val="18"/>
              </w:rPr>
              <w:t>이</w:t>
            </w:r>
            <w:r>
              <w:rPr>
                <w:rFonts w:ascii="Pretendard" w:eastAsia="Pretendard" w:hAnsi="Pretendard" w:cs="Pretendard"/>
                <w:color w:val="1D0024"/>
                <w:sz w:val="18"/>
              </w:rPr>
              <w:t xml:space="preserve"> '</w:t>
            </w:r>
            <w:r>
              <w:rPr>
                <w:rFonts w:ascii="Pretendard" w:eastAsia="Pretendard" w:hAnsi="Pretendard" w:cs="Pretendard"/>
                <w:color w:val="1D0024"/>
                <w:sz w:val="18"/>
              </w:rPr>
              <w:t>후원</w:t>
            </w:r>
            <w:r>
              <w:rPr>
                <w:rFonts w:ascii="Pretendard" w:eastAsia="Pretendard" w:hAnsi="Pretendard" w:cs="Pretendard"/>
                <w:color w:val="1D0024"/>
                <w:sz w:val="18"/>
              </w:rPr>
              <w:t xml:space="preserve"> 0, </w:t>
            </w:r>
            <w:r>
              <w:rPr>
                <w:rFonts w:ascii="Pretendard" w:eastAsia="Pretendard" w:hAnsi="Pretendard" w:cs="Pretendard"/>
                <w:color w:val="1D0024"/>
                <w:sz w:val="18"/>
              </w:rPr>
              <w:t>유료</w:t>
            </w:r>
            <w:r>
              <w:rPr>
                <w:rFonts w:ascii="Pretendard" w:eastAsia="Pretendard" w:hAnsi="Pretendard" w:cs="Pretendard"/>
                <w:color w:val="1D0024"/>
                <w:sz w:val="18"/>
              </w:rPr>
              <w:t xml:space="preserve"> </w:t>
            </w:r>
            <w:r>
              <w:rPr>
                <w:rFonts w:ascii="Pretendard" w:eastAsia="Pretendard" w:hAnsi="Pretendard" w:cs="Pretendard"/>
                <w:color w:val="1D0024"/>
                <w:sz w:val="18"/>
              </w:rPr>
              <w:t>순위</w:t>
            </w:r>
            <w:r>
              <w:rPr>
                <w:rFonts w:ascii="Pretendard" w:eastAsia="Pretendard" w:hAnsi="Pretendard" w:cs="Pretendard"/>
                <w:color w:val="1D0024"/>
                <w:sz w:val="18"/>
              </w:rPr>
              <w:t xml:space="preserve"> 0'</w:t>
            </w:r>
            <w:r>
              <w:rPr>
                <w:rFonts w:ascii="Pretendard" w:eastAsia="Pretendard" w:hAnsi="Pretendard" w:cs="Pretendard"/>
                <w:color w:val="1D0024"/>
                <w:sz w:val="18"/>
              </w:rPr>
              <w:t>을</w:t>
            </w:r>
            <w:r>
              <w:rPr>
                <w:rFonts w:ascii="Pretendard" w:eastAsia="Pretendard" w:hAnsi="Pretendard" w:cs="Pretendard"/>
                <w:color w:val="1D0024"/>
                <w:sz w:val="18"/>
              </w:rPr>
              <w:t xml:space="preserve"> </w:t>
            </w:r>
            <w:r>
              <w:rPr>
                <w:rFonts w:ascii="Pretendard" w:eastAsia="Pretendard" w:hAnsi="Pretendard" w:cs="Pretendard"/>
                <w:color w:val="1D0024"/>
                <w:sz w:val="18"/>
              </w:rPr>
              <w:t>표방</w:t>
            </w:r>
          </w:p>
        </w:tc>
        <w:tc>
          <w:tcPr>
            <w:tcW w:w="2041" w:type="dxa"/>
          </w:tcPr>
          <w:p w14:paraId="469AF1C6" w14:textId="77777777" w:rsidR="004B1372" w:rsidRDefault="00BB0BE3">
            <w:r>
              <w:rPr>
                <w:rFonts w:ascii="Pretendard" w:eastAsia="Pretendard" w:hAnsi="Pretendard" w:cs="Pretendard"/>
                <w:color w:val="1D0024"/>
                <w:sz w:val="18"/>
              </w:rPr>
              <w:t>약함</w:t>
            </w:r>
          </w:p>
        </w:tc>
      </w:tr>
      <w:tr w:rsidR="004B1372" w14:paraId="48C44183" w14:textId="77777777">
        <w:trPr>
          <w:jc w:val="center"/>
        </w:trPr>
        <w:tc>
          <w:tcPr>
            <w:tcW w:w="2835" w:type="dxa"/>
          </w:tcPr>
          <w:p w14:paraId="6A903104" w14:textId="77777777" w:rsidR="004B1372" w:rsidRDefault="00BB0BE3">
            <w:r>
              <w:rPr>
                <w:rFonts w:ascii="Pretendard" w:eastAsia="Pretendard" w:hAnsi="Pretendard" w:cs="Pretendard"/>
                <w:b/>
                <w:color w:val="1D0024"/>
                <w:sz w:val="18"/>
              </w:rPr>
              <w:t>회복</w:t>
            </w:r>
            <w:r>
              <w:rPr>
                <w:rFonts w:ascii="Pretendard" w:eastAsia="Pretendard" w:hAnsi="Pretendard" w:cs="Pretendard"/>
                <w:b/>
                <w:color w:val="1D0024"/>
                <w:sz w:val="18"/>
              </w:rPr>
              <w:t xml:space="preserve"> </w:t>
            </w:r>
            <w:r>
              <w:rPr>
                <w:rFonts w:ascii="Pretendard" w:eastAsia="Pretendard" w:hAnsi="Pretendard" w:cs="Pretendard"/>
                <w:b/>
                <w:color w:val="1D0024"/>
                <w:sz w:val="18"/>
              </w:rPr>
              <w:t>일정</w:t>
            </w:r>
            <w:r>
              <w:rPr>
                <w:rFonts w:ascii="Pretendard" w:eastAsia="Pretendard" w:hAnsi="Pretendard" w:cs="Pretendard"/>
                <w:b/>
                <w:color w:val="1D0024"/>
                <w:sz w:val="18"/>
              </w:rPr>
              <w:t>·</w:t>
            </w:r>
            <w:r>
              <w:rPr>
                <w:rFonts w:ascii="Pretendard" w:eastAsia="Pretendard" w:hAnsi="Pretendard" w:cs="Pretendard"/>
                <w:b/>
                <w:color w:val="1D0024"/>
                <w:sz w:val="18"/>
              </w:rPr>
              <w:t>주변</w:t>
            </w:r>
            <w:r>
              <w:rPr>
                <w:rFonts w:ascii="Pretendard" w:eastAsia="Pretendard" w:hAnsi="Pretendard" w:cs="Pretendard"/>
                <w:b/>
                <w:color w:val="1D0024"/>
                <w:sz w:val="18"/>
              </w:rPr>
              <w:t xml:space="preserve"> </w:t>
            </w:r>
            <w:r>
              <w:rPr>
                <w:rFonts w:ascii="Pretendard" w:eastAsia="Pretendard" w:hAnsi="Pretendard" w:cs="Pretendard"/>
                <w:b/>
                <w:color w:val="1D0024"/>
                <w:sz w:val="18"/>
              </w:rPr>
              <w:t>안내</w:t>
            </w:r>
            <w:r>
              <w:rPr>
                <w:rFonts w:ascii="Pretendard" w:eastAsia="Pretendard" w:hAnsi="Pretendard" w:cs="Pretendard"/>
                <w:b/>
                <w:color w:val="1D0024"/>
                <w:sz w:val="18"/>
              </w:rPr>
              <w:t xml:space="preserve"> </w:t>
            </w:r>
            <w:r>
              <w:rPr>
                <w:rFonts w:ascii="Pretendard" w:eastAsia="Pretendard" w:hAnsi="Pretendard" w:cs="Pretendard"/>
                <w:b/>
                <w:color w:val="1D0024"/>
                <w:sz w:val="18"/>
              </w:rPr>
              <w:t>여정</w:t>
            </w:r>
          </w:p>
        </w:tc>
        <w:tc>
          <w:tcPr>
            <w:tcW w:w="4762" w:type="dxa"/>
          </w:tcPr>
          <w:p w14:paraId="38B543E4" w14:textId="77777777" w:rsidR="004B1372" w:rsidRDefault="00BB0BE3">
            <w:r>
              <w:rPr>
                <w:rFonts w:ascii="Pretendard" w:eastAsia="Pretendard" w:hAnsi="Pretendard" w:cs="Pretendard"/>
                <w:color w:val="1D0024"/>
                <w:sz w:val="18"/>
              </w:rPr>
              <w:t>크리에이트립</w:t>
            </w:r>
            <w:r>
              <w:rPr>
                <w:rFonts w:ascii="Pretendard" w:eastAsia="Pretendard" w:hAnsi="Pretendard" w:cs="Pretendard"/>
                <w:color w:val="1D0024"/>
                <w:sz w:val="18"/>
              </w:rPr>
              <w:t>·BeautsGO·</w:t>
            </w:r>
            <w:r>
              <w:rPr>
                <w:rFonts w:ascii="Pretendard" w:eastAsia="Pretendard" w:hAnsi="Pretendard" w:cs="Pretendard"/>
                <w:color w:val="1D0024"/>
                <w:sz w:val="18"/>
              </w:rPr>
              <w:t>해외</w:t>
            </w:r>
            <w:r>
              <w:rPr>
                <w:rFonts w:ascii="Pretendard" w:eastAsia="Pretendard" w:hAnsi="Pretendard" w:cs="Pretendard"/>
                <w:color w:val="1D0024"/>
                <w:sz w:val="18"/>
              </w:rPr>
              <w:t xml:space="preserve"> </w:t>
            </w:r>
            <w:r>
              <w:rPr>
                <w:rFonts w:ascii="Pretendard" w:eastAsia="Pretendard" w:hAnsi="Pretendard" w:cs="Pretendard"/>
                <w:color w:val="1D0024"/>
                <w:sz w:val="18"/>
              </w:rPr>
              <w:t>중개가</w:t>
            </w:r>
            <w:r>
              <w:rPr>
                <w:rFonts w:ascii="Pretendard" w:eastAsia="Pretendard" w:hAnsi="Pretendard" w:cs="Pretendard"/>
                <w:color w:val="1D0024"/>
                <w:sz w:val="18"/>
              </w:rPr>
              <w:t xml:space="preserve"> </w:t>
            </w:r>
            <w:r>
              <w:rPr>
                <w:rFonts w:ascii="Pretendard" w:eastAsia="Pretendard" w:hAnsi="Pretendard" w:cs="Pretendard"/>
                <w:color w:val="1D0024"/>
                <w:sz w:val="18"/>
              </w:rPr>
              <w:t>숙박</w:t>
            </w:r>
            <w:r>
              <w:rPr>
                <w:rFonts w:ascii="Pretendard" w:eastAsia="Pretendard" w:hAnsi="Pretendard" w:cs="Pretendard"/>
                <w:color w:val="1D0024"/>
                <w:sz w:val="18"/>
              </w:rPr>
              <w:t>·</w:t>
            </w:r>
            <w:r>
              <w:rPr>
                <w:rFonts w:ascii="Pretendard" w:eastAsia="Pretendard" w:hAnsi="Pretendard" w:cs="Pretendard"/>
                <w:color w:val="1D0024"/>
                <w:sz w:val="18"/>
              </w:rPr>
              <w:t>통역까지</w:t>
            </w:r>
            <w:r>
              <w:rPr>
                <w:rFonts w:ascii="Pretendard" w:eastAsia="Pretendard" w:hAnsi="Pretendard" w:cs="Pretendard"/>
                <w:color w:val="1D0024"/>
                <w:sz w:val="18"/>
              </w:rPr>
              <w:t xml:space="preserve"> </w:t>
            </w:r>
            <w:r>
              <w:rPr>
                <w:rFonts w:ascii="Pretendard" w:eastAsia="Pretendard" w:hAnsi="Pretendard" w:cs="Pretendard"/>
                <w:color w:val="1D0024"/>
                <w:sz w:val="18"/>
              </w:rPr>
              <w:t>제공</w:t>
            </w:r>
          </w:p>
        </w:tc>
        <w:tc>
          <w:tcPr>
            <w:tcW w:w="2041" w:type="dxa"/>
          </w:tcPr>
          <w:p w14:paraId="1CFA48B6" w14:textId="77777777" w:rsidR="004B1372" w:rsidRDefault="00BB0BE3">
            <w:r>
              <w:rPr>
                <w:rFonts w:ascii="Pretendard" w:eastAsia="Pretendard" w:hAnsi="Pretendard" w:cs="Pretendard"/>
                <w:color w:val="1D0024"/>
                <w:sz w:val="18"/>
              </w:rPr>
              <w:t>약함</w:t>
            </w:r>
            <w:r>
              <w:rPr>
                <w:rFonts w:ascii="Pretendard" w:eastAsia="Pretendard" w:hAnsi="Pretendard" w:cs="Pretendard"/>
                <w:color w:val="1D0024"/>
                <w:sz w:val="18"/>
              </w:rPr>
              <w:t>(</w:t>
            </w:r>
            <w:r>
              <w:rPr>
                <w:rFonts w:ascii="Pretendard" w:eastAsia="Pretendard" w:hAnsi="Pretendard" w:cs="Pretendard"/>
                <w:color w:val="1D0024"/>
                <w:sz w:val="18"/>
              </w:rPr>
              <w:t>정보</w:t>
            </w:r>
            <w:r>
              <w:rPr>
                <w:rFonts w:ascii="Pretendard" w:eastAsia="Pretendard" w:hAnsi="Pretendard" w:cs="Pretendard"/>
                <w:color w:val="1D0024"/>
                <w:sz w:val="18"/>
              </w:rPr>
              <w:t xml:space="preserve"> </w:t>
            </w:r>
            <w:r>
              <w:rPr>
                <w:rFonts w:ascii="Pretendard" w:eastAsia="Pretendard" w:hAnsi="Pretendard" w:cs="Pretendard"/>
                <w:color w:val="1D0024"/>
                <w:sz w:val="18"/>
              </w:rPr>
              <w:t>수준</w:t>
            </w:r>
            <w:r>
              <w:rPr>
                <w:rFonts w:ascii="Pretendard" w:eastAsia="Pretendard" w:hAnsi="Pretendard" w:cs="Pretendard"/>
                <w:color w:val="1D0024"/>
                <w:sz w:val="18"/>
              </w:rPr>
              <w:t>)</w:t>
            </w:r>
          </w:p>
        </w:tc>
      </w:tr>
    </w:tbl>
    <w:p w14:paraId="2C121ECD" w14:textId="77777777" w:rsidR="004B1372" w:rsidRDefault="004B1372">
      <w:pPr>
        <w:spacing w:after="40"/>
      </w:pPr>
    </w:p>
    <w:p w14:paraId="4E345AA4" w14:textId="77777777" w:rsidR="004B1372" w:rsidRDefault="00BB0BE3">
      <w:pPr>
        <w:spacing w:after="120" w:line="324" w:lineRule="auto"/>
      </w:pPr>
      <w:r>
        <w:rPr>
          <w:rFonts w:ascii="Pretendard" w:eastAsia="Pretendard" w:hAnsi="Pretendard" w:cs="Pretendard"/>
          <w:color w:val="555560"/>
          <w:sz w:val="20"/>
        </w:rPr>
        <w:t>유효한</w:t>
      </w:r>
      <w:r>
        <w:rPr>
          <w:rFonts w:ascii="Pretendard" w:eastAsia="Pretendard" w:hAnsi="Pretendard" w:cs="Pretendard"/>
          <w:color w:val="555560"/>
          <w:sz w:val="20"/>
        </w:rPr>
        <w:t xml:space="preserve"> </w:t>
      </w:r>
      <w:r>
        <w:rPr>
          <w:rFonts w:ascii="Pretendard" w:eastAsia="Pretendard" w:hAnsi="Pretendard" w:cs="Pretendard"/>
          <w:color w:val="555560"/>
          <w:sz w:val="20"/>
        </w:rPr>
        <w:t>차별점</w:t>
      </w:r>
      <w:r>
        <w:rPr>
          <w:rFonts w:ascii="Pretendard" w:eastAsia="Pretendard" w:hAnsi="Pretendard" w:cs="Pretendard"/>
          <w:color w:val="555560"/>
          <w:sz w:val="20"/>
        </w:rPr>
        <w:t xml:space="preserve"> </w:t>
      </w:r>
      <w:r>
        <w:rPr>
          <w:rFonts w:ascii="Pretendard" w:eastAsia="Pretendard" w:hAnsi="Pretendard" w:cs="Pretendard"/>
          <w:color w:val="555560"/>
          <w:sz w:val="20"/>
        </w:rPr>
        <w:t>두</w:t>
      </w:r>
      <w:r>
        <w:rPr>
          <w:rFonts w:ascii="Pretendard" w:eastAsia="Pretendard" w:hAnsi="Pretendard" w:cs="Pretendard"/>
          <w:color w:val="555560"/>
          <w:sz w:val="20"/>
        </w:rPr>
        <w:t xml:space="preserve"> </w:t>
      </w:r>
      <w:r>
        <w:rPr>
          <w:rFonts w:ascii="Pretendard" w:eastAsia="Pretendard" w:hAnsi="Pretendard" w:cs="Pretendard"/>
          <w:color w:val="555560"/>
          <w:sz w:val="20"/>
        </w:rPr>
        <w:t>가지</w:t>
      </w:r>
      <w:r>
        <w:rPr>
          <w:rFonts w:ascii="Pretendard" w:eastAsia="Pretendard" w:hAnsi="Pretendard" w:cs="Pretendard"/>
          <w:color w:val="555560"/>
          <w:sz w:val="20"/>
        </w:rPr>
        <w:t>(</w:t>
      </w:r>
      <w:r>
        <w:rPr>
          <w:rFonts w:ascii="Pretendard" w:eastAsia="Pretendard" w:hAnsi="Pretendard" w:cs="Pretendard"/>
          <w:color w:val="555560"/>
          <w:sz w:val="20"/>
        </w:rPr>
        <w:t>병원</w:t>
      </w:r>
      <w:r>
        <w:rPr>
          <w:rFonts w:ascii="Pretendard" w:eastAsia="Pretendard" w:hAnsi="Pretendard" w:cs="Pretendard"/>
          <w:color w:val="555560"/>
          <w:sz w:val="20"/>
        </w:rPr>
        <w:t xml:space="preserve"> </w:t>
      </w:r>
      <w:r>
        <w:rPr>
          <w:rFonts w:ascii="Pretendard" w:eastAsia="Pretendard" w:hAnsi="Pretendard" w:cs="Pretendard"/>
          <w:color w:val="555560"/>
          <w:sz w:val="20"/>
        </w:rPr>
        <w:t>승인</w:t>
      </w:r>
      <w:r>
        <w:rPr>
          <w:rFonts w:ascii="Pretendard" w:eastAsia="Pretendard" w:hAnsi="Pretendard" w:cs="Pretendard"/>
          <w:color w:val="555560"/>
          <w:sz w:val="20"/>
        </w:rPr>
        <w:t xml:space="preserve"> </w:t>
      </w:r>
      <w:r>
        <w:rPr>
          <w:rFonts w:ascii="Pretendard" w:eastAsia="Pretendard" w:hAnsi="Pretendard" w:cs="Pretendard"/>
          <w:color w:val="555560"/>
          <w:sz w:val="20"/>
        </w:rPr>
        <w:t>원문</w:t>
      </w:r>
      <w:r>
        <w:rPr>
          <w:rFonts w:ascii="Pretendard" w:eastAsia="Pretendard" w:hAnsi="Pretendard" w:cs="Pretendard"/>
          <w:color w:val="555560"/>
          <w:sz w:val="20"/>
        </w:rPr>
        <w:t xml:space="preserve">, </w:t>
      </w:r>
      <w:r>
        <w:rPr>
          <w:rFonts w:ascii="Pretendard" w:eastAsia="Pretendard" w:hAnsi="Pretendard" w:cs="Pretendard"/>
          <w:color w:val="555560"/>
          <w:sz w:val="20"/>
        </w:rPr>
        <w:t>실측</w:t>
      </w:r>
      <w:r>
        <w:rPr>
          <w:rFonts w:ascii="Pretendard" w:eastAsia="Pretendard" w:hAnsi="Pretendard" w:cs="Pretendard"/>
          <w:color w:val="555560"/>
          <w:sz w:val="20"/>
        </w:rPr>
        <w:t xml:space="preserve"> </w:t>
      </w:r>
      <w:r>
        <w:rPr>
          <w:rFonts w:ascii="Pretendard" w:eastAsia="Pretendard" w:hAnsi="Pretendard" w:cs="Pretendard"/>
          <w:color w:val="555560"/>
          <w:sz w:val="20"/>
        </w:rPr>
        <w:t>측정</w:t>
      </w:r>
      <w:r>
        <w:rPr>
          <w:rFonts w:ascii="Pretendard" w:eastAsia="Pretendard" w:hAnsi="Pretendard" w:cs="Pretendard"/>
          <w:color w:val="555560"/>
          <w:sz w:val="20"/>
        </w:rPr>
        <w:t>)</w:t>
      </w:r>
      <w:r>
        <w:rPr>
          <w:rFonts w:ascii="Pretendard" w:eastAsia="Pretendard" w:hAnsi="Pretendard" w:cs="Pretendard"/>
          <w:color w:val="555560"/>
          <w:sz w:val="20"/>
        </w:rPr>
        <w:t>는</w:t>
      </w:r>
      <w:r>
        <w:rPr>
          <w:rFonts w:ascii="Pretendard" w:eastAsia="Pretendard" w:hAnsi="Pretendard" w:cs="Pretendard"/>
          <w:color w:val="555560"/>
          <w:sz w:val="20"/>
        </w:rPr>
        <w:t xml:space="preserve"> </w:t>
      </w:r>
      <w:r>
        <w:rPr>
          <w:rFonts w:ascii="Pretendard" w:eastAsia="Pretendard" w:hAnsi="Pretendard" w:cs="Pretendard"/>
          <w:color w:val="555560"/>
          <w:sz w:val="20"/>
        </w:rPr>
        <w:t>플랫폼</w:t>
      </w:r>
      <w:r>
        <w:rPr>
          <w:rFonts w:ascii="Pretendard" w:eastAsia="Pretendard" w:hAnsi="Pretendard" w:cs="Pretendard"/>
          <w:color w:val="555560"/>
          <w:sz w:val="20"/>
        </w:rPr>
        <w:t xml:space="preserve"> </w:t>
      </w:r>
      <w:r>
        <w:rPr>
          <w:rFonts w:ascii="Pretendard" w:eastAsia="Pretendard" w:hAnsi="Pretendard" w:cs="Pretendard"/>
          <w:color w:val="555560"/>
          <w:sz w:val="20"/>
        </w:rPr>
        <w:t>없이</w:t>
      </w:r>
      <w:r>
        <w:rPr>
          <w:rFonts w:ascii="Pretendard" w:eastAsia="Pretendard" w:hAnsi="Pretendard" w:cs="Pretendard"/>
          <w:color w:val="555560"/>
          <w:sz w:val="20"/>
        </w:rPr>
        <w:t xml:space="preserve"> </w:t>
      </w:r>
      <w:r>
        <w:rPr>
          <w:rFonts w:ascii="Pretendard" w:eastAsia="Pretendard" w:hAnsi="Pretendard" w:cs="Pretendard"/>
          <w:color w:val="555560"/>
          <w:sz w:val="20"/>
        </w:rPr>
        <w:t>서포터즈</w:t>
      </w:r>
      <w:r>
        <w:rPr>
          <w:rFonts w:ascii="Pretendard" w:eastAsia="Pretendard" w:hAnsi="Pretendard" w:cs="Pretendard"/>
          <w:color w:val="555560"/>
          <w:sz w:val="20"/>
        </w:rPr>
        <w:t xml:space="preserve"> </w:t>
      </w:r>
      <w:r>
        <w:rPr>
          <w:rFonts w:ascii="Pretendard" w:eastAsia="Pretendard" w:hAnsi="Pretendard" w:cs="Pretendard"/>
          <w:color w:val="555560"/>
          <w:sz w:val="20"/>
        </w:rPr>
        <w:t>사이트와</w:t>
      </w:r>
      <w:r>
        <w:rPr>
          <w:rFonts w:ascii="Pretendard" w:eastAsia="Pretendard" w:hAnsi="Pretendard" w:cs="Pretendard"/>
          <w:color w:val="555560"/>
          <w:sz w:val="20"/>
        </w:rPr>
        <w:t xml:space="preserve"> </w:t>
      </w:r>
      <w:r>
        <w:rPr>
          <w:rFonts w:ascii="Pretendard" w:eastAsia="Pretendard" w:hAnsi="Pretendard" w:cs="Pretendard"/>
          <w:color w:val="555560"/>
          <w:sz w:val="20"/>
        </w:rPr>
        <w:t>진단</w:t>
      </w:r>
      <w:r>
        <w:rPr>
          <w:rFonts w:ascii="Pretendard" w:eastAsia="Pretendard" w:hAnsi="Pretendard" w:cs="Pretendard"/>
          <w:color w:val="555560"/>
          <w:sz w:val="20"/>
        </w:rPr>
        <w:t xml:space="preserve"> </w:t>
      </w:r>
      <w:r>
        <w:rPr>
          <w:rFonts w:ascii="Pretendard" w:eastAsia="Pretendard" w:hAnsi="Pretendard" w:cs="Pretendard"/>
          <w:color w:val="555560"/>
          <w:sz w:val="20"/>
        </w:rPr>
        <w:t>제품으로도</w:t>
      </w:r>
      <w:r>
        <w:rPr>
          <w:rFonts w:ascii="Pretendard" w:eastAsia="Pretendard" w:hAnsi="Pretendard" w:cs="Pretendard"/>
          <w:color w:val="555560"/>
          <w:sz w:val="20"/>
        </w:rPr>
        <w:t xml:space="preserve"> </w:t>
      </w:r>
      <w:r>
        <w:rPr>
          <w:rFonts w:ascii="Pretendard" w:eastAsia="Pretendard" w:hAnsi="Pretendard" w:cs="Pretendard"/>
          <w:color w:val="555560"/>
          <w:sz w:val="20"/>
        </w:rPr>
        <w:t>제공할</w:t>
      </w:r>
      <w:r>
        <w:rPr>
          <w:rFonts w:ascii="Pretendard" w:eastAsia="Pretendard" w:hAnsi="Pretendard" w:cs="Pretendard"/>
          <w:color w:val="555560"/>
          <w:sz w:val="20"/>
        </w:rPr>
        <w:t xml:space="preserve"> </w:t>
      </w:r>
      <w:r>
        <w:rPr>
          <w:rFonts w:ascii="Pretendard" w:eastAsia="Pretendard" w:hAnsi="Pretendard" w:cs="Pretendard"/>
          <w:color w:val="555560"/>
          <w:sz w:val="20"/>
        </w:rPr>
        <w:t>수</w:t>
      </w:r>
      <w:r>
        <w:rPr>
          <w:rFonts w:ascii="Pretendard" w:eastAsia="Pretendard" w:hAnsi="Pretendard" w:cs="Pretendard"/>
          <w:color w:val="555560"/>
          <w:sz w:val="20"/>
        </w:rPr>
        <w:t xml:space="preserve"> </w:t>
      </w:r>
      <w:r>
        <w:rPr>
          <w:rFonts w:ascii="Pretendard" w:eastAsia="Pretendard" w:hAnsi="Pretendard" w:cs="Pretendard"/>
          <w:color w:val="555560"/>
          <w:sz w:val="20"/>
        </w:rPr>
        <w:t>있습니다</w:t>
      </w:r>
      <w:r>
        <w:rPr>
          <w:rFonts w:ascii="Pretendard" w:eastAsia="Pretendard" w:hAnsi="Pretendard" w:cs="Pretendard"/>
          <w:color w:val="555560"/>
          <w:sz w:val="20"/>
        </w:rPr>
        <w:t>.</w:t>
      </w:r>
    </w:p>
    <w:p w14:paraId="498619F2" w14:textId="77777777" w:rsidR="004B1372" w:rsidRDefault="00BB0BE3">
      <w:pPr>
        <w:keepNext/>
        <w:spacing w:before="200" w:after="160"/>
      </w:pPr>
      <w:r>
        <w:rPr>
          <w:rFonts w:ascii="Pretendard" w:eastAsia="Pretendard" w:hAnsi="Pretendard" w:cs="Pretendard"/>
          <w:b/>
          <w:color w:val="4F1DA1"/>
          <w:sz w:val="26"/>
        </w:rPr>
        <w:t xml:space="preserve">4-8. </w:t>
      </w:r>
      <w:r>
        <w:rPr>
          <w:rFonts w:ascii="Pretendard" w:eastAsia="Pretendard" w:hAnsi="Pretendard" w:cs="Pretendard"/>
          <w:b/>
          <w:color w:val="4F1DA1"/>
          <w:sz w:val="26"/>
        </w:rPr>
        <w:t>진입</w:t>
      </w:r>
      <w:r>
        <w:rPr>
          <w:rFonts w:ascii="Pretendard" w:eastAsia="Pretendard" w:hAnsi="Pretendard" w:cs="Pretendard"/>
          <w:b/>
          <w:color w:val="4F1DA1"/>
          <w:sz w:val="26"/>
        </w:rPr>
        <w:t xml:space="preserve"> </w:t>
      </w:r>
      <w:r>
        <w:rPr>
          <w:rFonts w:ascii="Pretendard" w:eastAsia="Pretendard" w:hAnsi="Pretendard" w:cs="Pretendard"/>
          <w:b/>
          <w:color w:val="4F1DA1"/>
          <w:sz w:val="26"/>
        </w:rPr>
        <w:t>장벽</w:t>
      </w:r>
    </w:p>
    <w:tbl>
      <w:tblPr>
        <w:tblStyle w:val="af9"/>
        <w:tblW w:w="0" w:type="auto"/>
        <w:jc w:val="center"/>
        <w:tblLayout w:type="fixed"/>
        <w:tblLook w:val="04A0" w:firstRow="1" w:lastRow="0" w:firstColumn="1" w:lastColumn="0" w:noHBand="0" w:noVBand="1"/>
      </w:tblPr>
      <w:tblGrid>
        <w:gridCol w:w="1814"/>
        <w:gridCol w:w="4535"/>
        <w:gridCol w:w="3288"/>
      </w:tblGrid>
      <w:tr w:rsidR="004B1372" w14:paraId="647A981D" w14:textId="77777777">
        <w:trPr>
          <w:cantSplit/>
          <w:tblHeader/>
          <w:jc w:val="center"/>
        </w:trPr>
        <w:tc>
          <w:tcPr>
            <w:tcW w:w="1814" w:type="dxa"/>
            <w:shd w:val="clear" w:color="auto" w:fill="1D0024"/>
          </w:tcPr>
          <w:p w14:paraId="389E46FC" w14:textId="77777777" w:rsidR="004B1372" w:rsidRDefault="00BB0BE3">
            <w:r>
              <w:rPr>
                <w:rFonts w:ascii="Pretendard" w:eastAsia="Pretendard" w:hAnsi="Pretendard" w:cs="Pretendard"/>
                <w:b/>
                <w:color w:val="FFFFFF"/>
                <w:sz w:val="18"/>
              </w:rPr>
              <w:t>장벽</w:t>
            </w:r>
          </w:p>
        </w:tc>
        <w:tc>
          <w:tcPr>
            <w:tcW w:w="4535" w:type="dxa"/>
            <w:shd w:val="clear" w:color="auto" w:fill="1D0024"/>
          </w:tcPr>
          <w:p w14:paraId="2B1604DE" w14:textId="77777777" w:rsidR="004B1372" w:rsidRDefault="00BB0BE3">
            <w:r>
              <w:rPr>
                <w:rFonts w:ascii="Pretendard" w:eastAsia="Pretendard" w:hAnsi="Pretendard" w:cs="Pretendard"/>
                <w:b/>
                <w:color w:val="FFFFFF"/>
                <w:sz w:val="18"/>
              </w:rPr>
              <w:t>선두</w:t>
            </w:r>
            <w:r>
              <w:rPr>
                <w:rFonts w:ascii="Pretendard" w:eastAsia="Pretendard" w:hAnsi="Pretendard" w:cs="Pretendard"/>
                <w:b/>
                <w:color w:val="FFFFFF"/>
                <w:sz w:val="18"/>
              </w:rPr>
              <w:t xml:space="preserve"> </w:t>
            </w:r>
            <w:r>
              <w:rPr>
                <w:rFonts w:ascii="Pretendard" w:eastAsia="Pretendard" w:hAnsi="Pretendard" w:cs="Pretendard"/>
                <w:b/>
                <w:color w:val="FFFFFF"/>
                <w:sz w:val="18"/>
              </w:rPr>
              <w:t>사업자</w:t>
            </w:r>
            <w:r>
              <w:rPr>
                <w:rFonts w:ascii="Pretendard" w:eastAsia="Pretendard" w:hAnsi="Pretendard" w:cs="Pretendard"/>
                <w:b/>
                <w:color w:val="FFFFFF"/>
                <w:sz w:val="18"/>
              </w:rPr>
              <w:t xml:space="preserve"> </w:t>
            </w:r>
            <w:r>
              <w:rPr>
                <w:rFonts w:ascii="Pretendard" w:eastAsia="Pretendard" w:hAnsi="Pretendard" w:cs="Pretendard"/>
                <w:b/>
                <w:color w:val="FFFFFF"/>
                <w:sz w:val="18"/>
              </w:rPr>
              <w:t>수준</w:t>
            </w:r>
          </w:p>
        </w:tc>
        <w:tc>
          <w:tcPr>
            <w:tcW w:w="3288" w:type="dxa"/>
            <w:shd w:val="clear" w:color="auto" w:fill="1D0024"/>
          </w:tcPr>
          <w:p w14:paraId="06C591E4" w14:textId="77777777" w:rsidR="004B1372" w:rsidRDefault="00BB0BE3">
            <w:r>
              <w:rPr>
                <w:rFonts w:ascii="Pretendard" w:eastAsia="Pretendard" w:hAnsi="Pretendard" w:cs="Pretendard"/>
                <w:b/>
                <w:color w:val="FFFFFF"/>
                <w:sz w:val="18"/>
              </w:rPr>
              <w:t xml:space="preserve">INFINITH </w:t>
            </w:r>
            <w:r>
              <w:rPr>
                <w:rFonts w:ascii="Pretendard" w:eastAsia="Pretendard" w:hAnsi="Pretendard" w:cs="Pretendard"/>
                <w:b/>
                <w:color w:val="FFFFFF"/>
                <w:sz w:val="18"/>
              </w:rPr>
              <w:t>현재</w:t>
            </w:r>
          </w:p>
        </w:tc>
      </w:tr>
      <w:tr w:rsidR="004B1372" w14:paraId="449C477A" w14:textId="77777777">
        <w:trPr>
          <w:jc w:val="center"/>
        </w:trPr>
        <w:tc>
          <w:tcPr>
            <w:tcW w:w="1814" w:type="dxa"/>
          </w:tcPr>
          <w:p w14:paraId="4E2A8AE4" w14:textId="77777777" w:rsidR="004B1372" w:rsidRDefault="00BB0BE3">
            <w:r>
              <w:rPr>
                <w:rFonts w:ascii="Pretendard" w:eastAsia="Pretendard" w:hAnsi="Pretendard" w:cs="Pretendard"/>
                <w:b/>
                <w:color w:val="1D0024"/>
                <w:sz w:val="18"/>
              </w:rPr>
              <w:t>병원</w:t>
            </w:r>
            <w:r>
              <w:rPr>
                <w:rFonts w:ascii="Pretendard" w:eastAsia="Pretendard" w:hAnsi="Pretendard" w:cs="Pretendard"/>
                <w:b/>
                <w:color w:val="1D0024"/>
                <w:sz w:val="18"/>
              </w:rPr>
              <w:t xml:space="preserve"> </w:t>
            </w:r>
            <w:r>
              <w:rPr>
                <w:rFonts w:ascii="Pretendard" w:eastAsia="Pretendard" w:hAnsi="Pretendard" w:cs="Pretendard"/>
                <w:b/>
                <w:color w:val="1D0024"/>
                <w:sz w:val="18"/>
              </w:rPr>
              <w:t>공급</w:t>
            </w:r>
          </w:p>
        </w:tc>
        <w:tc>
          <w:tcPr>
            <w:tcW w:w="4535" w:type="dxa"/>
          </w:tcPr>
          <w:p w14:paraId="511F3E6B" w14:textId="77777777" w:rsidR="004B1372" w:rsidRDefault="00BB0BE3">
            <w:r>
              <w:rPr>
                <w:rFonts w:ascii="Pretendard" w:eastAsia="Pretendard" w:hAnsi="Pretendard" w:cs="Pretendard"/>
                <w:color w:val="1D0024"/>
                <w:sz w:val="18"/>
              </w:rPr>
              <w:t>수천</w:t>
            </w:r>
            <w:r>
              <w:rPr>
                <w:rFonts w:ascii="Pretendard" w:eastAsia="Pretendard" w:hAnsi="Pretendard" w:cs="Pretendard"/>
                <w:color w:val="1D0024"/>
                <w:sz w:val="18"/>
              </w:rPr>
              <w:t xml:space="preserve"> </w:t>
            </w:r>
            <w:r>
              <w:rPr>
                <w:rFonts w:ascii="Pretendard" w:eastAsia="Pretendard" w:hAnsi="Pretendard" w:cs="Pretendard"/>
                <w:color w:val="1D0024"/>
                <w:sz w:val="18"/>
              </w:rPr>
              <w:t>곳</w:t>
            </w:r>
            <w:r>
              <w:rPr>
                <w:rFonts w:ascii="Pretendard" w:eastAsia="Pretendard" w:hAnsi="Pretendard" w:cs="Pretendard"/>
                <w:color w:val="1D0024"/>
                <w:sz w:val="18"/>
              </w:rPr>
              <w:t xml:space="preserve"> </w:t>
            </w:r>
            <w:r>
              <w:rPr>
                <w:rFonts w:ascii="Pretendard" w:eastAsia="Pretendard" w:hAnsi="Pretendard" w:cs="Pretendard"/>
                <w:color w:val="1D0024"/>
                <w:sz w:val="18"/>
              </w:rPr>
              <w:t>제휴</w:t>
            </w:r>
            <w:r>
              <w:rPr>
                <w:rFonts w:ascii="Pretendard" w:eastAsia="Pretendard" w:hAnsi="Pretendard" w:cs="Pretendard"/>
                <w:color w:val="1D0024"/>
                <w:sz w:val="18"/>
              </w:rPr>
              <w:t>(</w:t>
            </w:r>
            <w:r>
              <w:rPr>
                <w:rFonts w:ascii="Pretendard" w:eastAsia="Pretendard" w:hAnsi="Pretendard" w:cs="Pretendard"/>
                <w:color w:val="1D0024"/>
                <w:sz w:val="18"/>
              </w:rPr>
              <w:t>강남언니</w:t>
            </w:r>
            <w:r>
              <w:rPr>
                <w:rFonts w:ascii="Pretendard" w:eastAsia="Pretendard" w:hAnsi="Pretendard" w:cs="Pretendard"/>
                <w:color w:val="1D0024"/>
                <w:sz w:val="18"/>
              </w:rPr>
              <w:t xml:space="preserve"> </w:t>
            </w:r>
            <w:r>
              <w:rPr>
                <w:rFonts w:ascii="Pretendard" w:eastAsia="Pretendard" w:hAnsi="Pretendard" w:cs="Pretendard"/>
                <w:color w:val="1D0024"/>
                <w:sz w:val="18"/>
              </w:rPr>
              <w:t>일본</w:t>
            </w:r>
            <w:r>
              <w:rPr>
                <w:rFonts w:ascii="Pretendard" w:eastAsia="Pretendard" w:hAnsi="Pretendard" w:cs="Pretendard"/>
                <w:color w:val="1D0024"/>
                <w:sz w:val="18"/>
              </w:rPr>
              <w:t xml:space="preserve"> 1,500</w:t>
            </w:r>
            <w:r>
              <w:rPr>
                <w:rFonts w:ascii="Pretendard" w:eastAsia="Pretendard" w:hAnsi="Pretendard" w:cs="Pretendard"/>
                <w:color w:val="1D0024"/>
                <w:sz w:val="18"/>
              </w:rPr>
              <w:t>곳</w:t>
            </w:r>
            <w:r>
              <w:rPr>
                <w:rFonts w:ascii="Pretendard" w:eastAsia="Pretendard" w:hAnsi="Pretendard" w:cs="Pretendard"/>
                <w:color w:val="1D0024"/>
                <w:sz w:val="18"/>
              </w:rPr>
              <w:t xml:space="preserve">, </w:t>
            </w:r>
            <w:r>
              <w:rPr>
                <w:rFonts w:ascii="Pretendard" w:eastAsia="Pretendard" w:hAnsi="Pretendard" w:cs="Pretendard"/>
                <w:color w:val="1D0024"/>
                <w:sz w:val="18"/>
              </w:rPr>
              <w:t>여신티켓</w:t>
            </w:r>
            <w:r>
              <w:rPr>
                <w:rFonts w:ascii="Pretendard" w:eastAsia="Pretendard" w:hAnsi="Pretendard" w:cs="Pretendard"/>
                <w:color w:val="1D0024"/>
                <w:sz w:val="18"/>
              </w:rPr>
              <w:t xml:space="preserve"> </w:t>
            </w:r>
            <w:r>
              <w:rPr>
                <w:rFonts w:ascii="Pretendard" w:eastAsia="Pretendard" w:hAnsi="Pretendard" w:cs="Pretendard"/>
                <w:color w:val="1D0024"/>
                <w:sz w:val="18"/>
              </w:rPr>
              <w:t>국내</w:t>
            </w:r>
            <w:r>
              <w:rPr>
                <w:rFonts w:ascii="Pretendard" w:eastAsia="Pretendard" w:hAnsi="Pretendard" w:cs="Pretendard"/>
                <w:color w:val="1D0024"/>
                <w:sz w:val="18"/>
              </w:rPr>
              <w:t xml:space="preserve"> 5,000</w:t>
            </w:r>
            <w:r>
              <w:rPr>
                <w:rFonts w:ascii="Pretendard" w:eastAsia="Pretendard" w:hAnsi="Pretendard" w:cs="Pretendard"/>
                <w:color w:val="1D0024"/>
                <w:sz w:val="18"/>
              </w:rPr>
              <w:t>곳</w:t>
            </w:r>
            <w:r>
              <w:rPr>
                <w:rFonts w:ascii="Pretendard" w:eastAsia="Pretendard" w:hAnsi="Pretendard" w:cs="Pretendard"/>
                <w:color w:val="1D0024"/>
                <w:sz w:val="18"/>
              </w:rPr>
              <w:t>)</w:t>
            </w:r>
          </w:p>
        </w:tc>
        <w:tc>
          <w:tcPr>
            <w:tcW w:w="3288" w:type="dxa"/>
          </w:tcPr>
          <w:p w14:paraId="36AA76CC" w14:textId="77777777" w:rsidR="004B1372" w:rsidRDefault="00BB0BE3">
            <w:r>
              <w:rPr>
                <w:rFonts w:ascii="Pretendard" w:eastAsia="Pretendard" w:hAnsi="Pretendard" w:cs="Pretendard"/>
                <w:color w:val="1D0024"/>
                <w:sz w:val="18"/>
              </w:rPr>
              <w:t>서포터즈</w:t>
            </w:r>
            <w:r>
              <w:rPr>
                <w:rFonts w:ascii="Pretendard" w:eastAsia="Pretendard" w:hAnsi="Pretendard" w:cs="Pretendard"/>
                <w:color w:val="1D0024"/>
                <w:sz w:val="18"/>
              </w:rPr>
              <w:t xml:space="preserve"> 3</w:t>
            </w:r>
            <w:r>
              <w:rPr>
                <w:rFonts w:ascii="Pretendard" w:eastAsia="Pretendard" w:hAnsi="Pretendard" w:cs="Pretendard"/>
                <w:color w:val="1D0024"/>
                <w:sz w:val="18"/>
              </w:rPr>
              <w:t>곳</w:t>
            </w:r>
            <w:r>
              <w:rPr>
                <w:rFonts w:ascii="Pretendard" w:eastAsia="Pretendard" w:hAnsi="Pretendard" w:cs="Pretendard"/>
                <w:color w:val="1D0024"/>
                <w:sz w:val="18"/>
              </w:rPr>
              <w:t xml:space="preserve">, </w:t>
            </w:r>
            <w:r>
              <w:rPr>
                <w:rFonts w:ascii="Pretendard" w:eastAsia="Pretendard" w:hAnsi="Pretendard" w:cs="Pretendard"/>
                <w:color w:val="1D0024"/>
                <w:sz w:val="18"/>
              </w:rPr>
              <w:t>승인</w:t>
            </w:r>
            <w:r>
              <w:rPr>
                <w:rFonts w:ascii="Pretendard" w:eastAsia="Pretendard" w:hAnsi="Pretendard" w:cs="Pretendard"/>
                <w:color w:val="1D0024"/>
                <w:sz w:val="18"/>
              </w:rPr>
              <w:t xml:space="preserve"> 0</w:t>
            </w:r>
            <w:r>
              <w:rPr>
                <w:rFonts w:ascii="Pretendard" w:eastAsia="Pretendard" w:hAnsi="Pretendard" w:cs="Pretendard"/>
                <w:color w:val="1D0024"/>
                <w:sz w:val="18"/>
              </w:rPr>
              <w:t>편</w:t>
            </w:r>
          </w:p>
        </w:tc>
      </w:tr>
      <w:tr w:rsidR="004B1372" w14:paraId="2AD1AFE9" w14:textId="77777777">
        <w:trPr>
          <w:jc w:val="center"/>
        </w:trPr>
        <w:tc>
          <w:tcPr>
            <w:tcW w:w="1814" w:type="dxa"/>
          </w:tcPr>
          <w:p w14:paraId="3A6EE538" w14:textId="77777777" w:rsidR="004B1372" w:rsidRDefault="00BB0BE3">
            <w:r>
              <w:rPr>
                <w:rFonts w:ascii="Pretendard" w:eastAsia="Pretendard" w:hAnsi="Pretendard" w:cs="Pretendard"/>
                <w:b/>
                <w:color w:val="1D0024"/>
                <w:sz w:val="18"/>
              </w:rPr>
              <w:t>외국인</w:t>
            </w:r>
            <w:r>
              <w:rPr>
                <w:rFonts w:ascii="Pretendard" w:eastAsia="Pretendard" w:hAnsi="Pretendard" w:cs="Pretendard"/>
                <w:b/>
                <w:color w:val="1D0024"/>
                <w:sz w:val="18"/>
              </w:rPr>
              <w:t xml:space="preserve"> </w:t>
            </w:r>
            <w:r>
              <w:rPr>
                <w:rFonts w:ascii="Pretendard" w:eastAsia="Pretendard" w:hAnsi="Pretendard" w:cs="Pretendard"/>
                <w:b/>
                <w:color w:val="1D0024"/>
                <w:sz w:val="18"/>
              </w:rPr>
              <w:t>수요</w:t>
            </w:r>
          </w:p>
        </w:tc>
        <w:tc>
          <w:tcPr>
            <w:tcW w:w="4535" w:type="dxa"/>
          </w:tcPr>
          <w:p w14:paraId="4B5C5D46" w14:textId="77777777" w:rsidR="004B1372" w:rsidRDefault="00BB0BE3">
            <w:r>
              <w:rPr>
                <w:rFonts w:ascii="Pretendard" w:eastAsia="Pretendard" w:hAnsi="Pretendard" w:cs="Pretendard"/>
                <w:color w:val="1D0024"/>
                <w:sz w:val="18"/>
              </w:rPr>
              <w:t>해외</w:t>
            </w:r>
            <w:r>
              <w:rPr>
                <w:rFonts w:ascii="Pretendard" w:eastAsia="Pretendard" w:hAnsi="Pretendard" w:cs="Pretendard"/>
                <w:color w:val="1D0024"/>
                <w:sz w:val="18"/>
              </w:rPr>
              <w:t xml:space="preserve"> MAU 23</w:t>
            </w:r>
            <w:r>
              <w:rPr>
                <w:rFonts w:ascii="Pretendard" w:eastAsia="Pretendard" w:hAnsi="Pretendard" w:cs="Pretendard"/>
                <w:color w:val="1D0024"/>
                <w:sz w:val="18"/>
              </w:rPr>
              <w:t>만</w:t>
            </w:r>
            <w:r>
              <w:rPr>
                <w:rFonts w:ascii="Pretendard" w:eastAsia="Pretendard" w:hAnsi="Pretendard" w:cs="Pretendard"/>
                <w:color w:val="1D0024"/>
                <w:sz w:val="18"/>
              </w:rPr>
              <w:t>(</w:t>
            </w:r>
            <w:r>
              <w:rPr>
                <w:rFonts w:ascii="Pretendard" w:eastAsia="Pretendard" w:hAnsi="Pretendard" w:cs="Pretendard"/>
                <w:color w:val="1D0024"/>
                <w:sz w:val="18"/>
              </w:rPr>
              <w:t>강남언니</w:t>
            </w:r>
            <w:r>
              <w:rPr>
                <w:rFonts w:ascii="Pretendard" w:eastAsia="Pretendard" w:hAnsi="Pretendard" w:cs="Pretendard"/>
                <w:color w:val="1D0024"/>
                <w:sz w:val="18"/>
              </w:rPr>
              <w:t>), MAU 160</w:t>
            </w:r>
            <w:r>
              <w:rPr>
                <w:rFonts w:ascii="Pretendard" w:eastAsia="Pretendard" w:hAnsi="Pretendard" w:cs="Pretendard"/>
                <w:color w:val="1D0024"/>
                <w:sz w:val="18"/>
              </w:rPr>
              <w:t>만</w:t>
            </w:r>
            <w:r>
              <w:rPr>
                <w:rFonts w:ascii="Pretendard" w:eastAsia="Pretendard" w:hAnsi="Pretendard" w:cs="Pretendard"/>
                <w:color w:val="1D0024"/>
                <w:sz w:val="18"/>
              </w:rPr>
              <w:t>(</w:t>
            </w:r>
            <w:r>
              <w:rPr>
                <w:rFonts w:ascii="Pretendard" w:eastAsia="Pretendard" w:hAnsi="Pretendard" w:cs="Pretendard"/>
                <w:color w:val="1D0024"/>
                <w:sz w:val="18"/>
              </w:rPr>
              <w:t>크리에이트립</w:t>
            </w:r>
            <w:r>
              <w:rPr>
                <w:rFonts w:ascii="Pretendard" w:eastAsia="Pretendard" w:hAnsi="Pretendard" w:cs="Pretendard"/>
                <w:color w:val="1D0024"/>
                <w:sz w:val="18"/>
              </w:rPr>
              <w:t>)</w:t>
            </w:r>
          </w:p>
        </w:tc>
        <w:tc>
          <w:tcPr>
            <w:tcW w:w="3288" w:type="dxa"/>
          </w:tcPr>
          <w:p w14:paraId="31732EA8" w14:textId="77777777" w:rsidR="004B1372" w:rsidRDefault="00BB0BE3">
            <w:r>
              <w:rPr>
                <w:rFonts w:ascii="Pretendard" w:eastAsia="Pretendard" w:hAnsi="Pretendard" w:cs="Pretendard"/>
                <w:color w:val="1D0024"/>
                <w:sz w:val="18"/>
              </w:rPr>
              <w:t xml:space="preserve">0. AI </w:t>
            </w:r>
            <w:r>
              <w:rPr>
                <w:rFonts w:ascii="Pretendard" w:eastAsia="Pretendard" w:hAnsi="Pretendard" w:cs="Pretendard"/>
                <w:color w:val="1D0024"/>
                <w:sz w:val="18"/>
              </w:rPr>
              <w:t>인용</w:t>
            </w:r>
            <w:r>
              <w:rPr>
                <w:rFonts w:ascii="Pretendard" w:eastAsia="Pretendard" w:hAnsi="Pretendard" w:cs="Pretendard"/>
                <w:color w:val="1D0024"/>
                <w:sz w:val="18"/>
              </w:rPr>
              <w:t xml:space="preserve"> </w:t>
            </w:r>
            <w:r>
              <w:rPr>
                <w:rFonts w:ascii="Pretendard" w:eastAsia="Pretendard" w:hAnsi="Pretendard" w:cs="Pretendard"/>
                <w:color w:val="1D0024"/>
                <w:sz w:val="18"/>
              </w:rPr>
              <w:t>기준선만</w:t>
            </w:r>
            <w:r>
              <w:rPr>
                <w:rFonts w:ascii="Pretendard" w:eastAsia="Pretendard" w:hAnsi="Pretendard" w:cs="Pretendard"/>
                <w:color w:val="1D0024"/>
                <w:sz w:val="18"/>
              </w:rPr>
              <w:t xml:space="preserve"> </w:t>
            </w:r>
            <w:r>
              <w:rPr>
                <w:rFonts w:ascii="Pretendard" w:eastAsia="Pretendard" w:hAnsi="Pretendard" w:cs="Pretendard"/>
                <w:color w:val="1D0024"/>
                <w:sz w:val="18"/>
              </w:rPr>
              <w:t>있음</w:t>
            </w:r>
          </w:p>
        </w:tc>
      </w:tr>
      <w:tr w:rsidR="004B1372" w14:paraId="713BAEEB" w14:textId="77777777">
        <w:trPr>
          <w:jc w:val="center"/>
        </w:trPr>
        <w:tc>
          <w:tcPr>
            <w:tcW w:w="1814" w:type="dxa"/>
          </w:tcPr>
          <w:p w14:paraId="49563F0F" w14:textId="77777777" w:rsidR="004B1372" w:rsidRDefault="00BB0BE3">
            <w:r>
              <w:rPr>
                <w:rFonts w:ascii="Pretendard" w:eastAsia="Pretendard" w:hAnsi="Pretendard" w:cs="Pretendard"/>
                <w:b/>
                <w:color w:val="1D0024"/>
                <w:sz w:val="18"/>
              </w:rPr>
              <w:t>마케팅</w:t>
            </w:r>
            <w:r>
              <w:rPr>
                <w:rFonts w:ascii="Pretendard" w:eastAsia="Pretendard" w:hAnsi="Pretendard" w:cs="Pretendard"/>
                <w:b/>
                <w:color w:val="1D0024"/>
                <w:sz w:val="18"/>
              </w:rPr>
              <w:t xml:space="preserve"> </w:t>
            </w:r>
            <w:r>
              <w:rPr>
                <w:rFonts w:ascii="Pretendard" w:eastAsia="Pretendard" w:hAnsi="Pretendard" w:cs="Pretendard"/>
                <w:b/>
                <w:color w:val="1D0024"/>
                <w:sz w:val="18"/>
              </w:rPr>
              <w:t>자본</w:t>
            </w:r>
          </w:p>
        </w:tc>
        <w:tc>
          <w:tcPr>
            <w:tcW w:w="4535" w:type="dxa"/>
          </w:tcPr>
          <w:p w14:paraId="0CBDEBE2" w14:textId="77777777" w:rsidR="004B1372" w:rsidRDefault="00BB0BE3">
            <w:r>
              <w:rPr>
                <w:rFonts w:ascii="Pretendard" w:eastAsia="Pretendard" w:hAnsi="Pretendard" w:cs="Pretendard"/>
                <w:color w:val="1D0024"/>
                <w:sz w:val="18"/>
              </w:rPr>
              <w:t>광고선전비</w:t>
            </w:r>
            <w:r>
              <w:rPr>
                <w:rFonts w:ascii="Pretendard" w:eastAsia="Pretendard" w:hAnsi="Pretendard" w:cs="Pretendard"/>
                <w:color w:val="1D0024"/>
                <w:sz w:val="18"/>
              </w:rPr>
              <w:t xml:space="preserve"> 343</w:t>
            </w:r>
            <w:r>
              <w:rPr>
                <w:rFonts w:ascii="Pretendard" w:eastAsia="Pretendard" w:hAnsi="Pretendard" w:cs="Pretendard"/>
                <w:color w:val="1D0024"/>
                <w:sz w:val="18"/>
              </w:rPr>
              <w:t>억</w:t>
            </w:r>
            <w:r>
              <w:rPr>
                <w:rFonts w:ascii="Pretendard" w:eastAsia="Pretendard" w:hAnsi="Pretendard" w:cs="Pretendard"/>
                <w:color w:val="1D0024"/>
                <w:sz w:val="18"/>
              </w:rPr>
              <w:t>(</w:t>
            </w:r>
            <w:r>
              <w:rPr>
                <w:rFonts w:ascii="Pretendard" w:eastAsia="Pretendard" w:hAnsi="Pretendard" w:cs="Pretendard"/>
                <w:color w:val="1D0024"/>
                <w:sz w:val="18"/>
              </w:rPr>
              <w:t>강남언니</w:t>
            </w:r>
            <w:r>
              <w:rPr>
                <w:rFonts w:ascii="Pretendard" w:eastAsia="Pretendard" w:hAnsi="Pretendard" w:cs="Pretendard"/>
                <w:color w:val="1D0024"/>
                <w:sz w:val="18"/>
              </w:rPr>
              <w:t xml:space="preserve"> 2025), </w:t>
            </w:r>
            <w:r>
              <w:rPr>
                <w:rFonts w:ascii="Pretendard" w:eastAsia="Pretendard" w:hAnsi="Pretendard" w:cs="Pretendard"/>
                <w:color w:val="1D0024"/>
                <w:sz w:val="18"/>
              </w:rPr>
              <w:t>누적</w:t>
            </w:r>
            <w:r>
              <w:rPr>
                <w:rFonts w:ascii="Pretendard" w:eastAsia="Pretendard" w:hAnsi="Pretendard" w:cs="Pretendard"/>
                <w:color w:val="1D0024"/>
                <w:sz w:val="18"/>
              </w:rPr>
              <w:t xml:space="preserve"> </w:t>
            </w:r>
            <w:r>
              <w:rPr>
                <w:rFonts w:ascii="Pretendard" w:eastAsia="Pretendard" w:hAnsi="Pretendard" w:cs="Pretendard"/>
                <w:color w:val="1D0024"/>
                <w:sz w:val="18"/>
              </w:rPr>
              <w:t>투자</w:t>
            </w:r>
            <w:r>
              <w:rPr>
                <w:rFonts w:ascii="Pretendard" w:eastAsia="Pretendard" w:hAnsi="Pretendard" w:cs="Pretendard"/>
                <w:color w:val="1D0024"/>
                <w:sz w:val="18"/>
              </w:rPr>
              <w:t xml:space="preserve"> 181</w:t>
            </w:r>
            <w:r>
              <w:rPr>
                <w:rFonts w:ascii="Pretendard" w:eastAsia="Pretendard" w:hAnsi="Pretendard" w:cs="Pretendard"/>
                <w:color w:val="1D0024"/>
                <w:sz w:val="18"/>
              </w:rPr>
              <w:t>억</w:t>
            </w:r>
            <w:r>
              <w:rPr>
                <w:rFonts w:ascii="Pretendard" w:eastAsia="Pretendard" w:hAnsi="Pretendard" w:cs="Pretendard"/>
                <w:color w:val="1D0024"/>
                <w:sz w:val="18"/>
              </w:rPr>
              <w:t xml:space="preserve"> </w:t>
            </w:r>
            <w:r>
              <w:rPr>
                <w:rFonts w:ascii="Pretendard" w:eastAsia="Pretendard" w:hAnsi="Pretendard" w:cs="Pretendard"/>
                <w:color w:val="1D0024"/>
                <w:sz w:val="18"/>
              </w:rPr>
              <w:t>원</w:t>
            </w:r>
            <w:r>
              <w:rPr>
                <w:rFonts w:ascii="Pretendard" w:eastAsia="Pretendard" w:hAnsi="Pretendard" w:cs="Pretendard"/>
                <w:color w:val="1D0024"/>
                <w:sz w:val="18"/>
              </w:rPr>
              <w:t xml:space="preserve"> </w:t>
            </w:r>
            <w:r>
              <w:rPr>
                <w:rFonts w:ascii="Pretendard" w:eastAsia="Pretendard" w:hAnsi="Pretendard" w:cs="Pretendard"/>
                <w:color w:val="1D0024"/>
                <w:sz w:val="18"/>
              </w:rPr>
              <w:t>이상</w:t>
            </w:r>
            <w:r>
              <w:rPr>
                <w:rFonts w:ascii="Pretendard" w:eastAsia="Pretendard" w:hAnsi="Pretendard" w:cs="Pretendard"/>
                <w:color w:val="1D0024"/>
                <w:sz w:val="18"/>
              </w:rPr>
              <w:t>(</w:t>
            </w:r>
            <w:r>
              <w:rPr>
                <w:rFonts w:ascii="Pretendard" w:eastAsia="Pretendard" w:hAnsi="Pretendard" w:cs="Pretendard"/>
                <w:color w:val="1D0024"/>
                <w:sz w:val="18"/>
              </w:rPr>
              <w:t>크리에이트립</w:t>
            </w:r>
            <w:r>
              <w:rPr>
                <w:rFonts w:ascii="Pretendard" w:eastAsia="Pretendard" w:hAnsi="Pretendard" w:cs="Pretendard"/>
                <w:color w:val="1D0024"/>
                <w:sz w:val="18"/>
              </w:rPr>
              <w:t>)</w:t>
            </w:r>
          </w:p>
        </w:tc>
        <w:tc>
          <w:tcPr>
            <w:tcW w:w="3288" w:type="dxa"/>
          </w:tcPr>
          <w:p w14:paraId="6D0EF0E0" w14:textId="77777777" w:rsidR="004B1372" w:rsidRDefault="00BB0BE3">
            <w:r>
              <w:rPr>
                <w:rFonts w:ascii="Pretendard" w:eastAsia="Pretendard" w:hAnsi="Pretendard" w:cs="Pretendard"/>
                <w:color w:val="1D0024"/>
                <w:sz w:val="18"/>
              </w:rPr>
              <w:t>미편성</w:t>
            </w:r>
          </w:p>
        </w:tc>
      </w:tr>
      <w:tr w:rsidR="004B1372" w14:paraId="7554D389" w14:textId="77777777">
        <w:trPr>
          <w:jc w:val="center"/>
        </w:trPr>
        <w:tc>
          <w:tcPr>
            <w:tcW w:w="1814" w:type="dxa"/>
          </w:tcPr>
          <w:p w14:paraId="19B25CA4" w14:textId="77777777" w:rsidR="004B1372" w:rsidRDefault="00BB0BE3">
            <w:r>
              <w:rPr>
                <w:rFonts w:ascii="Pretendard" w:eastAsia="Pretendard" w:hAnsi="Pretendard" w:cs="Pretendard"/>
                <w:b/>
                <w:color w:val="1D0024"/>
                <w:sz w:val="18"/>
              </w:rPr>
              <w:t>운영</w:t>
            </w:r>
            <w:r>
              <w:rPr>
                <w:rFonts w:ascii="Pretendard" w:eastAsia="Pretendard" w:hAnsi="Pretendard" w:cs="Pretendard"/>
                <w:b/>
                <w:color w:val="1D0024"/>
                <w:sz w:val="18"/>
              </w:rPr>
              <w:t xml:space="preserve"> </w:t>
            </w:r>
            <w:r>
              <w:rPr>
                <w:rFonts w:ascii="Pretendard" w:eastAsia="Pretendard" w:hAnsi="Pretendard" w:cs="Pretendard"/>
                <w:b/>
                <w:color w:val="1D0024"/>
                <w:sz w:val="18"/>
              </w:rPr>
              <w:t>조직</w:t>
            </w:r>
          </w:p>
        </w:tc>
        <w:tc>
          <w:tcPr>
            <w:tcW w:w="4535" w:type="dxa"/>
          </w:tcPr>
          <w:p w14:paraId="6A98CF60" w14:textId="77777777" w:rsidR="004B1372" w:rsidRDefault="00BB0BE3">
            <w:r>
              <w:rPr>
                <w:rFonts w:ascii="Pretendard" w:eastAsia="Pretendard" w:hAnsi="Pretendard" w:cs="Pretendard"/>
                <w:color w:val="1D0024"/>
                <w:sz w:val="18"/>
              </w:rPr>
              <w:t>오프라인</w:t>
            </w:r>
            <w:r>
              <w:rPr>
                <w:rFonts w:ascii="Pretendard" w:eastAsia="Pretendard" w:hAnsi="Pretendard" w:cs="Pretendard"/>
                <w:color w:val="1D0024"/>
                <w:sz w:val="18"/>
              </w:rPr>
              <w:t xml:space="preserve"> </w:t>
            </w:r>
            <w:r>
              <w:rPr>
                <w:rFonts w:ascii="Pretendard" w:eastAsia="Pretendard" w:hAnsi="Pretendard" w:cs="Pretendard"/>
                <w:color w:val="1D0024"/>
                <w:sz w:val="18"/>
              </w:rPr>
              <w:t>센터</w:t>
            </w:r>
            <w:r>
              <w:rPr>
                <w:rFonts w:ascii="Pretendard" w:eastAsia="Pretendard" w:hAnsi="Pretendard" w:cs="Pretendard"/>
                <w:color w:val="1D0024"/>
                <w:sz w:val="18"/>
              </w:rPr>
              <w:t>, 8</w:t>
            </w:r>
            <w:r>
              <w:rPr>
                <w:rFonts w:ascii="Pretendard" w:eastAsia="Pretendard" w:hAnsi="Pretendard" w:cs="Pretendard"/>
                <w:color w:val="1D0024"/>
                <w:sz w:val="18"/>
              </w:rPr>
              <w:t>개</w:t>
            </w:r>
            <w:r>
              <w:rPr>
                <w:rFonts w:ascii="Pretendard" w:eastAsia="Pretendard" w:hAnsi="Pretendard" w:cs="Pretendard"/>
                <w:color w:val="1D0024"/>
                <w:sz w:val="18"/>
              </w:rPr>
              <w:t xml:space="preserve"> </w:t>
            </w:r>
            <w:r>
              <w:rPr>
                <w:rFonts w:ascii="Pretendard" w:eastAsia="Pretendard" w:hAnsi="Pretendard" w:cs="Pretendard"/>
                <w:color w:val="1D0024"/>
                <w:sz w:val="18"/>
              </w:rPr>
              <w:t>언어</w:t>
            </w:r>
            <w:r>
              <w:rPr>
                <w:rFonts w:ascii="Pretendard" w:eastAsia="Pretendard" w:hAnsi="Pretendard" w:cs="Pretendard"/>
                <w:color w:val="1D0024"/>
                <w:sz w:val="18"/>
              </w:rPr>
              <w:t xml:space="preserve"> </w:t>
            </w:r>
            <w:r>
              <w:rPr>
                <w:rFonts w:ascii="Pretendard" w:eastAsia="Pretendard" w:hAnsi="Pretendard" w:cs="Pretendard"/>
                <w:color w:val="1D0024"/>
                <w:sz w:val="18"/>
              </w:rPr>
              <w:t>통역</w:t>
            </w:r>
            <w:r>
              <w:rPr>
                <w:rFonts w:ascii="Pretendard" w:eastAsia="Pretendard" w:hAnsi="Pretendard" w:cs="Pretendard"/>
                <w:color w:val="1D0024"/>
                <w:sz w:val="18"/>
              </w:rPr>
              <w:t>, 24</w:t>
            </w:r>
            <w:r>
              <w:rPr>
                <w:rFonts w:ascii="Pretendard" w:eastAsia="Pretendard" w:hAnsi="Pretendard" w:cs="Pretendard"/>
                <w:color w:val="1D0024"/>
                <w:sz w:val="18"/>
              </w:rPr>
              <w:t>시간</w:t>
            </w:r>
            <w:r>
              <w:rPr>
                <w:rFonts w:ascii="Pretendard" w:eastAsia="Pretendard" w:hAnsi="Pretendard" w:cs="Pretendard"/>
                <w:color w:val="1D0024"/>
                <w:sz w:val="18"/>
              </w:rPr>
              <w:t xml:space="preserve"> </w:t>
            </w:r>
            <w:r>
              <w:rPr>
                <w:rFonts w:ascii="Pretendard" w:eastAsia="Pretendard" w:hAnsi="Pretendard" w:cs="Pretendard"/>
                <w:color w:val="1D0024"/>
                <w:sz w:val="18"/>
              </w:rPr>
              <w:t>다국어</w:t>
            </w:r>
            <w:r>
              <w:rPr>
                <w:rFonts w:ascii="Pretendard" w:eastAsia="Pretendard" w:hAnsi="Pretendard" w:cs="Pretendard"/>
                <w:color w:val="1D0024"/>
                <w:sz w:val="18"/>
              </w:rPr>
              <w:t xml:space="preserve"> </w:t>
            </w:r>
            <w:r>
              <w:rPr>
                <w:rFonts w:ascii="Pretendard" w:eastAsia="Pretendard" w:hAnsi="Pretendard" w:cs="Pretendard"/>
                <w:color w:val="1D0024"/>
                <w:sz w:val="18"/>
              </w:rPr>
              <w:t>상담</w:t>
            </w:r>
          </w:p>
        </w:tc>
        <w:tc>
          <w:tcPr>
            <w:tcW w:w="3288" w:type="dxa"/>
          </w:tcPr>
          <w:p w14:paraId="035880E0" w14:textId="77777777" w:rsidR="004B1372" w:rsidRDefault="00BB0BE3">
            <w:r>
              <w:rPr>
                <w:rFonts w:ascii="Pretendard" w:eastAsia="Pretendard" w:hAnsi="Pretendard" w:cs="Pretendard"/>
                <w:color w:val="1D0024"/>
                <w:sz w:val="18"/>
              </w:rPr>
              <w:t>운영팀</w:t>
            </w:r>
            <w:r>
              <w:rPr>
                <w:rFonts w:ascii="Pretendard" w:eastAsia="Pretendard" w:hAnsi="Pretendard" w:cs="Pretendard"/>
                <w:color w:val="1D0024"/>
                <w:sz w:val="18"/>
              </w:rPr>
              <w:t xml:space="preserve"> </w:t>
            </w:r>
            <w:r>
              <w:rPr>
                <w:rFonts w:ascii="Pretendard" w:eastAsia="Pretendard" w:hAnsi="Pretendard" w:cs="Pretendard"/>
                <w:color w:val="1D0024"/>
                <w:sz w:val="18"/>
              </w:rPr>
              <w:t>없음</w:t>
            </w:r>
          </w:p>
        </w:tc>
      </w:tr>
      <w:tr w:rsidR="004B1372" w14:paraId="11219F00" w14:textId="77777777">
        <w:trPr>
          <w:jc w:val="center"/>
        </w:trPr>
        <w:tc>
          <w:tcPr>
            <w:tcW w:w="1814" w:type="dxa"/>
          </w:tcPr>
          <w:p w14:paraId="52441785" w14:textId="77777777" w:rsidR="004B1372" w:rsidRDefault="00BB0BE3">
            <w:r>
              <w:rPr>
                <w:rFonts w:ascii="Pretendard" w:eastAsia="Pretendard" w:hAnsi="Pretendard" w:cs="Pretendard"/>
                <w:b/>
                <w:color w:val="1D0024"/>
                <w:sz w:val="18"/>
              </w:rPr>
              <w:t>규제</w:t>
            </w:r>
            <w:r>
              <w:rPr>
                <w:rFonts w:ascii="Pretendard" w:eastAsia="Pretendard" w:hAnsi="Pretendard" w:cs="Pretendard"/>
                <w:b/>
                <w:color w:val="1D0024"/>
                <w:sz w:val="18"/>
              </w:rPr>
              <w:t xml:space="preserve"> </w:t>
            </w:r>
            <w:r>
              <w:rPr>
                <w:rFonts w:ascii="Pretendard" w:eastAsia="Pretendard" w:hAnsi="Pretendard" w:cs="Pretendard"/>
                <w:b/>
                <w:color w:val="1D0024"/>
                <w:sz w:val="18"/>
              </w:rPr>
              <w:t>자격</w:t>
            </w:r>
          </w:p>
        </w:tc>
        <w:tc>
          <w:tcPr>
            <w:tcW w:w="4535" w:type="dxa"/>
          </w:tcPr>
          <w:p w14:paraId="1947209C" w14:textId="77777777" w:rsidR="004B1372" w:rsidRDefault="00BB0BE3">
            <w:r>
              <w:rPr>
                <w:rFonts w:ascii="Pretendard" w:eastAsia="Pretendard" w:hAnsi="Pretendard" w:cs="Pretendard"/>
                <w:color w:val="1D0024"/>
                <w:sz w:val="18"/>
              </w:rPr>
              <w:t>유치업</w:t>
            </w:r>
            <w:r>
              <w:rPr>
                <w:rFonts w:ascii="Pretendard" w:eastAsia="Pretendard" w:hAnsi="Pretendard" w:cs="Pretendard"/>
                <w:color w:val="1D0024"/>
                <w:sz w:val="18"/>
              </w:rPr>
              <w:t xml:space="preserve"> </w:t>
            </w:r>
            <w:r>
              <w:rPr>
                <w:rFonts w:ascii="Pretendard" w:eastAsia="Pretendard" w:hAnsi="Pretendard" w:cs="Pretendard"/>
                <w:color w:val="1D0024"/>
                <w:sz w:val="18"/>
              </w:rPr>
              <w:t>등록</w:t>
            </w:r>
            <w:r>
              <w:rPr>
                <w:rFonts w:ascii="Pretendard" w:eastAsia="Pretendard" w:hAnsi="Pretendard" w:cs="Pretendard"/>
                <w:color w:val="1D0024"/>
                <w:sz w:val="18"/>
              </w:rPr>
              <w:t>(</w:t>
            </w:r>
            <w:r>
              <w:rPr>
                <w:rFonts w:ascii="Pretendard" w:eastAsia="Pretendard" w:hAnsi="Pretendard" w:cs="Pretendard"/>
                <w:color w:val="1D0024"/>
                <w:sz w:val="18"/>
              </w:rPr>
              <w:t>크리에이트립</w:t>
            </w:r>
            <w:r>
              <w:rPr>
                <w:rFonts w:ascii="Pretendard" w:eastAsia="Pretendard" w:hAnsi="Pretendard" w:cs="Pretendard"/>
                <w:color w:val="1D0024"/>
                <w:sz w:val="18"/>
              </w:rPr>
              <w:t xml:space="preserve">), </w:t>
            </w:r>
            <w:r>
              <w:rPr>
                <w:rFonts w:ascii="Pretendard" w:eastAsia="Pretendard" w:hAnsi="Pretendard" w:cs="Pretendard"/>
                <w:color w:val="1D0024"/>
                <w:sz w:val="18"/>
              </w:rPr>
              <w:t>입점</w:t>
            </w:r>
            <w:r>
              <w:rPr>
                <w:rFonts w:ascii="Pretendard" w:eastAsia="Pretendard" w:hAnsi="Pretendard" w:cs="Pretendard"/>
                <w:color w:val="1D0024"/>
                <w:sz w:val="18"/>
              </w:rPr>
              <w:t xml:space="preserve"> </w:t>
            </w:r>
            <w:r>
              <w:rPr>
                <w:rFonts w:ascii="Pretendard" w:eastAsia="Pretendard" w:hAnsi="Pretendard" w:cs="Pretendard"/>
                <w:color w:val="1D0024"/>
                <w:sz w:val="18"/>
              </w:rPr>
              <w:t>병원</w:t>
            </w:r>
            <w:r>
              <w:rPr>
                <w:rFonts w:ascii="Pretendard" w:eastAsia="Pretendard" w:hAnsi="Pretendard" w:cs="Pretendard"/>
                <w:color w:val="1D0024"/>
                <w:sz w:val="18"/>
              </w:rPr>
              <w:t xml:space="preserve"> </w:t>
            </w:r>
            <w:r>
              <w:rPr>
                <w:rFonts w:ascii="Pretendard" w:eastAsia="Pretendard" w:hAnsi="Pretendard" w:cs="Pretendard"/>
                <w:color w:val="1D0024"/>
                <w:sz w:val="18"/>
              </w:rPr>
              <w:t>유치기관</w:t>
            </w:r>
            <w:r>
              <w:rPr>
                <w:rFonts w:ascii="Pretendard" w:eastAsia="Pretendard" w:hAnsi="Pretendard" w:cs="Pretendard"/>
                <w:color w:val="1D0024"/>
                <w:sz w:val="18"/>
              </w:rPr>
              <w:t xml:space="preserve"> </w:t>
            </w:r>
            <w:r>
              <w:rPr>
                <w:rFonts w:ascii="Pretendard" w:eastAsia="Pretendard" w:hAnsi="Pretendard" w:cs="Pretendard"/>
                <w:color w:val="1D0024"/>
                <w:sz w:val="18"/>
              </w:rPr>
              <w:t>등록</w:t>
            </w:r>
            <w:r>
              <w:rPr>
                <w:rFonts w:ascii="Pretendard" w:eastAsia="Pretendard" w:hAnsi="Pretendard" w:cs="Pretendard"/>
                <w:color w:val="1D0024"/>
                <w:sz w:val="18"/>
              </w:rPr>
              <w:t xml:space="preserve"> </w:t>
            </w:r>
            <w:r>
              <w:rPr>
                <w:rFonts w:ascii="Pretendard" w:eastAsia="Pretendard" w:hAnsi="Pretendard" w:cs="Pretendard"/>
                <w:color w:val="1D0024"/>
                <w:sz w:val="18"/>
              </w:rPr>
              <w:t>요구</w:t>
            </w:r>
          </w:p>
        </w:tc>
        <w:tc>
          <w:tcPr>
            <w:tcW w:w="3288" w:type="dxa"/>
          </w:tcPr>
          <w:p w14:paraId="58BACB99" w14:textId="77777777" w:rsidR="004B1372" w:rsidRDefault="00BB0BE3">
            <w:r>
              <w:rPr>
                <w:rFonts w:ascii="Pretendard" w:eastAsia="Pretendard" w:hAnsi="Pretendard" w:cs="Pretendard"/>
                <w:color w:val="1D0024"/>
                <w:sz w:val="18"/>
              </w:rPr>
              <w:t>미등록</w:t>
            </w:r>
            <w:r>
              <w:rPr>
                <w:rFonts w:ascii="Pretendard" w:eastAsia="Pretendard" w:hAnsi="Pretendard" w:cs="Pretendard"/>
                <w:color w:val="1D0024"/>
                <w:sz w:val="18"/>
              </w:rPr>
              <w:t xml:space="preserve">, </w:t>
            </w:r>
            <w:r>
              <w:rPr>
                <w:rFonts w:ascii="Pretendard" w:eastAsia="Pretendard" w:hAnsi="Pretendard" w:cs="Pretendard"/>
                <w:color w:val="1D0024"/>
                <w:sz w:val="18"/>
              </w:rPr>
              <w:t>자본금</w:t>
            </w:r>
            <w:r>
              <w:rPr>
                <w:rFonts w:ascii="Pretendard" w:eastAsia="Pretendard" w:hAnsi="Pretendard" w:cs="Pretendard"/>
                <w:color w:val="1D0024"/>
                <w:sz w:val="18"/>
              </w:rPr>
              <w:t>·</w:t>
            </w:r>
            <w:r>
              <w:rPr>
                <w:rFonts w:ascii="Pretendard" w:eastAsia="Pretendard" w:hAnsi="Pretendard" w:cs="Pretendard"/>
                <w:color w:val="1D0024"/>
                <w:sz w:val="18"/>
              </w:rPr>
              <w:t>보증보험</w:t>
            </w:r>
            <w:r>
              <w:rPr>
                <w:rFonts w:ascii="Pretendard" w:eastAsia="Pretendard" w:hAnsi="Pretendard" w:cs="Pretendard"/>
                <w:color w:val="1D0024"/>
                <w:sz w:val="18"/>
              </w:rPr>
              <w:t xml:space="preserve"> 2</w:t>
            </w:r>
            <w:r>
              <w:rPr>
                <w:rFonts w:ascii="Pretendard" w:eastAsia="Pretendard" w:hAnsi="Pretendard" w:cs="Pretendard"/>
                <w:color w:val="1D0024"/>
                <w:sz w:val="18"/>
              </w:rPr>
              <w:t>억</w:t>
            </w:r>
            <w:r>
              <w:rPr>
                <w:rFonts w:ascii="Pretendard" w:eastAsia="Pretendard" w:hAnsi="Pretendard" w:cs="Pretendard"/>
                <w:color w:val="1D0024"/>
                <w:sz w:val="18"/>
              </w:rPr>
              <w:t xml:space="preserve"> </w:t>
            </w:r>
            <w:r>
              <w:rPr>
                <w:rFonts w:ascii="Pretendard" w:eastAsia="Pretendard" w:hAnsi="Pretendard" w:cs="Pretendard"/>
                <w:color w:val="1D0024"/>
                <w:sz w:val="18"/>
              </w:rPr>
              <w:t>원</w:t>
            </w:r>
            <w:r>
              <w:rPr>
                <w:rFonts w:ascii="Pretendard" w:eastAsia="Pretendard" w:hAnsi="Pretendard" w:cs="Pretendard"/>
                <w:color w:val="1D0024"/>
                <w:sz w:val="18"/>
              </w:rPr>
              <w:t xml:space="preserve"> </w:t>
            </w:r>
            <w:r>
              <w:rPr>
                <w:rFonts w:ascii="Pretendard" w:eastAsia="Pretendard" w:hAnsi="Pretendard" w:cs="Pretendard"/>
                <w:color w:val="1D0024"/>
                <w:sz w:val="18"/>
              </w:rPr>
              <w:t>필요</w:t>
            </w:r>
          </w:p>
        </w:tc>
      </w:tr>
      <w:tr w:rsidR="004B1372" w14:paraId="3B5C71E7" w14:textId="77777777">
        <w:trPr>
          <w:jc w:val="center"/>
        </w:trPr>
        <w:tc>
          <w:tcPr>
            <w:tcW w:w="1814" w:type="dxa"/>
          </w:tcPr>
          <w:p w14:paraId="51DD847D" w14:textId="77777777" w:rsidR="004B1372" w:rsidRDefault="00BB0BE3">
            <w:r>
              <w:rPr>
                <w:rFonts w:ascii="Pretendard" w:eastAsia="Pretendard" w:hAnsi="Pretendard" w:cs="Pretendard"/>
                <w:b/>
                <w:color w:val="1D0024"/>
                <w:sz w:val="18"/>
              </w:rPr>
              <w:t>데이터</w:t>
            </w:r>
            <w:r>
              <w:rPr>
                <w:rFonts w:ascii="Pretendard" w:eastAsia="Pretendard" w:hAnsi="Pretendard" w:cs="Pretendard"/>
                <w:b/>
                <w:color w:val="1D0024"/>
                <w:sz w:val="18"/>
              </w:rPr>
              <w:t>·</w:t>
            </w:r>
            <w:r>
              <w:rPr>
                <w:rFonts w:ascii="Pretendard" w:eastAsia="Pretendard" w:hAnsi="Pretendard" w:cs="Pretendard"/>
                <w:b/>
                <w:color w:val="1D0024"/>
                <w:sz w:val="18"/>
              </w:rPr>
              <w:t>보안</w:t>
            </w:r>
          </w:p>
        </w:tc>
        <w:tc>
          <w:tcPr>
            <w:tcW w:w="4535" w:type="dxa"/>
          </w:tcPr>
          <w:p w14:paraId="3A307FCF" w14:textId="77777777" w:rsidR="004B1372" w:rsidRDefault="00BB0BE3">
            <w:r>
              <w:rPr>
                <w:rFonts w:ascii="Pretendard" w:eastAsia="Pretendard" w:hAnsi="Pretendard" w:cs="Pretendard"/>
                <w:color w:val="1D0024"/>
                <w:sz w:val="18"/>
              </w:rPr>
              <w:t>민감정보</w:t>
            </w:r>
            <w:r>
              <w:rPr>
                <w:rFonts w:ascii="Pretendard" w:eastAsia="Pretendard" w:hAnsi="Pretendard" w:cs="Pretendard"/>
                <w:color w:val="1D0024"/>
                <w:sz w:val="18"/>
              </w:rPr>
              <w:t xml:space="preserve"> </w:t>
            </w:r>
            <w:r>
              <w:rPr>
                <w:rFonts w:ascii="Pretendard" w:eastAsia="Pretendard" w:hAnsi="Pretendard" w:cs="Pretendard"/>
                <w:color w:val="1D0024"/>
                <w:sz w:val="18"/>
              </w:rPr>
              <w:t>처리</w:t>
            </w:r>
            <w:r>
              <w:rPr>
                <w:rFonts w:ascii="Pretendard" w:eastAsia="Pretendard" w:hAnsi="Pretendard" w:cs="Pretendard"/>
                <w:color w:val="1D0024"/>
                <w:sz w:val="18"/>
              </w:rPr>
              <w:t xml:space="preserve"> </w:t>
            </w:r>
            <w:r>
              <w:rPr>
                <w:rFonts w:ascii="Pretendard" w:eastAsia="Pretendard" w:hAnsi="Pretendard" w:cs="Pretendard"/>
                <w:color w:val="1D0024"/>
                <w:sz w:val="18"/>
              </w:rPr>
              <w:t>체계</w:t>
            </w:r>
            <w:r>
              <w:rPr>
                <w:rFonts w:ascii="Pretendard" w:eastAsia="Pretendard" w:hAnsi="Pretendard" w:cs="Pretendard"/>
                <w:color w:val="1D0024"/>
                <w:sz w:val="18"/>
              </w:rPr>
              <w:t>(</w:t>
            </w:r>
            <w:r>
              <w:rPr>
                <w:rFonts w:ascii="Pretendard" w:eastAsia="Pretendard" w:hAnsi="Pretendard" w:cs="Pretendard"/>
                <w:color w:val="1D0024"/>
                <w:sz w:val="18"/>
              </w:rPr>
              <w:t>그래도</w:t>
            </w:r>
            <w:r>
              <w:rPr>
                <w:rFonts w:ascii="Pretendard" w:eastAsia="Pretendard" w:hAnsi="Pretendard" w:cs="Pretendard"/>
                <w:color w:val="1D0024"/>
                <w:sz w:val="18"/>
              </w:rPr>
              <w:t xml:space="preserve"> </w:t>
            </w:r>
            <w:r>
              <w:rPr>
                <w:rFonts w:ascii="Pretendard" w:eastAsia="Pretendard" w:hAnsi="Pretendard" w:cs="Pretendard"/>
                <w:color w:val="1D0024"/>
                <w:sz w:val="18"/>
              </w:rPr>
              <w:t>유출</w:t>
            </w:r>
            <w:r>
              <w:rPr>
                <w:rFonts w:ascii="Pretendard" w:eastAsia="Pretendard" w:hAnsi="Pretendard" w:cs="Pretendard"/>
                <w:color w:val="1D0024"/>
                <w:sz w:val="18"/>
              </w:rPr>
              <w:t xml:space="preserve"> </w:t>
            </w:r>
            <w:r>
              <w:rPr>
                <w:rFonts w:ascii="Pretendard" w:eastAsia="Pretendard" w:hAnsi="Pretendard" w:cs="Pretendard"/>
                <w:color w:val="1D0024"/>
                <w:sz w:val="18"/>
              </w:rPr>
              <w:t>사고</w:t>
            </w:r>
            <w:r>
              <w:rPr>
                <w:rFonts w:ascii="Pretendard" w:eastAsia="Pretendard" w:hAnsi="Pretendard" w:cs="Pretendard"/>
                <w:color w:val="1D0024"/>
                <w:sz w:val="18"/>
              </w:rPr>
              <w:t xml:space="preserve"> </w:t>
            </w:r>
            <w:r>
              <w:rPr>
                <w:rFonts w:ascii="Pretendard" w:eastAsia="Pretendard" w:hAnsi="Pretendard" w:cs="Pretendard"/>
                <w:color w:val="1D0024"/>
                <w:sz w:val="18"/>
              </w:rPr>
              <w:t>발생</w:t>
            </w:r>
            <w:r>
              <w:rPr>
                <w:rFonts w:ascii="Pretendard" w:eastAsia="Pretendard" w:hAnsi="Pretendard" w:cs="Pretendard"/>
                <w:color w:val="1D0024"/>
                <w:sz w:val="18"/>
              </w:rPr>
              <w:t>)</w:t>
            </w:r>
          </w:p>
        </w:tc>
        <w:tc>
          <w:tcPr>
            <w:tcW w:w="3288" w:type="dxa"/>
          </w:tcPr>
          <w:p w14:paraId="71A3FE37" w14:textId="77777777" w:rsidR="004B1372" w:rsidRDefault="00BB0BE3">
            <w:r>
              <w:rPr>
                <w:rFonts w:ascii="Pretendard" w:eastAsia="Pretendard" w:hAnsi="Pretendard" w:cs="Pretendard"/>
                <w:color w:val="1D0024"/>
                <w:sz w:val="18"/>
              </w:rPr>
              <w:t>상담</w:t>
            </w:r>
            <w:r>
              <w:rPr>
                <w:rFonts w:ascii="Pretendard" w:eastAsia="Pretendard" w:hAnsi="Pretendard" w:cs="Pretendard"/>
                <w:color w:val="1D0024"/>
                <w:sz w:val="18"/>
              </w:rPr>
              <w:t xml:space="preserve"> </w:t>
            </w:r>
            <w:r>
              <w:rPr>
                <w:rFonts w:ascii="Pretendard" w:eastAsia="Pretendard" w:hAnsi="Pretendard" w:cs="Pretendard"/>
                <w:color w:val="1D0024"/>
                <w:sz w:val="18"/>
              </w:rPr>
              <w:t>데이터</w:t>
            </w:r>
            <w:r>
              <w:rPr>
                <w:rFonts w:ascii="Pretendard" w:eastAsia="Pretendard" w:hAnsi="Pretendard" w:cs="Pretendard"/>
                <w:color w:val="1D0024"/>
                <w:sz w:val="18"/>
              </w:rPr>
              <w:t xml:space="preserve"> </w:t>
            </w:r>
            <w:r>
              <w:rPr>
                <w:rFonts w:ascii="Pretendard" w:eastAsia="Pretendard" w:hAnsi="Pretendard" w:cs="Pretendard"/>
                <w:color w:val="1D0024"/>
                <w:sz w:val="18"/>
              </w:rPr>
              <w:t>없음</w:t>
            </w:r>
            <w:r>
              <w:rPr>
                <w:rFonts w:ascii="Pretendard" w:eastAsia="Pretendard" w:hAnsi="Pretendard" w:cs="Pretendard"/>
                <w:color w:val="1D0024"/>
                <w:sz w:val="18"/>
              </w:rPr>
              <w:t xml:space="preserve">, </w:t>
            </w:r>
            <w:r>
              <w:rPr>
                <w:rFonts w:ascii="Pretendard" w:eastAsia="Pretendard" w:hAnsi="Pretendard" w:cs="Pretendard"/>
                <w:color w:val="1D0024"/>
                <w:sz w:val="18"/>
              </w:rPr>
              <w:t>체계</w:t>
            </w:r>
            <w:r>
              <w:rPr>
                <w:rFonts w:ascii="Pretendard" w:eastAsia="Pretendard" w:hAnsi="Pretendard" w:cs="Pretendard"/>
                <w:color w:val="1D0024"/>
                <w:sz w:val="18"/>
              </w:rPr>
              <w:t xml:space="preserve"> </w:t>
            </w:r>
            <w:r>
              <w:rPr>
                <w:rFonts w:ascii="Pretendard" w:eastAsia="Pretendard" w:hAnsi="Pretendard" w:cs="Pretendard"/>
                <w:color w:val="1D0024"/>
                <w:sz w:val="18"/>
              </w:rPr>
              <w:t>없음</w:t>
            </w:r>
          </w:p>
        </w:tc>
      </w:tr>
    </w:tbl>
    <w:p w14:paraId="648A7060" w14:textId="77777777" w:rsidR="004B1372" w:rsidRDefault="004B1372">
      <w:pPr>
        <w:spacing w:after="40"/>
      </w:pPr>
    </w:p>
    <w:p w14:paraId="2E05FB54" w14:textId="77777777" w:rsidR="004B1372" w:rsidRDefault="00BB0BE3">
      <w:pPr>
        <w:keepNext/>
        <w:spacing w:before="200" w:after="160"/>
      </w:pPr>
      <w:r>
        <w:rPr>
          <w:rFonts w:ascii="Pretendard" w:eastAsia="Pretendard" w:hAnsi="Pretendard" w:cs="Pretendard"/>
          <w:b/>
          <w:color w:val="4F1DA1"/>
          <w:sz w:val="26"/>
        </w:rPr>
        <w:t xml:space="preserve">4-9. </w:t>
      </w:r>
      <w:r>
        <w:rPr>
          <w:rFonts w:ascii="Pretendard" w:eastAsia="Pretendard" w:hAnsi="Pretendard" w:cs="Pretendard"/>
          <w:b/>
          <w:color w:val="4F1DA1"/>
          <w:sz w:val="26"/>
        </w:rPr>
        <w:t>시사점</w:t>
      </w:r>
    </w:p>
    <w:p w14:paraId="368780EF" w14:textId="77777777" w:rsidR="004B1372" w:rsidRDefault="00BB0BE3">
      <w:pPr>
        <w:pStyle w:val="a0"/>
        <w:spacing w:after="60" w:line="312" w:lineRule="auto"/>
      </w:pPr>
      <w:r>
        <w:rPr>
          <w:rFonts w:ascii="Pretendard" w:eastAsia="Pretendard" w:hAnsi="Pretendard" w:cs="Pretendard"/>
          <w:color w:val="1D0024"/>
          <w:sz w:val="21"/>
        </w:rPr>
        <w:t>플랫폼</w:t>
      </w:r>
      <w:r>
        <w:rPr>
          <w:rFonts w:ascii="Pretendard" w:eastAsia="Pretendard" w:hAnsi="Pretendard" w:cs="Pretendard"/>
          <w:color w:val="1D0024"/>
          <w:sz w:val="21"/>
        </w:rPr>
        <w:t xml:space="preserve"> </w:t>
      </w:r>
      <w:r>
        <w:rPr>
          <w:rFonts w:ascii="Pretendard" w:eastAsia="Pretendard" w:hAnsi="Pretendard" w:cs="Pretendard"/>
          <w:color w:val="1D0024"/>
          <w:sz w:val="21"/>
        </w:rPr>
        <w:t>경쟁의</w:t>
      </w:r>
      <w:r>
        <w:rPr>
          <w:rFonts w:ascii="Pretendard" w:eastAsia="Pretendard" w:hAnsi="Pretendard" w:cs="Pretendard"/>
          <w:color w:val="1D0024"/>
          <w:sz w:val="21"/>
        </w:rPr>
        <w:t xml:space="preserve"> </w:t>
      </w:r>
      <w:r>
        <w:rPr>
          <w:rFonts w:ascii="Pretendard" w:eastAsia="Pretendard" w:hAnsi="Pretendard" w:cs="Pretendard"/>
          <w:color w:val="1D0024"/>
          <w:sz w:val="21"/>
        </w:rPr>
        <w:t>승부는</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수</w:t>
      </w:r>
      <w:r>
        <w:rPr>
          <w:rFonts w:ascii="Pretendard" w:eastAsia="Pretendard" w:hAnsi="Pretendard" w:cs="Pretendard"/>
          <w:color w:val="1D0024"/>
          <w:sz w:val="21"/>
        </w:rPr>
        <w:t xml:space="preserve">, </w:t>
      </w:r>
      <w:r>
        <w:rPr>
          <w:rFonts w:ascii="Pretendard" w:eastAsia="Pretendard" w:hAnsi="Pretendard" w:cs="Pretendard"/>
          <w:color w:val="1D0024"/>
          <w:sz w:val="21"/>
        </w:rPr>
        <w:t>외국인</w:t>
      </w:r>
      <w:r>
        <w:rPr>
          <w:rFonts w:ascii="Pretendard" w:eastAsia="Pretendard" w:hAnsi="Pretendard" w:cs="Pretendard"/>
          <w:color w:val="1D0024"/>
          <w:sz w:val="21"/>
        </w:rPr>
        <w:t xml:space="preserve"> </w:t>
      </w:r>
      <w:r>
        <w:rPr>
          <w:rFonts w:ascii="Pretendard" w:eastAsia="Pretendard" w:hAnsi="Pretendard" w:cs="Pretendard"/>
          <w:color w:val="1D0024"/>
          <w:sz w:val="21"/>
        </w:rPr>
        <w:t>사용자</w:t>
      </w:r>
      <w:r>
        <w:rPr>
          <w:rFonts w:ascii="Pretendard" w:eastAsia="Pretendard" w:hAnsi="Pretendard" w:cs="Pretendard"/>
          <w:color w:val="1D0024"/>
          <w:sz w:val="21"/>
        </w:rPr>
        <w:t xml:space="preserve"> </w:t>
      </w:r>
      <w:r>
        <w:rPr>
          <w:rFonts w:ascii="Pretendard" w:eastAsia="Pretendard" w:hAnsi="Pretendard" w:cs="Pretendard"/>
          <w:color w:val="1D0024"/>
          <w:sz w:val="21"/>
        </w:rPr>
        <w:t>수</w:t>
      </w:r>
      <w:r>
        <w:rPr>
          <w:rFonts w:ascii="Pretendard" w:eastAsia="Pretendard" w:hAnsi="Pretendard" w:cs="Pretendard"/>
          <w:color w:val="1D0024"/>
          <w:sz w:val="21"/>
        </w:rPr>
        <w:t xml:space="preserve">, </w:t>
      </w:r>
      <w:r>
        <w:rPr>
          <w:rFonts w:ascii="Pretendard" w:eastAsia="Pretendard" w:hAnsi="Pretendard" w:cs="Pretendard"/>
          <w:color w:val="1D0024"/>
          <w:sz w:val="21"/>
        </w:rPr>
        <w:t>통역</w:t>
      </w:r>
      <w:r>
        <w:rPr>
          <w:rFonts w:ascii="Pretendard" w:eastAsia="Pretendard" w:hAnsi="Pretendard" w:cs="Pretendard"/>
          <w:color w:val="1D0024"/>
          <w:sz w:val="21"/>
        </w:rPr>
        <w:t>·</w:t>
      </w:r>
      <w:r>
        <w:rPr>
          <w:rFonts w:ascii="Pretendard" w:eastAsia="Pretendard" w:hAnsi="Pretendard" w:cs="Pretendard"/>
          <w:color w:val="1D0024"/>
          <w:sz w:val="21"/>
        </w:rPr>
        <w:t>예약</w:t>
      </w:r>
      <w:r>
        <w:rPr>
          <w:rFonts w:ascii="Pretendard" w:eastAsia="Pretendard" w:hAnsi="Pretendard" w:cs="Pretendard"/>
          <w:color w:val="1D0024"/>
          <w:sz w:val="21"/>
        </w:rPr>
        <w:t xml:space="preserve"> </w:t>
      </w:r>
      <w:r>
        <w:rPr>
          <w:rFonts w:ascii="Pretendard" w:eastAsia="Pretendard" w:hAnsi="Pretendard" w:cs="Pretendard"/>
          <w:color w:val="1D0024"/>
          <w:sz w:val="21"/>
        </w:rPr>
        <w:t>운영입니다</w:t>
      </w:r>
      <w:r>
        <w:rPr>
          <w:rFonts w:ascii="Pretendard" w:eastAsia="Pretendard" w:hAnsi="Pretendard" w:cs="Pretendard"/>
          <w:color w:val="1D0024"/>
          <w:sz w:val="21"/>
        </w:rPr>
        <w:t xml:space="preserve">. </w:t>
      </w:r>
      <w:r>
        <w:rPr>
          <w:rFonts w:ascii="Pretendard" w:eastAsia="Pretendard" w:hAnsi="Pretendard" w:cs="Pretendard"/>
          <w:color w:val="1D0024"/>
          <w:sz w:val="21"/>
        </w:rPr>
        <w:t>이</w:t>
      </w:r>
      <w:r>
        <w:rPr>
          <w:rFonts w:ascii="Pretendard" w:eastAsia="Pretendard" w:hAnsi="Pretendard" w:cs="Pretendard"/>
          <w:color w:val="1D0024"/>
          <w:sz w:val="21"/>
        </w:rPr>
        <w:t xml:space="preserve"> </w:t>
      </w:r>
      <w:r>
        <w:rPr>
          <w:rFonts w:ascii="Pretendard" w:eastAsia="Pretendard" w:hAnsi="Pretendard" w:cs="Pretendard"/>
          <w:color w:val="1D0024"/>
          <w:sz w:val="21"/>
        </w:rPr>
        <w:t>셋에서</w:t>
      </w:r>
      <w:r>
        <w:rPr>
          <w:rFonts w:ascii="Pretendard" w:eastAsia="Pretendard" w:hAnsi="Pretendard" w:cs="Pretendard"/>
          <w:color w:val="1D0024"/>
          <w:sz w:val="21"/>
        </w:rPr>
        <w:t xml:space="preserve"> INFINITH</w:t>
      </w:r>
      <w:r>
        <w:rPr>
          <w:rFonts w:ascii="Pretendard" w:eastAsia="Pretendard" w:hAnsi="Pretendard" w:cs="Pretendard"/>
          <w:color w:val="1D0024"/>
          <w:sz w:val="21"/>
        </w:rPr>
        <w:t>는</w:t>
      </w:r>
      <w:r>
        <w:rPr>
          <w:rFonts w:ascii="Pretendard" w:eastAsia="Pretendard" w:hAnsi="Pretendard" w:cs="Pretendard"/>
          <w:color w:val="1D0024"/>
          <w:sz w:val="21"/>
        </w:rPr>
        <w:t xml:space="preserve"> </w:t>
      </w:r>
      <w:r>
        <w:rPr>
          <w:rFonts w:ascii="Pretendard" w:eastAsia="Pretendard" w:hAnsi="Pretendard" w:cs="Pretendard"/>
          <w:color w:val="1D0024"/>
          <w:sz w:val="21"/>
        </w:rPr>
        <w:t>출발점이</w:t>
      </w:r>
      <w:r>
        <w:rPr>
          <w:rFonts w:ascii="Pretendard" w:eastAsia="Pretendard" w:hAnsi="Pretendard" w:cs="Pretendard"/>
          <w:color w:val="1D0024"/>
          <w:sz w:val="21"/>
        </w:rPr>
        <w:t xml:space="preserve"> 0</w:t>
      </w:r>
      <w:r>
        <w:rPr>
          <w:rFonts w:ascii="Pretendard" w:eastAsia="Pretendard" w:hAnsi="Pretendard" w:cs="Pretendard"/>
          <w:color w:val="1D0024"/>
          <w:sz w:val="21"/>
        </w:rPr>
        <w:t>입니다</w:t>
      </w:r>
      <w:r>
        <w:rPr>
          <w:rFonts w:ascii="Pretendard" w:eastAsia="Pretendard" w:hAnsi="Pretendard" w:cs="Pretendard"/>
          <w:color w:val="1D0024"/>
          <w:sz w:val="21"/>
        </w:rPr>
        <w:t>.</w:t>
      </w:r>
    </w:p>
    <w:p w14:paraId="076A2C3E" w14:textId="77777777" w:rsidR="004B1372" w:rsidRDefault="00BB0BE3">
      <w:pPr>
        <w:pStyle w:val="a0"/>
        <w:spacing w:after="60" w:line="312" w:lineRule="auto"/>
      </w:pPr>
      <w:r>
        <w:rPr>
          <w:rFonts w:ascii="Pretendard" w:eastAsia="Pretendard" w:hAnsi="Pretendard" w:cs="Pretendard"/>
          <w:color w:val="1D0024"/>
          <w:sz w:val="21"/>
        </w:rPr>
        <w:t>INFINITH</w:t>
      </w:r>
      <w:r>
        <w:rPr>
          <w:rFonts w:ascii="Pretendard" w:eastAsia="Pretendard" w:hAnsi="Pretendard" w:cs="Pretendard"/>
          <w:color w:val="1D0024"/>
          <w:sz w:val="21"/>
        </w:rPr>
        <w:t>가</w:t>
      </w:r>
      <w:r>
        <w:rPr>
          <w:rFonts w:ascii="Pretendard" w:eastAsia="Pretendard" w:hAnsi="Pretendard" w:cs="Pretendard"/>
          <w:color w:val="1D0024"/>
          <w:sz w:val="21"/>
        </w:rPr>
        <w:t xml:space="preserve"> </w:t>
      </w:r>
      <w:r>
        <w:rPr>
          <w:rFonts w:ascii="Pretendard" w:eastAsia="Pretendard" w:hAnsi="Pretendard" w:cs="Pretendard"/>
          <w:color w:val="1D0024"/>
          <w:sz w:val="21"/>
        </w:rPr>
        <w:t>유효하게</w:t>
      </w:r>
      <w:r>
        <w:rPr>
          <w:rFonts w:ascii="Pretendard" w:eastAsia="Pretendard" w:hAnsi="Pretendard" w:cs="Pretendard"/>
          <w:color w:val="1D0024"/>
          <w:sz w:val="21"/>
        </w:rPr>
        <w:t xml:space="preserve"> </w:t>
      </w:r>
      <w:r>
        <w:rPr>
          <w:rFonts w:ascii="Pretendard" w:eastAsia="Pretendard" w:hAnsi="Pretendard" w:cs="Pretendard"/>
          <w:color w:val="1D0024"/>
          <w:sz w:val="21"/>
        </w:rPr>
        <w:t>가진</w:t>
      </w:r>
      <w:r>
        <w:rPr>
          <w:rFonts w:ascii="Pretendard" w:eastAsia="Pretendard" w:hAnsi="Pretendard" w:cs="Pretendard"/>
          <w:color w:val="1D0024"/>
          <w:sz w:val="21"/>
        </w:rPr>
        <w:t xml:space="preserve"> </w:t>
      </w:r>
      <w:r>
        <w:rPr>
          <w:rFonts w:ascii="Pretendard" w:eastAsia="Pretendard" w:hAnsi="Pretendard" w:cs="Pretendard"/>
          <w:color w:val="1D0024"/>
          <w:sz w:val="21"/>
        </w:rPr>
        <w:t>것은</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승인</w:t>
      </w:r>
      <w:r>
        <w:rPr>
          <w:rFonts w:ascii="Pretendard" w:eastAsia="Pretendard" w:hAnsi="Pretendard" w:cs="Pretendard"/>
          <w:color w:val="1D0024"/>
          <w:sz w:val="21"/>
        </w:rPr>
        <w:t xml:space="preserve"> </w:t>
      </w:r>
      <w:r>
        <w:rPr>
          <w:rFonts w:ascii="Pretendard" w:eastAsia="Pretendard" w:hAnsi="Pretendard" w:cs="Pretendard"/>
          <w:color w:val="1D0024"/>
          <w:sz w:val="21"/>
        </w:rPr>
        <w:t>원문</w:t>
      </w:r>
      <w:r>
        <w:rPr>
          <w:rFonts w:ascii="Pretendard" w:eastAsia="Pretendard" w:hAnsi="Pretendard" w:cs="Pretendard"/>
          <w:color w:val="1D0024"/>
          <w:sz w:val="21"/>
        </w:rPr>
        <w:t xml:space="preserve"> </w:t>
      </w:r>
      <w:r>
        <w:rPr>
          <w:rFonts w:ascii="Pretendard" w:eastAsia="Pretendard" w:hAnsi="Pretendard" w:cs="Pretendard"/>
          <w:color w:val="1D0024"/>
          <w:sz w:val="21"/>
        </w:rPr>
        <w:t>체계와</w:t>
      </w:r>
      <w:r>
        <w:rPr>
          <w:rFonts w:ascii="Pretendard" w:eastAsia="Pretendard" w:hAnsi="Pretendard" w:cs="Pretendard"/>
          <w:color w:val="1D0024"/>
          <w:sz w:val="21"/>
        </w:rPr>
        <w:t xml:space="preserve"> AI </w:t>
      </w:r>
      <w:r>
        <w:rPr>
          <w:rFonts w:ascii="Pretendard" w:eastAsia="Pretendard" w:hAnsi="Pretendard" w:cs="Pretendard"/>
          <w:color w:val="1D0024"/>
          <w:sz w:val="21"/>
        </w:rPr>
        <w:t>인용</w:t>
      </w:r>
      <w:r>
        <w:rPr>
          <w:rFonts w:ascii="Pretendard" w:eastAsia="Pretendard" w:hAnsi="Pretendard" w:cs="Pretendard"/>
          <w:color w:val="1D0024"/>
          <w:sz w:val="21"/>
        </w:rPr>
        <w:t xml:space="preserve"> </w:t>
      </w:r>
      <w:r>
        <w:rPr>
          <w:rFonts w:ascii="Pretendard" w:eastAsia="Pretendard" w:hAnsi="Pretendard" w:cs="Pretendard"/>
          <w:color w:val="1D0024"/>
          <w:sz w:val="21"/>
        </w:rPr>
        <w:t>실측입니다</w:t>
      </w:r>
      <w:r>
        <w:rPr>
          <w:rFonts w:ascii="Pretendard" w:eastAsia="Pretendard" w:hAnsi="Pretendard" w:cs="Pretendard"/>
          <w:color w:val="1D0024"/>
          <w:sz w:val="21"/>
        </w:rPr>
        <w:t xml:space="preserve">. </w:t>
      </w:r>
      <w:r>
        <w:rPr>
          <w:rFonts w:ascii="Pretendard" w:eastAsia="Pretendard" w:hAnsi="Pretendard" w:cs="Pretendard"/>
          <w:color w:val="1D0024"/>
          <w:sz w:val="21"/>
        </w:rPr>
        <w:t>이</w:t>
      </w:r>
      <w:r>
        <w:rPr>
          <w:rFonts w:ascii="Pretendard" w:eastAsia="Pretendard" w:hAnsi="Pretendard" w:cs="Pretendard"/>
          <w:color w:val="1D0024"/>
          <w:sz w:val="21"/>
        </w:rPr>
        <w:t xml:space="preserve"> </w:t>
      </w:r>
      <w:r>
        <w:rPr>
          <w:rFonts w:ascii="Pretendard" w:eastAsia="Pretendard" w:hAnsi="Pretendard" w:cs="Pretendard"/>
          <w:color w:val="1D0024"/>
          <w:sz w:val="21"/>
        </w:rPr>
        <w:t>둘은</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단위</w:t>
      </w:r>
      <w:r>
        <w:rPr>
          <w:rFonts w:ascii="Pretendard" w:eastAsia="Pretendard" w:hAnsi="Pretendard" w:cs="Pretendard"/>
          <w:color w:val="1D0024"/>
          <w:sz w:val="21"/>
        </w:rPr>
        <w:t xml:space="preserve"> B2B </w:t>
      </w:r>
      <w:r>
        <w:rPr>
          <w:rFonts w:ascii="Pretendard" w:eastAsia="Pretendard" w:hAnsi="Pretendard" w:cs="Pretendard"/>
          <w:color w:val="1D0024"/>
          <w:sz w:val="21"/>
        </w:rPr>
        <w:t>제품으로</w:t>
      </w:r>
      <w:r>
        <w:rPr>
          <w:rFonts w:ascii="Pretendard" w:eastAsia="Pretendard" w:hAnsi="Pretendard" w:cs="Pretendard"/>
          <w:color w:val="1D0024"/>
          <w:sz w:val="21"/>
        </w:rPr>
        <w:t xml:space="preserve"> </w:t>
      </w:r>
      <w:r>
        <w:rPr>
          <w:rFonts w:ascii="Pretendard" w:eastAsia="Pretendard" w:hAnsi="Pretendard" w:cs="Pretendard"/>
          <w:color w:val="1D0024"/>
          <w:sz w:val="21"/>
        </w:rPr>
        <w:t>파는</w:t>
      </w:r>
      <w:r>
        <w:rPr>
          <w:rFonts w:ascii="Pretendard" w:eastAsia="Pretendard" w:hAnsi="Pretendard" w:cs="Pretendard"/>
          <w:color w:val="1D0024"/>
          <w:sz w:val="21"/>
        </w:rPr>
        <w:t xml:space="preserve"> </w:t>
      </w:r>
      <w:r>
        <w:rPr>
          <w:rFonts w:ascii="Pretendard" w:eastAsia="Pretendard" w:hAnsi="Pretendard" w:cs="Pretendard"/>
          <w:color w:val="1D0024"/>
          <w:sz w:val="21"/>
        </w:rPr>
        <w:t>편이</w:t>
      </w:r>
      <w:r>
        <w:rPr>
          <w:rFonts w:ascii="Pretendard" w:eastAsia="Pretendard" w:hAnsi="Pretendard" w:cs="Pretendard"/>
          <w:color w:val="1D0024"/>
          <w:sz w:val="21"/>
        </w:rPr>
        <w:t xml:space="preserve"> </w:t>
      </w:r>
      <w:r>
        <w:rPr>
          <w:rFonts w:ascii="Pretendard" w:eastAsia="Pretendard" w:hAnsi="Pretendard" w:cs="Pretendard"/>
          <w:color w:val="1D0024"/>
          <w:sz w:val="21"/>
        </w:rPr>
        <w:t>수요와</w:t>
      </w:r>
      <w:r>
        <w:rPr>
          <w:rFonts w:ascii="Pretendard" w:eastAsia="Pretendard" w:hAnsi="Pretendard" w:cs="Pretendard"/>
          <w:color w:val="1D0024"/>
          <w:sz w:val="21"/>
        </w:rPr>
        <w:t xml:space="preserve"> </w:t>
      </w:r>
      <w:r>
        <w:rPr>
          <w:rFonts w:ascii="Pretendard" w:eastAsia="Pretendard" w:hAnsi="Pretendard" w:cs="Pretendard"/>
          <w:color w:val="1D0024"/>
          <w:sz w:val="21"/>
        </w:rPr>
        <w:t>맞습니다</w:t>
      </w:r>
      <w:r>
        <w:rPr>
          <w:rFonts w:ascii="Pretendard" w:eastAsia="Pretendard" w:hAnsi="Pretendard" w:cs="Pretendard"/>
          <w:color w:val="1D0024"/>
          <w:sz w:val="21"/>
        </w:rPr>
        <w:t>.</w:t>
      </w:r>
    </w:p>
    <w:p w14:paraId="0F2FEAB8" w14:textId="77777777" w:rsidR="004B1372" w:rsidRDefault="00BB0BE3">
      <w:pPr>
        <w:pStyle w:val="a0"/>
        <w:spacing w:after="60" w:line="312" w:lineRule="auto"/>
      </w:pPr>
      <w:r>
        <w:rPr>
          <w:rFonts w:ascii="Pretendard" w:eastAsia="Pretendard" w:hAnsi="Pretendard" w:cs="Pretendard"/>
          <w:color w:val="1D0024"/>
          <w:sz w:val="21"/>
        </w:rPr>
        <w:t>외국인</w:t>
      </w:r>
      <w:r>
        <w:rPr>
          <w:rFonts w:ascii="Pretendard" w:eastAsia="Pretendard" w:hAnsi="Pretendard" w:cs="Pretendard"/>
          <w:color w:val="1D0024"/>
          <w:sz w:val="21"/>
        </w:rPr>
        <w:t xml:space="preserve"> AI </w:t>
      </w:r>
      <w:r>
        <w:rPr>
          <w:rFonts w:ascii="Pretendard" w:eastAsia="Pretendard" w:hAnsi="Pretendard" w:cs="Pretendard"/>
          <w:color w:val="1D0024"/>
          <w:sz w:val="21"/>
        </w:rPr>
        <w:t>답변에서</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공식</w:t>
      </w:r>
      <w:r>
        <w:rPr>
          <w:rFonts w:ascii="Pretendard" w:eastAsia="Pretendard" w:hAnsi="Pretendard" w:cs="Pretendard"/>
          <w:color w:val="1D0024"/>
          <w:sz w:val="21"/>
        </w:rPr>
        <w:t xml:space="preserve"> </w:t>
      </w:r>
      <w:r>
        <w:rPr>
          <w:rFonts w:ascii="Pretendard" w:eastAsia="Pretendard" w:hAnsi="Pretendard" w:cs="Pretendard"/>
          <w:color w:val="1D0024"/>
          <w:sz w:val="21"/>
        </w:rPr>
        <w:t>영문</w:t>
      </w:r>
      <w:r>
        <w:rPr>
          <w:rFonts w:ascii="Pretendard" w:eastAsia="Pretendard" w:hAnsi="Pretendard" w:cs="Pretendard"/>
          <w:color w:val="1D0024"/>
          <w:sz w:val="21"/>
        </w:rPr>
        <w:t xml:space="preserve"> </w:t>
      </w:r>
      <w:r>
        <w:rPr>
          <w:rFonts w:ascii="Pretendard" w:eastAsia="Pretendard" w:hAnsi="Pretendard" w:cs="Pretendard"/>
          <w:color w:val="1D0024"/>
          <w:sz w:val="21"/>
        </w:rPr>
        <w:t>사이트가</w:t>
      </w:r>
      <w:r>
        <w:rPr>
          <w:rFonts w:ascii="Pretendard" w:eastAsia="Pretendard" w:hAnsi="Pretendard" w:cs="Pretendard"/>
          <w:color w:val="1D0024"/>
          <w:sz w:val="21"/>
        </w:rPr>
        <w:t xml:space="preserve"> </w:t>
      </w:r>
      <w:r>
        <w:rPr>
          <w:rFonts w:ascii="Pretendard" w:eastAsia="Pretendard" w:hAnsi="Pretendard" w:cs="Pretendard"/>
          <w:color w:val="1D0024"/>
          <w:sz w:val="21"/>
        </w:rPr>
        <w:t>가장</w:t>
      </w:r>
      <w:r>
        <w:rPr>
          <w:rFonts w:ascii="Pretendard" w:eastAsia="Pretendard" w:hAnsi="Pretendard" w:cs="Pretendard"/>
          <w:color w:val="1D0024"/>
          <w:sz w:val="21"/>
        </w:rPr>
        <w:t xml:space="preserve"> </w:t>
      </w:r>
      <w:r>
        <w:rPr>
          <w:rFonts w:ascii="Pretendard" w:eastAsia="Pretendard" w:hAnsi="Pretendard" w:cs="Pretendard"/>
          <w:color w:val="1D0024"/>
          <w:sz w:val="21"/>
        </w:rPr>
        <w:t>많이</w:t>
      </w:r>
      <w:r>
        <w:rPr>
          <w:rFonts w:ascii="Pretendard" w:eastAsia="Pretendard" w:hAnsi="Pretendard" w:cs="Pretendard"/>
          <w:color w:val="1D0024"/>
          <w:sz w:val="21"/>
        </w:rPr>
        <w:t xml:space="preserve"> </w:t>
      </w:r>
      <w:r>
        <w:rPr>
          <w:rFonts w:ascii="Pretendard" w:eastAsia="Pretendard" w:hAnsi="Pretendard" w:cs="Pretendard"/>
          <w:color w:val="1D0024"/>
          <w:sz w:val="21"/>
        </w:rPr>
        <w:t>인용되므로</w:t>
      </w:r>
      <w:r>
        <w:rPr>
          <w:rFonts w:ascii="Pretendard" w:eastAsia="Pretendard" w:hAnsi="Pretendard" w:cs="Pretendard"/>
          <w:color w:val="1D0024"/>
          <w:sz w:val="21"/>
        </w:rPr>
        <w:t xml:space="preserve">, </w:t>
      </w:r>
      <w:r>
        <w:rPr>
          <w:rFonts w:ascii="Pretendard" w:eastAsia="Pretendard" w:hAnsi="Pretendard" w:cs="Pretendard"/>
          <w:color w:val="1D0024"/>
          <w:sz w:val="21"/>
        </w:rPr>
        <w:t>병원별</w:t>
      </w:r>
      <w:r>
        <w:rPr>
          <w:rFonts w:ascii="Pretendard" w:eastAsia="Pretendard" w:hAnsi="Pretendard" w:cs="Pretendard"/>
          <w:color w:val="1D0024"/>
          <w:sz w:val="21"/>
        </w:rPr>
        <w:t xml:space="preserve"> </w:t>
      </w:r>
      <w:r>
        <w:rPr>
          <w:rFonts w:ascii="Pretendard" w:eastAsia="Pretendard" w:hAnsi="Pretendard" w:cs="Pretendard"/>
          <w:color w:val="1D0024"/>
          <w:sz w:val="21"/>
        </w:rPr>
        <w:t>서포터즈</w:t>
      </w:r>
      <w:r>
        <w:rPr>
          <w:rFonts w:ascii="Pretendard" w:eastAsia="Pretendard" w:hAnsi="Pretendard" w:cs="Pretendard"/>
          <w:color w:val="1D0024"/>
          <w:sz w:val="21"/>
        </w:rPr>
        <w:t>·</w:t>
      </w:r>
      <w:r>
        <w:rPr>
          <w:rFonts w:ascii="Pretendard" w:eastAsia="Pretendard" w:hAnsi="Pretendard" w:cs="Pretendard"/>
          <w:color w:val="1D0024"/>
          <w:sz w:val="21"/>
        </w:rPr>
        <w:t>영문</w:t>
      </w:r>
      <w:r>
        <w:rPr>
          <w:rFonts w:ascii="Pretendard" w:eastAsia="Pretendard" w:hAnsi="Pretendard" w:cs="Pretendard"/>
          <w:color w:val="1D0024"/>
          <w:sz w:val="21"/>
        </w:rPr>
        <w:t xml:space="preserve"> AEO </w:t>
      </w:r>
      <w:r>
        <w:rPr>
          <w:rFonts w:ascii="Pretendard" w:eastAsia="Pretendard" w:hAnsi="Pretendard" w:cs="Pretendard"/>
          <w:color w:val="1D0024"/>
          <w:sz w:val="21"/>
        </w:rPr>
        <w:t>개선이</w:t>
      </w:r>
      <w:r>
        <w:rPr>
          <w:rFonts w:ascii="Pretendard" w:eastAsia="Pretendard" w:hAnsi="Pretendard" w:cs="Pretendard"/>
          <w:color w:val="1D0024"/>
          <w:sz w:val="21"/>
        </w:rPr>
        <w:t xml:space="preserve"> </w:t>
      </w:r>
      <w:r>
        <w:rPr>
          <w:rFonts w:ascii="Pretendard" w:eastAsia="Pretendard" w:hAnsi="Pretendard" w:cs="Pretendard"/>
          <w:color w:val="1D0024"/>
          <w:sz w:val="21"/>
        </w:rPr>
        <w:t>허브보다</w:t>
      </w:r>
      <w:r>
        <w:rPr>
          <w:rFonts w:ascii="Pretendard" w:eastAsia="Pretendard" w:hAnsi="Pretendard" w:cs="Pretendard"/>
          <w:color w:val="1D0024"/>
          <w:sz w:val="21"/>
        </w:rPr>
        <w:t xml:space="preserve"> </w:t>
      </w:r>
      <w:r>
        <w:rPr>
          <w:rFonts w:ascii="Pretendard" w:eastAsia="Pretendard" w:hAnsi="Pretendard" w:cs="Pretendard"/>
          <w:color w:val="1D0024"/>
          <w:sz w:val="21"/>
        </w:rPr>
        <w:t>효과</w:t>
      </w:r>
      <w:r>
        <w:rPr>
          <w:rFonts w:ascii="Pretendard" w:eastAsia="Pretendard" w:hAnsi="Pretendard" w:cs="Pretendard"/>
          <w:color w:val="1D0024"/>
          <w:sz w:val="21"/>
        </w:rPr>
        <w:t xml:space="preserve"> </w:t>
      </w:r>
      <w:r>
        <w:rPr>
          <w:rFonts w:ascii="Pretendard" w:eastAsia="Pretendard" w:hAnsi="Pretendard" w:cs="Pretendard"/>
          <w:color w:val="1D0024"/>
          <w:sz w:val="21"/>
        </w:rPr>
        <w:t>경로가</w:t>
      </w:r>
      <w:r>
        <w:rPr>
          <w:rFonts w:ascii="Pretendard" w:eastAsia="Pretendard" w:hAnsi="Pretendard" w:cs="Pretendard"/>
          <w:color w:val="1D0024"/>
          <w:sz w:val="21"/>
        </w:rPr>
        <w:t xml:space="preserve"> </w:t>
      </w:r>
      <w:r>
        <w:rPr>
          <w:rFonts w:ascii="Pretendard" w:eastAsia="Pretendard" w:hAnsi="Pretendard" w:cs="Pretendard"/>
          <w:color w:val="1D0024"/>
          <w:sz w:val="21"/>
        </w:rPr>
        <w:t>짧습니다</w:t>
      </w:r>
      <w:r>
        <w:rPr>
          <w:rFonts w:ascii="Pretendard" w:eastAsia="Pretendard" w:hAnsi="Pretendard" w:cs="Pretendard"/>
          <w:color w:val="1D0024"/>
          <w:sz w:val="21"/>
        </w:rPr>
        <w:t>.</w:t>
      </w:r>
    </w:p>
    <w:p w14:paraId="3C4C3E0E" w14:textId="77777777" w:rsidR="004B1372" w:rsidRDefault="00BB0BE3">
      <w:pPr>
        <w:pStyle w:val="a0"/>
        <w:spacing w:after="60" w:line="312" w:lineRule="auto"/>
      </w:pPr>
      <w:r>
        <w:rPr>
          <w:rFonts w:ascii="Pretendard" w:eastAsia="Pretendard" w:hAnsi="Pretendard" w:cs="Pretendard"/>
          <w:color w:val="1D0024"/>
          <w:sz w:val="21"/>
        </w:rPr>
        <w:t>상담</w:t>
      </w:r>
      <w:r>
        <w:rPr>
          <w:rFonts w:ascii="Pretendard" w:eastAsia="Pretendard" w:hAnsi="Pretendard" w:cs="Pretendard"/>
          <w:color w:val="1D0024"/>
          <w:sz w:val="21"/>
        </w:rPr>
        <w:t>·</w:t>
      </w:r>
      <w:r>
        <w:rPr>
          <w:rFonts w:ascii="Pretendard" w:eastAsia="Pretendard" w:hAnsi="Pretendard" w:cs="Pretendard"/>
          <w:color w:val="1D0024"/>
          <w:sz w:val="21"/>
        </w:rPr>
        <w:t>예약이</w:t>
      </w:r>
      <w:r>
        <w:rPr>
          <w:rFonts w:ascii="Pretendard" w:eastAsia="Pretendard" w:hAnsi="Pretendard" w:cs="Pretendard"/>
          <w:color w:val="1D0024"/>
          <w:sz w:val="21"/>
        </w:rPr>
        <w:t xml:space="preserve"> </w:t>
      </w:r>
      <w:r>
        <w:rPr>
          <w:rFonts w:ascii="Pretendard" w:eastAsia="Pretendard" w:hAnsi="Pretendard" w:cs="Pretendard"/>
          <w:color w:val="1D0024"/>
          <w:sz w:val="21"/>
        </w:rPr>
        <w:t>필요해지면</w:t>
      </w:r>
      <w:r>
        <w:rPr>
          <w:rFonts w:ascii="Pretendard" w:eastAsia="Pretendard" w:hAnsi="Pretendard" w:cs="Pretendard"/>
          <w:color w:val="1D0024"/>
          <w:sz w:val="21"/>
        </w:rPr>
        <w:t xml:space="preserve"> </w:t>
      </w:r>
      <w:r>
        <w:rPr>
          <w:rFonts w:ascii="Pretendard" w:eastAsia="Pretendard" w:hAnsi="Pretendard" w:cs="Pretendard"/>
          <w:color w:val="1D0024"/>
          <w:sz w:val="21"/>
        </w:rPr>
        <w:t>직접</w:t>
      </w:r>
      <w:r>
        <w:rPr>
          <w:rFonts w:ascii="Pretendard" w:eastAsia="Pretendard" w:hAnsi="Pretendard" w:cs="Pretendard"/>
          <w:color w:val="1D0024"/>
          <w:sz w:val="21"/>
        </w:rPr>
        <w:t xml:space="preserve"> </w:t>
      </w:r>
      <w:r>
        <w:rPr>
          <w:rFonts w:ascii="Pretendard" w:eastAsia="Pretendard" w:hAnsi="Pretendard" w:cs="Pretendard"/>
          <w:color w:val="1D0024"/>
          <w:sz w:val="21"/>
        </w:rPr>
        <w:t>등록하지</w:t>
      </w:r>
      <w:r>
        <w:rPr>
          <w:rFonts w:ascii="Pretendard" w:eastAsia="Pretendard" w:hAnsi="Pretendard" w:cs="Pretendard"/>
          <w:color w:val="1D0024"/>
          <w:sz w:val="21"/>
        </w:rPr>
        <w:t xml:space="preserve"> </w:t>
      </w:r>
      <w:r>
        <w:rPr>
          <w:rFonts w:ascii="Pretendard" w:eastAsia="Pretendard" w:hAnsi="Pretendard" w:cs="Pretendard"/>
          <w:color w:val="1D0024"/>
          <w:sz w:val="21"/>
        </w:rPr>
        <w:t>말고</w:t>
      </w:r>
      <w:r>
        <w:rPr>
          <w:rFonts w:ascii="Pretendard" w:eastAsia="Pretendard" w:hAnsi="Pretendard" w:cs="Pretendard"/>
          <w:color w:val="1D0024"/>
          <w:sz w:val="21"/>
        </w:rPr>
        <w:t xml:space="preserve">, </w:t>
      </w:r>
      <w:r>
        <w:rPr>
          <w:rFonts w:ascii="Pretendard" w:eastAsia="Pretendard" w:hAnsi="Pretendard" w:cs="Pretendard"/>
          <w:color w:val="1D0024"/>
          <w:sz w:val="21"/>
        </w:rPr>
        <w:t>유치업</w:t>
      </w:r>
      <w:r>
        <w:rPr>
          <w:rFonts w:ascii="Pretendard" w:eastAsia="Pretendard" w:hAnsi="Pretendard" w:cs="Pretendard"/>
          <w:color w:val="1D0024"/>
          <w:sz w:val="21"/>
        </w:rPr>
        <w:t xml:space="preserve"> </w:t>
      </w:r>
      <w:r>
        <w:rPr>
          <w:rFonts w:ascii="Pretendard" w:eastAsia="Pretendard" w:hAnsi="Pretendard" w:cs="Pretendard"/>
          <w:color w:val="1D0024"/>
          <w:sz w:val="21"/>
        </w:rPr>
        <w:t>등록</w:t>
      </w:r>
      <w:r>
        <w:rPr>
          <w:rFonts w:ascii="Pretendard" w:eastAsia="Pretendard" w:hAnsi="Pretendard" w:cs="Pretendard"/>
          <w:color w:val="1D0024"/>
          <w:sz w:val="21"/>
        </w:rPr>
        <w:t xml:space="preserve"> </w:t>
      </w:r>
      <w:r>
        <w:rPr>
          <w:rFonts w:ascii="Pretendard" w:eastAsia="Pretendard" w:hAnsi="Pretendard" w:cs="Pretendard"/>
          <w:color w:val="1D0024"/>
          <w:sz w:val="21"/>
        </w:rPr>
        <w:t>사업자</w:t>
      </w:r>
      <w:r>
        <w:rPr>
          <w:rFonts w:ascii="Pretendard" w:eastAsia="Pretendard" w:hAnsi="Pretendard" w:cs="Pretendard"/>
          <w:color w:val="1D0024"/>
          <w:sz w:val="21"/>
        </w:rPr>
        <w:t>(</w:t>
      </w:r>
      <w:r>
        <w:rPr>
          <w:rFonts w:ascii="Pretendard" w:eastAsia="Pretendard" w:hAnsi="Pretendard" w:cs="Pretendard"/>
          <w:color w:val="1D0024"/>
          <w:sz w:val="21"/>
        </w:rPr>
        <w:t>예</w:t>
      </w:r>
      <w:r>
        <w:rPr>
          <w:rFonts w:ascii="Pretendard" w:eastAsia="Pretendard" w:hAnsi="Pretendard" w:cs="Pretendard"/>
          <w:color w:val="1D0024"/>
          <w:sz w:val="21"/>
        </w:rPr>
        <w:t xml:space="preserve">: </w:t>
      </w:r>
      <w:r>
        <w:rPr>
          <w:rFonts w:ascii="Pretendard" w:eastAsia="Pretendard" w:hAnsi="Pretendard" w:cs="Pretendard"/>
          <w:color w:val="1D0024"/>
          <w:sz w:val="21"/>
        </w:rPr>
        <w:t>크리에이트립</w:t>
      </w:r>
      <w:r>
        <w:rPr>
          <w:rFonts w:ascii="Pretendard" w:eastAsia="Pretendard" w:hAnsi="Pretendard" w:cs="Pretendard"/>
          <w:color w:val="1D0024"/>
          <w:sz w:val="21"/>
        </w:rPr>
        <w:t>)</w:t>
      </w:r>
      <w:r>
        <w:rPr>
          <w:rFonts w:ascii="Pretendard" w:eastAsia="Pretendard" w:hAnsi="Pretendard" w:cs="Pretendard"/>
          <w:color w:val="1D0024"/>
          <w:sz w:val="21"/>
        </w:rPr>
        <w:t>와</w:t>
      </w:r>
      <w:r>
        <w:rPr>
          <w:rFonts w:ascii="Pretendard" w:eastAsia="Pretendard" w:hAnsi="Pretendard" w:cs="Pretendard"/>
          <w:color w:val="1D0024"/>
          <w:sz w:val="21"/>
        </w:rPr>
        <w:t xml:space="preserve"> </w:t>
      </w:r>
      <w:r>
        <w:rPr>
          <w:rFonts w:ascii="Pretendard" w:eastAsia="Pretendard" w:hAnsi="Pretendard" w:cs="Pretendard"/>
          <w:color w:val="1D0024"/>
          <w:sz w:val="21"/>
        </w:rPr>
        <w:t>제휴하는</w:t>
      </w:r>
      <w:r>
        <w:rPr>
          <w:rFonts w:ascii="Pretendard" w:eastAsia="Pretendard" w:hAnsi="Pretendard" w:cs="Pretendard"/>
          <w:color w:val="1D0024"/>
          <w:sz w:val="21"/>
        </w:rPr>
        <w:t xml:space="preserve"> </w:t>
      </w:r>
      <w:r>
        <w:rPr>
          <w:rFonts w:ascii="Pretendard" w:eastAsia="Pretendard" w:hAnsi="Pretendard" w:cs="Pretendard"/>
          <w:color w:val="1D0024"/>
          <w:sz w:val="21"/>
        </w:rPr>
        <w:t>구조를</w:t>
      </w:r>
      <w:r>
        <w:rPr>
          <w:rFonts w:ascii="Pretendard" w:eastAsia="Pretendard" w:hAnsi="Pretendard" w:cs="Pretendard"/>
          <w:color w:val="1D0024"/>
          <w:sz w:val="21"/>
        </w:rPr>
        <w:t xml:space="preserve"> </w:t>
      </w:r>
      <w:r>
        <w:rPr>
          <w:rFonts w:ascii="Pretendard" w:eastAsia="Pretendard" w:hAnsi="Pretendard" w:cs="Pretendard"/>
          <w:color w:val="1D0024"/>
          <w:sz w:val="21"/>
        </w:rPr>
        <w:t>먼저</w:t>
      </w:r>
      <w:r>
        <w:rPr>
          <w:rFonts w:ascii="Pretendard" w:eastAsia="Pretendard" w:hAnsi="Pretendard" w:cs="Pretendard"/>
          <w:color w:val="1D0024"/>
          <w:sz w:val="21"/>
        </w:rPr>
        <w:t xml:space="preserve"> </w:t>
      </w:r>
      <w:r>
        <w:rPr>
          <w:rFonts w:ascii="Pretendard" w:eastAsia="Pretendard" w:hAnsi="Pretendard" w:cs="Pretendard"/>
          <w:color w:val="1D0024"/>
          <w:sz w:val="21"/>
        </w:rPr>
        <w:t>검토합니다</w:t>
      </w:r>
      <w:r>
        <w:rPr>
          <w:rFonts w:ascii="Pretendard" w:eastAsia="Pretendard" w:hAnsi="Pretendard" w:cs="Pretendard"/>
          <w:color w:val="1D0024"/>
          <w:sz w:val="21"/>
        </w:rPr>
        <w:t>.</w:t>
      </w:r>
    </w:p>
    <w:p>
      <w:pPr>
        <w:keepNext/>
        <w:spacing w:before="200" w:after="160"/>
      </w:pPr>
      <w:r>
        <w:rPr>
          <w:rFonts w:ascii="Pretendard" w:hAnsi="Pretendard" w:cs="Pretendard" w:eastAsia="Pretendard"/>
          <w:b/>
          <w:color w:val="4F1DA1"/>
          <w:sz w:val="26"/>
        </w:rPr>
        <w:t>4-10. 병원·의료 AEO/GEO 서비스 경쟁분석</w:t>
      </w:r>
    </w:p>
    <w:p>
      <w:pPr>
        <w:spacing w:after="120" w:line="324" w:lineRule="auto"/>
      </w:pPr>
      <w:r>
        <w:rPr>
          <w:rFonts w:ascii="Pretendard" w:hAnsi="Pretendard" w:cs="Pretendard" w:eastAsia="Pretendard"/>
          <w:b w:val="0"/>
          <w:color w:val="1D0024"/>
          <w:sz w:val="21"/>
        </w:rPr>
        <w:t>플랫폼이 아니라 INFINITH가 지금 팔 수 있는 제품(AI Discovery 진단 + 서포터즈 사이트)이 실제로 경쟁하는 시장입니다. 국내 병원 특화 대행, 국내 범용 GEO SaaS, 해외 SaaS, 해외 의료 마케팅 에이전시를 각 사이트·보도자료에서 직접 확인했습니다. '미확인'은 공개 페이지에서 찾지 못했다는 뜻이며 기능이 없다는 뜻이 아닙니다.</w:t>
      </w:r>
    </w:p>
    <w:p>
      <w:pPr>
        <w:keepNext/>
        <w:spacing w:before="200" w:after="160"/>
      </w:pPr>
      <w:r>
        <w:rPr>
          <w:rFonts w:ascii="Pretendard" w:hAnsi="Pretendard" w:cs="Pretendard" w:eastAsia="Pretendard"/>
          <w:b/>
          <w:color w:val="4F1DA1"/>
          <w:sz w:val="26"/>
        </w:rPr>
        <w:t>4-10-1. 시장 구도</w:t>
      </w:r>
    </w:p>
    <w:tbl>
      <w:tblPr>
        <w:tblStyle w:val="TableGrid"/>
        <w:tblW w:type="auto" w:w="0"/>
        <w:jc w:val="center"/>
        <w:tblLayout w:type="fixed"/>
        <w:tblLook w:firstColumn="1" w:firstRow="1" w:lastColumn="0" w:lastRow="0" w:noHBand="0" w:noVBand="1" w:val="04A0"/>
      </w:tblPr>
      <w:tblGrid>
        <w:gridCol w:w="1701"/>
        <w:gridCol w:w="3061"/>
        <w:gridCol w:w="2948"/>
        <w:gridCol w:w="1928"/>
      </w:tblGrid>
      <w:tr>
        <w:trPr>
          <w:tblHeader w:val="true"/>
          <w:cantSplit w:val="true"/>
        </w:trPr>
        <w:tc>
          <w:tcPr>
            <w:tcW w:type="dxa" w:w="1701"/>
            <w:shd w:val="clear" w:color="auto" w:fill="1D0024"/>
          </w:tcPr>
          <w:p>
            <w:r/>
            <w:r>
              <w:rPr>
                <w:rFonts w:ascii="Pretendard" w:hAnsi="Pretendard" w:cs="Pretendard" w:eastAsia="Pretendard"/>
                <w:b/>
                <w:color w:val="FFFFFF"/>
                <w:sz w:val="18"/>
              </w:rPr>
              <w:t>유형</w:t>
            </w:r>
          </w:p>
        </w:tc>
        <w:tc>
          <w:tcPr>
            <w:tcW w:type="dxa" w:w="3061"/>
            <w:shd w:val="clear" w:color="auto" w:fill="1D0024"/>
          </w:tcPr>
          <w:p>
            <w:r/>
            <w:r>
              <w:rPr>
                <w:rFonts w:ascii="Pretendard" w:hAnsi="Pretendard" w:cs="Pretendard" w:eastAsia="Pretendard"/>
                <w:b/>
                <w:color w:val="FFFFFF"/>
                <w:sz w:val="18"/>
              </w:rPr>
              <w:t>대표 사업자</w:t>
            </w:r>
          </w:p>
        </w:tc>
        <w:tc>
          <w:tcPr>
            <w:tcW w:type="dxa" w:w="2948"/>
            <w:shd w:val="clear" w:color="auto" w:fill="1D0024"/>
          </w:tcPr>
          <w:p>
            <w:r/>
            <w:r>
              <w:rPr>
                <w:rFonts w:ascii="Pretendard" w:hAnsi="Pretendard" w:cs="Pretendard" w:eastAsia="Pretendard"/>
                <w:b/>
                <w:color w:val="FFFFFF"/>
                <w:sz w:val="18"/>
              </w:rPr>
              <w:t>측정 방식</w:t>
            </w:r>
          </w:p>
        </w:tc>
        <w:tc>
          <w:tcPr>
            <w:tcW w:type="dxa" w:w="1928"/>
            <w:shd w:val="clear" w:color="auto" w:fill="1D0024"/>
          </w:tcPr>
          <w:p>
            <w:r/>
            <w:r>
              <w:rPr>
                <w:rFonts w:ascii="Pretendard" w:hAnsi="Pretendard" w:cs="Pretendard" w:eastAsia="Pretendard"/>
                <w:b/>
                <w:color w:val="FFFFFF"/>
                <w:sz w:val="18"/>
              </w:rPr>
              <w:t>가격대</w:t>
            </w:r>
          </w:p>
        </w:tc>
      </w:tr>
      <w:tr>
        <w:tc>
          <w:tcPr>
            <w:tcW w:type="dxa" w:w="1701"/>
          </w:tcPr>
          <w:p>
            <w:r/>
            <w:r>
              <w:rPr>
                <w:rFonts w:ascii="Pretendard" w:hAnsi="Pretendard" w:cs="Pretendard" w:eastAsia="Pretendard"/>
                <w:b/>
                <w:color w:val="1D0024"/>
                <w:sz w:val="18"/>
              </w:rPr>
              <w:t>설문형 무료 진단</w:t>
            </w:r>
          </w:p>
        </w:tc>
        <w:tc>
          <w:tcPr>
            <w:tcW w:type="dxa" w:w="3061"/>
          </w:tcPr>
          <w:p>
            <w:r>
              <w:rPr>
                <w:rFonts w:ascii="Pretendard" w:hAnsi="Pretendard" w:cs="Pretendard" w:eastAsia="Pretendard"/>
                <w:b w:val="0"/>
                <w:color w:val="1D0024"/>
                <w:sz w:val="18"/>
              </w:rPr>
              <w:t xml:space="preserve">이움코퍼레이션  </w:t>
            </w:r>
            <w:hyperlink r:id="rId8">
              <w:r>
                <w:rPr>
                  <w:rFonts w:ascii="Pretendard" w:hAnsi="Pretendard" w:cs="Pretendard" w:eastAsia="Pretendard"/>
                  <w:sz w:val="18"/>
                  <w:color w:val="4F1DA1"/>
                  <w:u w:val="single"/>
                </w:rPr>
                <w:t xml:space="preserve">eumcorporation.com/aeo-geo</w:t>
              </w:r>
            </w:hyperlink>
          </w:p>
        </w:tc>
        <w:tc>
          <w:tcPr>
            <w:tcW w:type="dxa" w:w="2948"/>
          </w:tcPr>
          <w:p>
            <w:r/>
            <w:r>
              <w:rPr>
                <w:rFonts w:ascii="Pretendard" w:hAnsi="Pretendard" w:cs="Pretendard" w:eastAsia="Pretendard"/>
                <w:b w:val="0"/>
                <w:color w:val="1D0024"/>
                <w:sz w:val="18"/>
              </w:rPr>
              <w:t>병원 담당자 설문 7문항, AI 엔진 질의 없음</w:t>
            </w:r>
          </w:p>
        </w:tc>
        <w:tc>
          <w:tcPr>
            <w:tcW w:type="dxa" w:w="1928"/>
          </w:tcPr>
          <w:p>
            <w:r/>
            <w:r>
              <w:rPr>
                <w:rFonts w:ascii="Pretendard" w:hAnsi="Pretendard" w:cs="Pretendard" w:eastAsia="Pretendard"/>
                <w:b w:val="0"/>
                <w:color w:val="1D0024"/>
                <w:sz w:val="18"/>
              </w:rPr>
              <w:t>진단 무료, 대행 상담 후 제안</w:t>
            </w:r>
          </w:p>
        </w:tc>
      </w:tr>
      <w:tr>
        <w:tc>
          <w:tcPr>
            <w:tcW w:type="dxa" w:w="1701"/>
          </w:tcPr>
          <w:p>
            <w:r/>
            <w:r>
              <w:rPr>
                <w:rFonts w:ascii="Pretendard" w:hAnsi="Pretendard" w:cs="Pretendard" w:eastAsia="Pretendard"/>
                <w:b/>
                <w:color w:val="1D0024"/>
                <w:sz w:val="18"/>
              </w:rPr>
              <w:t>국내 병원 특화 대행</w:t>
            </w:r>
          </w:p>
        </w:tc>
        <w:tc>
          <w:tcPr>
            <w:tcW w:type="dxa" w:w="3061"/>
          </w:tcPr>
          <w:p>
            <w:r>
              <w:rPr>
                <w:rFonts w:ascii="Pretendard" w:hAnsi="Pretendard" w:cs="Pretendard" w:eastAsia="Pretendard"/>
                <w:b w:val="0"/>
                <w:color w:val="1D0024"/>
                <w:sz w:val="18"/>
              </w:rPr>
              <w:t xml:space="preserve">마하닥-GEO  </w:t>
            </w:r>
            <w:hyperlink r:id="rId9">
              <w:r>
                <w:rPr>
                  <w:rFonts w:ascii="Pretendard" w:hAnsi="Pretendard" w:cs="Pretendard" w:eastAsia="Pretendard"/>
                  <w:sz w:val="18"/>
                  <w:color w:val="4F1DA1"/>
                  <w:u w:val="single"/>
                </w:rPr>
                <w:t xml:space="preserve">hospitalgeo.com</w:t>
              </w:r>
            </w:hyperlink>
          </w:p>
          <w:p>
            <w:r>
              <w:rPr>
                <w:rFonts w:ascii="Pretendard" w:hAnsi="Pretendard" w:cs="Pretendard" w:eastAsia="Pretendard"/>
                <w:b w:val="0"/>
                <w:color w:val="1D0024"/>
                <w:sz w:val="18"/>
              </w:rPr>
              <w:t xml:space="preserve">아워마케팅  </w:t>
            </w:r>
            <w:hyperlink r:id="rId10">
              <w:r>
                <w:rPr>
                  <w:rFonts w:ascii="Pretendard" w:hAnsi="Pretendard" w:cs="Pretendard" w:eastAsia="Pretendard"/>
                  <w:sz w:val="18"/>
                  <w:color w:val="4F1DA1"/>
                  <w:u w:val="single"/>
                </w:rPr>
                <w:t xml:space="preserve">ourmarketing.co.kr/geo-diagnosis</w:t>
              </w:r>
            </w:hyperlink>
          </w:p>
          <w:p>
            <w:r>
              <w:rPr>
                <w:rFonts w:ascii="Pretendard" w:hAnsi="Pretendard" w:cs="Pretendard" w:eastAsia="Pretendard"/>
                <w:b w:val="0"/>
                <w:color w:val="1D0024"/>
                <w:sz w:val="18"/>
              </w:rPr>
              <w:t xml:space="preserve">크리앤서  </w:t>
            </w:r>
            <w:hyperlink r:id="rId11">
              <w:r>
                <w:rPr>
                  <w:rFonts w:ascii="Pretendard" w:hAnsi="Pretendard" w:cs="Pretendard" w:eastAsia="Pretendard"/>
                  <w:sz w:val="18"/>
                  <w:color w:val="4F1DA1"/>
                  <w:u w:val="single"/>
                </w:rPr>
                <w:t xml:space="preserve">creanswer.com</w:t>
              </w:r>
            </w:hyperlink>
          </w:p>
          <w:p>
            <w:r>
              <w:rPr>
                <w:rFonts w:ascii="Pretendard" w:hAnsi="Pretendard" w:cs="Pretendard" w:eastAsia="Pretendard"/>
                <w:b w:val="0"/>
                <w:color w:val="1D0024"/>
                <w:sz w:val="18"/>
              </w:rPr>
              <w:t xml:space="preserve">지오랭크  </w:t>
            </w:r>
            <w:hyperlink r:id="rId12">
              <w:r>
                <w:rPr>
                  <w:rFonts w:ascii="Pretendard" w:hAnsi="Pretendard" w:cs="Pretendard" w:eastAsia="Pretendard"/>
                  <w:sz w:val="18"/>
                  <w:color w:val="4F1DA1"/>
                  <w:u w:val="single"/>
                </w:rPr>
                <w:t xml:space="preserve">georank.co.kr</w:t>
              </w:r>
            </w:hyperlink>
          </w:p>
          <w:p>
            <w:r>
              <w:rPr>
                <w:rFonts w:ascii="Pretendard" w:hAnsi="Pretendard" w:cs="Pretendard" w:eastAsia="Pretendard"/>
                <w:b w:val="0"/>
                <w:color w:val="1D0024"/>
                <w:sz w:val="18"/>
              </w:rPr>
              <w:t xml:space="preserve">와이더뷰티(보도 기사)  </w:t>
            </w:r>
            <w:hyperlink r:id="rId13">
              <w:r>
                <w:rPr>
                  <w:rFonts w:ascii="Pretendard" w:hAnsi="Pretendard" w:cs="Pretendard" w:eastAsia="Pretendard"/>
                  <w:sz w:val="18"/>
                  <w:color w:val="4F1DA1"/>
                  <w:u w:val="single"/>
                </w:rPr>
                <w:t xml:space="preserve">mdtoday.co.kr/news/view/1065602577857715</w:t>
              </w:r>
            </w:hyperlink>
          </w:p>
          <w:p>
            <w:r>
              <w:rPr>
                <w:rFonts w:ascii="Pretendard" w:hAnsi="Pretendard" w:cs="Pretendard" w:eastAsia="Pretendard"/>
                <w:b w:val="0"/>
                <w:color w:val="1D0024"/>
                <w:sz w:val="18"/>
              </w:rPr>
              <w:t xml:space="preserve">BizSpring GEO Care for Clinic  </w:t>
            </w:r>
            <w:hyperlink r:id="rId14">
              <w:r>
                <w:rPr>
                  <w:rFonts w:ascii="Pretendard" w:hAnsi="Pretendard" w:cs="Pretendard" w:eastAsia="Pretendard"/>
                  <w:sz w:val="18"/>
                  <w:color w:val="4F1DA1"/>
                  <w:u w:val="single"/>
                </w:rPr>
                <w:t xml:space="preserve">blog.bizspring.co.kr</w:t>
              </w:r>
            </w:hyperlink>
          </w:p>
        </w:tc>
        <w:tc>
          <w:tcPr>
            <w:tcW w:type="dxa" w:w="2948"/>
          </w:tcPr>
          <w:p>
            <w:r/>
            <w:r>
              <w:rPr>
                <w:rFonts w:ascii="Pretendard" w:hAnsi="Pretendard" w:cs="Pretendard" w:eastAsia="Pretendard"/>
                <w:b w:val="0"/>
                <w:color w:val="1D0024"/>
                <w:sz w:val="18"/>
              </w:rPr>
              <w:t>사이트 감사 + AI 엔진 질의(방식·문항 수 공개 수준이 업체마다 다름)</w:t>
            </w:r>
          </w:p>
        </w:tc>
        <w:tc>
          <w:tcPr>
            <w:tcW w:type="dxa" w:w="1928"/>
          </w:tcPr>
          <w:p>
            <w:r/>
            <w:r>
              <w:rPr>
                <w:rFonts w:ascii="Pretendard" w:hAnsi="Pretendard" w:cs="Pretendard" w:eastAsia="Pretendard"/>
                <w:b w:val="0"/>
                <w:color w:val="1D0024"/>
                <w:sz w:val="18"/>
              </w:rPr>
              <w:t>월 29만~500만 원</w:t>
            </w:r>
          </w:p>
        </w:tc>
      </w:tr>
      <w:tr>
        <w:tc>
          <w:tcPr>
            <w:tcW w:type="dxa" w:w="1701"/>
          </w:tcPr>
          <w:p>
            <w:r/>
            <w:r>
              <w:rPr>
                <w:rFonts w:ascii="Pretendard" w:hAnsi="Pretendard" w:cs="Pretendard" w:eastAsia="Pretendard"/>
                <w:b/>
                <w:color w:val="1D0024"/>
                <w:sz w:val="18"/>
              </w:rPr>
              <w:t>국내 병원 대상 SaaS</w:t>
            </w:r>
          </w:p>
        </w:tc>
        <w:tc>
          <w:tcPr>
            <w:tcW w:type="dxa" w:w="3061"/>
          </w:tcPr>
          <w:p>
            <w:r>
              <w:rPr>
                <w:rFonts w:ascii="Pretendard" w:hAnsi="Pretendard" w:cs="Pretendard" w:eastAsia="Pretendard"/>
                <w:b w:val="0"/>
                <w:color w:val="1D0024"/>
                <w:sz w:val="18"/>
              </w:rPr>
              <w:t xml:space="preserve">NATANA  </w:t>
            </w:r>
            <w:hyperlink r:id="rId15">
              <w:r>
                <w:rPr>
                  <w:rFonts w:ascii="Pretendard" w:hAnsi="Pretendard" w:cs="Pretendard" w:eastAsia="Pretendard"/>
                  <w:sz w:val="18"/>
                  <w:color w:val="4F1DA1"/>
                  <w:u w:val="single"/>
                </w:rPr>
                <w:t xml:space="preserve">natana-ai.com/clinic</w:t>
              </w:r>
            </w:hyperlink>
          </w:p>
          <w:p>
            <w:r>
              <w:rPr>
                <w:rFonts w:ascii="Pretendard" w:hAnsi="Pretendard" w:cs="Pretendard" w:eastAsia="Pretendard"/>
                <w:b w:val="0"/>
                <w:color w:val="1D0024"/>
                <w:sz w:val="18"/>
              </w:rPr>
              <w:t xml:space="preserve">온더AI  </w:t>
            </w:r>
            <w:hyperlink r:id="rId16">
              <w:r>
                <w:rPr>
                  <w:rFonts w:ascii="Pretendard" w:hAnsi="Pretendard" w:cs="Pretendard" w:eastAsia="Pretendard"/>
                  <w:sz w:val="18"/>
                  <w:color w:val="4F1DA1"/>
                  <w:u w:val="single"/>
                </w:rPr>
                <w:t xml:space="preserve">onthe.ai</w:t>
              </w:r>
            </w:hyperlink>
          </w:p>
        </w:tc>
        <w:tc>
          <w:tcPr>
            <w:tcW w:type="dxa" w:w="2948"/>
          </w:tcPr>
          <w:p>
            <w:r/>
            <w:r>
              <w:rPr>
                <w:rFonts w:ascii="Pretendard" w:hAnsi="Pretendard" w:cs="Pretendard" w:eastAsia="Pretendard"/>
                <w:b w:val="0"/>
                <w:color w:val="1D0024"/>
                <w:sz w:val="18"/>
              </w:rPr>
              <w:t>주간 또는 상시 AI 질의, 지표 정의 공개</w:t>
            </w:r>
          </w:p>
        </w:tc>
        <w:tc>
          <w:tcPr>
            <w:tcW w:type="dxa" w:w="1928"/>
          </w:tcPr>
          <w:p>
            <w:r/>
            <w:r>
              <w:rPr>
                <w:rFonts w:ascii="Pretendard" w:hAnsi="Pretendard" w:cs="Pretendard" w:eastAsia="Pretendard"/>
                <w:b w:val="0"/>
                <w:color w:val="1D0024"/>
                <w:sz w:val="18"/>
              </w:rPr>
              <w:t>월 24만~250만 원</w:t>
            </w:r>
          </w:p>
        </w:tc>
      </w:tr>
      <w:tr>
        <w:tc>
          <w:tcPr>
            <w:tcW w:type="dxa" w:w="1701"/>
          </w:tcPr>
          <w:p>
            <w:r/>
            <w:r>
              <w:rPr>
                <w:rFonts w:ascii="Pretendard" w:hAnsi="Pretendard" w:cs="Pretendard" w:eastAsia="Pretendard"/>
                <w:b/>
                <w:color w:val="1D0024"/>
                <w:sz w:val="18"/>
              </w:rPr>
              <w:t>국내 범용 GEO</w:t>
            </w:r>
          </w:p>
        </w:tc>
        <w:tc>
          <w:tcPr>
            <w:tcW w:type="dxa" w:w="3061"/>
          </w:tcPr>
          <w:p>
            <w:r>
              <w:rPr>
                <w:rFonts w:ascii="Pretendard" w:hAnsi="Pretendard" w:cs="Pretendard" w:eastAsia="Pretendard"/>
                <w:b w:val="0"/>
                <w:color w:val="1D0024"/>
                <w:sz w:val="18"/>
              </w:rPr>
              <w:t xml:space="preserve">서치폴라리스  </w:t>
            </w:r>
            <w:hyperlink r:id="rId17">
              <w:r>
                <w:rPr>
                  <w:rFonts w:ascii="Pretendard" w:hAnsi="Pretendard" w:cs="Pretendard" w:eastAsia="Pretendard"/>
                  <w:sz w:val="18"/>
                  <w:color w:val="4F1DA1"/>
                  <w:u w:val="single"/>
                </w:rPr>
                <w:t xml:space="preserve">searchpolaris.com</w:t>
              </w:r>
            </w:hyperlink>
          </w:p>
          <w:p>
            <w:r>
              <w:rPr>
                <w:rFonts w:ascii="Pretendard" w:hAnsi="Pretendard" w:cs="Pretendard" w:eastAsia="Pretendard"/>
                <w:b w:val="0"/>
                <w:color w:val="1D0024"/>
                <w:sz w:val="18"/>
              </w:rPr>
              <w:t xml:space="preserve">에이넥트  </w:t>
            </w:r>
            <w:hyperlink r:id="rId18">
              <w:r>
                <w:rPr>
                  <w:rFonts w:ascii="Pretendard" w:hAnsi="Pretendard" w:cs="Pretendard" w:eastAsia="Pretendard"/>
                  <w:sz w:val="18"/>
                  <w:color w:val="4F1DA1"/>
                  <w:u w:val="single"/>
                </w:rPr>
                <w:t xml:space="preserve">ainnect.co.kr</w:t>
              </w:r>
            </w:hyperlink>
          </w:p>
          <w:p>
            <w:r>
              <w:rPr>
                <w:rFonts w:ascii="Pretendard" w:hAnsi="Pretendard" w:cs="Pretendard" w:eastAsia="Pretendard"/>
                <w:b w:val="0"/>
                <w:color w:val="1D0024"/>
                <w:sz w:val="18"/>
              </w:rPr>
              <w:t xml:space="preserve">팀하이  </w:t>
            </w:r>
            <w:hyperlink r:id="rId19">
              <w:r>
                <w:rPr>
                  <w:rFonts w:ascii="Pretendard" w:hAnsi="Pretendard" w:cs="Pretendard" w:eastAsia="Pretendard"/>
                  <w:sz w:val="18"/>
                  <w:color w:val="4F1DA1"/>
                  <w:u w:val="single"/>
                </w:rPr>
                <w:t xml:space="preserve">teamhai.co.kr</w:t>
              </w:r>
            </w:hyperlink>
          </w:p>
          <w:p>
            <w:r>
              <w:rPr>
                <w:rFonts w:ascii="Pretendard" w:hAnsi="Pretendard" w:cs="Pretendard" w:eastAsia="Pretendard"/>
                <w:b w:val="0"/>
                <w:color w:val="1D0024"/>
                <w:sz w:val="18"/>
              </w:rPr>
              <w:t xml:space="preserve">블루닷  </w:t>
            </w:r>
            <w:hyperlink r:id="rId20">
              <w:r>
                <w:rPr>
                  <w:rFonts w:ascii="Pretendard" w:hAnsi="Pretendard" w:cs="Pretendard" w:eastAsia="Pretendard"/>
                  <w:sz w:val="18"/>
                  <w:color w:val="4F1DA1"/>
                  <w:u w:val="single"/>
                </w:rPr>
                <w:t xml:space="preserve">bi.bluedot.so/consulting</w:t>
              </w:r>
            </w:hyperlink>
          </w:p>
          <w:p>
            <w:r>
              <w:rPr>
                <w:rFonts w:ascii="Pretendard" w:hAnsi="Pretendard" w:cs="Pretendard" w:eastAsia="Pretendard"/>
                <w:b w:val="0"/>
                <w:color w:val="1D0024"/>
                <w:sz w:val="18"/>
              </w:rPr>
              <w:t xml:space="preserve">NNT Insights  </w:t>
            </w:r>
            <w:hyperlink r:id="rId21">
              <w:r>
                <w:rPr>
                  <w:rFonts w:ascii="Pretendard" w:hAnsi="Pretendard" w:cs="Pretendard" w:eastAsia="Pretendard"/>
                  <w:sz w:val="18"/>
                  <w:color w:val="4F1DA1"/>
                  <w:u w:val="single"/>
                </w:rPr>
                <w:t xml:space="preserve">nnt-insights.com</w:t>
              </w:r>
            </w:hyperlink>
          </w:p>
          <w:p>
            <w:r>
              <w:rPr>
                <w:rFonts w:ascii="Pretendard" w:hAnsi="Pretendard" w:cs="Pretendard" w:eastAsia="Pretendard"/>
                <w:b w:val="0"/>
                <w:color w:val="1D0024"/>
                <w:sz w:val="18"/>
              </w:rPr>
              <w:t xml:space="preserve">RanketAI  </w:t>
            </w:r>
            <w:hyperlink r:id="rId22">
              <w:r>
                <w:rPr>
                  <w:rFonts w:ascii="Pretendard" w:hAnsi="Pretendard" w:cs="Pretendard" w:eastAsia="Pretendard"/>
                  <w:sz w:val="18"/>
                  <w:color w:val="4F1DA1"/>
                  <w:u w:val="single"/>
                </w:rPr>
                <w:t xml:space="preserve">ranketai.com</w:t>
              </w:r>
            </w:hyperlink>
          </w:p>
          <w:p>
            <w:r>
              <w:rPr>
                <w:rFonts w:ascii="Pretendard" w:hAnsi="Pretendard" w:cs="Pretendard" w:eastAsia="Pretendard"/>
                <w:b w:val="0"/>
                <w:color w:val="1D0024"/>
                <w:sz w:val="18"/>
              </w:rPr>
              <w:t xml:space="preserve">FrostAI  </w:t>
            </w:r>
            <w:hyperlink r:id="rId23">
              <w:r>
                <w:rPr>
                  <w:rFonts w:ascii="Pretendard" w:hAnsi="Pretendard" w:cs="Pretendard" w:eastAsia="Pretendard"/>
                  <w:sz w:val="18"/>
                  <w:color w:val="4F1DA1"/>
                  <w:u w:val="single"/>
                </w:rPr>
                <w:t xml:space="preserve">frostai.co</w:t>
              </w:r>
            </w:hyperlink>
          </w:p>
          <w:p>
            <w:r>
              <w:rPr>
                <w:rFonts w:ascii="Pretendard" w:hAnsi="Pretendard" w:cs="Pretendard" w:eastAsia="Pretendard"/>
                <w:b w:val="0"/>
                <w:color w:val="1D0024"/>
                <w:sz w:val="18"/>
              </w:rPr>
              <w:t xml:space="preserve">오픈타임  </w:t>
            </w:r>
            <w:hyperlink r:id="rId24">
              <w:r>
                <w:rPr>
                  <w:rFonts w:ascii="Pretendard" w:hAnsi="Pretendard" w:cs="Pretendard" w:eastAsia="Pretendard"/>
                  <w:sz w:val="18"/>
                  <w:color w:val="4F1DA1"/>
                  <w:u w:val="single"/>
                </w:rPr>
                <w:t xml:space="preserve">ai.idearabbit.co.kr</w:t>
              </w:r>
            </w:hyperlink>
          </w:p>
          <w:p>
            <w:r>
              <w:rPr>
                <w:rFonts w:ascii="Pretendard" w:hAnsi="Pretendard" w:cs="Pretendard" w:eastAsia="Pretendard"/>
                <w:b w:val="0"/>
                <w:color w:val="1D0024"/>
                <w:sz w:val="18"/>
              </w:rPr>
              <w:t xml:space="preserve">ZESTCOMPANY  </w:t>
            </w:r>
            <w:hyperlink r:id="rId25">
              <w:r>
                <w:rPr>
                  <w:rFonts w:ascii="Pretendard" w:hAnsi="Pretendard" w:cs="Pretendard" w:eastAsia="Pretendard"/>
                  <w:sz w:val="18"/>
                  <w:color w:val="4F1DA1"/>
                  <w:u w:val="single"/>
                </w:rPr>
                <w:t xml:space="preserve">zestcompany.co.kr</w:t>
              </w:r>
            </w:hyperlink>
          </w:p>
          <w:p>
            <w:r>
              <w:rPr>
                <w:rFonts w:ascii="Pretendard" w:hAnsi="Pretendard" w:cs="Pretendard" w:eastAsia="Pretendard"/>
                <w:b w:val="0"/>
                <w:color w:val="1D0024"/>
                <w:sz w:val="18"/>
              </w:rPr>
              <w:t xml:space="preserve">Anymorph  </w:t>
            </w:r>
            <w:hyperlink r:id="rId26">
              <w:r>
                <w:rPr>
                  <w:rFonts w:ascii="Pretendard" w:hAnsi="Pretendard" w:cs="Pretendard" w:eastAsia="Pretendard"/>
                  <w:sz w:val="18"/>
                  <w:color w:val="4F1DA1"/>
                  <w:u w:val="single"/>
                </w:rPr>
                <w:t xml:space="preserve">anymorph.ai</w:t>
              </w:r>
            </w:hyperlink>
          </w:p>
        </w:tc>
        <w:tc>
          <w:tcPr>
            <w:tcW w:type="dxa" w:w="2948"/>
          </w:tcPr>
          <w:p>
            <w:r/>
            <w:r>
              <w:rPr>
                <w:rFonts w:ascii="Pretendard" w:hAnsi="Pretendard" w:cs="Pretendard" w:eastAsia="Pretendard"/>
                <w:b w:val="0"/>
                <w:color w:val="1D0024"/>
                <w:sz w:val="18"/>
              </w:rPr>
              <w:t>대행형은 진단+실행, SaaS는 프롬프트 추적</w:t>
            </w:r>
          </w:p>
        </w:tc>
        <w:tc>
          <w:tcPr>
            <w:tcW w:type="dxa" w:w="1928"/>
          </w:tcPr>
          <w:p>
            <w:r/>
            <w:r>
              <w:rPr>
                <w:rFonts w:ascii="Pretendard" w:hAnsi="Pretendard" w:cs="Pretendard" w:eastAsia="Pretendard"/>
                <w:b w:val="0"/>
                <w:color w:val="1D0024"/>
                <w:sz w:val="18"/>
              </w:rPr>
              <w:t>월 7.9만~2,430만 원</w:t>
            </w:r>
          </w:p>
        </w:tc>
      </w:tr>
      <w:tr>
        <w:tc>
          <w:tcPr>
            <w:tcW w:type="dxa" w:w="1701"/>
          </w:tcPr>
          <w:p>
            <w:r/>
            <w:r>
              <w:rPr>
                <w:rFonts w:ascii="Pretendard" w:hAnsi="Pretendard" w:cs="Pretendard" w:eastAsia="Pretendard"/>
                <w:b/>
                <w:color w:val="1D0024"/>
                <w:sz w:val="18"/>
              </w:rPr>
              <w:t>해외 SaaS</w:t>
            </w:r>
          </w:p>
        </w:tc>
        <w:tc>
          <w:tcPr>
            <w:tcW w:type="dxa" w:w="3061"/>
          </w:tcPr>
          <w:p>
            <w:r>
              <w:rPr>
                <w:rFonts w:ascii="Pretendard" w:hAnsi="Pretendard" w:cs="Pretendard" w:eastAsia="Pretendard"/>
                <w:b w:val="0"/>
                <w:color w:val="1D0024"/>
                <w:sz w:val="18"/>
              </w:rPr>
              <w:t xml:space="preserve">OtterlyAI  </w:t>
            </w:r>
            <w:hyperlink r:id="rId27">
              <w:r>
                <w:rPr>
                  <w:rFonts w:ascii="Pretendard" w:hAnsi="Pretendard" w:cs="Pretendard" w:eastAsia="Pretendard"/>
                  <w:sz w:val="18"/>
                  <w:color w:val="4F1DA1"/>
                  <w:u w:val="single"/>
                </w:rPr>
                <w:t xml:space="preserve">otterly.ai</w:t>
              </w:r>
            </w:hyperlink>
          </w:p>
          <w:p>
            <w:r>
              <w:rPr>
                <w:rFonts w:ascii="Pretendard" w:hAnsi="Pretendard" w:cs="Pretendard" w:eastAsia="Pretendard"/>
                <w:b w:val="0"/>
                <w:color w:val="1D0024"/>
                <w:sz w:val="18"/>
              </w:rPr>
              <w:t xml:space="preserve">Profound  </w:t>
            </w:r>
            <w:hyperlink r:id="rId28">
              <w:r>
                <w:rPr>
                  <w:rFonts w:ascii="Pretendard" w:hAnsi="Pretendard" w:cs="Pretendard" w:eastAsia="Pretendard"/>
                  <w:sz w:val="18"/>
                  <w:color w:val="4F1DA1"/>
                  <w:u w:val="single"/>
                </w:rPr>
                <w:t xml:space="preserve">tryprofound.com</w:t>
              </w:r>
            </w:hyperlink>
          </w:p>
          <w:p>
            <w:r>
              <w:rPr>
                <w:rFonts w:ascii="Pretendard" w:hAnsi="Pretendard" w:cs="Pretendard" w:eastAsia="Pretendard"/>
                <w:b w:val="0"/>
                <w:color w:val="1D0024"/>
                <w:sz w:val="18"/>
              </w:rPr>
              <w:t xml:space="preserve">Peec AI  </w:t>
            </w:r>
            <w:hyperlink r:id="rId29">
              <w:r>
                <w:rPr>
                  <w:rFonts w:ascii="Pretendard" w:hAnsi="Pretendard" w:cs="Pretendard" w:eastAsia="Pretendard"/>
                  <w:sz w:val="18"/>
                  <w:color w:val="4F1DA1"/>
                  <w:u w:val="single"/>
                </w:rPr>
                <w:t xml:space="preserve">peec.ai</w:t>
              </w:r>
            </w:hyperlink>
          </w:p>
          <w:p>
            <w:r>
              <w:rPr>
                <w:rFonts w:ascii="Pretendard" w:hAnsi="Pretendard" w:cs="Pretendard" w:eastAsia="Pretendard"/>
                <w:b w:val="0"/>
                <w:color w:val="1D0024"/>
                <w:sz w:val="18"/>
              </w:rPr>
              <w:t xml:space="preserve">HubSpot AEO  </w:t>
            </w:r>
            <w:hyperlink r:id="rId30">
              <w:r>
                <w:rPr>
                  <w:rFonts w:ascii="Pretendard" w:hAnsi="Pretendard" w:cs="Pretendard" w:eastAsia="Pretendard"/>
                  <w:sz w:val="18"/>
                  <w:color w:val="4F1DA1"/>
                  <w:u w:val="single"/>
                </w:rPr>
                <w:t xml:space="preserve">hubspot.com/products/aeo</w:t>
              </w:r>
            </w:hyperlink>
          </w:p>
          <w:p>
            <w:r>
              <w:rPr>
                <w:rFonts w:ascii="Pretendard" w:hAnsi="Pretendard" w:cs="Pretendard" w:eastAsia="Pretendard"/>
                <w:b w:val="0"/>
                <w:color w:val="1D0024"/>
                <w:sz w:val="18"/>
              </w:rPr>
              <w:t xml:space="preserve">Semrush AI Toolkit  </w:t>
            </w:r>
            <w:hyperlink r:id="rId31">
              <w:r>
                <w:rPr>
                  <w:rFonts w:ascii="Pretendard" w:hAnsi="Pretendard" w:cs="Pretendard" w:eastAsia="Pretendard"/>
                  <w:sz w:val="18"/>
                  <w:color w:val="4F1DA1"/>
                  <w:u w:val="single"/>
                </w:rPr>
                <w:t xml:space="preserve">semrush.com/kb/1493-ai-toolkit</w:t>
              </w:r>
            </w:hyperlink>
          </w:p>
          <w:p>
            <w:r>
              <w:rPr>
                <w:rFonts w:ascii="Pretendard" w:hAnsi="Pretendard" w:cs="Pretendard" w:eastAsia="Pretendard"/>
                <w:b w:val="0"/>
                <w:color w:val="1D0024"/>
                <w:sz w:val="18"/>
              </w:rPr>
              <w:t xml:space="preserve">Ahrefs Brand Radar  </w:t>
            </w:r>
            <w:hyperlink r:id="rId32">
              <w:r>
                <w:rPr>
                  <w:rFonts w:ascii="Pretendard" w:hAnsi="Pretendard" w:cs="Pretendard" w:eastAsia="Pretendard"/>
                  <w:sz w:val="18"/>
                  <w:color w:val="4F1DA1"/>
                  <w:u w:val="single"/>
                </w:rPr>
                <w:t xml:space="preserve">ahrefs.com/brand-radar</w:t>
              </w:r>
            </w:hyperlink>
          </w:p>
        </w:tc>
        <w:tc>
          <w:tcPr>
            <w:tcW w:type="dxa" w:w="2948"/>
          </w:tcPr>
          <w:p>
            <w:r/>
            <w:r>
              <w:rPr>
                <w:rFonts w:ascii="Pretendard" w:hAnsi="Pretendard" w:cs="Pretendard" w:eastAsia="Pretendard"/>
                <w:b w:val="0"/>
                <w:color w:val="1D0024"/>
                <w:sz w:val="18"/>
              </w:rPr>
              <w:t>프롬프트 일간 추적, 일부 사이트 감사. 의료 특화 기능 미확인</w:t>
            </w:r>
          </w:p>
        </w:tc>
        <w:tc>
          <w:tcPr>
            <w:tcW w:type="dxa" w:w="1928"/>
          </w:tcPr>
          <w:p>
            <w:r/>
            <w:r>
              <w:rPr>
                <w:rFonts w:ascii="Pretendard" w:hAnsi="Pretendard" w:cs="Pretendard" w:eastAsia="Pretendard"/>
                <w:b w:val="0"/>
                <w:color w:val="1D0024"/>
                <w:sz w:val="18"/>
              </w:rPr>
              <w:t>월 $29~$489</w:t>
            </w:r>
          </w:p>
        </w:tc>
      </w:tr>
      <w:tr>
        <w:tc>
          <w:tcPr>
            <w:tcW w:type="dxa" w:w="1701"/>
          </w:tcPr>
          <w:p>
            <w:r/>
            <w:r>
              <w:rPr>
                <w:rFonts w:ascii="Pretendard" w:hAnsi="Pretendard" w:cs="Pretendard" w:eastAsia="Pretendard"/>
                <w:b/>
                <w:color w:val="1D0024"/>
                <w:sz w:val="18"/>
              </w:rPr>
              <w:t>해외 의료 마케팅 에이전시</w:t>
            </w:r>
          </w:p>
        </w:tc>
        <w:tc>
          <w:tcPr>
            <w:tcW w:type="dxa" w:w="3061"/>
          </w:tcPr>
          <w:p>
            <w:r>
              <w:rPr>
                <w:rFonts w:ascii="Pretendard" w:hAnsi="Pretendard" w:cs="Pretendard" w:eastAsia="Pretendard"/>
                <w:b w:val="0"/>
                <w:color w:val="1D0024"/>
                <w:sz w:val="18"/>
              </w:rPr>
              <w:t xml:space="preserve">Fuel Online  </w:t>
            </w:r>
            <w:hyperlink r:id="rId33">
              <w:r>
                <w:rPr>
                  <w:rFonts w:ascii="Pretendard" w:hAnsi="Pretendard" w:cs="Pretendard" w:eastAsia="Pretendard"/>
                  <w:sz w:val="18"/>
                  <w:color w:val="4F1DA1"/>
                  <w:u w:val="single"/>
                </w:rPr>
                <w:t xml:space="preserve">fuelonline.com/plastic-surgery-marketing/rhinoplasty/ai-visibility-audit</w:t>
              </w:r>
            </w:hyperlink>
          </w:p>
          <w:p>
            <w:r>
              <w:rPr>
                <w:rFonts w:ascii="Pretendard" w:hAnsi="Pretendard" w:cs="Pretendard" w:eastAsia="Pretendard"/>
                <w:b w:val="0"/>
                <w:color w:val="1D0024"/>
                <w:sz w:val="18"/>
              </w:rPr>
              <w:t xml:space="preserve">ADvance Media  </w:t>
            </w:r>
            <w:hyperlink r:id="rId34">
              <w:r>
                <w:rPr>
                  <w:rFonts w:ascii="Pretendard" w:hAnsi="Pretendard" w:cs="Pretendard" w:eastAsia="Pretendard"/>
                  <w:sz w:val="18"/>
                  <w:color w:val="4F1DA1"/>
                  <w:u w:val="single"/>
                </w:rPr>
                <w:t xml:space="preserve">advancemedia.com/services/ai-visibility-aeo-geo</w:t>
              </w:r>
            </w:hyperlink>
          </w:p>
          <w:p>
            <w:r>
              <w:rPr>
                <w:rFonts w:ascii="Pretendard" w:hAnsi="Pretendard" w:cs="Pretendard" w:eastAsia="Pretendard"/>
                <w:b w:val="0"/>
                <w:color w:val="1D0024"/>
                <w:sz w:val="18"/>
              </w:rPr>
              <w:t xml:space="preserve">Percepture  </w:t>
            </w:r>
            <w:hyperlink r:id="rId35">
              <w:r>
                <w:rPr>
                  <w:rFonts w:ascii="Pretendard" w:hAnsi="Pretendard" w:cs="Pretendard" w:eastAsia="Pretendard"/>
                  <w:sz w:val="18"/>
                  <w:color w:val="4F1DA1"/>
                  <w:u w:val="single"/>
                </w:rPr>
                <w:t xml:space="preserve">percepture.com/healthcare-insights/plastic-surgery-seo-services</w:t>
              </w:r>
            </w:hyperlink>
          </w:p>
          <w:p>
            <w:r>
              <w:rPr>
                <w:rFonts w:ascii="Pretendard" w:hAnsi="Pretendard" w:cs="Pretendard" w:eastAsia="Pretendard"/>
                <w:b w:val="0"/>
                <w:color w:val="1D0024"/>
                <w:sz w:val="18"/>
              </w:rPr>
              <w:t xml:space="preserve">Specialist Practice Excellence  </w:t>
            </w:r>
            <w:hyperlink r:id="rId36">
              <w:r>
                <w:rPr>
                  <w:rFonts w:ascii="Pretendard" w:hAnsi="Pretendard" w:cs="Pretendard" w:eastAsia="Pretendard"/>
                  <w:sz w:val="18"/>
                  <w:color w:val="4F1DA1"/>
                  <w:u w:val="single"/>
                </w:rPr>
                <w:t xml:space="preserve">specialistpracticeexcellence.com</w:t>
              </w:r>
            </w:hyperlink>
          </w:p>
          <w:p>
            <w:r>
              <w:rPr>
                <w:rFonts w:ascii="Pretendard" w:hAnsi="Pretendard" w:cs="Pretendard" w:eastAsia="Pretendard"/>
                <w:b w:val="0"/>
                <w:color w:val="1D0024"/>
                <w:sz w:val="18"/>
              </w:rPr>
              <w:t xml:space="preserve">Plastic SEO  </w:t>
            </w:r>
            <w:hyperlink r:id="rId37">
              <w:r>
                <w:rPr>
                  <w:rFonts w:ascii="Pretendard" w:hAnsi="Pretendard" w:cs="Pretendard" w:eastAsia="Pretendard"/>
                  <w:sz w:val="18"/>
                  <w:color w:val="4F1DA1"/>
                  <w:u w:val="single"/>
                </w:rPr>
                <w:t xml:space="preserve">plasticseo.com</w:t>
              </w:r>
            </w:hyperlink>
          </w:p>
        </w:tc>
        <w:tc>
          <w:tcPr>
            <w:tcW w:type="dxa" w:w="2948"/>
          </w:tcPr>
          <w:p>
            <w:r/>
            <w:r>
              <w:rPr>
                <w:rFonts w:ascii="Pretendard" w:hAnsi="Pretendard" w:cs="Pretendard" w:eastAsia="Pretendard"/>
                <w:b w:val="0"/>
                <w:color w:val="1D0024"/>
                <w:sz w:val="18"/>
              </w:rPr>
              <w:t>코성형 등 시술별 AI visibility audit, 무료 프롬프트 배포</w:t>
            </w:r>
          </w:p>
        </w:tc>
        <w:tc>
          <w:tcPr>
            <w:tcW w:type="dxa" w:w="1928"/>
          </w:tcPr>
          <w:p>
            <w:r/>
            <w:r>
              <w:rPr>
                <w:rFonts w:ascii="Pretendard" w:hAnsi="Pretendard" w:cs="Pretendard" w:eastAsia="Pretendard"/>
                <w:b w:val="0"/>
                <w:color w:val="1D0024"/>
                <w:sz w:val="18"/>
              </w:rPr>
              <w:t>월 $3,000~20,000+(Percepture)</w:t>
            </w:r>
          </w:p>
        </w:tc>
      </w:tr>
    </w:tbl>
    <w:p>
      <w:pPr>
        <w:spacing w:after="40"/>
      </w:pPr>
    </w:p>
    <w:p>
      <w:pPr>
        <w:keepNext/>
        <w:spacing w:before="200" w:after="160"/>
      </w:pPr>
      <w:r>
        <w:rPr>
          <w:rFonts w:ascii="Pretendard" w:hAnsi="Pretendard" w:cs="Pretendard" w:eastAsia="Pretendard"/>
          <w:b/>
          <w:color w:val="4F1DA1"/>
          <w:sz w:val="26"/>
        </w:rPr>
        <w:t>4-10-2. 국내 병원 특화 사업자</w:t>
      </w:r>
    </w:p>
    <w:tbl>
      <w:tblPr>
        <w:tblStyle w:val="TableGrid"/>
        <w:tblW w:type="auto" w:w="0"/>
        <w:jc w:val="center"/>
        <w:tblLayout w:type="fixed"/>
        <w:tblLook w:firstColumn="1" w:firstRow="1" w:lastColumn="0" w:lastRow="0" w:noHBand="0" w:noVBand="1" w:val="04A0"/>
      </w:tblPr>
      <w:tblGrid>
        <w:gridCol w:w="1247"/>
        <w:gridCol w:w="1814"/>
        <w:gridCol w:w="907"/>
        <w:gridCol w:w="1361"/>
        <w:gridCol w:w="1361"/>
        <w:gridCol w:w="1247"/>
        <w:gridCol w:w="1701"/>
      </w:tblGrid>
      <w:tr>
        <w:trPr>
          <w:tblHeader w:val="true"/>
          <w:cantSplit w:val="true"/>
        </w:trPr>
        <w:tc>
          <w:tcPr>
            <w:tcW w:type="dxa" w:w="1247"/>
            <w:shd w:val="clear" w:color="auto" w:fill="1D0024"/>
          </w:tcPr>
          <w:p>
            <w:r/>
            <w:r>
              <w:rPr>
                <w:rFonts w:ascii="Pretendard" w:hAnsi="Pretendard" w:cs="Pretendard" w:eastAsia="Pretendard"/>
                <w:b/>
                <w:color w:val="FFFFFF"/>
                <w:sz w:val="15"/>
              </w:rPr>
              <w:t>사업자</w:t>
            </w:r>
          </w:p>
        </w:tc>
        <w:tc>
          <w:tcPr>
            <w:tcW w:type="dxa" w:w="1814"/>
            <w:shd w:val="clear" w:color="auto" w:fill="1D0024"/>
          </w:tcPr>
          <w:p>
            <w:r/>
            <w:r>
              <w:rPr>
                <w:rFonts w:ascii="Pretendard" w:hAnsi="Pretendard" w:cs="Pretendard" w:eastAsia="Pretendard"/>
                <w:b/>
                <w:color w:val="FFFFFF"/>
                <w:sz w:val="15"/>
              </w:rPr>
              <w:t>진단·측정</w:t>
            </w:r>
          </w:p>
        </w:tc>
        <w:tc>
          <w:tcPr>
            <w:tcW w:type="dxa" w:w="907"/>
            <w:shd w:val="clear" w:color="auto" w:fill="1D0024"/>
          </w:tcPr>
          <w:p>
            <w:r/>
            <w:r>
              <w:rPr>
                <w:rFonts w:ascii="Pretendard" w:hAnsi="Pretendard" w:cs="Pretendard" w:eastAsia="Pretendard"/>
                <w:b/>
                <w:color w:val="FFFFFF"/>
                <w:sz w:val="15"/>
              </w:rPr>
              <w:t>방법론 공개</w:t>
            </w:r>
          </w:p>
        </w:tc>
        <w:tc>
          <w:tcPr>
            <w:tcW w:type="dxa" w:w="1361"/>
            <w:shd w:val="clear" w:color="auto" w:fill="1D0024"/>
          </w:tcPr>
          <w:p>
            <w:r/>
            <w:r>
              <w:rPr>
                <w:rFonts w:ascii="Pretendard" w:hAnsi="Pretendard" w:cs="Pretendard" w:eastAsia="Pretendard"/>
                <w:b/>
                <w:color w:val="FFFFFF"/>
                <w:sz w:val="15"/>
              </w:rPr>
              <w:t>국내 표면·의료법</w:t>
            </w:r>
          </w:p>
        </w:tc>
        <w:tc>
          <w:tcPr>
            <w:tcW w:type="dxa" w:w="1361"/>
            <w:shd w:val="clear" w:color="auto" w:fill="1D0024"/>
          </w:tcPr>
          <w:p>
            <w:r/>
            <w:r>
              <w:rPr>
                <w:rFonts w:ascii="Pretendard" w:hAnsi="Pretendard" w:cs="Pretendard" w:eastAsia="Pretendard"/>
                <w:b/>
                <w:color w:val="FFFFFF"/>
                <w:sz w:val="15"/>
              </w:rPr>
              <w:t>실행 범위</w:t>
            </w:r>
          </w:p>
        </w:tc>
        <w:tc>
          <w:tcPr>
            <w:tcW w:type="dxa" w:w="1247"/>
            <w:shd w:val="clear" w:color="auto" w:fill="1D0024"/>
          </w:tcPr>
          <w:p>
            <w:r/>
            <w:r>
              <w:rPr>
                <w:rFonts w:ascii="Pretendard" w:hAnsi="Pretendard" w:cs="Pretendard" w:eastAsia="Pretendard"/>
                <w:b/>
                <w:color w:val="FFFFFF"/>
                <w:sz w:val="15"/>
              </w:rPr>
              <w:t>가격</w:t>
            </w:r>
          </w:p>
        </w:tc>
        <w:tc>
          <w:tcPr>
            <w:tcW w:type="dxa" w:w="1701"/>
            <w:shd w:val="clear" w:color="auto" w:fill="1D0024"/>
          </w:tcPr>
          <w:p>
            <w:r/>
            <w:r>
              <w:rPr>
                <w:rFonts w:ascii="Pretendard" w:hAnsi="Pretendard" w:cs="Pretendard" w:eastAsia="Pretendard"/>
                <w:b/>
                <w:color w:val="FFFFFF"/>
                <w:sz w:val="15"/>
              </w:rPr>
              <w:t>성과 주장과 근거</w:t>
            </w:r>
          </w:p>
        </w:tc>
      </w:tr>
      <w:tr>
        <w:tc>
          <w:tcPr>
            <w:tcW w:type="dxa" w:w="1247"/>
          </w:tcPr>
          <w:p>
            <w:r/>
            <w:r>
              <w:rPr>
                <w:rFonts w:ascii="Pretendard" w:hAnsi="Pretendard" w:cs="Pretendard" w:eastAsia="Pretendard"/>
                <w:b/>
                <w:color w:val="1D0024"/>
                <w:sz w:val="15"/>
              </w:rPr>
              <w:t>이움코퍼레이션</w:t>
            </w:r>
          </w:p>
        </w:tc>
        <w:tc>
          <w:tcPr>
            <w:tcW w:type="dxa" w:w="1814"/>
          </w:tcPr>
          <w:p>
            <w:r/>
            <w:r>
              <w:rPr>
                <w:rFonts w:ascii="Pretendard" w:hAnsi="Pretendard" w:cs="Pretendard" w:eastAsia="Pretendard"/>
                <w:b w:val="0"/>
                <w:color w:val="1D0024"/>
                <w:sz w:val="15"/>
              </w:rPr>
              <w:t>설문 7문항(14점). AI 질의 없음</w:t>
            </w:r>
          </w:p>
        </w:tc>
        <w:tc>
          <w:tcPr>
            <w:tcW w:type="dxa" w:w="907"/>
          </w:tcPr>
          <w:p>
            <w:r/>
            <w:r>
              <w:rPr>
                <w:rFonts w:ascii="Pretendard" w:hAnsi="Pretendard" w:cs="Pretendard" w:eastAsia="Pretendard"/>
                <w:b w:val="0"/>
                <w:color w:val="1D0024"/>
                <w:sz w:val="15"/>
              </w:rPr>
              <w:t>문항만</w:t>
            </w:r>
          </w:p>
        </w:tc>
        <w:tc>
          <w:tcPr>
            <w:tcW w:type="dxa" w:w="1361"/>
          </w:tcPr>
          <w:p>
            <w:r/>
            <w:r>
              <w:rPr>
                <w:rFonts w:ascii="Pretendard" w:hAnsi="Pretendard" w:cs="Pretendard" w:eastAsia="Pretendard"/>
                <w:b w:val="0"/>
                <w:color w:val="1D0024"/>
                <w:sz w:val="15"/>
              </w:rPr>
              <w:t>미확인</w:t>
            </w:r>
          </w:p>
        </w:tc>
        <w:tc>
          <w:tcPr>
            <w:tcW w:type="dxa" w:w="1361"/>
          </w:tcPr>
          <w:p>
            <w:r/>
            <w:r>
              <w:rPr>
                <w:rFonts w:ascii="Pretendard" w:hAnsi="Pretendard" w:cs="Pretendard" w:eastAsia="Pretendard"/>
                <w:b w:val="0"/>
                <w:color w:val="1D0024"/>
                <w:sz w:val="15"/>
              </w:rPr>
              <w:t>FAQ·Schema·권위도</w:t>
            </w:r>
          </w:p>
        </w:tc>
        <w:tc>
          <w:tcPr>
            <w:tcW w:type="dxa" w:w="1247"/>
          </w:tcPr>
          <w:p>
            <w:r/>
            <w:r>
              <w:rPr>
                <w:rFonts w:ascii="Pretendard" w:hAnsi="Pretendard" w:cs="Pretendard" w:eastAsia="Pretendard"/>
                <w:b w:val="0"/>
                <w:color w:val="1D0024"/>
                <w:sz w:val="15"/>
              </w:rPr>
              <w:t>상담 후</w:t>
            </w:r>
          </w:p>
        </w:tc>
        <w:tc>
          <w:tcPr>
            <w:tcW w:type="dxa" w:w="1701"/>
          </w:tcPr>
          <w:p>
            <w:r/>
            <w:r>
              <w:rPr>
                <w:rFonts w:ascii="Pretendard" w:hAnsi="Pretendard" w:cs="Pretendard" w:eastAsia="Pretendard"/>
                <w:b w:val="0"/>
                <w:color w:val="1D0024"/>
                <w:sz w:val="15"/>
              </w:rPr>
              <w:t>AI 검색 이용 +68%, 재계약률 98%. 출처 없음. '200+ 병원' 실명 없음</w:t>
            </w:r>
          </w:p>
        </w:tc>
      </w:tr>
      <w:tr>
        <w:tc>
          <w:tcPr>
            <w:tcW w:type="dxa" w:w="1247"/>
          </w:tcPr>
          <w:p>
            <w:r/>
            <w:r>
              <w:rPr>
                <w:rFonts w:ascii="Pretendard" w:hAnsi="Pretendard" w:cs="Pretendard" w:eastAsia="Pretendard"/>
                <w:b/>
                <w:color w:val="1D0024"/>
                <w:sz w:val="15"/>
              </w:rPr>
              <w:t>마하닥-GEO</w:t>
            </w:r>
          </w:p>
        </w:tc>
        <w:tc>
          <w:tcPr>
            <w:tcW w:type="dxa" w:w="1814"/>
          </w:tcPr>
          <w:p>
            <w:r/>
            <w:r>
              <w:rPr>
                <w:rFonts w:ascii="Pretendard" w:hAnsi="Pretendard" w:cs="Pretendard" w:eastAsia="Pretendard"/>
                <w:b w:val="0"/>
                <w:color w:val="1D0024"/>
                <w:sz w:val="15"/>
              </w:rPr>
              <w:t>AI 노출 지수 무료 진단. 항목 수 미확인</w:t>
            </w:r>
          </w:p>
        </w:tc>
        <w:tc>
          <w:tcPr>
            <w:tcW w:type="dxa" w:w="907"/>
          </w:tcPr>
          <w:p>
            <w:r/>
            <w:r>
              <w:rPr>
                <w:rFonts w:ascii="Pretendard" w:hAnsi="Pretendard" w:cs="Pretendard" w:eastAsia="Pretendard"/>
                <w:b w:val="0"/>
                <w:color w:val="1D0024"/>
                <w:sz w:val="15"/>
              </w:rPr>
              <w:t>미공개</w:t>
            </w:r>
          </w:p>
        </w:tc>
        <w:tc>
          <w:tcPr>
            <w:tcW w:type="dxa" w:w="1361"/>
          </w:tcPr>
          <w:p>
            <w:r/>
            <w:r>
              <w:rPr>
                <w:rFonts w:ascii="Pretendard" w:hAnsi="Pretendard" w:cs="Pretendard" w:eastAsia="Pretendard"/>
                <w:b w:val="0"/>
                <w:color w:val="1D0024"/>
                <w:sz w:val="15"/>
              </w:rPr>
              <w:t>미확인</w:t>
            </w:r>
          </w:p>
        </w:tc>
        <w:tc>
          <w:tcPr>
            <w:tcW w:type="dxa" w:w="1361"/>
          </w:tcPr>
          <w:p>
            <w:r/>
            <w:r>
              <w:rPr>
                <w:rFonts w:ascii="Pretendard" w:hAnsi="Pretendard" w:cs="Pretendard" w:eastAsia="Pretendard"/>
                <w:b w:val="0"/>
                <w:color w:val="1D0024"/>
                <w:sz w:val="15"/>
              </w:rPr>
              <w:t>JSON-LD, EEAT 콘텐츠, 홈페이지 제작</w:t>
            </w:r>
          </w:p>
        </w:tc>
        <w:tc>
          <w:tcPr>
            <w:tcW w:type="dxa" w:w="1247"/>
          </w:tcPr>
          <w:p>
            <w:r/>
            <w:r>
              <w:rPr>
                <w:rFonts w:ascii="Pretendard" w:hAnsi="Pretendard" w:cs="Pretendard" w:eastAsia="Pretendard"/>
                <w:b w:val="0"/>
                <w:color w:val="1D0024"/>
                <w:sz w:val="15"/>
              </w:rPr>
              <w:t>미확인</w:t>
            </w:r>
          </w:p>
        </w:tc>
        <w:tc>
          <w:tcPr>
            <w:tcW w:type="dxa" w:w="1701"/>
          </w:tcPr>
          <w:p>
            <w:r/>
            <w:r>
              <w:rPr>
                <w:rFonts w:ascii="Pretendard" w:hAnsi="Pretendard" w:cs="Pretendard" w:eastAsia="Pretendard"/>
                <w:b w:val="0"/>
                <w:color w:val="1D0024"/>
                <w:sz w:val="15"/>
              </w:rPr>
              <w:t>소아청소년과 인용 0→월 15회+, 피부과 객단가 +35%. 측정 방법 없음. '한국 1위' 근거 없음. FAQ에 자사 추천 문구</w:t>
            </w:r>
          </w:p>
        </w:tc>
      </w:tr>
      <w:tr>
        <w:tc>
          <w:tcPr>
            <w:tcW w:type="dxa" w:w="1247"/>
          </w:tcPr>
          <w:p>
            <w:r/>
            <w:r>
              <w:rPr>
                <w:rFonts w:ascii="Pretendard" w:hAnsi="Pretendard" w:cs="Pretendard" w:eastAsia="Pretendard"/>
                <w:b/>
                <w:color w:val="1D0024"/>
                <w:sz w:val="15"/>
              </w:rPr>
              <w:t>아워마케팅</w:t>
            </w:r>
          </w:p>
        </w:tc>
        <w:tc>
          <w:tcPr>
            <w:tcW w:type="dxa" w:w="1814"/>
          </w:tcPr>
          <w:p>
            <w:r/>
            <w:r>
              <w:rPr>
                <w:rFonts w:ascii="Pretendard" w:hAnsi="Pretendard" w:cs="Pretendard" w:eastAsia="Pretendard"/>
                <w:b w:val="0"/>
                <w:color w:val="1D0024"/>
                <w:sz w:val="15"/>
              </w:rPr>
              <w:t>12개국 × 7개 플랫폼(ChatGPT·Claude·Gemini·Perplexity·AI Overview·AI Mode). 'API가 아닌 실제 Chrome + ISP 프록시' 화면 수집</w:t>
            </w:r>
          </w:p>
        </w:tc>
        <w:tc>
          <w:tcPr>
            <w:tcW w:type="dxa" w:w="907"/>
          </w:tcPr>
          <w:p>
            <w:r/>
            <w:r>
              <w:rPr>
                <w:rFonts w:ascii="Pretendard" w:hAnsi="Pretendard" w:cs="Pretendard" w:eastAsia="Pretendard"/>
                <w:b w:val="0"/>
                <w:color w:val="1D0024"/>
                <w:sz w:val="15"/>
              </w:rPr>
              <w:t>샘플 리포트만</w:t>
            </w:r>
          </w:p>
        </w:tc>
        <w:tc>
          <w:tcPr>
            <w:tcW w:type="dxa" w:w="1361"/>
          </w:tcPr>
          <w:p>
            <w:r/>
            <w:r>
              <w:rPr>
                <w:rFonts w:ascii="Pretendard" w:hAnsi="Pretendard" w:cs="Pretendard" w:eastAsia="Pretendard"/>
                <w:b w:val="0"/>
                <w:color w:val="1D0024"/>
                <w:sz w:val="15"/>
              </w:rPr>
              <w:t>의료광고심의 가이드 메뉴</w:t>
            </w:r>
          </w:p>
        </w:tc>
        <w:tc>
          <w:tcPr>
            <w:tcW w:type="dxa" w:w="1361"/>
          </w:tcPr>
          <w:p>
            <w:r/>
            <w:r>
              <w:rPr>
                <w:rFonts w:ascii="Pretendard" w:hAnsi="Pretendard" w:cs="Pretendard" w:eastAsia="Pretendard"/>
                <w:b w:val="0"/>
                <w:color w:val="1D0024"/>
                <w:sz w:val="15"/>
              </w:rPr>
              <w:t>다국어 콘텐츠, 전환 페이지, PR</w:t>
            </w:r>
          </w:p>
        </w:tc>
        <w:tc>
          <w:tcPr>
            <w:tcW w:type="dxa" w:w="1247"/>
          </w:tcPr>
          <w:p>
            <w:r/>
            <w:r>
              <w:rPr>
                <w:rFonts w:ascii="Pretendard" w:hAnsi="Pretendard" w:cs="Pretendard" w:eastAsia="Pretendard"/>
                <w:b w:val="0"/>
                <w:color w:val="1D0024"/>
                <w:sz w:val="15"/>
              </w:rPr>
              <w:t>미확인</w:t>
            </w:r>
          </w:p>
        </w:tc>
        <w:tc>
          <w:tcPr>
            <w:tcW w:type="dxa" w:w="1701"/>
          </w:tcPr>
          <w:p>
            <w:r/>
            <w:r>
              <w:rPr>
                <w:rFonts w:ascii="Pretendard" w:hAnsi="Pretendard" w:cs="Pretendard" w:eastAsia="Pretendard"/>
                <w:b w:val="0"/>
                <w:color w:val="1D0024"/>
                <w:sz w:val="15"/>
              </w:rPr>
              <w:t>한방 클리닉 SOV 90%+, 한의원 AI 봇 방문 462회. 레퍼런스 비공개</w:t>
            </w:r>
          </w:p>
        </w:tc>
      </w:tr>
      <w:tr>
        <w:tc>
          <w:tcPr>
            <w:tcW w:type="dxa" w:w="1247"/>
          </w:tcPr>
          <w:p>
            <w:r/>
            <w:r>
              <w:rPr>
                <w:rFonts w:ascii="Pretendard" w:hAnsi="Pretendard" w:cs="Pretendard" w:eastAsia="Pretendard"/>
                <w:b/>
                <w:color w:val="1D0024"/>
                <w:sz w:val="15"/>
              </w:rPr>
              <w:t>크리앤서</w:t>
            </w:r>
          </w:p>
        </w:tc>
        <w:tc>
          <w:tcPr>
            <w:tcW w:type="dxa" w:w="1814"/>
          </w:tcPr>
          <w:p>
            <w:r/>
            <w:r>
              <w:rPr>
                <w:rFonts w:ascii="Pretendard" w:hAnsi="Pretendard" w:cs="Pretendard" w:eastAsia="Pretendard"/>
                <w:b w:val="0"/>
                <w:color w:val="1D0024"/>
                <w:sz w:val="15"/>
              </w:rPr>
              <w:t>공개 체크리스트 7항목. 진단 방식 미공개</w:t>
            </w:r>
          </w:p>
        </w:tc>
        <w:tc>
          <w:tcPr>
            <w:tcW w:type="dxa" w:w="907"/>
          </w:tcPr>
          <w:p>
            <w:r/>
            <w:r>
              <w:rPr>
                <w:rFonts w:ascii="Pretendard" w:hAnsi="Pretendard" w:cs="Pretendard" w:eastAsia="Pretendard"/>
                <w:b w:val="0"/>
                <w:color w:val="1D0024"/>
                <w:sz w:val="15"/>
              </w:rPr>
              <w:t>체크리스트만</w:t>
            </w:r>
          </w:p>
        </w:tc>
        <w:tc>
          <w:tcPr>
            <w:tcW w:type="dxa" w:w="1361"/>
          </w:tcPr>
          <w:p>
            <w:r/>
            <w:r>
              <w:rPr>
                <w:rFonts w:ascii="Pretendard" w:hAnsi="Pretendard" w:cs="Pretendard" w:eastAsia="Pretendard"/>
                <w:b w:val="0"/>
                <w:color w:val="1D0024"/>
                <w:sz w:val="15"/>
              </w:rPr>
              <w:t>네이버 큐 포함. FAQ에 의료법·심의 이해 명시</w:t>
            </w:r>
          </w:p>
        </w:tc>
        <w:tc>
          <w:tcPr>
            <w:tcW w:type="dxa" w:w="1361"/>
          </w:tcPr>
          <w:p>
            <w:r/>
            <w:r>
              <w:rPr>
                <w:rFonts w:ascii="Pretendard" w:hAnsi="Pretendard" w:cs="Pretendard" w:eastAsia="Pretendard"/>
                <w:b w:val="0"/>
                <w:color w:val="1D0024"/>
                <w:sz w:val="15"/>
              </w:rPr>
              <w:t>블로그, 검색광고, 플레이스, 홈페이지</w:t>
            </w:r>
          </w:p>
        </w:tc>
        <w:tc>
          <w:tcPr>
            <w:tcW w:type="dxa" w:w="1247"/>
          </w:tcPr>
          <w:p>
            <w:r/>
            <w:r>
              <w:rPr>
                <w:rFonts w:ascii="Pretendard" w:hAnsi="Pretendard" w:cs="Pretendard" w:eastAsia="Pretendard"/>
                <w:b w:val="0"/>
                <w:color w:val="1D0024"/>
                <w:sz w:val="15"/>
              </w:rPr>
              <w:t>미확인</w:t>
            </w:r>
          </w:p>
        </w:tc>
        <w:tc>
          <w:tcPr>
            <w:tcW w:type="dxa" w:w="1701"/>
          </w:tcPr>
          <w:p>
            <w:r/>
            <w:r>
              <w:rPr>
                <w:rFonts w:ascii="Pretendard" w:hAnsi="Pretendard" w:cs="Pretendard" w:eastAsia="Pretendard"/>
                <w:b w:val="0"/>
                <w:color w:val="1D0024"/>
                <w:sz w:val="15"/>
              </w:rPr>
              <w:t>성형외과 AI 노출 12%→78%. 측정 방법 미공개. 블로그 사례는 '가상 예시' 명시</w:t>
            </w:r>
          </w:p>
        </w:tc>
      </w:tr>
      <w:tr>
        <w:tc>
          <w:tcPr>
            <w:tcW w:type="dxa" w:w="1247"/>
          </w:tcPr>
          <w:p>
            <w:r/>
            <w:r>
              <w:rPr>
                <w:rFonts w:ascii="Pretendard" w:hAnsi="Pretendard" w:cs="Pretendard" w:eastAsia="Pretendard"/>
                <w:b/>
                <w:color w:val="1D0024"/>
                <w:sz w:val="15"/>
              </w:rPr>
              <w:t>지오랭크</w:t>
            </w:r>
          </w:p>
        </w:tc>
        <w:tc>
          <w:tcPr>
            <w:tcW w:type="dxa" w:w="1814"/>
          </w:tcPr>
          <w:p>
            <w:r/>
            <w:r>
              <w:rPr>
                <w:rFonts w:ascii="Pretendard" w:hAnsi="Pretendard" w:cs="Pretendard" w:eastAsia="Pretendard"/>
                <w:b w:val="0"/>
                <w:color w:val="1D0024"/>
                <w:sz w:val="15"/>
              </w:rPr>
              <w:t>사이트 감사 7항목 0~100점 + 4개 LLM 매일 5회 새 세션</w:t>
            </w:r>
          </w:p>
        </w:tc>
        <w:tc>
          <w:tcPr>
            <w:tcW w:type="dxa" w:w="907"/>
          </w:tcPr>
          <w:p>
            <w:r/>
            <w:r>
              <w:rPr>
                <w:rFonts w:ascii="Pretendard" w:hAnsi="Pretendard" w:cs="Pretendard" w:eastAsia="Pretendard"/>
                <w:b w:val="0"/>
                <w:color w:val="1D0024"/>
                <w:sz w:val="15"/>
              </w:rPr>
              <w:t>항목·주기 공개</w:t>
            </w:r>
          </w:p>
        </w:tc>
        <w:tc>
          <w:tcPr>
            <w:tcW w:type="dxa" w:w="1361"/>
          </w:tcPr>
          <w:p>
            <w:r/>
            <w:r>
              <w:rPr>
                <w:rFonts w:ascii="Pretendard" w:hAnsi="Pretendard" w:cs="Pretendard" w:eastAsia="Pretendard"/>
                <w:b w:val="0"/>
                <w:color w:val="1D0024"/>
                <w:sz w:val="15"/>
              </w:rPr>
              <w:t>미확인</w:t>
            </w:r>
          </w:p>
        </w:tc>
        <w:tc>
          <w:tcPr>
            <w:tcW w:type="dxa" w:w="1361"/>
          </w:tcPr>
          <w:p>
            <w:r/>
            <w:r>
              <w:rPr>
                <w:rFonts w:ascii="Pretendard" w:hAnsi="Pretendard" w:cs="Pretendard" w:eastAsia="Pretendard"/>
                <w:b w:val="0"/>
                <w:color w:val="1D0024"/>
                <w:sz w:val="15"/>
              </w:rPr>
              <w:t>자사 도메인 발행, JSON-LD</w:t>
            </w:r>
          </w:p>
        </w:tc>
        <w:tc>
          <w:tcPr>
            <w:tcW w:type="dxa" w:w="1247"/>
          </w:tcPr>
          <w:p>
            <w:r/>
            <w:r>
              <w:rPr>
                <w:rFonts w:ascii="Pretendard" w:hAnsi="Pretendard" w:cs="Pretendard" w:eastAsia="Pretendard"/>
                <w:b w:val="0"/>
                <w:color w:val="1D0024"/>
                <w:sz w:val="15"/>
              </w:rPr>
              <w:t>병의원 월 500만 원, 3개월 내 개선 없으면 50% 환불</w:t>
            </w:r>
          </w:p>
        </w:tc>
        <w:tc>
          <w:tcPr>
            <w:tcW w:type="dxa" w:w="1701"/>
          </w:tcPr>
          <w:p>
            <w:r/>
            <w:r>
              <w:rPr>
                <w:rFonts w:ascii="Pretendard" w:hAnsi="Pretendard" w:cs="Pretendard" w:eastAsia="Pretendard"/>
                <w:b w:val="0"/>
                <w:color w:val="1D0024"/>
                <w:sz w:val="15"/>
              </w:rPr>
              <w:t>강남 S 피부과 ChatGPT 인용률 +280%, 예약 +42%. '자체 측정' 명시, 익명</w:t>
            </w:r>
          </w:p>
        </w:tc>
      </w:tr>
      <w:tr>
        <w:tc>
          <w:tcPr>
            <w:tcW w:type="dxa" w:w="1247"/>
          </w:tcPr>
          <w:p>
            <w:r/>
            <w:r>
              <w:rPr>
                <w:rFonts w:ascii="Pretendard" w:hAnsi="Pretendard" w:cs="Pretendard" w:eastAsia="Pretendard"/>
                <w:b/>
                <w:color w:val="1D0024"/>
                <w:sz w:val="15"/>
              </w:rPr>
              <w:t>NATANA</w:t>
            </w:r>
          </w:p>
        </w:tc>
        <w:tc>
          <w:tcPr>
            <w:tcW w:type="dxa" w:w="1814"/>
          </w:tcPr>
          <w:p>
            <w:r/>
            <w:r>
              <w:rPr>
                <w:rFonts w:ascii="Pretendard" w:hAnsi="Pretendard" w:cs="Pretendard" w:eastAsia="Pretendard"/>
                <w:b w:val="0"/>
                <w:color w:val="1D0024"/>
                <w:sz w:val="15"/>
              </w:rPr>
              <w:t>ChatGPT·Gemini 매주. 페르소나 5~10명, 프롬프트 50~100개 반복. 무료 진단 5문항</w:t>
            </w:r>
          </w:p>
        </w:tc>
        <w:tc>
          <w:tcPr>
            <w:tcW w:type="dxa" w:w="907"/>
          </w:tcPr>
          <w:p>
            <w:r/>
            <w:r>
              <w:rPr>
                <w:rFonts w:ascii="Pretendard" w:hAnsi="Pretendard" w:cs="Pretendard" w:eastAsia="Pretendard"/>
                <w:b w:val="0"/>
                <w:color w:val="1D0024"/>
                <w:sz w:val="15"/>
              </w:rPr>
              <w:t>지표 6종·원문 보관 공개</w:t>
            </w:r>
          </w:p>
        </w:tc>
        <w:tc>
          <w:tcPr>
            <w:tcW w:type="dxa" w:w="1361"/>
          </w:tcPr>
          <w:p>
            <w:r/>
            <w:r>
              <w:rPr>
                <w:rFonts w:ascii="Pretendard" w:hAnsi="Pretendard" w:cs="Pretendard" w:eastAsia="Pretendard"/>
                <w:b w:val="0"/>
                <w:color w:val="1D0024"/>
                <w:sz w:val="15"/>
              </w:rPr>
              <w:t>의료 표현은 고객 확인 후 실행</w:t>
            </w:r>
          </w:p>
        </w:tc>
        <w:tc>
          <w:tcPr>
            <w:tcW w:type="dxa" w:w="1361"/>
          </w:tcPr>
          <w:p>
            <w:r/>
            <w:r>
              <w:rPr>
                <w:rFonts w:ascii="Pretendard" w:hAnsi="Pretendard" w:cs="Pretendard" w:eastAsia="Pretendard"/>
                <w:b w:val="0"/>
                <w:color w:val="1D0024"/>
                <w:sz w:val="15"/>
              </w:rPr>
              <w:t>수정안·초안. 발행은 Managed만</w:t>
            </w:r>
          </w:p>
        </w:tc>
        <w:tc>
          <w:tcPr>
            <w:tcW w:type="dxa" w:w="1247"/>
          </w:tcPr>
          <w:p>
            <w:r/>
            <w:r>
              <w:rPr>
                <w:rFonts w:ascii="Pretendard" w:hAnsi="Pretendard" w:cs="Pretendard" w:eastAsia="Pretendard"/>
                <w:b w:val="0"/>
                <w:color w:val="1D0024"/>
                <w:sz w:val="15"/>
              </w:rPr>
              <w:t>월 24만·49만(출시 예정), Managed 250만부터</w:t>
            </w:r>
          </w:p>
        </w:tc>
        <w:tc>
          <w:tcPr>
            <w:tcW w:type="dxa" w:w="1701"/>
          </w:tcPr>
          <w:p>
            <w:r/>
            <w:r>
              <w:rPr>
                <w:rFonts w:ascii="Pretendard" w:hAnsi="Pretendard" w:cs="Pretendard" w:eastAsia="Pretendard"/>
                <w:b w:val="0"/>
                <w:color w:val="1D0024"/>
                <w:sz w:val="15"/>
              </w:rPr>
              <w:t>해외 사례 인용 후 '동일 성과 보장 안 함' 명시</w:t>
            </w:r>
          </w:p>
        </w:tc>
      </w:tr>
      <w:tr>
        <w:tc>
          <w:tcPr>
            <w:tcW w:type="dxa" w:w="1247"/>
          </w:tcPr>
          <w:p>
            <w:r/>
            <w:r>
              <w:rPr>
                <w:rFonts w:ascii="Pretendard" w:hAnsi="Pretendard" w:cs="Pretendard" w:eastAsia="Pretendard"/>
                <w:b/>
                <w:color w:val="1D0024"/>
                <w:sz w:val="15"/>
              </w:rPr>
              <w:t>온더AI</w:t>
            </w:r>
          </w:p>
        </w:tc>
        <w:tc>
          <w:tcPr>
            <w:tcW w:type="dxa" w:w="1814"/>
          </w:tcPr>
          <w:p>
            <w:r/>
            <w:r>
              <w:rPr>
                <w:rFonts w:ascii="Pretendard" w:hAnsi="Pretendard" w:cs="Pretendard" w:eastAsia="Pretendard"/>
                <w:b w:val="0"/>
                <w:color w:val="1D0024"/>
                <w:sz w:val="15"/>
              </w:rPr>
              <w:t>ChatGPT·Gemini·Perplexity 모니터링</w:t>
            </w:r>
          </w:p>
        </w:tc>
        <w:tc>
          <w:tcPr>
            <w:tcW w:type="dxa" w:w="907"/>
          </w:tcPr>
          <w:p>
            <w:r/>
            <w:r>
              <w:rPr>
                <w:rFonts w:ascii="Pretendard" w:hAnsi="Pretendard" w:cs="Pretendard" w:eastAsia="Pretendard"/>
                <w:b w:val="0"/>
                <w:color w:val="1D0024"/>
                <w:sz w:val="15"/>
              </w:rPr>
              <w:t>지표만</w:t>
            </w:r>
          </w:p>
        </w:tc>
        <w:tc>
          <w:tcPr>
            <w:tcW w:type="dxa" w:w="1361"/>
          </w:tcPr>
          <w:p>
            <w:r/>
            <w:r>
              <w:rPr>
                <w:rFonts w:ascii="Pretendard" w:hAnsi="Pretendard" w:cs="Pretendard" w:eastAsia="Pretendard"/>
                <w:b w:val="0"/>
                <w:color w:val="1D0024"/>
                <w:sz w:val="15"/>
              </w:rPr>
              <w:t>블로그에 효과 단정·경험담 금지 안내</w:t>
            </w:r>
          </w:p>
        </w:tc>
        <w:tc>
          <w:tcPr>
            <w:tcW w:type="dxa" w:w="1361"/>
          </w:tcPr>
          <w:p>
            <w:r/>
            <w:r>
              <w:rPr>
                <w:rFonts w:ascii="Pretendard" w:hAnsi="Pretendard" w:cs="Pretendard" w:eastAsia="Pretendard"/>
                <w:b w:val="0"/>
                <w:color w:val="1D0024"/>
                <w:sz w:val="15"/>
              </w:rPr>
              <w:t>콘텐츠 자동 생성, 서브도메인 자동 발행</w:t>
            </w:r>
          </w:p>
        </w:tc>
        <w:tc>
          <w:tcPr>
            <w:tcW w:type="dxa" w:w="1247"/>
          </w:tcPr>
          <w:p>
            <w:r/>
            <w:r>
              <w:rPr>
                <w:rFonts w:ascii="Pretendard" w:hAnsi="Pretendard" w:cs="Pretendard" w:eastAsia="Pretendard"/>
                <w:b w:val="0"/>
                <w:color w:val="1D0024"/>
                <w:sz w:val="15"/>
              </w:rPr>
              <w:t>월 50만(50 프롬프트)·150만(200), 3개월 결제</w:t>
            </w:r>
          </w:p>
        </w:tc>
        <w:tc>
          <w:tcPr>
            <w:tcW w:type="dxa" w:w="1701"/>
          </w:tcPr>
          <w:p>
            <w:r/>
            <w:r>
              <w:rPr>
                <w:rFonts w:ascii="Pretendard" w:hAnsi="Pretendard" w:cs="Pretendard" w:eastAsia="Pretendard"/>
                <w:b w:val="0"/>
                <w:color w:val="1D0024"/>
                <w:sz w:val="15"/>
              </w:rPr>
              <w:t>성모치과의원 SoV 26%→52%. 산출 방법 미공개. 실명 1곳</w:t>
            </w:r>
          </w:p>
        </w:tc>
      </w:tr>
      <w:tr>
        <w:tc>
          <w:tcPr>
            <w:tcW w:type="dxa" w:w="1247"/>
          </w:tcPr>
          <w:p>
            <w:r/>
            <w:r>
              <w:rPr>
                <w:rFonts w:ascii="Pretendard" w:hAnsi="Pretendard" w:cs="Pretendard" w:eastAsia="Pretendard"/>
                <w:b/>
                <w:color w:val="1D0024"/>
                <w:sz w:val="15"/>
              </w:rPr>
              <w:t>와이더뷰티</w:t>
            </w:r>
          </w:p>
        </w:tc>
        <w:tc>
          <w:tcPr>
            <w:tcW w:type="dxa" w:w="1814"/>
          </w:tcPr>
          <w:p>
            <w:r/>
            <w:r>
              <w:rPr>
                <w:rFonts w:ascii="Pretendard" w:hAnsi="Pretendard" w:cs="Pretendard" w:eastAsia="Pretendard"/>
                <w:b w:val="0"/>
                <w:color w:val="1D0024"/>
                <w:sz w:val="15"/>
              </w:rPr>
              <w:t>미확인</w:t>
            </w:r>
          </w:p>
        </w:tc>
        <w:tc>
          <w:tcPr>
            <w:tcW w:type="dxa" w:w="907"/>
          </w:tcPr>
          <w:p>
            <w:r/>
            <w:r>
              <w:rPr>
                <w:rFonts w:ascii="Pretendard" w:hAnsi="Pretendard" w:cs="Pretendard" w:eastAsia="Pretendard"/>
                <w:b w:val="0"/>
                <w:color w:val="1D0024"/>
                <w:sz w:val="15"/>
              </w:rPr>
              <w:t>미확인</w:t>
            </w:r>
          </w:p>
        </w:tc>
        <w:tc>
          <w:tcPr>
            <w:tcW w:type="dxa" w:w="1361"/>
          </w:tcPr>
          <w:p>
            <w:r/>
            <w:r>
              <w:rPr>
                <w:rFonts w:ascii="Pretendard" w:hAnsi="Pretendard" w:cs="Pretendard" w:eastAsia="Pretendard"/>
                <w:b w:val="0"/>
                <w:color w:val="1D0024"/>
                <w:sz w:val="15"/>
              </w:rPr>
              <w:t>의료광고 법률 자문 지원</w:t>
            </w:r>
          </w:p>
        </w:tc>
        <w:tc>
          <w:tcPr>
            <w:tcW w:type="dxa" w:w="1361"/>
          </w:tcPr>
          <w:p>
            <w:r/>
            <w:r>
              <w:rPr>
                <w:rFonts w:ascii="Pretendard" w:hAnsi="Pretendard" w:cs="Pretendard" w:eastAsia="Pretendard"/>
                <w:b w:val="0"/>
                <w:color w:val="1D0024"/>
                <w:sz w:val="15"/>
              </w:rPr>
              <w:t>GEO·SEO, 브랜딩, 숏폼, 광고</w:t>
            </w:r>
          </w:p>
        </w:tc>
        <w:tc>
          <w:tcPr>
            <w:tcW w:type="dxa" w:w="1247"/>
          </w:tcPr>
          <w:p>
            <w:r/>
            <w:r>
              <w:rPr>
                <w:rFonts w:ascii="Pretendard" w:hAnsi="Pretendard" w:cs="Pretendard" w:eastAsia="Pretendard"/>
                <w:b w:val="0"/>
                <w:color w:val="1D0024"/>
                <w:sz w:val="15"/>
              </w:rPr>
              <w:t>미확인</w:t>
            </w:r>
          </w:p>
        </w:tc>
        <w:tc>
          <w:tcPr>
            <w:tcW w:type="dxa" w:w="1701"/>
          </w:tcPr>
          <w:p>
            <w:r/>
            <w:r>
              <w:rPr>
                <w:rFonts w:ascii="Pretendard" w:hAnsi="Pretendard" w:cs="Pretendard" w:eastAsia="Pretendard"/>
                <w:b w:val="0"/>
                <w:color w:val="1D0024"/>
                <w:sz w:val="15"/>
              </w:rPr>
              <w:t>미확인</w:t>
            </w:r>
          </w:p>
        </w:tc>
      </w:tr>
      <w:tr>
        <w:tc>
          <w:tcPr>
            <w:tcW w:type="dxa" w:w="1247"/>
          </w:tcPr>
          <w:p>
            <w:r/>
            <w:r>
              <w:rPr>
                <w:rFonts w:ascii="Pretendard" w:hAnsi="Pretendard" w:cs="Pretendard" w:eastAsia="Pretendard"/>
                <w:b/>
                <w:color w:val="1D0024"/>
                <w:sz w:val="15"/>
              </w:rPr>
              <w:t>BizSpring GEO Care for Clinic</w:t>
            </w:r>
          </w:p>
        </w:tc>
        <w:tc>
          <w:tcPr>
            <w:tcW w:type="dxa" w:w="1814"/>
          </w:tcPr>
          <w:p>
            <w:r/>
            <w:r>
              <w:rPr>
                <w:rFonts w:ascii="Pretendard" w:hAnsi="Pretendard" w:cs="Pretendard" w:eastAsia="Pretendard"/>
                <w:b w:val="0"/>
                <w:color w:val="1D0024"/>
                <w:sz w:val="15"/>
              </w:rPr>
              <w:t>ChatGPT·Perplexity 기준 SoM</w:t>
            </w:r>
          </w:p>
        </w:tc>
        <w:tc>
          <w:tcPr>
            <w:tcW w:type="dxa" w:w="907"/>
          </w:tcPr>
          <w:p>
            <w:r/>
            <w:r>
              <w:rPr>
                <w:rFonts w:ascii="Pretendard" w:hAnsi="Pretendard" w:cs="Pretendard" w:eastAsia="Pretendard"/>
                <w:b w:val="0"/>
                <w:color w:val="1D0024"/>
                <w:sz w:val="15"/>
              </w:rPr>
              <w:t>미확인</w:t>
            </w:r>
          </w:p>
        </w:tc>
        <w:tc>
          <w:tcPr>
            <w:tcW w:type="dxa" w:w="1361"/>
          </w:tcPr>
          <w:p>
            <w:r/>
            <w:r>
              <w:rPr>
                <w:rFonts w:ascii="Pretendard" w:hAnsi="Pretendard" w:cs="Pretendard" w:eastAsia="Pretendard"/>
                <w:b w:val="0"/>
                <w:color w:val="1D0024"/>
                <w:sz w:val="15"/>
              </w:rPr>
              <w:t>네이버 블로그·카카오채널 배포, 원장 승인 절차</w:t>
            </w:r>
          </w:p>
        </w:tc>
        <w:tc>
          <w:tcPr>
            <w:tcW w:type="dxa" w:w="1361"/>
          </w:tcPr>
          <w:p>
            <w:r/>
            <w:r>
              <w:rPr>
                <w:rFonts w:ascii="Pretendard" w:hAnsi="Pretendard" w:cs="Pretendard" w:eastAsia="Pretendard"/>
                <w:b w:val="0"/>
                <w:color w:val="1D0024"/>
                <w:sz w:val="15"/>
              </w:rPr>
              <w:t>블로그·카카오 배포</w:t>
            </w:r>
          </w:p>
        </w:tc>
        <w:tc>
          <w:tcPr>
            <w:tcW w:type="dxa" w:w="1247"/>
          </w:tcPr>
          <w:p>
            <w:r/>
            <w:r>
              <w:rPr>
                <w:rFonts w:ascii="Pretendard" w:hAnsi="Pretendard" w:cs="Pretendard" w:eastAsia="Pretendard"/>
                <w:b w:val="0"/>
                <w:color w:val="1D0024"/>
                <w:sz w:val="15"/>
              </w:rPr>
              <w:t>초기 49만+월 29만 / 초기 150만+월 100~150만</w:t>
            </w:r>
          </w:p>
        </w:tc>
        <w:tc>
          <w:tcPr>
            <w:tcW w:type="dxa" w:w="1701"/>
          </w:tcPr>
          <w:p>
            <w:r/>
            <w:r>
              <w:rPr>
                <w:rFonts w:ascii="Pretendard" w:hAnsi="Pretendard" w:cs="Pretendard" w:eastAsia="Pretendard"/>
                <w:b w:val="0"/>
                <w:color w:val="1D0024"/>
                <w:sz w:val="15"/>
              </w:rPr>
              <w:t>'의료 사례 데이터 축적 중', 피부과 사례는 '예시 시나리오' 명시</w:t>
            </w:r>
          </w:p>
        </w:tc>
      </w:tr>
    </w:tbl>
    <w:p>
      <w:pPr>
        <w:spacing w:after="40"/>
      </w:pPr>
    </w:p>
    <w:p>
      <w:pPr>
        <w:keepNext/>
        <w:spacing w:before="200" w:after="160"/>
      </w:pPr>
      <w:r>
        <w:rPr>
          <w:rFonts w:ascii="Pretendard" w:hAnsi="Pretendard" w:cs="Pretendard" w:eastAsia="Pretendard"/>
          <w:b/>
          <w:color w:val="4F1DA1"/>
          <w:sz w:val="26"/>
        </w:rPr>
        <w:t>4-10-3. 국내 범용 GEO 사업자</w:t>
      </w:r>
    </w:p>
    <w:tbl>
      <w:tblPr>
        <w:tblStyle w:val="TableGrid"/>
        <w:tblW w:type="auto" w:w="0"/>
        <w:jc w:val="center"/>
        <w:tblLayout w:type="fixed"/>
        <w:tblLook w:firstColumn="1" w:firstRow="1" w:lastColumn="0" w:lastRow="0" w:noHBand="0" w:noVBand="1" w:val="04A0"/>
      </w:tblPr>
      <w:tblGrid>
        <w:gridCol w:w="1361"/>
        <w:gridCol w:w="907"/>
        <w:gridCol w:w="2381"/>
        <w:gridCol w:w="1701"/>
        <w:gridCol w:w="1587"/>
        <w:gridCol w:w="1701"/>
      </w:tblGrid>
      <w:tr>
        <w:trPr>
          <w:tblHeader w:val="true"/>
          <w:cantSplit w:val="true"/>
        </w:trPr>
        <w:tc>
          <w:tcPr>
            <w:tcW w:type="dxa" w:w="1361"/>
            <w:shd w:val="clear" w:color="auto" w:fill="1D0024"/>
          </w:tcPr>
          <w:p>
            <w:r/>
            <w:r>
              <w:rPr>
                <w:rFonts w:ascii="Pretendard" w:hAnsi="Pretendard" w:cs="Pretendard" w:eastAsia="Pretendard"/>
                <w:b/>
                <w:color w:val="FFFFFF"/>
                <w:sz w:val="16"/>
              </w:rPr>
              <w:t>사업자</w:t>
            </w:r>
          </w:p>
        </w:tc>
        <w:tc>
          <w:tcPr>
            <w:tcW w:type="dxa" w:w="907"/>
            <w:shd w:val="clear" w:color="auto" w:fill="1D0024"/>
          </w:tcPr>
          <w:p>
            <w:r/>
            <w:r>
              <w:rPr>
                <w:rFonts w:ascii="Pretendard" w:hAnsi="Pretendard" w:cs="Pretendard" w:eastAsia="Pretendard"/>
                <w:b/>
                <w:color w:val="FFFFFF"/>
                <w:sz w:val="16"/>
              </w:rPr>
              <w:t>유형</w:t>
            </w:r>
          </w:p>
        </w:tc>
        <w:tc>
          <w:tcPr>
            <w:tcW w:type="dxa" w:w="2381"/>
            <w:shd w:val="clear" w:color="auto" w:fill="1D0024"/>
          </w:tcPr>
          <w:p>
            <w:r/>
            <w:r>
              <w:rPr>
                <w:rFonts w:ascii="Pretendard" w:hAnsi="Pretendard" w:cs="Pretendard" w:eastAsia="Pretendard"/>
                <w:b/>
                <w:color w:val="FFFFFF"/>
                <w:sz w:val="16"/>
              </w:rPr>
              <w:t>측정 방식</w:t>
            </w:r>
          </w:p>
        </w:tc>
        <w:tc>
          <w:tcPr>
            <w:tcW w:type="dxa" w:w="1701"/>
            <w:shd w:val="clear" w:color="auto" w:fill="1D0024"/>
          </w:tcPr>
          <w:p>
            <w:r/>
            <w:r>
              <w:rPr>
                <w:rFonts w:ascii="Pretendard" w:hAnsi="Pretendard" w:cs="Pretendard" w:eastAsia="Pretendard"/>
                <w:b/>
                <w:color w:val="FFFFFF"/>
                <w:sz w:val="16"/>
              </w:rPr>
              <w:t>국내 표면·의료법</w:t>
            </w:r>
          </w:p>
        </w:tc>
        <w:tc>
          <w:tcPr>
            <w:tcW w:type="dxa" w:w="1587"/>
            <w:shd w:val="clear" w:color="auto" w:fill="1D0024"/>
          </w:tcPr>
          <w:p>
            <w:r/>
            <w:r>
              <w:rPr>
                <w:rFonts w:ascii="Pretendard" w:hAnsi="Pretendard" w:cs="Pretendard" w:eastAsia="Pretendard"/>
                <w:b/>
                <w:color w:val="FFFFFF"/>
                <w:sz w:val="16"/>
              </w:rPr>
              <w:t>가격</w:t>
            </w:r>
          </w:p>
        </w:tc>
        <w:tc>
          <w:tcPr>
            <w:tcW w:type="dxa" w:w="1701"/>
            <w:shd w:val="clear" w:color="auto" w:fill="1D0024"/>
          </w:tcPr>
          <w:p>
            <w:r/>
            <w:r>
              <w:rPr>
                <w:rFonts w:ascii="Pretendard" w:hAnsi="Pretendard" w:cs="Pretendard" w:eastAsia="Pretendard"/>
                <w:b/>
                <w:color w:val="FFFFFF"/>
                <w:sz w:val="16"/>
              </w:rPr>
              <w:t>성과 주장 / 병원 사례</w:t>
            </w:r>
          </w:p>
        </w:tc>
      </w:tr>
      <w:tr>
        <w:tc>
          <w:tcPr>
            <w:tcW w:type="dxa" w:w="1361"/>
          </w:tcPr>
          <w:p>
            <w:r/>
            <w:r>
              <w:rPr>
                <w:rFonts w:ascii="Pretendard" w:hAnsi="Pretendard" w:cs="Pretendard" w:eastAsia="Pretendard"/>
                <w:b/>
                <w:color w:val="1D0024"/>
                <w:sz w:val="16"/>
              </w:rPr>
              <w:t>서치폴라리스</w:t>
            </w:r>
          </w:p>
        </w:tc>
        <w:tc>
          <w:tcPr>
            <w:tcW w:type="dxa" w:w="907"/>
          </w:tcPr>
          <w:p>
            <w:r/>
            <w:r>
              <w:rPr>
                <w:rFonts w:ascii="Pretendard" w:hAnsi="Pretendard" w:cs="Pretendard" w:eastAsia="Pretendard"/>
                <w:b w:val="0"/>
                <w:color w:val="1D0024"/>
                <w:sz w:val="16"/>
              </w:rPr>
              <w:t>대행</w:t>
            </w:r>
          </w:p>
        </w:tc>
        <w:tc>
          <w:tcPr>
            <w:tcW w:type="dxa" w:w="2381"/>
          </w:tcPr>
          <w:p>
            <w:r/>
            <w:r>
              <w:rPr>
                <w:rFonts w:ascii="Pretendard" w:hAnsi="Pretendard" w:cs="Pretendard" w:eastAsia="Pretendard"/>
                <w:b w:val="0"/>
                <w:color w:val="1D0024"/>
                <w:sz w:val="16"/>
              </w:rPr>
              <w:t>진단 '200개 항목'(목록 미공개). 4개 AI 엔진 + Google·Bing·Naver 검색</w:t>
            </w:r>
          </w:p>
        </w:tc>
        <w:tc>
          <w:tcPr>
            <w:tcW w:type="dxa" w:w="1701"/>
          </w:tcPr>
          <w:p>
            <w:r/>
            <w:r>
              <w:rPr>
                <w:rFonts w:ascii="Pretendard" w:hAnsi="Pretendard" w:cs="Pretendard" w:eastAsia="Pretendard"/>
                <w:b w:val="0"/>
                <w:color w:val="1D0024"/>
                <w:sz w:val="16"/>
              </w:rPr>
              <w:t>브리핑 명시 없음</w:t>
            </w:r>
          </w:p>
        </w:tc>
        <w:tc>
          <w:tcPr>
            <w:tcW w:type="dxa" w:w="1587"/>
          </w:tcPr>
          <w:p>
            <w:r/>
            <w:r>
              <w:rPr>
                <w:rFonts w:ascii="Pretendard" w:hAnsi="Pretendard" w:cs="Pretendard" w:eastAsia="Pretendard"/>
                <w:b w:val="0"/>
                <w:color w:val="1D0024"/>
                <w:sz w:val="16"/>
              </w:rPr>
              <w:t>스프린트 890만(4주), 월 890만, 엔터프라이즈 월 2,430만</w:t>
            </w:r>
          </w:p>
        </w:tc>
        <w:tc>
          <w:tcPr>
            <w:tcW w:type="dxa" w:w="1701"/>
          </w:tcPr>
          <w:p>
            <w:r/>
            <w:r>
              <w:rPr>
                <w:rFonts w:ascii="Pretendard" w:hAnsi="Pretendard" w:cs="Pretendard" w:eastAsia="Pretendard"/>
                <w:b w:val="0"/>
                <w:color w:val="1D0024"/>
                <w:sz w:val="16"/>
              </w:rPr>
              <w:t>평균 언급률 +300% 산출법 미공개. 밝은눈안과 ChatGPT Top 3. 자사 1위 순위 글 게시</w:t>
            </w:r>
          </w:p>
        </w:tc>
      </w:tr>
      <w:tr>
        <w:tc>
          <w:tcPr>
            <w:tcW w:type="dxa" w:w="1361"/>
          </w:tcPr>
          <w:p>
            <w:r/>
            <w:r>
              <w:rPr>
                <w:rFonts w:ascii="Pretendard" w:hAnsi="Pretendard" w:cs="Pretendard" w:eastAsia="Pretendard"/>
                <w:b/>
                <w:color w:val="1D0024"/>
                <w:sz w:val="16"/>
              </w:rPr>
              <w:t>에이넥트</w:t>
            </w:r>
          </w:p>
        </w:tc>
        <w:tc>
          <w:tcPr>
            <w:tcW w:type="dxa" w:w="907"/>
          </w:tcPr>
          <w:p>
            <w:r/>
            <w:r>
              <w:rPr>
                <w:rFonts w:ascii="Pretendard" w:hAnsi="Pretendard" w:cs="Pretendard" w:eastAsia="Pretendard"/>
                <w:b w:val="0"/>
                <w:color w:val="1D0024"/>
                <w:sz w:val="16"/>
              </w:rPr>
              <w:t>진단 컨설팅</w:t>
            </w:r>
          </w:p>
        </w:tc>
        <w:tc>
          <w:tcPr>
            <w:tcW w:type="dxa" w:w="2381"/>
          </w:tcPr>
          <w:p>
            <w:r/>
            <w:r>
              <w:rPr>
                <w:rFonts w:ascii="Pretendard" w:hAnsi="Pretendard" w:cs="Pretendard" w:eastAsia="Pretendard"/>
                <w:b w:val="0"/>
                <w:color w:val="1D0024"/>
                <w:sz w:val="16"/>
              </w:rPr>
              <w:t>4개 엔진 SoA·인용률·AVI, AID-Q 질문 설계</w:t>
            </w:r>
          </w:p>
        </w:tc>
        <w:tc>
          <w:tcPr>
            <w:tcW w:type="dxa" w:w="1701"/>
          </w:tcPr>
          <w:p>
            <w:r/>
            <w:r>
              <w:rPr>
                <w:rFonts w:ascii="Pretendard" w:hAnsi="Pretendard" w:cs="Pretendard" w:eastAsia="Pretendard"/>
                <w:b w:val="0"/>
                <w:color w:val="1D0024"/>
                <w:sz w:val="16"/>
              </w:rPr>
              <w:t>미확인</w:t>
            </w:r>
          </w:p>
        </w:tc>
        <w:tc>
          <w:tcPr>
            <w:tcW w:type="dxa" w:w="1587"/>
          </w:tcPr>
          <w:p>
            <w:r/>
            <w:r>
              <w:rPr>
                <w:rFonts w:ascii="Pretendard" w:hAnsi="Pretendard" w:cs="Pretendard" w:eastAsia="Pretendard"/>
                <w:b w:val="0"/>
                <w:color w:val="1D0024"/>
                <w:sz w:val="16"/>
              </w:rPr>
              <w:t>미확인</w:t>
            </w:r>
          </w:p>
        </w:tc>
        <w:tc>
          <w:tcPr>
            <w:tcW w:type="dxa" w:w="1701"/>
          </w:tcPr>
          <w:p>
            <w:r/>
            <w:r>
              <w:rPr>
                <w:rFonts w:ascii="Pretendard" w:hAnsi="Pretendard" w:cs="Pretendard" w:eastAsia="Pretendard"/>
                <w:b w:val="0"/>
                <w:color w:val="1D0024"/>
                <w:sz w:val="16"/>
              </w:rPr>
              <w:t>병원 사례 미확인</w:t>
            </w:r>
          </w:p>
        </w:tc>
      </w:tr>
      <w:tr>
        <w:tc>
          <w:tcPr>
            <w:tcW w:type="dxa" w:w="1361"/>
          </w:tcPr>
          <w:p>
            <w:r/>
            <w:r>
              <w:rPr>
                <w:rFonts w:ascii="Pretendard" w:hAnsi="Pretendard" w:cs="Pretendard" w:eastAsia="Pretendard"/>
                <w:b/>
                <w:color w:val="1D0024"/>
                <w:sz w:val="16"/>
              </w:rPr>
              <w:t>팀하이</w:t>
            </w:r>
          </w:p>
        </w:tc>
        <w:tc>
          <w:tcPr>
            <w:tcW w:type="dxa" w:w="907"/>
          </w:tcPr>
          <w:p>
            <w:r/>
            <w:r>
              <w:rPr>
                <w:rFonts w:ascii="Pretendard" w:hAnsi="Pretendard" w:cs="Pretendard" w:eastAsia="Pretendard"/>
                <w:b w:val="0"/>
                <w:color w:val="1D0024"/>
                <w:sz w:val="16"/>
              </w:rPr>
              <w:t>SaaS</w:t>
            </w:r>
          </w:p>
        </w:tc>
        <w:tc>
          <w:tcPr>
            <w:tcW w:type="dxa" w:w="2381"/>
          </w:tcPr>
          <w:p>
            <w:r/>
            <w:r>
              <w:rPr>
                <w:rFonts w:ascii="Pretendard" w:hAnsi="Pretendard" w:cs="Pretendard" w:eastAsia="Pretendard"/>
                <w:b w:val="0"/>
                <w:color w:val="1D0024"/>
                <w:sz w:val="16"/>
              </w:rPr>
              <w:t>ChatGPT·Gemini 감성 분석, GA4 연동</w:t>
            </w:r>
          </w:p>
        </w:tc>
        <w:tc>
          <w:tcPr>
            <w:tcW w:type="dxa" w:w="1701"/>
          </w:tcPr>
          <w:p>
            <w:r/>
            <w:r>
              <w:rPr>
                <w:rFonts w:ascii="Pretendard" w:hAnsi="Pretendard" w:cs="Pretendard" w:eastAsia="Pretendard"/>
                <w:b w:val="0"/>
                <w:color w:val="1D0024"/>
                <w:sz w:val="16"/>
              </w:rPr>
              <w:t>미확인</w:t>
            </w:r>
          </w:p>
        </w:tc>
        <w:tc>
          <w:tcPr>
            <w:tcW w:type="dxa" w:w="1587"/>
          </w:tcPr>
          <w:p>
            <w:r/>
            <w:r>
              <w:rPr>
                <w:rFonts w:ascii="Pretendard" w:hAnsi="Pretendard" w:cs="Pretendard" w:eastAsia="Pretendard"/>
                <w:b w:val="0"/>
                <w:color w:val="1D0024"/>
                <w:sz w:val="16"/>
              </w:rPr>
              <w:t>월 9.9만·49.5만</w:t>
            </w:r>
          </w:p>
        </w:tc>
        <w:tc>
          <w:tcPr>
            <w:tcW w:type="dxa" w:w="1701"/>
          </w:tcPr>
          <w:p>
            <w:r/>
            <w:r>
              <w:rPr>
                <w:rFonts w:ascii="Pretendard" w:hAnsi="Pretendard" w:cs="Pretendard" w:eastAsia="Pretendard"/>
                <w:b w:val="0"/>
                <w:color w:val="1D0024"/>
                <w:sz w:val="16"/>
              </w:rPr>
              <w:t>병원 사례 미확인</w:t>
            </w:r>
          </w:p>
        </w:tc>
      </w:tr>
      <w:tr>
        <w:tc>
          <w:tcPr>
            <w:tcW w:type="dxa" w:w="1361"/>
          </w:tcPr>
          <w:p>
            <w:r/>
            <w:r>
              <w:rPr>
                <w:rFonts w:ascii="Pretendard" w:hAnsi="Pretendard" w:cs="Pretendard" w:eastAsia="Pretendard"/>
                <w:b/>
                <w:color w:val="1D0024"/>
                <w:sz w:val="16"/>
              </w:rPr>
              <w:t>블루닷</w:t>
            </w:r>
          </w:p>
        </w:tc>
        <w:tc>
          <w:tcPr>
            <w:tcW w:type="dxa" w:w="907"/>
          </w:tcPr>
          <w:p>
            <w:r/>
            <w:r>
              <w:rPr>
                <w:rFonts w:ascii="Pretendard" w:hAnsi="Pretendard" w:cs="Pretendard" w:eastAsia="Pretendard"/>
                <w:b w:val="0"/>
                <w:color w:val="1D0024"/>
                <w:sz w:val="16"/>
              </w:rPr>
              <w:t>SaaS+컨설팅</w:t>
            </w:r>
          </w:p>
        </w:tc>
        <w:tc>
          <w:tcPr>
            <w:tcW w:type="dxa" w:w="2381"/>
          </w:tcPr>
          <w:p>
            <w:r/>
            <w:r>
              <w:rPr>
                <w:rFonts w:ascii="Pretendard" w:hAnsi="Pretendard" w:cs="Pretendard" w:eastAsia="Pretendard"/>
                <w:b w:val="0"/>
                <w:color w:val="1D0024"/>
                <w:sz w:val="16"/>
              </w:rPr>
              <w:t>DUCA 프레임워크, 문항 수 미확인</w:t>
            </w:r>
          </w:p>
        </w:tc>
        <w:tc>
          <w:tcPr>
            <w:tcW w:type="dxa" w:w="1701"/>
          </w:tcPr>
          <w:p>
            <w:r/>
            <w:r>
              <w:rPr>
                <w:rFonts w:ascii="Pretendard" w:hAnsi="Pretendard" w:cs="Pretendard" w:eastAsia="Pretendard"/>
                <w:b w:val="0"/>
                <w:color w:val="1D0024"/>
                <w:sz w:val="16"/>
              </w:rPr>
              <w:t>미확인</w:t>
            </w:r>
          </w:p>
        </w:tc>
        <w:tc>
          <w:tcPr>
            <w:tcW w:type="dxa" w:w="1587"/>
          </w:tcPr>
          <w:p>
            <w:r/>
            <w:r>
              <w:rPr>
                <w:rFonts w:ascii="Pretendard" w:hAnsi="Pretendard" w:cs="Pretendard" w:eastAsia="Pretendard"/>
                <w:b w:val="0"/>
                <w:color w:val="1D0024"/>
                <w:sz w:val="16"/>
              </w:rPr>
              <w:t>온보딩 490만부터, 3개월 3,000만부터</w:t>
            </w:r>
          </w:p>
        </w:tc>
        <w:tc>
          <w:tcPr>
            <w:tcW w:type="dxa" w:w="1701"/>
          </w:tcPr>
          <w:p>
            <w:r/>
            <w:r>
              <w:rPr>
                <w:rFonts w:ascii="Pretendard" w:hAnsi="Pretendard" w:cs="Pretendard" w:eastAsia="Pretendard"/>
                <w:b w:val="0"/>
                <w:color w:val="1D0024"/>
                <w:sz w:val="16"/>
              </w:rPr>
              <w:t>평균 AI 인용 +65% 근거 미공개. 삼성서울병원 진단 글은 본문 404</w:t>
            </w:r>
          </w:p>
        </w:tc>
      </w:tr>
      <w:tr>
        <w:tc>
          <w:tcPr>
            <w:tcW w:type="dxa" w:w="1361"/>
          </w:tcPr>
          <w:p>
            <w:r/>
            <w:r>
              <w:rPr>
                <w:rFonts w:ascii="Pretendard" w:hAnsi="Pretendard" w:cs="Pretendard" w:eastAsia="Pretendard"/>
                <w:b/>
                <w:color w:val="1D0024"/>
                <w:sz w:val="16"/>
              </w:rPr>
              <w:t>NNT Insights</w:t>
            </w:r>
          </w:p>
        </w:tc>
        <w:tc>
          <w:tcPr>
            <w:tcW w:type="dxa" w:w="907"/>
          </w:tcPr>
          <w:p>
            <w:r/>
            <w:r>
              <w:rPr>
                <w:rFonts w:ascii="Pretendard" w:hAnsi="Pretendard" w:cs="Pretendard" w:eastAsia="Pretendard"/>
                <w:b w:val="0"/>
                <w:color w:val="1D0024"/>
                <w:sz w:val="16"/>
              </w:rPr>
              <w:t>SaaS</w:t>
            </w:r>
          </w:p>
        </w:tc>
        <w:tc>
          <w:tcPr>
            <w:tcW w:type="dxa" w:w="2381"/>
          </w:tcPr>
          <w:p>
            <w:r/>
            <w:r>
              <w:rPr>
                <w:rFonts w:ascii="Pretendard" w:hAnsi="Pretendard" w:cs="Pretendard" w:eastAsia="Pretendard"/>
                <w:b w:val="0"/>
                <w:color w:val="1D0024"/>
                <w:sz w:val="16"/>
              </w:rPr>
              <w:t>ChatGPT·Gemini·Perplexity(Claude 옵션). 사용량 공식 공개</w:t>
            </w:r>
          </w:p>
        </w:tc>
        <w:tc>
          <w:tcPr>
            <w:tcW w:type="dxa" w:w="1701"/>
          </w:tcPr>
          <w:p>
            <w:r/>
            <w:r>
              <w:rPr>
                <w:rFonts w:ascii="Pretendard" w:hAnsi="Pretendard" w:cs="Pretendard" w:eastAsia="Pretendard"/>
                <w:b w:val="0"/>
                <w:color w:val="1D0024"/>
                <w:sz w:val="16"/>
              </w:rPr>
              <w:t>네이버 AI 브리핑·AI Overview 스크린샷 수집(주 1회)</w:t>
            </w:r>
          </w:p>
        </w:tc>
        <w:tc>
          <w:tcPr>
            <w:tcW w:type="dxa" w:w="1587"/>
          </w:tcPr>
          <w:p>
            <w:r/>
            <w:r>
              <w:rPr>
                <w:rFonts w:ascii="Pretendard" w:hAnsi="Pretendard" w:cs="Pretendard" w:eastAsia="Pretendard"/>
                <w:b w:val="0"/>
                <w:color w:val="1D0024"/>
                <w:sz w:val="16"/>
              </w:rPr>
              <w:t>월 50만·125만·250만</w:t>
            </w:r>
          </w:p>
        </w:tc>
        <w:tc>
          <w:tcPr>
            <w:tcW w:type="dxa" w:w="1701"/>
          </w:tcPr>
          <w:p>
            <w:r/>
            <w:r>
              <w:rPr>
                <w:rFonts w:ascii="Pretendard" w:hAnsi="Pretendard" w:cs="Pretendard" w:eastAsia="Pretendard"/>
                <w:b w:val="0"/>
                <w:color w:val="1D0024"/>
                <w:sz w:val="16"/>
              </w:rPr>
              <w:t>병원 사례 미확인</w:t>
            </w:r>
          </w:p>
        </w:tc>
      </w:tr>
      <w:tr>
        <w:tc>
          <w:tcPr>
            <w:tcW w:type="dxa" w:w="1361"/>
          </w:tcPr>
          <w:p>
            <w:r/>
            <w:r>
              <w:rPr>
                <w:rFonts w:ascii="Pretendard" w:hAnsi="Pretendard" w:cs="Pretendard" w:eastAsia="Pretendard"/>
                <w:b/>
                <w:color w:val="1D0024"/>
                <w:sz w:val="16"/>
              </w:rPr>
              <w:t>오픈타임</w:t>
            </w:r>
          </w:p>
        </w:tc>
        <w:tc>
          <w:tcPr>
            <w:tcW w:type="dxa" w:w="907"/>
          </w:tcPr>
          <w:p>
            <w:r/>
            <w:r>
              <w:rPr>
                <w:rFonts w:ascii="Pretendard" w:hAnsi="Pretendard" w:cs="Pretendard" w:eastAsia="Pretendard"/>
                <w:b w:val="0"/>
                <w:color w:val="1D0024"/>
                <w:sz w:val="16"/>
              </w:rPr>
              <w:t>진단+대행</w:t>
            </w:r>
          </w:p>
        </w:tc>
        <w:tc>
          <w:tcPr>
            <w:tcW w:type="dxa" w:w="2381"/>
          </w:tcPr>
          <w:p>
            <w:r/>
            <w:r>
              <w:rPr>
                <w:rFonts w:ascii="Pretendard" w:hAnsi="Pretendard" w:cs="Pretendard" w:eastAsia="Pretendard"/>
                <w:b w:val="0"/>
                <w:color w:val="1D0024"/>
                <w:sz w:val="16"/>
              </w:rPr>
              <w:t>기술 감사 배점 공개(robots 10, JSON-LD 15, llms.txt 5 등), 5개 엔진</w:t>
            </w:r>
          </w:p>
        </w:tc>
        <w:tc>
          <w:tcPr>
            <w:tcW w:type="dxa" w:w="1701"/>
          </w:tcPr>
          <w:p>
            <w:r/>
            <w:r>
              <w:rPr>
                <w:rFonts w:ascii="Pretendard" w:hAnsi="Pretendard" w:cs="Pretendard" w:eastAsia="Pretendard"/>
                <w:b w:val="0"/>
                <w:color w:val="1D0024"/>
                <w:sz w:val="16"/>
              </w:rPr>
              <w:t>네이버 AI 브리핑 관측 베타</w:t>
            </w:r>
          </w:p>
        </w:tc>
        <w:tc>
          <w:tcPr>
            <w:tcW w:type="dxa" w:w="1587"/>
          </w:tcPr>
          <w:p>
            <w:r/>
            <w:r>
              <w:rPr>
                <w:rFonts w:ascii="Pretendard" w:hAnsi="Pretendard" w:cs="Pretendard" w:eastAsia="Pretendard"/>
                <w:b w:val="0"/>
                <w:color w:val="1D0024"/>
                <w:sz w:val="16"/>
              </w:rPr>
              <w:t>미확인</w:t>
            </w:r>
          </w:p>
        </w:tc>
        <w:tc>
          <w:tcPr>
            <w:tcW w:type="dxa" w:w="1701"/>
          </w:tcPr>
          <w:p>
            <w:r/>
            <w:r>
              <w:rPr>
                <w:rFonts w:ascii="Pretendard" w:hAnsi="Pretendard" w:cs="Pretendard" w:eastAsia="Pretendard"/>
                <w:b w:val="0"/>
                <w:color w:val="1D0024"/>
                <w:sz w:val="16"/>
              </w:rPr>
              <w:t>병원 사례 미확인</w:t>
            </w:r>
          </w:p>
        </w:tc>
      </w:tr>
      <w:tr>
        <w:tc>
          <w:tcPr>
            <w:tcW w:type="dxa" w:w="1361"/>
          </w:tcPr>
          <w:p>
            <w:r/>
            <w:r>
              <w:rPr>
                <w:rFonts w:ascii="Pretendard" w:hAnsi="Pretendard" w:cs="Pretendard" w:eastAsia="Pretendard"/>
                <w:b/>
                <w:color w:val="1D0024"/>
                <w:sz w:val="16"/>
              </w:rPr>
              <w:t>ZESTCOMPANY</w:t>
            </w:r>
          </w:p>
        </w:tc>
        <w:tc>
          <w:tcPr>
            <w:tcW w:type="dxa" w:w="907"/>
          </w:tcPr>
          <w:p>
            <w:r/>
            <w:r>
              <w:rPr>
                <w:rFonts w:ascii="Pretendard" w:hAnsi="Pretendard" w:cs="Pretendard" w:eastAsia="Pretendard"/>
                <w:b w:val="0"/>
                <w:color w:val="1D0024"/>
                <w:sz w:val="16"/>
              </w:rPr>
              <w:t>대행</w:t>
            </w:r>
          </w:p>
        </w:tc>
        <w:tc>
          <w:tcPr>
            <w:tcW w:type="dxa" w:w="2381"/>
          </w:tcPr>
          <w:p>
            <w:r/>
            <w:r>
              <w:rPr>
                <w:rFonts w:ascii="Pretendard" w:hAnsi="Pretendard" w:cs="Pretendard" w:eastAsia="Pretendard"/>
                <w:b w:val="0"/>
                <w:color w:val="1D0024"/>
                <w:sz w:val="16"/>
              </w:rPr>
              <w:t>4개 엔진 + 네이버 AI 비교</w:t>
            </w:r>
          </w:p>
        </w:tc>
        <w:tc>
          <w:tcPr>
            <w:tcW w:type="dxa" w:w="1701"/>
          </w:tcPr>
          <w:p>
            <w:r/>
            <w:r>
              <w:rPr>
                <w:rFonts w:ascii="Pretendard" w:hAnsi="Pretendard" w:cs="Pretendard" w:eastAsia="Pretendard"/>
                <w:b w:val="0"/>
                <w:color w:val="1D0024"/>
                <w:sz w:val="16"/>
              </w:rPr>
              <w:t>식약처·의료법 API로 주의 표현 점검</w:t>
            </w:r>
          </w:p>
        </w:tc>
        <w:tc>
          <w:tcPr>
            <w:tcW w:type="dxa" w:w="1587"/>
          </w:tcPr>
          <w:p>
            <w:r/>
            <w:r>
              <w:rPr>
                <w:rFonts w:ascii="Pretendard" w:hAnsi="Pretendard" w:cs="Pretendard" w:eastAsia="Pretendard"/>
                <w:b w:val="0"/>
                <w:color w:val="1D0024"/>
                <w:sz w:val="16"/>
              </w:rPr>
              <w:t>3개월 단위, 금액 미확인</w:t>
            </w:r>
          </w:p>
        </w:tc>
        <w:tc>
          <w:tcPr>
            <w:tcW w:type="dxa" w:w="1701"/>
          </w:tcPr>
          <w:p>
            <w:r/>
            <w:r>
              <w:rPr>
                <w:rFonts w:ascii="Pretendard" w:hAnsi="Pretendard" w:cs="Pretendard" w:eastAsia="Pretendard"/>
                <w:b w:val="0"/>
                <w:color w:val="1D0024"/>
                <w:sz w:val="16"/>
              </w:rPr>
              <w:t>안과 글은 현황 분석, 고객 성과 아님</w:t>
            </w:r>
          </w:p>
        </w:tc>
      </w:tr>
      <w:tr>
        <w:tc>
          <w:tcPr>
            <w:tcW w:type="dxa" w:w="1361"/>
          </w:tcPr>
          <w:p>
            <w:r/>
            <w:r>
              <w:rPr>
                <w:rFonts w:ascii="Pretendard" w:hAnsi="Pretendard" w:cs="Pretendard" w:eastAsia="Pretendard"/>
                <w:b/>
                <w:color w:val="1D0024"/>
                <w:sz w:val="16"/>
              </w:rPr>
              <w:t>RanketAI · FrostAI · Anymorph</w:t>
            </w:r>
          </w:p>
        </w:tc>
        <w:tc>
          <w:tcPr>
            <w:tcW w:type="dxa" w:w="907"/>
          </w:tcPr>
          <w:p>
            <w:r/>
            <w:r>
              <w:rPr>
                <w:rFonts w:ascii="Pretendard" w:hAnsi="Pretendard" w:cs="Pretendard" w:eastAsia="Pretendard"/>
                <w:b w:val="0"/>
                <w:color w:val="1D0024"/>
                <w:sz w:val="16"/>
              </w:rPr>
              <w:t>SaaS</w:t>
            </w:r>
          </w:p>
        </w:tc>
        <w:tc>
          <w:tcPr>
            <w:tcW w:type="dxa" w:w="2381"/>
          </w:tcPr>
          <w:p>
            <w:r/>
            <w:r>
              <w:rPr>
                <w:rFonts w:ascii="Pretendard" w:hAnsi="Pretendard" w:cs="Pretendard" w:eastAsia="Pretendard"/>
                <w:b w:val="0"/>
                <w:color w:val="1D0024"/>
                <w:sz w:val="16"/>
              </w:rPr>
              <w:t>RanketAI 페이지 구조 5기준+3엔진, FrostAI 3엔진(월 7.9만부터), Anymorph 8엔진(월 110만부터)</w:t>
            </w:r>
          </w:p>
        </w:tc>
        <w:tc>
          <w:tcPr>
            <w:tcW w:type="dxa" w:w="1701"/>
          </w:tcPr>
          <w:p>
            <w:r/>
            <w:r>
              <w:rPr>
                <w:rFonts w:ascii="Pretendard" w:hAnsi="Pretendard" w:cs="Pretendard" w:eastAsia="Pretendard"/>
                <w:b w:val="0"/>
                <w:color w:val="1D0024"/>
                <w:sz w:val="16"/>
              </w:rPr>
              <w:t>Anymorph 'Naver AI' 표기, 세부 미확인</w:t>
            </w:r>
          </w:p>
        </w:tc>
        <w:tc>
          <w:tcPr>
            <w:tcW w:type="dxa" w:w="1587"/>
          </w:tcPr>
          <w:p>
            <w:r/>
            <w:r>
              <w:rPr>
                <w:rFonts w:ascii="Pretendard" w:hAnsi="Pretendard" w:cs="Pretendard" w:eastAsia="Pretendard"/>
                <w:b w:val="0"/>
                <w:color w:val="1D0024"/>
                <w:sz w:val="16"/>
              </w:rPr>
              <w:t>위 기재</w:t>
            </w:r>
          </w:p>
        </w:tc>
        <w:tc>
          <w:tcPr>
            <w:tcW w:type="dxa" w:w="1701"/>
          </w:tcPr>
          <w:p>
            <w:r/>
            <w:r>
              <w:rPr>
                <w:rFonts w:ascii="Pretendard" w:hAnsi="Pretendard" w:cs="Pretendard" w:eastAsia="Pretendard"/>
                <w:b w:val="0"/>
                <w:color w:val="1D0024"/>
                <w:sz w:val="16"/>
              </w:rPr>
              <w:t>병원 사례 미확인</w:t>
            </w:r>
          </w:p>
        </w:tc>
      </w:tr>
    </w:tbl>
    <w:p>
      <w:pPr>
        <w:spacing w:after="40"/>
      </w:pPr>
    </w:p>
    <w:p>
      <w:pPr>
        <w:keepNext/>
        <w:spacing w:before="200" w:after="160"/>
      </w:pPr>
      <w:r>
        <w:rPr>
          <w:rFonts w:ascii="Pretendard" w:hAnsi="Pretendard" w:cs="Pretendard" w:eastAsia="Pretendard"/>
          <w:b/>
          <w:color w:val="4F1DA1"/>
          <w:sz w:val="26"/>
        </w:rPr>
        <w:t>4-10-4. 해외 SaaS와 의료 마케팅 에이전시</w:t>
      </w:r>
    </w:p>
    <w:tbl>
      <w:tblPr>
        <w:tblStyle w:val="TableGrid"/>
        <w:tblW w:type="auto" w:w="0"/>
        <w:jc w:val="center"/>
        <w:tblLayout w:type="fixed"/>
        <w:tblLook w:firstColumn="1" w:firstRow="1" w:lastColumn="0" w:lastRow="0" w:noHBand="0" w:noVBand="1" w:val="04A0"/>
      </w:tblPr>
      <w:tblGrid>
        <w:gridCol w:w="1814"/>
        <w:gridCol w:w="3969"/>
        <w:gridCol w:w="1814"/>
        <w:gridCol w:w="2041"/>
      </w:tblGrid>
      <w:tr>
        <w:trPr>
          <w:tblHeader w:val="true"/>
          <w:cantSplit w:val="true"/>
        </w:trPr>
        <w:tc>
          <w:tcPr>
            <w:tcW w:type="dxa" w:w="1814"/>
            <w:shd w:val="clear" w:color="auto" w:fill="1D0024"/>
          </w:tcPr>
          <w:p>
            <w:r/>
            <w:r>
              <w:rPr>
                <w:rFonts w:ascii="Pretendard" w:hAnsi="Pretendard" w:cs="Pretendard" w:eastAsia="Pretendard"/>
                <w:b/>
                <w:color w:val="FFFFFF"/>
                <w:sz w:val="17"/>
              </w:rPr>
              <w:t>사업자</w:t>
            </w:r>
          </w:p>
        </w:tc>
        <w:tc>
          <w:tcPr>
            <w:tcW w:type="dxa" w:w="3969"/>
            <w:shd w:val="clear" w:color="auto" w:fill="1D0024"/>
          </w:tcPr>
          <w:p>
            <w:r/>
            <w:r>
              <w:rPr>
                <w:rFonts w:ascii="Pretendard" w:hAnsi="Pretendard" w:cs="Pretendard" w:eastAsia="Pretendard"/>
                <w:b/>
                <w:color w:val="FFFFFF"/>
                <w:sz w:val="17"/>
              </w:rPr>
              <w:t>측정 방식</w:t>
            </w:r>
          </w:p>
        </w:tc>
        <w:tc>
          <w:tcPr>
            <w:tcW w:type="dxa" w:w="1814"/>
            <w:shd w:val="clear" w:color="auto" w:fill="1D0024"/>
          </w:tcPr>
          <w:p>
            <w:r/>
            <w:r>
              <w:rPr>
                <w:rFonts w:ascii="Pretendard" w:hAnsi="Pretendard" w:cs="Pretendard" w:eastAsia="Pretendard"/>
                <w:b/>
                <w:color w:val="FFFFFF"/>
                <w:sz w:val="17"/>
              </w:rPr>
              <w:t>의료·규제</w:t>
            </w:r>
          </w:p>
        </w:tc>
        <w:tc>
          <w:tcPr>
            <w:tcW w:type="dxa" w:w="2041"/>
            <w:shd w:val="clear" w:color="auto" w:fill="1D0024"/>
          </w:tcPr>
          <w:p>
            <w:r/>
            <w:r>
              <w:rPr>
                <w:rFonts w:ascii="Pretendard" w:hAnsi="Pretendard" w:cs="Pretendard" w:eastAsia="Pretendard"/>
                <w:b/>
                <w:color w:val="FFFFFF"/>
                <w:sz w:val="17"/>
              </w:rPr>
              <w:t>가격</w:t>
            </w:r>
          </w:p>
        </w:tc>
      </w:tr>
      <w:tr>
        <w:tc>
          <w:tcPr>
            <w:tcW w:type="dxa" w:w="1814"/>
          </w:tcPr>
          <w:p>
            <w:r/>
            <w:r>
              <w:rPr>
                <w:rFonts w:ascii="Pretendard" w:hAnsi="Pretendard" w:cs="Pretendard" w:eastAsia="Pretendard"/>
                <w:b/>
                <w:color w:val="1D0024"/>
                <w:sz w:val="17"/>
              </w:rPr>
              <w:t>OtterlyAI</w:t>
            </w:r>
          </w:p>
        </w:tc>
        <w:tc>
          <w:tcPr>
            <w:tcW w:type="dxa" w:w="3969"/>
          </w:tcPr>
          <w:p>
            <w:r/>
            <w:r>
              <w:rPr>
                <w:rFonts w:ascii="Pretendard" w:hAnsi="Pretendard" w:cs="Pretendard" w:eastAsia="Pretendard"/>
                <w:b w:val="0"/>
                <w:color w:val="1D0024"/>
                <w:sz w:val="17"/>
              </w:rPr>
              <w:t>ChatGPT·AI Overview·Perplexity·Copilot. GEO Audit 25+ 요인(크롤링·콘텐츠·Query Fan-Out)</w:t>
            </w:r>
          </w:p>
        </w:tc>
        <w:tc>
          <w:tcPr>
            <w:tcW w:type="dxa" w:w="1814"/>
          </w:tcPr>
          <w:p>
            <w:r/>
            <w:r>
              <w:rPr>
                <w:rFonts w:ascii="Pretendard" w:hAnsi="Pretendard" w:cs="Pretendard" w:eastAsia="Pretendard"/>
                <w:b w:val="0"/>
                <w:color w:val="1D0024"/>
                <w:sz w:val="17"/>
              </w:rPr>
              <w:t>의료 특화 미확인</w:t>
            </w:r>
          </w:p>
        </w:tc>
        <w:tc>
          <w:tcPr>
            <w:tcW w:type="dxa" w:w="2041"/>
          </w:tcPr>
          <w:p>
            <w:r/>
            <w:r>
              <w:rPr>
                <w:rFonts w:ascii="Pretendard" w:hAnsi="Pretendard" w:cs="Pretendard" w:eastAsia="Pretendard"/>
                <w:b w:val="0"/>
                <w:color w:val="1D0024"/>
                <w:sz w:val="17"/>
              </w:rPr>
              <w:t>$29(15)·$189(100)·$489(400 프롬프트)</w:t>
            </w:r>
          </w:p>
        </w:tc>
      </w:tr>
      <w:tr>
        <w:tc>
          <w:tcPr>
            <w:tcW w:type="dxa" w:w="1814"/>
          </w:tcPr>
          <w:p>
            <w:r/>
            <w:r>
              <w:rPr>
                <w:rFonts w:ascii="Pretendard" w:hAnsi="Pretendard" w:cs="Pretendard" w:eastAsia="Pretendard"/>
                <w:b/>
                <w:color w:val="1D0024"/>
                <w:sz w:val="17"/>
              </w:rPr>
              <w:t>Profound</w:t>
            </w:r>
          </w:p>
        </w:tc>
        <w:tc>
          <w:tcPr>
            <w:tcW w:type="dxa" w:w="3969"/>
          </w:tcPr>
          <w:p>
            <w:r/>
            <w:r>
              <w:rPr>
                <w:rFonts w:ascii="Pretendard" w:hAnsi="Pretendard" w:cs="Pretendard" w:eastAsia="Pretendard"/>
                <w:b w:val="0"/>
                <w:color w:val="1D0024"/>
                <w:sz w:val="17"/>
              </w:rPr>
              <w:t>매일 추적. Starter는 ChatGPT만, Growth는 3엔진</w:t>
            </w:r>
          </w:p>
        </w:tc>
        <w:tc>
          <w:tcPr>
            <w:tcW w:type="dxa" w:w="1814"/>
          </w:tcPr>
          <w:p>
            <w:r/>
            <w:r>
              <w:rPr>
                <w:rFonts w:ascii="Pretendard" w:hAnsi="Pretendard" w:cs="Pretendard" w:eastAsia="Pretendard"/>
                <w:b w:val="0"/>
                <w:color w:val="1D0024"/>
                <w:sz w:val="17"/>
              </w:rPr>
              <w:t>미확인</w:t>
            </w:r>
          </w:p>
        </w:tc>
        <w:tc>
          <w:tcPr>
            <w:tcW w:type="dxa" w:w="2041"/>
          </w:tcPr>
          <w:p>
            <w:r/>
            <w:r>
              <w:rPr>
                <w:rFonts w:ascii="Pretendard" w:hAnsi="Pretendard" w:cs="Pretendard" w:eastAsia="Pretendard"/>
                <w:b w:val="0"/>
                <w:color w:val="1D0024"/>
                <w:sz w:val="17"/>
              </w:rPr>
              <w:t>$99·$399(연간)</w:t>
            </w:r>
          </w:p>
        </w:tc>
      </w:tr>
      <w:tr>
        <w:tc>
          <w:tcPr>
            <w:tcW w:type="dxa" w:w="1814"/>
          </w:tcPr>
          <w:p>
            <w:r/>
            <w:r>
              <w:rPr>
                <w:rFonts w:ascii="Pretendard" w:hAnsi="Pretendard" w:cs="Pretendard" w:eastAsia="Pretendard"/>
                <w:b/>
                <w:color w:val="1D0024"/>
                <w:sz w:val="17"/>
              </w:rPr>
              <w:t>Peec AI</w:t>
            </w:r>
          </w:p>
        </w:tc>
        <w:tc>
          <w:tcPr>
            <w:tcW w:type="dxa" w:w="3969"/>
          </w:tcPr>
          <w:p>
            <w:r/>
            <w:r>
              <w:rPr>
                <w:rFonts w:ascii="Pretendard" w:hAnsi="Pretendard" w:cs="Pretendard" w:eastAsia="Pretendard"/>
                <w:b w:val="0"/>
                <w:color w:val="1D0024"/>
                <w:sz w:val="17"/>
              </w:rPr>
              <w:t>6엔진 중 3개 선택, 매일</w:t>
            </w:r>
          </w:p>
        </w:tc>
        <w:tc>
          <w:tcPr>
            <w:tcW w:type="dxa" w:w="1814"/>
          </w:tcPr>
          <w:p>
            <w:r/>
            <w:r>
              <w:rPr>
                <w:rFonts w:ascii="Pretendard" w:hAnsi="Pretendard" w:cs="Pretendard" w:eastAsia="Pretendard"/>
                <w:b w:val="0"/>
                <w:color w:val="1D0024"/>
                <w:sz w:val="17"/>
              </w:rPr>
              <w:t>미확인</w:t>
            </w:r>
          </w:p>
        </w:tc>
        <w:tc>
          <w:tcPr>
            <w:tcW w:type="dxa" w:w="2041"/>
          </w:tcPr>
          <w:p>
            <w:r/>
            <w:r>
              <w:rPr>
                <w:rFonts w:ascii="Pretendard" w:hAnsi="Pretendard" w:cs="Pretendard" w:eastAsia="Pretendard"/>
                <w:b w:val="0"/>
                <w:color w:val="1D0024"/>
                <w:sz w:val="17"/>
              </w:rPr>
              <w:t>€70·€180·€360(리뷰 사이트 기준)</w:t>
            </w:r>
          </w:p>
        </w:tc>
      </w:tr>
      <w:tr>
        <w:tc>
          <w:tcPr>
            <w:tcW w:type="dxa" w:w="1814"/>
          </w:tcPr>
          <w:p>
            <w:r/>
            <w:r>
              <w:rPr>
                <w:rFonts w:ascii="Pretendard" w:hAnsi="Pretendard" w:cs="Pretendard" w:eastAsia="Pretendard"/>
                <w:b/>
                <w:color w:val="1D0024"/>
                <w:sz w:val="17"/>
              </w:rPr>
              <w:t>HubSpot AEO</w:t>
            </w:r>
          </w:p>
        </w:tc>
        <w:tc>
          <w:tcPr>
            <w:tcW w:type="dxa" w:w="3969"/>
          </w:tcPr>
          <w:p>
            <w:r/>
            <w:r>
              <w:rPr>
                <w:rFonts w:ascii="Pretendard" w:hAnsi="Pretendard" w:cs="Pretendard" w:eastAsia="Pretendard"/>
                <w:b w:val="0"/>
                <w:color w:val="1D0024"/>
                <w:sz w:val="17"/>
              </w:rPr>
              <w:t>ChatGPT·Gemini·Perplexity, 무료 Grader 1회 진단</w:t>
            </w:r>
          </w:p>
        </w:tc>
        <w:tc>
          <w:tcPr>
            <w:tcW w:type="dxa" w:w="1814"/>
          </w:tcPr>
          <w:p>
            <w:r/>
            <w:r>
              <w:rPr>
                <w:rFonts w:ascii="Pretendard" w:hAnsi="Pretendard" w:cs="Pretendard" w:eastAsia="Pretendard"/>
                <w:b w:val="0"/>
                <w:color w:val="1D0024"/>
                <w:sz w:val="17"/>
              </w:rPr>
              <w:t>미확인</w:t>
            </w:r>
          </w:p>
        </w:tc>
        <w:tc>
          <w:tcPr>
            <w:tcW w:type="dxa" w:w="2041"/>
          </w:tcPr>
          <w:p>
            <w:r/>
            <w:r>
              <w:rPr>
                <w:rFonts w:ascii="Pretendard" w:hAnsi="Pretendard" w:cs="Pretendard" w:eastAsia="Pretendard"/>
                <w:b w:val="0"/>
                <w:color w:val="1D0024"/>
                <w:sz w:val="17"/>
              </w:rPr>
              <w:t>$50/월(25 프롬프트)</w:t>
            </w:r>
          </w:p>
        </w:tc>
      </w:tr>
      <w:tr>
        <w:tc>
          <w:tcPr>
            <w:tcW w:type="dxa" w:w="1814"/>
          </w:tcPr>
          <w:p>
            <w:r/>
            <w:r>
              <w:rPr>
                <w:rFonts w:ascii="Pretendard" w:hAnsi="Pretendard" w:cs="Pretendard" w:eastAsia="Pretendard"/>
                <w:b/>
                <w:color w:val="1D0024"/>
                <w:sz w:val="17"/>
              </w:rPr>
              <w:t>Semrush · Ahrefs</w:t>
            </w:r>
          </w:p>
        </w:tc>
        <w:tc>
          <w:tcPr>
            <w:tcW w:type="dxa" w:w="3969"/>
          </w:tcPr>
          <w:p>
            <w:r/>
            <w:r>
              <w:rPr>
                <w:rFonts w:ascii="Pretendard" w:hAnsi="Pretendard" w:cs="Pretendard" w:eastAsia="Pretendard"/>
                <w:b w:val="0"/>
                <w:color w:val="1D0024"/>
                <w:sz w:val="17"/>
              </w:rPr>
              <w:t>Semrush AI Visibility Toolkit(AI Mode·ChatGPT 등), Ahrefs 457M+ 프롬프트 DB</w:t>
            </w:r>
          </w:p>
        </w:tc>
        <w:tc>
          <w:tcPr>
            <w:tcW w:type="dxa" w:w="1814"/>
          </w:tcPr>
          <w:p>
            <w:r/>
            <w:r>
              <w:rPr>
                <w:rFonts w:ascii="Pretendard" w:hAnsi="Pretendard" w:cs="Pretendard" w:eastAsia="Pretendard"/>
                <w:b w:val="0"/>
                <w:color w:val="1D0024"/>
                <w:sz w:val="17"/>
              </w:rPr>
              <w:t>미확인</w:t>
            </w:r>
          </w:p>
        </w:tc>
        <w:tc>
          <w:tcPr>
            <w:tcW w:type="dxa" w:w="2041"/>
          </w:tcPr>
          <w:p>
            <w:r/>
            <w:r>
              <w:rPr>
                <w:rFonts w:ascii="Pretendard" w:hAnsi="Pretendard" w:cs="Pretendard" w:eastAsia="Pretendard"/>
                <w:b w:val="0"/>
                <w:color w:val="1D0024"/>
                <w:sz w:val="17"/>
              </w:rPr>
              <w:t>Semrush $99/월, Ahrefs $50~199/월</w:t>
            </w:r>
          </w:p>
        </w:tc>
      </w:tr>
      <w:tr>
        <w:tc>
          <w:tcPr>
            <w:tcW w:type="dxa" w:w="1814"/>
          </w:tcPr>
          <w:p>
            <w:r/>
            <w:r>
              <w:rPr>
                <w:rFonts w:ascii="Pretendard" w:hAnsi="Pretendard" w:cs="Pretendard" w:eastAsia="Pretendard"/>
                <w:b/>
                <w:color w:val="1D0024"/>
                <w:sz w:val="17"/>
              </w:rPr>
              <w:t>Fuel Online</w:t>
            </w:r>
          </w:p>
        </w:tc>
        <w:tc>
          <w:tcPr>
            <w:tcW w:type="dxa" w:w="3969"/>
          </w:tcPr>
          <w:p>
            <w:r/>
            <w:r>
              <w:rPr>
                <w:rFonts w:ascii="Pretendard" w:hAnsi="Pretendard" w:cs="Pretendard" w:eastAsia="Pretendard"/>
                <w:b w:val="0"/>
                <w:color w:val="1D0024"/>
                <w:sz w:val="17"/>
              </w:rPr>
              <w:t>코성형 전용 AI visibility audit. mention rate·citation share(본문 403, 검색 스니펫 기준)</w:t>
            </w:r>
          </w:p>
        </w:tc>
        <w:tc>
          <w:tcPr>
            <w:tcW w:type="dxa" w:w="1814"/>
          </w:tcPr>
          <w:p>
            <w:r/>
            <w:r>
              <w:rPr>
                <w:rFonts w:ascii="Pretendard" w:hAnsi="Pretendard" w:cs="Pretendard" w:eastAsia="Pretendard"/>
                <w:b w:val="0"/>
                <w:color w:val="1D0024"/>
                <w:sz w:val="17"/>
              </w:rPr>
              <w:t>미확인</w:t>
            </w:r>
          </w:p>
        </w:tc>
        <w:tc>
          <w:tcPr>
            <w:tcW w:type="dxa" w:w="2041"/>
          </w:tcPr>
          <w:p>
            <w:r/>
            <w:r>
              <w:rPr>
                <w:rFonts w:ascii="Pretendard" w:hAnsi="Pretendard" w:cs="Pretendard" w:eastAsia="Pretendard"/>
                <w:b w:val="0"/>
                <w:color w:val="1D0024"/>
                <w:sz w:val="17"/>
              </w:rPr>
              <w:t>미확인</w:t>
            </w:r>
          </w:p>
        </w:tc>
      </w:tr>
      <w:tr>
        <w:tc>
          <w:tcPr>
            <w:tcW w:type="dxa" w:w="1814"/>
          </w:tcPr>
          <w:p>
            <w:r/>
            <w:r>
              <w:rPr>
                <w:rFonts w:ascii="Pretendard" w:hAnsi="Pretendard" w:cs="Pretendard" w:eastAsia="Pretendard"/>
                <w:b/>
                <w:color w:val="1D0024"/>
                <w:sz w:val="17"/>
              </w:rPr>
              <w:t>ADvance Media</w:t>
            </w:r>
          </w:p>
        </w:tc>
        <w:tc>
          <w:tcPr>
            <w:tcW w:type="dxa" w:w="3969"/>
          </w:tcPr>
          <w:p>
            <w:r/>
            <w:r>
              <w:rPr>
                <w:rFonts w:ascii="Pretendard" w:hAnsi="Pretendard" w:cs="Pretendard" w:eastAsia="Pretendard"/>
                <w:b w:val="0"/>
                <w:color w:val="1D0024"/>
                <w:sz w:val="17"/>
              </w:rPr>
              <w:t>5개 AI 표면, 월 약 1,000단어 콘텐츠 + 소수 AI 질의 재확인</w:t>
            </w:r>
          </w:p>
        </w:tc>
        <w:tc>
          <w:tcPr>
            <w:tcW w:type="dxa" w:w="1814"/>
          </w:tcPr>
          <w:p>
            <w:r/>
            <w:r>
              <w:rPr>
                <w:rFonts w:ascii="Pretendard" w:hAnsi="Pretendard" w:cs="Pretendard" w:eastAsia="Pretendard"/>
                <w:b w:val="0"/>
                <w:color w:val="1D0024"/>
                <w:sz w:val="17"/>
              </w:rPr>
              <w:t>HIPAA 준수 CRM 언급</w:t>
            </w:r>
          </w:p>
        </w:tc>
        <w:tc>
          <w:tcPr>
            <w:tcW w:type="dxa" w:w="2041"/>
          </w:tcPr>
          <w:p>
            <w:r/>
            <w:r>
              <w:rPr>
                <w:rFonts w:ascii="Pretendard" w:hAnsi="Pretendard" w:cs="Pretendard" w:eastAsia="Pretendard"/>
                <w:b w:val="0"/>
                <w:color w:val="1D0024"/>
                <w:sz w:val="17"/>
              </w:rPr>
              <w:t>미공개</w:t>
            </w:r>
          </w:p>
        </w:tc>
      </w:tr>
      <w:tr>
        <w:tc>
          <w:tcPr>
            <w:tcW w:type="dxa" w:w="1814"/>
          </w:tcPr>
          <w:p>
            <w:r/>
            <w:r>
              <w:rPr>
                <w:rFonts w:ascii="Pretendard" w:hAnsi="Pretendard" w:cs="Pretendard" w:eastAsia="Pretendard"/>
                <w:b/>
                <w:color w:val="1D0024"/>
                <w:sz w:val="17"/>
              </w:rPr>
              <w:t>Percepture</w:t>
            </w:r>
          </w:p>
        </w:tc>
        <w:tc>
          <w:tcPr>
            <w:tcW w:type="dxa" w:w="3969"/>
          </w:tcPr>
          <w:p>
            <w:r/>
            <w:r>
              <w:rPr>
                <w:rFonts w:ascii="Pretendard" w:hAnsi="Pretendard" w:cs="Pretendard" w:eastAsia="Pretendard"/>
                <w:b w:val="0"/>
                <w:color w:val="1D0024"/>
                <w:sz w:val="17"/>
              </w:rPr>
              <w:t>진단에 AI 인용 여부 포함(GSC·Screaming Frog·Semrush)</w:t>
            </w:r>
          </w:p>
        </w:tc>
        <w:tc>
          <w:tcPr>
            <w:tcW w:type="dxa" w:w="1814"/>
          </w:tcPr>
          <w:p>
            <w:r/>
            <w:r>
              <w:rPr>
                <w:rFonts w:ascii="Pretendard" w:hAnsi="Pretendard" w:cs="Pretendard" w:eastAsia="Pretendard"/>
                <w:b w:val="0"/>
                <w:color w:val="1D0024"/>
                <w:sz w:val="17"/>
              </w:rPr>
              <w:t>'compliance awareness' 수준</w:t>
            </w:r>
          </w:p>
        </w:tc>
        <w:tc>
          <w:tcPr>
            <w:tcW w:type="dxa" w:w="2041"/>
          </w:tcPr>
          <w:p>
            <w:r/>
            <w:r>
              <w:rPr>
                <w:rFonts w:ascii="Pretendard" w:hAnsi="Pretendard" w:cs="Pretendard" w:eastAsia="Pretendard"/>
                <w:b w:val="0"/>
                <w:color w:val="1D0024"/>
                <w:sz w:val="17"/>
              </w:rPr>
              <w:t>성형 SEO 월 $3,000~5,500, SEO+GEO+PR 월 $8,000~20,000+, 기술 감사 $2,500부터</w:t>
            </w:r>
          </w:p>
        </w:tc>
      </w:tr>
      <w:tr>
        <w:tc>
          <w:tcPr>
            <w:tcW w:type="dxa" w:w="1814"/>
          </w:tcPr>
          <w:p>
            <w:r/>
            <w:r>
              <w:rPr>
                <w:rFonts w:ascii="Pretendard" w:hAnsi="Pretendard" w:cs="Pretendard" w:eastAsia="Pretendard"/>
                <w:b/>
                <w:color w:val="1D0024"/>
                <w:sz w:val="17"/>
              </w:rPr>
              <w:t>Specialist Practice Excellence</w:t>
            </w:r>
          </w:p>
        </w:tc>
        <w:tc>
          <w:tcPr>
            <w:tcW w:type="dxa" w:w="3969"/>
          </w:tcPr>
          <w:p>
            <w:r/>
            <w:r>
              <w:rPr>
                <w:rFonts w:ascii="Pretendard" w:hAnsi="Pretendard" w:cs="Pretendard" w:eastAsia="Pretendard"/>
                <w:b w:val="0"/>
                <w:color w:val="1D0024"/>
                <w:sz w:val="17"/>
              </w:rPr>
              <w:t>무료 마스터 프롬프트 공개(판매형 audit 아님)</w:t>
            </w:r>
          </w:p>
        </w:tc>
        <w:tc>
          <w:tcPr>
            <w:tcW w:type="dxa" w:w="1814"/>
          </w:tcPr>
          <w:p>
            <w:r/>
            <w:r>
              <w:rPr>
                <w:rFonts w:ascii="Pretendard" w:hAnsi="Pretendard" w:cs="Pretendard" w:eastAsia="Pretendard"/>
                <w:b w:val="0"/>
                <w:color w:val="1D0024"/>
                <w:sz w:val="17"/>
              </w:rPr>
              <w:t>프롬프트에 AHPRA·FTC 등 규제 검토 지시</w:t>
            </w:r>
          </w:p>
        </w:tc>
        <w:tc>
          <w:tcPr>
            <w:tcW w:type="dxa" w:w="2041"/>
          </w:tcPr>
          <w:p>
            <w:r/>
            <w:r>
              <w:rPr>
                <w:rFonts w:ascii="Pretendard" w:hAnsi="Pretendard" w:cs="Pretendard" w:eastAsia="Pretendard"/>
                <w:b w:val="0"/>
                <w:color w:val="1D0024"/>
                <w:sz w:val="17"/>
              </w:rPr>
              <w:t>해당 없음</w:t>
            </w:r>
          </w:p>
        </w:tc>
      </w:tr>
    </w:tbl>
    <w:p>
      <w:pPr>
        <w:spacing w:after="40"/>
      </w:pPr>
    </w:p>
    <w:p>
      <w:pPr>
        <w:keepNext/>
        <w:spacing w:before="200" w:after="160"/>
      </w:pPr>
      <w:r>
        <w:rPr>
          <w:rFonts w:ascii="Pretendard" w:hAnsi="Pretendard" w:cs="Pretendard" w:eastAsia="Pretendard"/>
          <w:b/>
          <w:color w:val="4F1DA1"/>
          <w:sz w:val="26"/>
        </w:rPr>
        <w:t>4-10-5. 비교 축별 INFINITH 위치</w:t>
      </w:r>
    </w:p>
    <w:tbl>
      <w:tblPr>
        <w:tblStyle w:val="TableGrid"/>
        <w:tblW w:type="auto" w:w="0"/>
        <w:jc w:val="center"/>
        <w:tblLayout w:type="fixed"/>
        <w:tblLook w:firstColumn="1" w:firstRow="1" w:lastColumn="0" w:lastRow="0" w:noHBand="0" w:noVBand="1" w:val="04A0"/>
      </w:tblPr>
      <w:tblGrid>
        <w:gridCol w:w="1587"/>
        <w:gridCol w:w="3402"/>
        <w:gridCol w:w="3175"/>
        <w:gridCol w:w="1474"/>
      </w:tblGrid>
      <w:tr>
        <w:trPr>
          <w:tblHeader w:val="true"/>
          <w:cantSplit w:val="true"/>
        </w:trPr>
        <w:tc>
          <w:tcPr>
            <w:tcW w:type="dxa" w:w="1587"/>
            <w:shd w:val="clear" w:color="auto" w:fill="1D0024"/>
          </w:tcPr>
          <w:p>
            <w:r/>
            <w:r>
              <w:rPr>
                <w:rFonts w:ascii="Pretendard" w:hAnsi="Pretendard" w:cs="Pretendard" w:eastAsia="Pretendard"/>
                <w:b/>
                <w:color w:val="FFFFFF"/>
                <w:sz w:val="17"/>
              </w:rPr>
              <w:t>비교 축</w:t>
            </w:r>
          </w:p>
        </w:tc>
        <w:tc>
          <w:tcPr>
            <w:tcW w:type="dxa" w:w="3402"/>
            <w:shd w:val="clear" w:color="auto" w:fill="1D0024"/>
          </w:tcPr>
          <w:p>
            <w:r/>
            <w:r>
              <w:rPr>
                <w:rFonts w:ascii="Pretendard" w:hAnsi="Pretendard" w:cs="Pretendard" w:eastAsia="Pretendard"/>
                <w:b/>
                <w:color w:val="FFFFFF"/>
                <w:sz w:val="17"/>
              </w:rPr>
              <w:t>경쟁사 수준 (대표 사례)</w:t>
            </w:r>
          </w:p>
        </w:tc>
        <w:tc>
          <w:tcPr>
            <w:tcW w:type="dxa" w:w="3175"/>
            <w:shd w:val="clear" w:color="auto" w:fill="1D0024"/>
          </w:tcPr>
          <w:p>
            <w:r/>
            <w:r>
              <w:rPr>
                <w:rFonts w:ascii="Pretendard" w:hAnsi="Pretendard" w:cs="Pretendard" w:eastAsia="Pretendard"/>
                <w:b/>
                <w:color w:val="FFFFFF"/>
                <w:sz w:val="17"/>
              </w:rPr>
              <w:t>INFINITH</w:t>
            </w:r>
          </w:p>
        </w:tc>
        <w:tc>
          <w:tcPr>
            <w:tcW w:type="dxa" w:w="1474"/>
            <w:shd w:val="clear" w:color="auto" w:fill="1D0024"/>
          </w:tcPr>
          <w:p>
            <w:r/>
            <w:r>
              <w:rPr>
                <w:rFonts w:ascii="Pretendard" w:hAnsi="Pretendard" w:cs="Pretendard" w:eastAsia="Pretendard"/>
                <w:b/>
                <w:color w:val="FFFFFF"/>
                <w:sz w:val="17"/>
              </w:rPr>
              <w:t>평가</w:t>
            </w:r>
          </w:p>
        </w:tc>
      </w:tr>
      <w:tr>
        <w:tc>
          <w:tcPr>
            <w:tcW w:type="dxa" w:w="1587"/>
          </w:tcPr>
          <w:p>
            <w:r/>
            <w:r>
              <w:rPr>
                <w:rFonts w:ascii="Pretendard" w:hAnsi="Pretendard" w:cs="Pretendard" w:eastAsia="Pretendard"/>
                <w:b/>
                <w:color w:val="1D0024"/>
                <w:sz w:val="17"/>
              </w:rPr>
              <w:t>진단 기준 공개</w:t>
            </w:r>
          </w:p>
        </w:tc>
        <w:tc>
          <w:tcPr>
            <w:tcW w:type="dxa" w:w="3402"/>
          </w:tcPr>
          <w:p>
            <w:r/>
            <w:r>
              <w:rPr>
                <w:rFonts w:ascii="Pretendard" w:hAnsi="Pretendard" w:cs="Pretendard" w:eastAsia="Pretendard"/>
                <w:b w:val="0"/>
                <w:color w:val="1D0024"/>
                <w:sz w:val="17"/>
              </w:rPr>
              <w:t>서치폴라리스 200항목 목록 비공개, 지오랭크 7항목, 오픈타임 배점 일부, Otterly 25+ 요인</w:t>
            </w:r>
          </w:p>
        </w:tc>
        <w:tc>
          <w:tcPr>
            <w:tcW w:type="dxa" w:w="3175"/>
          </w:tcPr>
          <w:p>
            <w:r/>
            <w:r>
              <w:rPr>
                <w:rFonts w:ascii="Pretendard" w:hAnsi="Pretendard" w:cs="Pretendard" w:eastAsia="Pretendard"/>
                <w:b w:val="0"/>
                <w:color w:val="1D0024"/>
                <w:sz w:val="17"/>
              </w:rPr>
              <w:t>36항목, 항목별 0~3 레벨 기준과 판정 근거 URL 공개</w:t>
            </w:r>
          </w:p>
        </w:tc>
        <w:tc>
          <w:tcPr>
            <w:tcW w:type="dxa" w:w="1474"/>
          </w:tcPr>
          <w:p>
            <w:r/>
            <w:r>
              <w:rPr>
                <w:rFonts w:ascii="Pretendard" w:hAnsi="Pretendard" w:cs="Pretendard" w:eastAsia="Pretendard"/>
                <w:b w:val="0"/>
                <w:color w:val="1D0024"/>
                <w:sz w:val="17"/>
              </w:rPr>
              <w:t>우위</w:t>
            </w:r>
          </w:p>
        </w:tc>
      </w:tr>
      <w:tr>
        <w:tc>
          <w:tcPr>
            <w:tcW w:type="dxa" w:w="1587"/>
          </w:tcPr>
          <w:p>
            <w:r/>
            <w:r>
              <w:rPr>
                <w:rFonts w:ascii="Pretendard" w:hAnsi="Pretendard" w:cs="Pretendard" w:eastAsia="Pretendard"/>
                <w:b/>
                <w:color w:val="1D0024"/>
                <w:sz w:val="17"/>
              </w:rPr>
              <w:t>자동·수동 구분, 미검증 처리</w:t>
            </w:r>
          </w:p>
        </w:tc>
        <w:tc>
          <w:tcPr>
            <w:tcW w:type="dxa" w:w="3402"/>
          </w:tcPr>
          <w:p>
            <w:r/>
            <w:r>
              <w:rPr>
                <w:rFonts w:ascii="Pretendard" w:hAnsi="Pretendard" w:cs="Pretendard" w:eastAsia="Pretendard"/>
                <w:b w:val="0"/>
                <w:color w:val="1D0024"/>
                <w:sz w:val="17"/>
              </w:rPr>
              <w:t>공개 사례 없음</w:t>
            </w:r>
          </w:p>
        </w:tc>
        <w:tc>
          <w:tcPr>
            <w:tcW w:type="dxa" w:w="3175"/>
          </w:tcPr>
          <w:p>
            <w:r/>
            <w:r>
              <w:rPr>
                <w:rFonts w:ascii="Pretendard" w:hAnsi="Pretendard" w:cs="Pretendard" w:eastAsia="Pretendard"/>
                <w:b w:val="0"/>
                <w:color w:val="1D0024"/>
                <w:sz w:val="17"/>
              </w:rPr>
              <w:t>자동 22·반자동 5·수동 9, 미검증은 분모 제외</w:t>
            </w:r>
          </w:p>
        </w:tc>
        <w:tc>
          <w:tcPr>
            <w:tcW w:type="dxa" w:w="1474"/>
          </w:tcPr>
          <w:p>
            <w:r/>
            <w:r>
              <w:rPr>
                <w:rFonts w:ascii="Pretendard" w:hAnsi="Pretendard" w:cs="Pretendard" w:eastAsia="Pretendard"/>
                <w:b w:val="0"/>
                <w:color w:val="1D0024"/>
                <w:sz w:val="17"/>
              </w:rPr>
              <w:t>우위</w:t>
            </w:r>
          </w:p>
        </w:tc>
      </w:tr>
      <w:tr>
        <w:tc>
          <w:tcPr>
            <w:tcW w:type="dxa" w:w="1587"/>
          </w:tcPr>
          <w:p>
            <w:r/>
            <w:r>
              <w:rPr>
                <w:rFonts w:ascii="Pretendard" w:hAnsi="Pretendard" w:cs="Pretendard" w:eastAsia="Pretendard"/>
                <w:b/>
                <w:color w:val="1D0024"/>
                <w:sz w:val="17"/>
              </w:rPr>
              <w:t>답변 실측 방식</w:t>
            </w:r>
          </w:p>
        </w:tc>
        <w:tc>
          <w:tcPr>
            <w:tcW w:type="dxa" w:w="3402"/>
          </w:tcPr>
          <w:p>
            <w:r/>
            <w:r>
              <w:rPr>
                <w:rFonts w:ascii="Pretendard" w:hAnsi="Pretendard" w:cs="Pretendard" w:eastAsia="Pretendard"/>
                <w:b w:val="0"/>
                <w:color w:val="1D0024"/>
                <w:sz w:val="17"/>
              </w:rPr>
              <w:t>NATANA 주간 50~100문항 반복, 지오랭크 4엔진 매일 5회, 아워마케팅 12개국×7플랫폼 브라우저 수집, NNT 브리핑 스크린샷</w:t>
            </w:r>
          </w:p>
        </w:tc>
        <w:tc>
          <w:tcPr>
            <w:tcW w:type="dxa" w:w="3175"/>
          </w:tcPr>
          <w:p>
            <w:r/>
            <w:r>
              <w:rPr>
                <w:rFonts w:ascii="Pretendard" w:hAnsi="Pretendard" w:cs="Pretendard" w:eastAsia="Pretendard"/>
                <w:b w:val="0"/>
                <w:color w:val="1D0024"/>
                <w:sz w:val="17"/>
              </w:rPr>
              <w:t>120문항(국문)·60문항(영문) × ChatGPT·Perplexity 공식 API, 현재 1회</w:t>
            </w:r>
          </w:p>
        </w:tc>
        <w:tc>
          <w:tcPr>
            <w:tcW w:type="dxa" w:w="1474"/>
          </w:tcPr>
          <w:p>
            <w:r/>
            <w:r>
              <w:rPr>
                <w:rFonts w:ascii="Pretendard" w:hAnsi="Pretendard" w:cs="Pretendard" w:eastAsia="Pretendard"/>
                <w:b w:val="0"/>
                <w:color w:val="1D0024"/>
                <w:sz w:val="17"/>
              </w:rPr>
              <w:t>엔진 수·빈도 열위. 공식 API 방식은 약관 측면에서 보수적</w:t>
            </w:r>
          </w:p>
        </w:tc>
      </w:tr>
      <w:tr>
        <w:tc>
          <w:tcPr>
            <w:tcW w:type="dxa" w:w="1587"/>
          </w:tcPr>
          <w:p>
            <w:r/>
            <w:r>
              <w:rPr>
                <w:rFonts w:ascii="Pretendard" w:hAnsi="Pretendard" w:cs="Pretendard" w:eastAsia="Pretendard"/>
                <w:b/>
                <w:color w:val="1D0024"/>
                <w:sz w:val="17"/>
              </w:rPr>
              <w:t>답변 품질 판정</w:t>
            </w:r>
          </w:p>
        </w:tc>
        <w:tc>
          <w:tcPr>
            <w:tcW w:type="dxa" w:w="3402"/>
          </w:tcPr>
          <w:p>
            <w:r/>
            <w:r>
              <w:rPr>
                <w:rFonts w:ascii="Pretendard" w:hAnsi="Pretendard" w:cs="Pretendard" w:eastAsia="Pretendard"/>
                <w:b w:val="0"/>
                <w:color w:val="1D0024"/>
                <w:sz w:val="17"/>
              </w:rPr>
              <w:t>NATANA 정확률, 팀하이·HubSpot 감성</w:t>
            </w:r>
          </w:p>
        </w:tc>
        <w:tc>
          <w:tcPr>
            <w:tcW w:type="dxa" w:w="3175"/>
          </w:tcPr>
          <w:p>
            <w:r/>
            <w:r>
              <w:rPr>
                <w:rFonts w:ascii="Pretendard" w:hAnsi="Pretendard" w:cs="Pretendard" w:eastAsia="Pretendard"/>
                <w:b w:val="0"/>
                <w:color w:val="1D0024"/>
                <w:sz w:val="17"/>
              </w:rPr>
              <w:t>gpt-4.1 어조 판정(기준표 v0.3)</w:t>
            </w:r>
          </w:p>
        </w:tc>
        <w:tc>
          <w:tcPr>
            <w:tcW w:type="dxa" w:w="1474"/>
          </w:tcPr>
          <w:p>
            <w:r/>
            <w:r>
              <w:rPr>
                <w:rFonts w:ascii="Pretendard" w:hAnsi="Pretendard" w:cs="Pretendard" w:eastAsia="Pretendard"/>
                <w:b w:val="0"/>
                <w:color w:val="1D0024"/>
                <w:sz w:val="17"/>
              </w:rPr>
              <w:t>동등</w:t>
            </w:r>
          </w:p>
        </w:tc>
      </w:tr>
      <w:tr>
        <w:tc>
          <w:tcPr>
            <w:tcW w:type="dxa" w:w="1587"/>
          </w:tcPr>
          <w:p>
            <w:r/>
            <w:r>
              <w:rPr>
                <w:rFonts w:ascii="Pretendard" w:hAnsi="Pretendard" w:cs="Pretendard" w:eastAsia="Pretendard"/>
                <w:b/>
                <w:color w:val="1D0024"/>
                <w:sz w:val="17"/>
              </w:rPr>
              <w:t>국내 표면</w:t>
            </w:r>
          </w:p>
        </w:tc>
        <w:tc>
          <w:tcPr>
            <w:tcW w:type="dxa" w:w="3402"/>
          </w:tcPr>
          <w:p>
            <w:r/>
            <w:r>
              <w:rPr>
                <w:rFonts w:ascii="Pretendard" w:hAnsi="Pretendard" w:cs="Pretendard" w:eastAsia="Pretendard"/>
                <w:b w:val="0"/>
                <w:color w:val="1D0024"/>
                <w:sz w:val="17"/>
              </w:rPr>
              <w:t>네이버 AI 브리핑 측정: NNT, 오픈타임(베타), ZEST. 강남언니 언급: 조사 대상 0곳</w:t>
            </w:r>
          </w:p>
        </w:tc>
        <w:tc>
          <w:tcPr>
            <w:tcW w:type="dxa" w:w="3175"/>
          </w:tcPr>
          <w:p>
            <w:r/>
            <w:r>
              <w:rPr>
                <w:rFonts w:ascii="Pretendard" w:hAnsi="Pretendard" w:cs="Pretendard" w:eastAsia="Pretendard"/>
                <w:b w:val="0"/>
                <w:color w:val="1D0024"/>
                <w:sz w:val="17"/>
              </w:rPr>
              <w:t>강남언니·네이버 플레이스·GBP를 진단 항목(D1·D2·D5)으로 실측. 네이버 AI 브리핑 답변은 측정 안 함</w:t>
            </w:r>
          </w:p>
        </w:tc>
        <w:tc>
          <w:tcPr>
            <w:tcW w:type="dxa" w:w="1474"/>
          </w:tcPr>
          <w:p>
            <w:r/>
            <w:r>
              <w:rPr>
                <w:rFonts w:ascii="Pretendard" w:hAnsi="Pretendard" w:cs="Pretendard" w:eastAsia="Pretendard"/>
                <w:b w:val="0"/>
                <w:color w:val="1D0024"/>
                <w:sz w:val="17"/>
              </w:rPr>
              <w:t>강남언니 우위, 브리핑 열위</w:t>
            </w:r>
          </w:p>
        </w:tc>
      </w:tr>
      <w:tr>
        <w:tc>
          <w:tcPr>
            <w:tcW w:type="dxa" w:w="1587"/>
          </w:tcPr>
          <w:p>
            <w:r/>
            <w:r>
              <w:rPr>
                <w:rFonts w:ascii="Pretendard" w:hAnsi="Pretendard" w:cs="Pretendard" w:eastAsia="Pretendard"/>
                <w:b/>
                <w:color w:val="1D0024"/>
                <w:sz w:val="17"/>
              </w:rPr>
              <w:t>의료법 56조 처리 위치</w:t>
            </w:r>
          </w:p>
        </w:tc>
        <w:tc>
          <w:tcPr>
            <w:tcW w:type="dxa" w:w="3402"/>
          </w:tcPr>
          <w:p>
            <w:r/>
            <w:r>
              <w:rPr>
                <w:rFonts w:ascii="Pretendard" w:hAnsi="Pretendard" w:cs="Pretendard" w:eastAsia="Pretendard"/>
                <w:b w:val="0"/>
                <w:color w:val="1D0024"/>
                <w:sz w:val="17"/>
              </w:rPr>
              <w:t>안내문(온더AI), 법률 자문(와이더뷰티), API 표현 점검(ZEST), 원장 승인 절차(BizSpring)</w:t>
            </w:r>
          </w:p>
        </w:tc>
        <w:tc>
          <w:tcPr>
            <w:tcW w:type="dxa" w:w="3175"/>
          </w:tcPr>
          <w:p>
            <w:r/>
            <w:r>
              <w:rPr>
                <w:rFonts w:ascii="Pretendard" w:hAnsi="Pretendard" w:cs="Pretendard" w:eastAsia="Pretendard"/>
                <w:b w:val="0"/>
                <w:color w:val="1D0024"/>
                <w:sz w:val="17"/>
              </w:rPr>
              <w:t>발행 게이트가 금지 유형을 코드로 차단, 원장 의학 검토·개설자 승인 기록이 있어야 공개</w:t>
            </w:r>
          </w:p>
        </w:tc>
        <w:tc>
          <w:tcPr>
            <w:tcW w:type="dxa" w:w="1474"/>
          </w:tcPr>
          <w:p>
            <w:r/>
            <w:r>
              <w:rPr>
                <w:rFonts w:ascii="Pretendard" w:hAnsi="Pretendard" w:cs="Pretendard" w:eastAsia="Pretendard"/>
                <w:b w:val="0"/>
                <w:color w:val="1D0024"/>
                <w:sz w:val="17"/>
              </w:rPr>
              <w:t>우위</w:t>
            </w:r>
          </w:p>
        </w:tc>
      </w:tr>
      <w:tr>
        <w:tc>
          <w:tcPr>
            <w:tcW w:type="dxa" w:w="1587"/>
          </w:tcPr>
          <w:p>
            <w:r/>
            <w:r>
              <w:rPr>
                <w:rFonts w:ascii="Pretendard" w:hAnsi="Pretendard" w:cs="Pretendard" w:eastAsia="Pretendard"/>
                <w:b/>
                <w:color w:val="1D0024"/>
                <w:sz w:val="17"/>
              </w:rPr>
              <w:t>실행 산출물</w:t>
            </w:r>
          </w:p>
        </w:tc>
        <w:tc>
          <w:tcPr>
            <w:tcW w:type="dxa" w:w="3402"/>
          </w:tcPr>
          <w:p>
            <w:r/>
            <w:r>
              <w:rPr>
                <w:rFonts w:ascii="Pretendard" w:hAnsi="Pretendard" w:cs="Pretendard" w:eastAsia="Pretendard"/>
                <w:b w:val="0"/>
                <w:color w:val="1D0024"/>
                <w:sz w:val="17"/>
              </w:rPr>
              <w:t>초안 전달(NATANA), 서브도메인 자동 발행(온더AI), 블로그·카카오 배포(BizSpring), 홈페이지 제작(마하닥)</w:t>
            </w:r>
          </w:p>
        </w:tc>
        <w:tc>
          <w:tcPr>
            <w:tcW w:type="dxa" w:w="3175"/>
          </w:tcPr>
          <w:p>
            <w:r/>
            <w:r>
              <w:rPr>
                <w:rFonts w:ascii="Pretendard" w:hAnsi="Pretendard" w:cs="Pretendard" w:eastAsia="Pretendard"/>
                <w:b w:val="0"/>
                <w:color w:val="1D0024"/>
                <w:sz w:val="17"/>
              </w:rPr>
              <w:t>병원 승인 원문 기반 서포터즈 사이트 자동 빌드(병원당 약 30분·$0.6). URL만으로는 60~70% 품질 구간 존재</w:t>
            </w:r>
          </w:p>
        </w:tc>
        <w:tc>
          <w:tcPr>
            <w:tcW w:type="dxa" w:w="1474"/>
          </w:tcPr>
          <w:p>
            <w:r/>
            <w:r>
              <w:rPr>
                <w:rFonts w:ascii="Pretendard" w:hAnsi="Pretendard" w:cs="Pretendard" w:eastAsia="Pretendard"/>
                <w:b w:val="0"/>
                <w:color w:val="1D0024"/>
                <w:sz w:val="17"/>
              </w:rPr>
              <w:t>우위(품질 보완 필요)</w:t>
            </w:r>
          </w:p>
        </w:tc>
      </w:tr>
      <w:tr>
        <w:tc>
          <w:tcPr>
            <w:tcW w:type="dxa" w:w="1587"/>
          </w:tcPr>
          <w:p>
            <w:r/>
            <w:r>
              <w:rPr>
                <w:rFonts w:ascii="Pretendard" w:hAnsi="Pretendard" w:cs="Pretendard" w:eastAsia="Pretendard"/>
                <w:b/>
                <w:color w:val="1D0024"/>
                <w:sz w:val="17"/>
              </w:rPr>
              <w:t>성과 검증 가능성</w:t>
            </w:r>
          </w:p>
        </w:tc>
        <w:tc>
          <w:tcPr>
            <w:tcW w:type="dxa" w:w="3402"/>
          </w:tcPr>
          <w:p>
            <w:r/>
            <w:r>
              <w:rPr>
                <w:rFonts w:ascii="Pretendard" w:hAnsi="Pretendard" w:cs="Pretendard" w:eastAsia="Pretendard"/>
                <w:b w:val="0"/>
                <w:color w:val="1D0024"/>
                <w:sz w:val="17"/>
              </w:rPr>
              <w:t>익명·가상 예시·자체 측정이 대부분. 실명은 성모치과의원(온더AI), 밝은눈안과(서치폴라리스) 정도</w:t>
            </w:r>
          </w:p>
        </w:tc>
        <w:tc>
          <w:tcPr>
            <w:tcW w:type="dxa" w:w="3175"/>
          </w:tcPr>
          <w:p>
            <w:r/>
            <w:r>
              <w:rPr>
                <w:rFonts w:ascii="Pretendard" w:hAnsi="Pretendard" w:cs="Pretendard" w:eastAsia="Pretendard"/>
                <w:b w:val="0"/>
                <w:color w:val="1D0024"/>
                <w:sz w:val="17"/>
              </w:rPr>
              <w:t>뷰성형외과 실명 기준선(같은 질문 세트로 전후 비교 설계). 재측정 전</w:t>
            </w:r>
          </w:p>
        </w:tc>
        <w:tc>
          <w:tcPr>
            <w:tcW w:type="dxa" w:w="1474"/>
          </w:tcPr>
          <w:p>
            <w:r/>
            <w:r>
              <w:rPr>
                <w:rFonts w:ascii="Pretendard" w:hAnsi="Pretendard" w:cs="Pretendard" w:eastAsia="Pretendard"/>
                <w:b w:val="0"/>
                <w:color w:val="1D0024"/>
                <w:sz w:val="17"/>
              </w:rPr>
              <w:t>잠재 우위(POC 결과 필요)</w:t>
            </w:r>
          </w:p>
        </w:tc>
      </w:tr>
      <w:tr>
        <w:tc>
          <w:tcPr>
            <w:tcW w:type="dxa" w:w="1587"/>
          </w:tcPr>
          <w:p>
            <w:r/>
            <w:r>
              <w:rPr>
                <w:rFonts w:ascii="Pretendard" w:hAnsi="Pretendard" w:cs="Pretendard" w:eastAsia="Pretendard"/>
                <w:b/>
                <w:color w:val="1D0024"/>
                <w:sz w:val="17"/>
              </w:rPr>
              <w:t>일간 대시보드·셀프서브</w:t>
            </w:r>
          </w:p>
        </w:tc>
        <w:tc>
          <w:tcPr>
            <w:tcW w:type="dxa" w:w="3402"/>
          </w:tcPr>
          <w:p>
            <w:r/>
            <w:r>
              <w:rPr>
                <w:rFonts w:ascii="Pretendard" w:hAnsi="Pretendard" w:cs="Pretendard" w:eastAsia="Pretendard"/>
                <w:b w:val="0"/>
                <w:color w:val="1D0024"/>
                <w:sz w:val="17"/>
              </w:rPr>
              <w:t>SaaS 대부분 제공</w:t>
            </w:r>
          </w:p>
        </w:tc>
        <w:tc>
          <w:tcPr>
            <w:tcW w:type="dxa" w:w="3175"/>
          </w:tcPr>
          <w:p>
            <w:r/>
            <w:r>
              <w:rPr>
                <w:rFonts w:ascii="Pretendard" w:hAnsi="Pretendard" w:cs="Pretendard" w:eastAsia="Pretendard"/>
                <w:b w:val="0"/>
                <w:color w:val="1D0024"/>
                <w:sz w:val="17"/>
              </w:rPr>
              <w:t>없음</w:t>
            </w:r>
          </w:p>
        </w:tc>
        <w:tc>
          <w:tcPr>
            <w:tcW w:type="dxa" w:w="1474"/>
          </w:tcPr>
          <w:p>
            <w:r/>
            <w:r>
              <w:rPr>
                <w:rFonts w:ascii="Pretendard" w:hAnsi="Pretendard" w:cs="Pretendard" w:eastAsia="Pretendard"/>
                <w:b w:val="0"/>
                <w:color w:val="1D0024"/>
                <w:sz w:val="17"/>
              </w:rPr>
              <w:t>열위</w:t>
            </w:r>
          </w:p>
        </w:tc>
      </w:tr>
      <w:tr>
        <w:tc>
          <w:tcPr>
            <w:tcW w:type="dxa" w:w="1587"/>
          </w:tcPr>
          <w:p>
            <w:r/>
            <w:r>
              <w:rPr>
                <w:rFonts w:ascii="Pretendard" w:hAnsi="Pretendard" w:cs="Pretendard" w:eastAsia="Pretendard"/>
                <w:b/>
                <w:color w:val="1D0024"/>
                <w:sz w:val="17"/>
              </w:rPr>
              <w:t>가격 구조</w:t>
            </w:r>
          </w:p>
        </w:tc>
        <w:tc>
          <w:tcPr>
            <w:tcW w:type="dxa" w:w="3402"/>
          </w:tcPr>
          <w:p>
            <w:r/>
            <w:r>
              <w:rPr>
                <w:rFonts w:ascii="Pretendard" w:hAnsi="Pretendard" w:cs="Pretendard" w:eastAsia="Pretendard"/>
                <w:b w:val="0"/>
                <w:color w:val="1D0024"/>
                <w:sz w:val="17"/>
              </w:rPr>
              <w:t>월 7.9만~890만 원, 환불 조건(지오랭크 50%)</w:t>
            </w:r>
          </w:p>
        </w:tc>
        <w:tc>
          <w:tcPr>
            <w:tcW w:type="dxa" w:w="3175"/>
          </w:tcPr>
          <w:p>
            <w:r/>
            <w:r>
              <w:rPr>
                <w:rFonts w:ascii="Pretendard" w:hAnsi="Pretendard" w:cs="Pretendard" w:eastAsia="Pretendard"/>
                <w:b w:val="0"/>
                <w:color w:val="1D0024"/>
                <w:sz w:val="17"/>
              </w:rPr>
              <w:t>미확정(9/8 제안 초안: 진단 49만, 서포터즈 월 99만·199만)</w:t>
            </w:r>
          </w:p>
        </w:tc>
        <w:tc>
          <w:tcPr>
            <w:tcW w:type="dxa" w:w="1474"/>
          </w:tcPr>
          <w:p>
            <w:r/>
            <w:r>
              <w:rPr>
                <w:rFonts w:ascii="Pretendard" w:hAnsi="Pretendard" w:cs="Pretendard" w:eastAsia="Pretendard"/>
                <w:b w:val="0"/>
                <w:color w:val="1D0024"/>
                <w:sz w:val="17"/>
              </w:rPr>
              <w:t>결정 필요</w:t>
            </w:r>
          </w:p>
        </w:tc>
      </w:tr>
    </w:tbl>
    <w:p>
      <w:pPr>
        <w:spacing w:after="40"/>
      </w:pPr>
    </w:p>
    <w:p>
      <w:pPr>
        <w:keepNext/>
        <w:spacing w:before="200" w:after="160"/>
      </w:pPr>
      <w:r>
        <w:rPr>
          <w:rFonts w:ascii="Pretendard" w:hAnsi="Pretendard" w:cs="Pretendard" w:eastAsia="Pretendard"/>
          <w:b/>
          <w:color w:val="4F1DA1"/>
          <w:sz w:val="26"/>
        </w:rPr>
        <w:t>4-10-6. 이 시장의 공통 패턴</w:t>
      </w:r>
    </w:p>
    <w:p>
      <w:pPr>
        <w:pStyle w:val="ListBullet"/>
        <w:spacing w:after="60" w:line="312" w:lineRule="auto"/>
      </w:pPr>
      <w:r>
        <w:rPr>
          <w:rFonts w:ascii="Pretendard" w:hAnsi="Pretendard" w:cs="Pretendard" w:eastAsia="Pretendard"/>
          <w:b/>
          <w:color w:val="1D0024"/>
          <w:sz w:val="20"/>
        </w:rPr>
        <w:t xml:space="preserve">성과 수치는 공개하고 산출 방법은 공개하지 않습니다. </w:t>
      </w:r>
      <w:r>
        <w:rPr>
          <w:rFonts w:ascii="Pretendard" w:hAnsi="Pretendard" w:cs="Pretendard" w:eastAsia="Pretendard"/>
          <w:b w:val="0"/>
          <w:color w:val="1D0024"/>
          <w:sz w:val="20"/>
        </w:rPr>
        <w:t>크리앤서 12%→78%, 서치폴라리스 +300%, 블루닷 +65%, 마하닥 사례가 해당합니다. 사용량 공식이나 원문 보관을 공개한 곳은 NNT Insights와 NATANA 두 곳입니다.</w:t>
      </w:r>
    </w:p>
    <w:p>
      <w:pPr>
        <w:pStyle w:val="ListBullet"/>
        <w:spacing w:after="60" w:line="312" w:lineRule="auto"/>
      </w:pPr>
      <w:r>
        <w:rPr>
          <w:rFonts w:ascii="Pretendard" w:hAnsi="Pretendard" w:cs="Pretendard" w:eastAsia="Pretendard"/>
          <w:b/>
          <w:color w:val="1D0024"/>
          <w:sz w:val="20"/>
        </w:rPr>
        <w:t xml:space="preserve">무료 진단의 다음 단계가 연락처 수집입니다. </w:t>
      </w:r>
      <w:r>
        <w:rPr>
          <w:rFonts w:ascii="Pretendard" w:hAnsi="Pretendard" w:cs="Pretendard" w:eastAsia="Pretendard"/>
          <w:b w:val="0"/>
          <w:color w:val="1D0024"/>
          <w:sz w:val="20"/>
        </w:rPr>
        <w:t>설문형(이움)과 사이트 감사형(지오랭크 Scanner) 무료 진단은 실제 AI 답변을 측정하지 않습니다.</w:t>
      </w:r>
    </w:p>
    <w:p>
      <w:pPr>
        <w:pStyle w:val="ListBullet"/>
        <w:spacing w:after="60" w:line="312" w:lineRule="auto"/>
      </w:pPr>
      <w:r>
        <w:rPr>
          <w:rFonts w:ascii="Pretendard" w:hAnsi="Pretendard" w:cs="Pretendard" w:eastAsia="Pretendard"/>
          <w:b/>
          <w:color w:val="1D0024"/>
          <w:sz w:val="20"/>
        </w:rPr>
        <w:t xml:space="preserve">자사를 추천하는 콘텐츠를 스스로 게시합니다. </w:t>
      </w:r>
      <w:r>
        <w:rPr>
          <w:rFonts w:ascii="Pretendard" w:hAnsi="Pretendard" w:cs="Pretendard" w:eastAsia="Pretendard"/>
          <w:b w:val="0"/>
          <w:color w:val="1D0024"/>
          <w:sz w:val="20"/>
        </w:rPr>
        <w:t>마하닥 FAQ, 서치폴라리스·Anymorph의 업체 순위 글, 지오랭크 홈의 ChatGPT 답변 캡처가 해당합니다.</w:t>
      </w:r>
    </w:p>
    <w:p>
      <w:pPr>
        <w:pStyle w:val="ListBullet"/>
        <w:spacing w:after="60" w:line="312" w:lineRule="auto"/>
      </w:pPr>
      <w:r>
        <w:rPr>
          <w:rFonts w:ascii="Pretendard" w:hAnsi="Pretendard" w:cs="Pretendard" w:eastAsia="Pretendard"/>
          <w:b/>
          <w:color w:val="1D0024"/>
          <w:sz w:val="20"/>
        </w:rPr>
        <w:t xml:space="preserve">국내 표면 반영이 약합니다. </w:t>
      </w:r>
      <w:r>
        <w:rPr>
          <w:rFonts w:ascii="Pretendard" w:hAnsi="Pretendard" w:cs="Pretendard" w:eastAsia="Pretendard"/>
          <w:b w:val="0"/>
          <w:color w:val="1D0024"/>
          <w:sz w:val="20"/>
        </w:rPr>
        <w:t>강남언니를 언급한 곳은 없고, 네이버 AI 브리핑을 측정하는 곳은 범용 SaaS 3곳뿐입니다. 병원 특화 업체에서는 확인되지 않았습니다.</w:t>
      </w:r>
    </w:p>
    <w:p>
      <w:pPr>
        <w:pStyle w:val="ListBullet"/>
        <w:spacing w:after="60" w:line="312" w:lineRule="auto"/>
      </w:pPr>
      <w:r>
        <w:rPr>
          <w:rFonts w:ascii="Pretendard" w:hAnsi="Pretendard" w:cs="Pretendard" w:eastAsia="Pretendard"/>
          <w:b/>
          <w:color w:val="1D0024"/>
          <w:sz w:val="20"/>
        </w:rPr>
        <w:t xml:space="preserve">의료법 대응은 선언 수준입니다. </w:t>
      </w:r>
      <w:r>
        <w:rPr>
          <w:rFonts w:ascii="Pretendard" w:hAnsi="Pretendard" w:cs="Pretendard" w:eastAsia="Pretendard"/>
          <w:b w:val="0"/>
          <w:color w:val="1D0024"/>
          <w:sz w:val="20"/>
        </w:rPr>
        <w:t>56조나 사전심의를 발행 공정에 넣었다고 밝힌 곳은 없습니다. 병원 레퍼런스는 대부분 익명이거나 예시입니다.</w:t>
      </w:r>
    </w:p>
    <w:p>
      <w:pPr>
        <w:keepNext/>
        <w:spacing w:before="200" w:after="160"/>
      </w:pPr>
      <w:r>
        <w:rPr>
          <w:rFonts w:ascii="Pretendard" w:hAnsi="Pretendard" w:cs="Pretendard" w:eastAsia="Pretendard"/>
          <w:b/>
          <w:color w:val="4F1DA1"/>
          <w:sz w:val="26"/>
        </w:rPr>
        <w:t>4-10-7. 시사점</w:t>
      </w:r>
    </w:p>
    <w:p>
      <w:pPr>
        <w:pStyle w:val="ListBullet"/>
        <w:spacing w:after="60" w:line="312" w:lineRule="auto"/>
      </w:pPr>
      <w:r>
        <w:rPr>
          <w:rFonts w:ascii="Pretendard" w:hAnsi="Pretendard" w:cs="Pretendard" w:eastAsia="Pretendard"/>
          <w:b/>
          <w:color w:val="1D0024"/>
          <w:sz w:val="20"/>
        </w:rPr>
        <w:t xml:space="preserve">INFINITH가 실제로 경쟁하는 곳은 이 시장입니다. </w:t>
      </w:r>
      <w:r>
        <w:rPr>
          <w:rFonts w:ascii="Pretendard" w:hAnsi="Pretendard" w:cs="Pretendard" w:eastAsia="Pretendard"/>
          <w:b w:val="0"/>
          <w:color w:val="1D0024"/>
          <w:sz w:val="20"/>
        </w:rPr>
        <w:t>사업자는 많지만, 기준·방법론 공개와 의료법의 공정 반영에서 INFINITH보다 앞선 곳을 찾지 못했습니다. 플랫폼 경쟁(4-1~4-9)과 달리 출발점이 앞서 있습니다.</w:t>
      </w:r>
    </w:p>
    <w:p>
      <w:pPr>
        <w:pStyle w:val="ListBullet"/>
        <w:spacing w:after="60" w:line="312" w:lineRule="auto"/>
      </w:pPr>
      <w:r>
        <w:rPr>
          <w:rFonts w:ascii="Pretendard" w:hAnsi="Pretendard" w:cs="Pretendard" w:eastAsia="Pretendard"/>
          <w:b/>
          <w:color w:val="1D0024"/>
          <w:sz w:val="20"/>
        </w:rPr>
        <w:t xml:space="preserve">뷰성형외과 POC의 가치는 실명 전후 측정 사례입니다. </w:t>
      </w:r>
      <w:r>
        <w:rPr>
          <w:rFonts w:ascii="Pretendard" w:hAnsi="Pretendard" w:cs="Pretendard" w:eastAsia="Pretendard"/>
          <w:b w:val="0"/>
          <w:color w:val="1D0024"/>
          <w:sz w:val="20"/>
        </w:rPr>
        <w:t>경쟁사 레퍼런스가 대부분 익명·예시인 시장에서, 같은 질문 세트로 측정한 실명 결과는 드뭅니다. MOU 홍보 포인트를 '실측 기준선과 8주 재측정'으로 잡을 것을 권고합니다.</w:t>
      </w:r>
    </w:p>
    <w:p>
      <w:pPr>
        <w:pStyle w:val="ListBullet"/>
        <w:spacing w:after="60" w:line="312" w:lineRule="auto"/>
      </w:pPr>
      <w:r>
        <w:rPr>
          <w:rFonts w:ascii="Pretendard" w:hAnsi="Pretendard" w:cs="Pretendard" w:eastAsia="Pretendard"/>
          <w:b/>
          <w:color w:val="1D0024"/>
          <w:sz w:val="20"/>
        </w:rPr>
        <w:t xml:space="preserve">보완할 약점은 세 가지입니다. </w:t>
      </w:r>
      <w:r>
        <w:rPr>
          <w:rFonts w:ascii="Pretendard" w:hAnsi="Pretendard" w:cs="Pretendard" w:eastAsia="Pretendard"/>
          <w:b w:val="0"/>
          <w:color w:val="1D0024"/>
          <w:sz w:val="20"/>
        </w:rPr>
        <w:t>① 네이버 AI 브리핑 답변 측정(국내 병원이 먼저 묻는 표면), ② 반복 측정(현재 1회, 5회 반복으로 신뢰구간 보고), ③ 가격 확정.</w:t>
      </w:r>
    </w:p>
    <w:p>
      <w:pPr>
        <w:pStyle w:val="ListBullet"/>
        <w:spacing w:after="60" w:line="312" w:lineRule="auto"/>
      </w:pPr>
      <w:r>
        <w:rPr>
          <w:rFonts w:ascii="Pretendard" w:hAnsi="Pretendard" w:cs="Pretendard" w:eastAsia="Pretendard"/>
          <w:b/>
          <w:color w:val="1D0024"/>
          <w:sz w:val="20"/>
        </w:rPr>
        <w:t xml:space="preserve">비교 광고 표현에 주의합니다. </w:t>
      </w:r>
      <w:r>
        <w:rPr>
          <w:rFonts w:ascii="Pretendard" w:hAnsi="Pretendard" w:cs="Pretendard" w:eastAsia="Pretendard"/>
          <w:b w:val="0"/>
          <w:color w:val="1D0024"/>
          <w:sz w:val="20"/>
        </w:rPr>
        <w:t>브라우저 수집 방식이나 성과 산출법을 문제로 삼아 경쟁사를 지목하면 표시광고법상 비교·비방 광고 문제가 될 수 있습니다. 외부 자료에는 'INFINITH는 공식 API로 측정하고 기준을 공개합니다'처럼 우리 방식만 서술합니다.</w:t>
      </w:r>
    </w:p>
    <w:p>
      <w:pPr>
        <w:pStyle w:val="ListBullet"/>
        <w:spacing w:after="60" w:line="312" w:lineRule="auto"/>
      </w:pPr>
      <w:r>
        <w:rPr>
          <w:rFonts w:ascii="Pretendard" w:hAnsi="Pretendard" w:cs="Pretendard" w:eastAsia="Pretendard"/>
          <w:b/>
          <w:color w:val="1D0024"/>
          <w:sz w:val="20"/>
        </w:rPr>
        <w:t xml:space="preserve">랜딩 문구 방향과 일치합니다. </w:t>
      </w:r>
      <w:r>
        <w:rPr>
          <w:rFonts w:ascii="Pretendard" w:hAnsi="Pretendard" w:cs="Pretendard" w:eastAsia="Pretendard"/>
          <w:b w:val="0"/>
          <w:color w:val="1D0024"/>
          <w:sz w:val="20"/>
        </w:rPr>
        <w:t>'36개 항목, 항목마다 측정 근거를 붙여 진단'이 이 시장에서 확인된 차별점(기준 공개)과 맞습니다.</w:t>
      </w:r>
    </w:p>
    <w:p>
      <w:pPr>
        <w:spacing w:after="120" w:line="324" w:lineRule="auto"/>
      </w:pPr>
      <w:r>
        <w:rPr>
          <w:rFonts w:ascii="Pretendard" w:hAnsi="Pretendard" w:cs="Pretendard" w:eastAsia="Pretendard"/>
          <w:b w:val="0"/>
          <w:color w:val="555560"/>
          <w:sz w:val="20"/>
        </w:rPr>
        <w:t>조회일 2026-09-15. 가격·기능은 각 사 공개 페이지 기준이며 변경될 수 있습니다. Fuel Online은 본문 403, 블루닷 삼성서울병원 글은 404로 제목만 확인했습니다. MindScope GEO는 공식 사이트를 찾지 못했습니다.</w:t>
      </w:r>
    </w:p>
    <w:p w14:paraId="53F5752D" w14:textId="77777777" w:rsidR="004B1372" w:rsidRDefault="00BB0BE3">
      <w:pPr>
        <w:keepNext/>
        <w:spacing w:before="360" w:after="160"/>
      </w:pPr>
      <w:r>
        <w:rPr>
          <w:rFonts w:ascii="Pretendard" w:eastAsia="Pretendard" w:hAnsi="Pretendard" w:cs="Pretendard"/>
          <w:b/>
          <w:color w:val="1D0024"/>
          <w:sz w:val="32"/>
        </w:rPr>
        <w:t xml:space="preserve">5. </w:t>
      </w:r>
      <w:r>
        <w:rPr>
          <w:rFonts w:ascii="Pretendard" w:eastAsia="Pretendard" w:hAnsi="Pretendard" w:cs="Pretendard"/>
          <w:b/>
          <w:color w:val="1D0024"/>
          <w:sz w:val="32"/>
        </w:rPr>
        <w:t>현재</w:t>
      </w:r>
      <w:r>
        <w:rPr>
          <w:rFonts w:ascii="Pretendard" w:eastAsia="Pretendard" w:hAnsi="Pretendard" w:cs="Pretendard"/>
          <w:b/>
          <w:color w:val="1D0024"/>
          <w:sz w:val="32"/>
        </w:rPr>
        <w:t xml:space="preserve"> </w:t>
      </w:r>
      <w:r>
        <w:rPr>
          <w:rFonts w:ascii="Pretendard" w:eastAsia="Pretendard" w:hAnsi="Pretendard" w:cs="Pretendard"/>
          <w:b/>
          <w:color w:val="1D0024"/>
          <w:sz w:val="32"/>
        </w:rPr>
        <w:t>조직으로</w:t>
      </w:r>
      <w:r>
        <w:rPr>
          <w:rFonts w:ascii="Pretendard" w:eastAsia="Pretendard" w:hAnsi="Pretendard" w:cs="Pretendard"/>
          <w:b/>
          <w:color w:val="1D0024"/>
          <w:sz w:val="32"/>
        </w:rPr>
        <w:t xml:space="preserve"> </w:t>
      </w:r>
      <w:r>
        <w:rPr>
          <w:rFonts w:ascii="Pretendard" w:eastAsia="Pretendard" w:hAnsi="Pretendard" w:cs="Pretendard"/>
          <w:b/>
          <w:color w:val="1D0024"/>
          <w:sz w:val="32"/>
        </w:rPr>
        <w:t>가능한</w:t>
      </w:r>
      <w:r>
        <w:rPr>
          <w:rFonts w:ascii="Pretendard" w:eastAsia="Pretendard" w:hAnsi="Pretendard" w:cs="Pretendard"/>
          <w:b/>
          <w:color w:val="1D0024"/>
          <w:sz w:val="32"/>
        </w:rPr>
        <w:t xml:space="preserve"> </w:t>
      </w:r>
      <w:r>
        <w:rPr>
          <w:rFonts w:ascii="Pretendard" w:eastAsia="Pretendard" w:hAnsi="Pretendard" w:cs="Pretendard"/>
          <w:b/>
          <w:color w:val="1D0024"/>
          <w:sz w:val="32"/>
        </w:rPr>
        <w:t>사업인가</w:t>
      </w:r>
    </w:p>
    <w:tbl>
      <w:tblPr>
        <w:tblStyle w:val="af9"/>
        <w:tblW w:w="0" w:type="auto"/>
        <w:jc w:val="center"/>
        <w:tblLayout w:type="fixed"/>
        <w:tblLook w:val="04A0" w:firstRow="1" w:lastRow="0" w:firstColumn="1" w:lastColumn="0" w:noHBand="0" w:noVBand="1"/>
      </w:tblPr>
      <w:tblGrid>
        <w:gridCol w:w="1701"/>
        <w:gridCol w:w="3061"/>
        <w:gridCol w:w="3175"/>
        <w:gridCol w:w="1701"/>
      </w:tblGrid>
      <w:tr w:rsidR="004B1372" w14:paraId="1687E318" w14:textId="77777777">
        <w:trPr>
          <w:cantSplit/>
          <w:tblHeader/>
          <w:jc w:val="center"/>
        </w:trPr>
        <w:tc>
          <w:tcPr>
            <w:tcW w:w="1701" w:type="dxa"/>
            <w:shd w:val="clear" w:color="auto" w:fill="1D0024"/>
          </w:tcPr>
          <w:p w14:paraId="0A9D343D" w14:textId="77777777" w:rsidR="004B1372" w:rsidRDefault="00BB0BE3">
            <w:r>
              <w:rPr>
                <w:rFonts w:ascii="Pretendard" w:eastAsia="Pretendard" w:hAnsi="Pretendard" w:cs="Pretendard"/>
                <w:b/>
                <w:color w:val="FFFFFF"/>
                <w:sz w:val="18"/>
              </w:rPr>
              <w:t>역량</w:t>
            </w:r>
          </w:p>
        </w:tc>
        <w:tc>
          <w:tcPr>
            <w:tcW w:w="3061" w:type="dxa"/>
            <w:shd w:val="clear" w:color="auto" w:fill="1D0024"/>
          </w:tcPr>
          <w:p w14:paraId="4BE9C96C" w14:textId="77777777" w:rsidR="004B1372" w:rsidRDefault="00BB0BE3">
            <w:r>
              <w:rPr>
                <w:rFonts w:ascii="Pretendard" w:eastAsia="Pretendard" w:hAnsi="Pretendard" w:cs="Pretendard"/>
                <w:b/>
                <w:color w:val="FFFFFF"/>
                <w:sz w:val="18"/>
              </w:rPr>
              <w:t>플랫폼에</w:t>
            </w:r>
            <w:r>
              <w:rPr>
                <w:rFonts w:ascii="Pretendard" w:eastAsia="Pretendard" w:hAnsi="Pretendard" w:cs="Pretendard"/>
                <w:b/>
                <w:color w:val="FFFFFF"/>
                <w:sz w:val="18"/>
              </w:rPr>
              <w:t xml:space="preserve"> </w:t>
            </w:r>
            <w:r>
              <w:rPr>
                <w:rFonts w:ascii="Pretendard" w:eastAsia="Pretendard" w:hAnsi="Pretendard" w:cs="Pretendard"/>
                <w:b/>
                <w:color w:val="FFFFFF"/>
                <w:sz w:val="18"/>
              </w:rPr>
              <w:t>필요한</w:t>
            </w:r>
            <w:r>
              <w:rPr>
                <w:rFonts w:ascii="Pretendard" w:eastAsia="Pretendard" w:hAnsi="Pretendard" w:cs="Pretendard"/>
                <w:b/>
                <w:color w:val="FFFFFF"/>
                <w:sz w:val="18"/>
              </w:rPr>
              <w:t xml:space="preserve"> </w:t>
            </w:r>
            <w:r>
              <w:rPr>
                <w:rFonts w:ascii="Pretendard" w:eastAsia="Pretendard" w:hAnsi="Pretendard" w:cs="Pretendard"/>
                <w:b/>
                <w:color w:val="FFFFFF"/>
                <w:sz w:val="18"/>
              </w:rPr>
              <w:t>수준</w:t>
            </w:r>
          </w:p>
        </w:tc>
        <w:tc>
          <w:tcPr>
            <w:tcW w:w="3175" w:type="dxa"/>
            <w:shd w:val="clear" w:color="auto" w:fill="1D0024"/>
          </w:tcPr>
          <w:p w14:paraId="62E11617" w14:textId="77777777" w:rsidR="004B1372" w:rsidRDefault="00BB0BE3">
            <w:r>
              <w:rPr>
                <w:rFonts w:ascii="Pretendard" w:eastAsia="Pretendard" w:hAnsi="Pretendard" w:cs="Pretendard"/>
                <w:b/>
                <w:color w:val="FFFFFF"/>
                <w:sz w:val="18"/>
              </w:rPr>
              <w:t>현재</w:t>
            </w:r>
          </w:p>
        </w:tc>
        <w:tc>
          <w:tcPr>
            <w:tcW w:w="1701" w:type="dxa"/>
            <w:shd w:val="clear" w:color="auto" w:fill="1D0024"/>
          </w:tcPr>
          <w:p w14:paraId="701952BC" w14:textId="77777777" w:rsidR="004B1372" w:rsidRDefault="00BB0BE3">
            <w:r>
              <w:rPr>
                <w:rFonts w:ascii="Pretendard" w:eastAsia="Pretendard" w:hAnsi="Pretendard" w:cs="Pretendard"/>
                <w:b/>
                <w:color w:val="FFFFFF"/>
                <w:sz w:val="18"/>
              </w:rPr>
              <w:t>판정</w:t>
            </w:r>
          </w:p>
        </w:tc>
      </w:tr>
      <w:tr w:rsidR="004B1372" w14:paraId="5DCB78BC" w14:textId="77777777">
        <w:trPr>
          <w:jc w:val="center"/>
        </w:trPr>
        <w:tc>
          <w:tcPr>
            <w:tcW w:w="1701" w:type="dxa"/>
          </w:tcPr>
          <w:p w14:paraId="761FDFAA" w14:textId="77777777" w:rsidR="004B1372" w:rsidRDefault="00BB0BE3">
            <w:r>
              <w:rPr>
                <w:rFonts w:ascii="Pretendard" w:eastAsia="Pretendard" w:hAnsi="Pretendard" w:cs="Pretendard"/>
                <w:b/>
                <w:color w:val="1D0024"/>
                <w:sz w:val="18"/>
              </w:rPr>
              <w:t>병원</w:t>
            </w:r>
            <w:r>
              <w:rPr>
                <w:rFonts w:ascii="Pretendard" w:eastAsia="Pretendard" w:hAnsi="Pretendard" w:cs="Pretendard"/>
                <w:b/>
                <w:color w:val="1D0024"/>
                <w:sz w:val="18"/>
              </w:rPr>
              <w:t xml:space="preserve"> </w:t>
            </w:r>
            <w:r>
              <w:rPr>
                <w:rFonts w:ascii="Pretendard" w:eastAsia="Pretendard" w:hAnsi="Pretendard" w:cs="Pretendard"/>
                <w:b/>
                <w:color w:val="1D0024"/>
                <w:sz w:val="18"/>
              </w:rPr>
              <w:t>원문</w:t>
            </w:r>
            <w:r>
              <w:rPr>
                <w:rFonts w:ascii="Pretendard" w:eastAsia="Pretendard" w:hAnsi="Pretendard" w:cs="Pretendard"/>
                <w:b/>
                <w:color w:val="1D0024"/>
                <w:sz w:val="18"/>
              </w:rPr>
              <w:t xml:space="preserve"> </w:t>
            </w:r>
            <w:r>
              <w:rPr>
                <w:rFonts w:ascii="Pretendard" w:eastAsia="Pretendard" w:hAnsi="Pretendard" w:cs="Pretendard"/>
                <w:b/>
                <w:color w:val="1D0024"/>
                <w:sz w:val="18"/>
              </w:rPr>
              <w:t>생성</w:t>
            </w:r>
            <w:r>
              <w:rPr>
                <w:rFonts w:ascii="Pretendard" w:eastAsia="Pretendard" w:hAnsi="Pretendard" w:cs="Pretendard"/>
                <w:b/>
                <w:color w:val="1D0024"/>
                <w:sz w:val="18"/>
              </w:rPr>
              <w:t>·</w:t>
            </w:r>
            <w:r>
              <w:rPr>
                <w:rFonts w:ascii="Pretendard" w:eastAsia="Pretendard" w:hAnsi="Pretendard" w:cs="Pretendard"/>
                <w:b/>
                <w:color w:val="1D0024"/>
                <w:sz w:val="18"/>
              </w:rPr>
              <w:t>발행</w:t>
            </w:r>
          </w:p>
        </w:tc>
        <w:tc>
          <w:tcPr>
            <w:tcW w:w="3061" w:type="dxa"/>
          </w:tcPr>
          <w:p w14:paraId="3FD475B1" w14:textId="77777777" w:rsidR="004B1372" w:rsidRDefault="00BB0BE3">
            <w:r>
              <w:rPr>
                <w:rFonts w:ascii="Pretendard" w:eastAsia="Pretendard" w:hAnsi="Pretendard" w:cs="Pretendard"/>
                <w:color w:val="1D0024"/>
                <w:sz w:val="18"/>
              </w:rPr>
              <w:t>병원당</w:t>
            </w:r>
            <w:r>
              <w:rPr>
                <w:rFonts w:ascii="Pretendard" w:eastAsia="Pretendard" w:hAnsi="Pretendard" w:cs="Pretendard"/>
                <w:color w:val="1D0024"/>
                <w:sz w:val="18"/>
              </w:rPr>
              <w:t xml:space="preserve"> </w:t>
            </w:r>
            <w:r>
              <w:rPr>
                <w:rFonts w:ascii="Pretendard" w:eastAsia="Pretendard" w:hAnsi="Pretendard" w:cs="Pretendard"/>
                <w:color w:val="1D0024"/>
                <w:sz w:val="18"/>
              </w:rPr>
              <w:t>자동</w:t>
            </w:r>
            <w:r>
              <w:rPr>
                <w:rFonts w:ascii="Pretendard" w:eastAsia="Pretendard" w:hAnsi="Pretendard" w:cs="Pretendard"/>
                <w:color w:val="1D0024"/>
                <w:sz w:val="18"/>
              </w:rPr>
              <w:t xml:space="preserve"> </w:t>
            </w:r>
            <w:r>
              <w:rPr>
                <w:rFonts w:ascii="Pretendard" w:eastAsia="Pretendard" w:hAnsi="Pretendard" w:cs="Pretendard"/>
                <w:color w:val="1D0024"/>
                <w:sz w:val="18"/>
              </w:rPr>
              <w:t>온보딩</w:t>
            </w:r>
            <w:r>
              <w:rPr>
                <w:rFonts w:ascii="Pretendard" w:eastAsia="Pretendard" w:hAnsi="Pretendard" w:cs="Pretendard"/>
                <w:color w:val="1D0024"/>
                <w:sz w:val="18"/>
              </w:rPr>
              <w:t xml:space="preserve">, </w:t>
            </w:r>
            <w:r>
              <w:rPr>
                <w:rFonts w:ascii="Pretendard" w:eastAsia="Pretendard" w:hAnsi="Pretendard" w:cs="Pretendard"/>
                <w:color w:val="1D0024"/>
                <w:sz w:val="18"/>
              </w:rPr>
              <w:t>다국어</w:t>
            </w:r>
          </w:p>
        </w:tc>
        <w:tc>
          <w:tcPr>
            <w:tcW w:w="3175" w:type="dxa"/>
          </w:tcPr>
          <w:p w14:paraId="54B3E795" w14:textId="77777777" w:rsidR="004B1372" w:rsidRDefault="00BB0BE3">
            <w:r>
              <w:rPr>
                <w:rFonts w:ascii="Pretendard" w:eastAsia="Pretendard" w:hAnsi="Pretendard" w:cs="Pretendard"/>
                <w:color w:val="1D0024"/>
                <w:sz w:val="18"/>
              </w:rPr>
              <w:t>서포터즈</w:t>
            </w:r>
            <w:r>
              <w:rPr>
                <w:rFonts w:ascii="Pretendard" w:eastAsia="Pretendard" w:hAnsi="Pretendard" w:cs="Pretendard"/>
                <w:color w:val="1D0024"/>
                <w:sz w:val="18"/>
              </w:rPr>
              <w:t xml:space="preserve"> </w:t>
            </w:r>
            <w:r>
              <w:rPr>
                <w:rFonts w:ascii="Pretendard" w:eastAsia="Pretendard" w:hAnsi="Pretendard" w:cs="Pretendard"/>
                <w:color w:val="1D0024"/>
                <w:sz w:val="18"/>
              </w:rPr>
              <w:t>워커</w:t>
            </w:r>
            <w:r>
              <w:rPr>
                <w:rFonts w:ascii="Pretendard" w:eastAsia="Pretendard" w:hAnsi="Pretendard" w:cs="Pretendard"/>
                <w:color w:val="1D0024"/>
                <w:sz w:val="18"/>
              </w:rPr>
              <w:t xml:space="preserve"> </w:t>
            </w:r>
            <w:r>
              <w:rPr>
                <w:rFonts w:ascii="Pretendard" w:eastAsia="Pretendard" w:hAnsi="Pretendard" w:cs="Pretendard"/>
                <w:color w:val="1D0024"/>
                <w:sz w:val="18"/>
              </w:rPr>
              <w:t>동작</w:t>
            </w:r>
            <w:r>
              <w:rPr>
                <w:rFonts w:ascii="Pretendard" w:eastAsia="Pretendard" w:hAnsi="Pretendard" w:cs="Pretendard"/>
                <w:color w:val="1D0024"/>
                <w:sz w:val="18"/>
              </w:rPr>
              <w:t>, URL</w:t>
            </w:r>
            <w:r>
              <w:rPr>
                <w:rFonts w:ascii="Pretendard" w:eastAsia="Pretendard" w:hAnsi="Pretendard" w:cs="Pretendard"/>
                <w:color w:val="1D0024"/>
                <w:sz w:val="18"/>
              </w:rPr>
              <w:t>만으로</w:t>
            </w:r>
            <w:r>
              <w:rPr>
                <w:rFonts w:ascii="Pretendard" w:eastAsia="Pretendard" w:hAnsi="Pretendard" w:cs="Pretendard"/>
                <w:color w:val="1D0024"/>
                <w:sz w:val="18"/>
              </w:rPr>
              <w:t xml:space="preserve"> 60~70% </w:t>
            </w:r>
            <w:r>
              <w:rPr>
                <w:rFonts w:ascii="Pretendard" w:eastAsia="Pretendard" w:hAnsi="Pretendard" w:cs="Pretendard"/>
                <w:color w:val="1D0024"/>
                <w:sz w:val="18"/>
              </w:rPr>
              <w:t>품질</w:t>
            </w:r>
            <w:r>
              <w:rPr>
                <w:rFonts w:ascii="Pretendard" w:eastAsia="Pretendard" w:hAnsi="Pretendard" w:cs="Pretendard"/>
                <w:color w:val="1D0024"/>
                <w:sz w:val="18"/>
              </w:rPr>
              <w:t xml:space="preserve">, </w:t>
            </w:r>
            <w:r>
              <w:rPr>
                <w:rFonts w:ascii="Pretendard" w:eastAsia="Pretendard" w:hAnsi="Pretendard" w:cs="Pretendard"/>
                <w:color w:val="1D0024"/>
                <w:sz w:val="18"/>
              </w:rPr>
              <w:t>승인</w:t>
            </w:r>
            <w:r>
              <w:rPr>
                <w:rFonts w:ascii="Pretendard" w:eastAsia="Pretendard" w:hAnsi="Pretendard" w:cs="Pretendard"/>
                <w:color w:val="1D0024"/>
                <w:sz w:val="18"/>
              </w:rPr>
              <w:t xml:space="preserve"> 0</w:t>
            </w:r>
            <w:r>
              <w:rPr>
                <w:rFonts w:ascii="Pretendard" w:eastAsia="Pretendard" w:hAnsi="Pretendard" w:cs="Pretendard"/>
                <w:color w:val="1D0024"/>
                <w:sz w:val="18"/>
              </w:rPr>
              <w:t>편</w:t>
            </w:r>
          </w:p>
        </w:tc>
        <w:tc>
          <w:tcPr>
            <w:tcW w:w="1701" w:type="dxa"/>
          </w:tcPr>
          <w:p w14:paraId="14C828A2" w14:textId="77777777" w:rsidR="004B1372" w:rsidRDefault="00BB0BE3">
            <w:r>
              <w:rPr>
                <w:rFonts w:ascii="Pretendard" w:eastAsia="Pretendard" w:hAnsi="Pretendard" w:cs="Pretendard"/>
                <w:color w:val="1D0024"/>
                <w:sz w:val="18"/>
              </w:rPr>
              <w:t>보유</w:t>
            </w:r>
            <w:r>
              <w:rPr>
                <w:rFonts w:ascii="Pretendard" w:eastAsia="Pretendard" w:hAnsi="Pretendard" w:cs="Pretendard"/>
                <w:color w:val="1D0024"/>
                <w:sz w:val="18"/>
              </w:rPr>
              <w:t>(</w:t>
            </w:r>
            <w:r>
              <w:rPr>
                <w:rFonts w:ascii="Pretendard" w:eastAsia="Pretendard" w:hAnsi="Pretendard" w:cs="Pretendard"/>
                <w:color w:val="1D0024"/>
                <w:sz w:val="18"/>
              </w:rPr>
              <w:t>개선</w:t>
            </w:r>
            <w:r>
              <w:rPr>
                <w:rFonts w:ascii="Pretendard" w:eastAsia="Pretendard" w:hAnsi="Pretendard" w:cs="Pretendard"/>
                <w:color w:val="1D0024"/>
                <w:sz w:val="18"/>
              </w:rPr>
              <w:t xml:space="preserve"> </w:t>
            </w:r>
            <w:r>
              <w:rPr>
                <w:rFonts w:ascii="Pretendard" w:eastAsia="Pretendard" w:hAnsi="Pretendard" w:cs="Pretendard"/>
                <w:color w:val="1D0024"/>
                <w:sz w:val="18"/>
              </w:rPr>
              <w:t>필요</w:t>
            </w:r>
            <w:r>
              <w:rPr>
                <w:rFonts w:ascii="Pretendard" w:eastAsia="Pretendard" w:hAnsi="Pretendard" w:cs="Pretendard"/>
                <w:color w:val="1D0024"/>
                <w:sz w:val="18"/>
              </w:rPr>
              <w:t>)</w:t>
            </w:r>
          </w:p>
        </w:tc>
      </w:tr>
      <w:tr w:rsidR="004B1372" w14:paraId="5C6FD8BF" w14:textId="77777777">
        <w:trPr>
          <w:jc w:val="center"/>
        </w:trPr>
        <w:tc>
          <w:tcPr>
            <w:tcW w:w="1701" w:type="dxa"/>
          </w:tcPr>
          <w:p w14:paraId="61E3B2BD" w14:textId="77777777" w:rsidR="004B1372" w:rsidRDefault="00BB0BE3">
            <w:r>
              <w:rPr>
                <w:rFonts w:ascii="Pretendard" w:eastAsia="Pretendard" w:hAnsi="Pretendard" w:cs="Pretendard"/>
                <w:b/>
                <w:color w:val="1D0024"/>
                <w:sz w:val="18"/>
              </w:rPr>
              <w:t>다병원</w:t>
            </w:r>
            <w:r>
              <w:rPr>
                <w:rFonts w:ascii="Pretendard" w:eastAsia="Pretendard" w:hAnsi="Pretendard" w:cs="Pretendard"/>
                <w:b/>
                <w:color w:val="1D0024"/>
                <w:sz w:val="18"/>
              </w:rPr>
              <w:t xml:space="preserve"> </w:t>
            </w:r>
            <w:r>
              <w:rPr>
                <w:rFonts w:ascii="Pretendard" w:eastAsia="Pretendard" w:hAnsi="Pretendard" w:cs="Pretendard"/>
                <w:b/>
                <w:color w:val="1D0024"/>
                <w:sz w:val="18"/>
              </w:rPr>
              <w:t>허브</w:t>
            </w:r>
            <w:r>
              <w:rPr>
                <w:rFonts w:ascii="Pretendard" w:eastAsia="Pretendard" w:hAnsi="Pretendard" w:cs="Pretendard"/>
                <w:b/>
                <w:color w:val="1D0024"/>
                <w:sz w:val="18"/>
              </w:rPr>
              <w:t xml:space="preserve"> </w:t>
            </w:r>
            <w:r>
              <w:rPr>
                <w:rFonts w:ascii="Pretendard" w:eastAsia="Pretendard" w:hAnsi="Pretendard" w:cs="Pretendard"/>
                <w:b/>
                <w:color w:val="1D0024"/>
                <w:sz w:val="18"/>
              </w:rPr>
              <w:t>개발</w:t>
            </w:r>
          </w:p>
        </w:tc>
        <w:tc>
          <w:tcPr>
            <w:tcW w:w="3061" w:type="dxa"/>
          </w:tcPr>
          <w:p w14:paraId="774CF2D2" w14:textId="77777777" w:rsidR="004B1372" w:rsidRDefault="00BB0BE3">
            <w:r>
              <w:rPr>
                <w:rFonts w:ascii="Pretendard" w:eastAsia="Pretendard" w:hAnsi="Pretendard" w:cs="Pretendard"/>
                <w:color w:val="1D0024"/>
                <w:sz w:val="18"/>
              </w:rPr>
              <w:t>계정</w:t>
            </w:r>
            <w:r>
              <w:rPr>
                <w:rFonts w:ascii="Pretendard" w:eastAsia="Pretendard" w:hAnsi="Pretendard" w:cs="Pretendard"/>
                <w:color w:val="1D0024"/>
                <w:sz w:val="18"/>
              </w:rPr>
              <w:t>·</w:t>
            </w:r>
            <w:r>
              <w:rPr>
                <w:rFonts w:ascii="Pretendard" w:eastAsia="Pretendard" w:hAnsi="Pretendard" w:cs="Pretendard"/>
                <w:color w:val="1D0024"/>
                <w:sz w:val="18"/>
              </w:rPr>
              <w:t>권한</w:t>
            </w:r>
            <w:r>
              <w:rPr>
                <w:rFonts w:ascii="Pretendard" w:eastAsia="Pretendard" w:hAnsi="Pretendard" w:cs="Pretendard"/>
                <w:color w:val="1D0024"/>
                <w:sz w:val="18"/>
              </w:rPr>
              <w:t xml:space="preserve">, </w:t>
            </w:r>
            <w:r>
              <w:rPr>
                <w:rFonts w:ascii="Pretendard" w:eastAsia="Pretendard" w:hAnsi="Pretendard" w:cs="Pretendard"/>
                <w:color w:val="1D0024"/>
                <w:sz w:val="18"/>
              </w:rPr>
              <w:t>허브</w:t>
            </w:r>
            <w:r>
              <w:rPr>
                <w:rFonts w:ascii="Pretendard" w:eastAsia="Pretendard" w:hAnsi="Pretendard" w:cs="Pretendard"/>
                <w:color w:val="1D0024"/>
                <w:sz w:val="18"/>
              </w:rPr>
              <w:t xml:space="preserve"> </w:t>
            </w:r>
            <w:r>
              <w:rPr>
                <w:rFonts w:ascii="Pretendard" w:eastAsia="Pretendard" w:hAnsi="Pretendard" w:cs="Pretendard"/>
                <w:color w:val="1D0024"/>
                <w:sz w:val="18"/>
              </w:rPr>
              <w:t>도메인</w:t>
            </w:r>
            <w:r>
              <w:rPr>
                <w:rFonts w:ascii="Pretendard" w:eastAsia="Pretendard" w:hAnsi="Pretendard" w:cs="Pretendard"/>
                <w:color w:val="1D0024"/>
                <w:sz w:val="18"/>
              </w:rPr>
              <w:t xml:space="preserve">, </w:t>
            </w:r>
            <w:r>
              <w:rPr>
                <w:rFonts w:ascii="Pretendard" w:eastAsia="Pretendard" w:hAnsi="Pretendard" w:cs="Pretendard"/>
                <w:color w:val="1D0024"/>
                <w:sz w:val="18"/>
              </w:rPr>
              <w:t>다국어</w:t>
            </w:r>
            <w:r>
              <w:rPr>
                <w:rFonts w:ascii="Pretendard" w:eastAsia="Pretendard" w:hAnsi="Pretendard" w:cs="Pretendard"/>
                <w:color w:val="1D0024"/>
                <w:sz w:val="18"/>
              </w:rPr>
              <w:t xml:space="preserve"> </w:t>
            </w:r>
            <w:r>
              <w:rPr>
                <w:rFonts w:ascii="Pretendard" w:eastAsia="Pretendard" w:hAnsi="Pretendard" w:cs="Pretendard"/>
                <w:color w:val="1D0024"/>
                <w:sz w:val="18"/>
              </w:rPr>
              <w:t>라우팅</w:t>
            </w:r>
            <w:r>
              <w:rPr>
                <w:rFonts w:ascii="Pretendard" w:eastAsia="Pretendard" w:hAnsi="Pretendard" w:cs="Pretendard"/>
                <w:color w:val="1D0024"/>
                <w:sz w:val="18"/>
              </w:rPr>
              <w:t xml:space="preserve">, </w:t>
            </w:r>
            <w:r>
              <w:rPr>
                <w:rFonts w:ascii="Pretendard" w:eastAsia="Pretendard" w:hAnsi="Pretendard" w:cs="Pretendard"/>
                <w:color w:val="1D0024"/>
                <w:sz w:val="18"/>
              </w:rPr>
              <w:t>상담</w:t>
            </w:r>
            <w:r>
              <w:rPr>
                <w:rFonts w:ascii="Pretendard" w:eastAsia="Pretendard" w:hAnsi="Pretendard" w:cs="Pretendard"/>
                <w:color w:val="1D0024"/>
                <w:sz w:val="18"/>
              </w:rPr>
              <w:t xml:space="preserve"> </w:t>
            </w:r>
            <w:r>
              <w:rPr>
                <w:rFonts w:ascii="Pretendard" w:eastAsia="Pretendard" w:hAnsi="Pretendard" w:cs="Pretendard"/>
                <w:color w:val="1D0024"/>
                <w:sz w:val="18"/>
              </w:rPr>
              <w:t>폼</w:t>
            </w:r>
            <w:r>
              <w:rPr>
                <w:rFonts w:ascii="Pretendard" w:eastAsia="Pretendard" w:hAnsi="Pretendard" w:cs="Pretendard"/>
                <w:color w:val="1D0024"/>
                <w:sz w:val="18"/>
              </w:rPr>
              <w:t xml:space="preserve">, </w:t>
            </w:r>
            <w:r>
              <w:rPr>
                <w:rFonts w:ascii="Pretendard" w:eastAsia="Pretendard" w:hAnsi="Pretendard" w:cs="Pretendard"/>
                <w:color w:val="1D0024"/>
                <w:sz w:val="18"/>
              </w:rPr>
              <w:t>운영</w:t>
            </w:r>
            <w:r>
              <w:rPr>
                <w:rFonts w:ascii="Pretendard" w:eastAsia="Pretendard" w:hAnsi="Pretendard" w:cs="Pretendard"/>
                <w:color w:val="1D0024"/>
                <w:sz w:val="18"/>
              </w:rPr>
              <w:t xml:space="preserve"> </w:t>
            </w:r>
            <w:r>
              <w:rPr>
                <w:rFonts w:ascii="Pretendard" w:eastAsia="Pretendard" w:hAnsi="Pretendard" w:cs="Pretendard"/>
                <w:color w:val="1D0024"/>
                <w:sz w:val="18"/>
              </w:rPr>
              <w:t>콘솔</w:t>
            </w:r>
          </w:p>
        </w:tc>
        <w:tc>
          <w:tcPr>
            <w:tcW w:w="3175" w:type="dxa"/>
          </w:tcPr>
          <w:p w14:paraId="5E0C4D49" w14:textId="77777777" w:rsidR="004B1372" w:rsidRDefault="00BB0BE3">
            <w:r>
              <w:rPr>
                <w:rFonts w:ascii="Pretendard" w:eastAsia="Pretendard" w:hAnsi="Pretendard" w:cs="Pretendard"/>
                <w:color w:val="1D0024"/>
                <w:sz w:val="18"/>
              </w:rPr>
              <w:t>팀장</w:t>
            </w:r>
            <w:r>
              <w:rPr>
                <w:rFonts w:ascii="Pretendard" w:eastAsia="Pretendard" w:hAnsi="Pretendard" w:cs="Pretendard"/>
                <w:color w:val="1D0024"/>
                <w:sz w:val="18"/>
              </w:rPr>
              <w:t xml:space="preserve"> 1</w:t>
            </w:r>
            <w:r>
              <w:rPr>
                <w:rFonts w:ascii="Pretendard" w:eastAsia="Pretendard" w:hAnsi="Pretendard" w:cs="Pretendard"/>
                <w:color w:val="1D0024"/>
                <w:sz w:val="18"/>
              </w:rPr>
              <w:t>명</w:t>
            </w:r>
            <w:r>
              <w:rPr>
                <w:rFonts w:ascii="Pretendard" w:eastAsia="Pretendard" w:hAnsi="Pretendard" w:cs="Pretendard"/>
                <w:color w:val="1D0024"/>
                <w:sz w:val="18"/>
              </w:rPr>
              <w:t>·</w:t>
            </w:r>
            <w:r>
              <w:rPr>
                <w:rFonts w:ascii="Pretendard" w:eastAsia="Pretendard" w:hAnsi="Pretendard" w:cs="Pretendard"/>
                <w:color w:val="1D0024"/>
                <w:sz w:val="18"/>
              </w:rPr>
              <w:t>주니어</w:t>
            </w:r>
            <w:r>
              <w:rPr>
                <w:rFonts w:ascii="Pretendard" w:eastAsia="Pretendard" w:hAnsi="Pretendard" w:cs="Pretendard"/>
                <w:color w:val="1D0024"/>
                <w:sz w:val="18"/>
              </w:rPr>
              <w:t xml:space="preserve"> 5</w:t>
            </w:r>
            <w:r>
              <w:rPr>
                <w:rFonts w:ascii="Pretendard" w:eastAsia="Pretendard" w:hAnsi="Pretendard" w:cs="Pretendard"/>
                <w:color w:val="1D0024"/>
                <w:sz w:val="18"/>
              </w:rPr>
              <w:t>명</w:t>
            </w:r>
            <w:r>
              <w:rPr>
                <w:rFonts w:ascii="Pretendard" w:eastAsia="Pretendard" w:hAnsi="Pretendard" w:cs="Pretendard"/>
                <w:color w:val="1D0024"/>
                <w:sz w:val="18"/>
              </w:rPr>
              <w:t xml:space="preserve">, </w:t>
            </w:r>
            <w:r>
              <w:rPr>
                <w:rFonts w:ascii="Pretendard" w:eastAsia="Pretendard" w:hAnsi="Pretendard" w:cs="Pretendard"/>
                <w:color w:val="1D0024"/>
                <w:sz w:val="18"/>
              </w:rPr>
              <w:t>기존</w:t>
            </w:r>
            <w:r>
              <w:rPr>
                <w:rFonts w:ascii="Pretendard" w:eastAsia="Pretendard" w:hAnsi="Pretendard" w:cs="Pretendard"/>
                <w:color w:val="1D0024"/>
                <w:sz w:val="18"/>
              </w:rPr>
              <w:t xml:space="preserve"> </w:t>
            </w:r>
            <w:r>
              <w:rPr>
                <w:rFonts w:ascii="Pretendard" w:eastAsia="Pretendard" w:hAnsi="Pretendard" w:cs="Pretendard"/>
                <w:color w:val="1D0024"/>
                <w:sz w:val="18"/>
              </w:rPr>
              <w:t>제품</w:t>
            </w:r>
            <w:r>
              <w:rPr>
                <w:rFonts w:ascii="Pretendard" w:eastAsia="Pretendard" w:hAnsi="Pretendard" w:cs="Pretendard"/>
                <w:color w:val="1D0024"/>
                <w:sz w:val="18"/>
              </w:rPr>
              <w:t xml:space="preserve"> </w:t>
            </w:r>
            <w:r>
              <w:rPr>
                <w:rFonts w:ascii="Pretendard" w:eastAsia="Pretendard" w:hAnsi="Pretendard" w:cs="Pretendard"/>
                <w:color w:val="1D0024"/>
                <w:sz w:val="18"/>
              </w:rPr>
              <w:t>병행</w:t>
            </w:r>
          </w:p>
        </w:tc>
        <w:tc>
          <w:tcPr>
            <w:tcW w:w="1701" w:type="dxa"/>
          </w:tcPr>
          <w:p w14:paraId="18FDD20C" w14:textId="77777777" w:rsidR="004B1372" w:rsidRDefault="00BB0BE3">
            <w:r>
              <w:rPr>
                <w:rFonts w:ascii="Pretendard" w:eastAsia="Pretendard" w:hAnsi="Pretendard" w:cs="Pretendard"/>
                <w:color w:val="1D0024"/>
                <w:sz w:val="18"/>
              </w:rPr>
              <w:t>1</w:t>
            </w:r>
            <w:r>
              <w:rPr>
                <w:rFonts w:ascii="Pretendard" w:eastAsia="Pretendard" w:hAnsi="Pretendard" w:cs="Pretendard"/>
                <w:color w:val="1D0024"/>
                <w:sz w:val="18"/>
              </w:rPr>
              <w:t>층만</w:t>
            </w:r>
            <w:r>
              <w:rPr>
                <w:rFonts w:ascii="Pretendard" w:eastAsia="Pretendard" w:hAnsi="Pretendard" w:cs="Pretendard"/>
                <w:color w:val="1D0024"/>
                <w:sz w:val="18"/>
              </w:rPr>
              <w:t xml:space="preserve"> </w:t>
            </w:r>
            <w:r>
              <w:rPr>
                <w:rFonts w:ascii="Pretendard" w:eastAsia="Pretendard" w:hAnsi="Pretendard" w:cs="Pretendard"/>
                <w:color w:val="1D0024"/>
                <w:sz w:val="18"/>
              </w:rPr>
              <w:t>가능</w:t>
            </w:r>
            <w:r>
              <w:rPr>
                <w:rFonts w:ascii="Pretendard" w:eastAsia="Pretendard" w:hAnsi="Pretendard" w:cs="Pretendard"/>
                <w:color w:val="1D0024"/>
                <w:sz w:val="18"/>
              </w:rPr>
              <w:t xml:space="preserve">, </w:t>
            </w:r>
            <w:r>
              <w:rPr>
                <w:rFonts w:ascii="Pretendard" w:eastAsia="Pretendard" w:hAnsi="Pretendard" w:cs="Pretendard"/>
                <w:color w:val="1D0024"/>
                <w:sz w:val="18"/>
              </w:rPr>
              <w:t>기간</w:t>
            </w:r>
            <w:r>
              <w:rPr>
                <w:rFonts w:ascii="Pretendard" w:eastAsia="Pretendard" w:hAnsi="Pretendard" w:cs="Pretendard"/>
                <w:color w:val="1D0024"/>
                <w:sz w:val="18"/>
              </w:rPr>
              <w:t xml:space="preserve"> </w:t>
            </w:r>
            <w:r>
              <w:rPr>
                <w:rFonts w:ascii="Pretendard" w:eastAsia="Pretendard" w:hAnsi="Pretendard" w:cs="Pretendard"/>
                <w:color w:val="1D0024"/>
                <w:sz w:val="18"/>
              </w:rPr>
              <w:t>연장</w:t>
            </w:r>
          </w:p>
        </w:tc>
      </w:tr>
      <w:tr w:rsidR="004B1372" w14:paraId="5607DA73" w14:textId="77777777">
        <w:trPr>
          <w:jc w:val="center"/>
        </w:trPr>
        <w:tc>
          <w:tcPr>
            <w:tcW w:w="1701" w:type="dxa"/>
          </w:tcPr>
          <w:p w14:paraId="49DAEEAE" w14:textId="77777777" w:rsidR="004B1372" w:rsidRDefault="00BB0BE3">
            <w:r>
              <w:rPr>
                <w:rFonts w:ascii="Pretendard" w:eastAsia="Pretendard" w:hAnsi="Pretendard" w:cs="Pretendard"/>
                <w:b/>
                <w:color w:val="1D0024"/>
                <w:sz w:val="18"/>
              </w:rPr>
              <w:t>운영</w:t>
            </w:r>
          </w:p>
        </w:tc>
        <w:tc>
          <w:tcPr>
            <w:tcW w:w="3061" w:type="dxa"/>
          </w:tcPr>
          <w:p w14:paraId="6F035423" w14:textId="77777777" w:rsidR="004B1372" w:rsidRDefault="00BB0BE3">
            <w:r>
              <w:rPr>
                <w:rFonts w:ascii="Pretendard" w:eastAsia="Pretendard" w:hAnsi="Pretendard" w:cs="Pretendard"/>
                <w:color w:val="1D0024"/>
                <w:sz w:val="18"/>
              </w:rPr>
              <w:t>병원</w:t>
            </w:r>
            <w:r>
              <w:rPr>
                <w:rFonts w:ascii="Pretendard" w:eastAsia="Pretendard" w:hAnsi="Pretendard" w:cs="Pretendard"/>
                <w:color w:val="1D0024"/>
                <w:sz w:val="18"/>
              </w:rPr>
              <w:t xml:space="preserve"> </w:t>
            </w:r>
            <w:r>
              <w:rPr>
                <w:rFonts w:ascii="Pretendard" w:eastAsia="Pretendard" w:hAnsi="Pretendard" w:cs="Pretendard"/>
                <w:color w:val="1D0024"/>
                <w:sz w:val="18"/>
              </w:rPr>
              <w:t>응대</w:t>
            </w:r>
            <w:r>
              <w:rPr>
                <w:rFonts w:ascii="Pretendard" w:eastAsia="Pretendard" w:hAnsi="Pretendard" w:cs="Pretendard"/>
                <w:color w:val="1D0024"/>
                <w:sz w:val="18"/>
              </w:rPr>
              <w:t xml:space="preserve">, </w:t>
            </w:r>
            <w:r>
              <w:rPr>
                <w:rFonts w:ascii="Pretendard" w:eastAsia="Pretendard" w:hAnsi="Pretendard" w:cs="Pretendard"/>
                <w:color w:val="1D0024"/>
                <w:sz w:val="18"/>
              </w:rPr>
              <w:t>검수</w:t>
            </w:r>
            <w:r>
              <w:rPr>
                <w:rFonts w:ascii="Pretendard" w:eastAsia="Pretendard" w:hAnsi="Pretendard" w:cs="Pretendard"/>
                <w:color w:val="1D0024"/>
                <w:sz w:val="18"/>
              </w:rPr>
              <w:t xml:space="preserve">, </w:t>
            </w:r>
            <w:r>
              <w:rPr>
                <w:rFonts w:ascii="Pretendard" w:eastAsia="Pretendard" w:hAnsi="Pretendard" w:cs="Pretendard"/>
                <w:color w:val="1D0024"/>
                <w:sz w:val="18"/>
              </w:rPr>
              <w:t>이미지</w:t>
            </w:r>
            <w:r>
              <w:rPr>
                <w:rFonts w:ascii="Pretendard" w:eastAsia="Pretendard" w:hAnsi="Pretendard" w:cs="Pretendard"/>
                <w:color w:val="1D0024"/>
                <w:sz w:val="18"/>
              </w:rPr>
              <w:t xml:space="preserve"> </w:t>
            </w:r>
            <w:r>
              <w:rPr>
                <w:rFonts w:ascii="Pretendard" w:eastAsia="Pretendard" w:hAnsi="Pretendard" w:cs="Pretendard"/>
                <w:color w:val="1D0024"/>
                <w:sz w:val="18"/>
              </w:rPr>
              <w:t>육안</w:t>
            </w:r>
            <w:r>
              <w:rPr>
                <w:rFonts w:ascii="Pretendard" w:eastAsia="Pretendard" w:hAnsi="Pretendard" w:cs="Pretendard"/>
                <w:color w:val="1D0024"/>
                <w:sz w:val="18"/>
              </w:rPr>
              <w:t xml:space="preserve">, </w:t>
            </w:r>
            <w:r>
              <w:rPr>
                <w:rFonts w:ascii="Pretendard" w:eastAsia="Pretendard" w:hAnsi="Pretendard" w:cs="Pretendard"/>
                <w:color w:val="1D0024"/>
                <w:sz w:val="18"/>
              </w:rPr>
              <w:t>정정</w:t>
            </w:r>
            <w:r>
              <w:rPr>
                <w:rFonts w:ascii="Pretendard" w:eastAsia="Pretendard" w:hAnsi="Pretendard" w:cs="Pretendard"/>
                <w:color w:val="1D0024"/>
                <w:sz w:val="18"/>
              </w:rPr>
              <w:t xml:space="preserve">, </w:t>
            </w:r>
            <w:r>
              <w:rPr>
                <w:rFonts w:ascii="Pretendard" w:eastAsia="Pretendard" w:hAnsi="Pretendard" w:cs="Pretendard"/>
                <w:color w:val="1D0024"/>
                <w:sz w:val="18"/>
              </w:rPr>
              <w:t>게이트</w:t>
            </w:r>
            <w:r>
              <w:rPr>
                <w:rFonts w:ascii="Pretendard" w:eastAsia="Pretendard" w:hAnsi="Pretendard" w:cs="Pretendard"/>
                <w:color w:val="1D0024"/>
                <w:sz w:val="18"/>
              </w:rPr>
              <w:t xml:space="preserve"> </w:t>
            </w:r>
            <w:r>
              <w:rPr>
                <w:rFonts w:ascii="Pretendard" w:eastAsia="Pretendard" w:hAnsi="Pretendard" w:cs="Pretendard"/>
                <w:color w:val="1D0024"/>
                <w:sz w:val="18"/>
              </w:rPr>
              <w:t>실패</w:t>
            </w:r>
            <w:r>
              <w:rPr>
                <w:rFonts w:ascii="Pretendard" w:eastAsia="Pretendard" w:hAnsi="Pretendard" w:cs="Pretendard"/>
                <w:color w:val="1D0024"/>
                <w:sz w:val="18"/>
              </w:rPr>
              <w:t xml:space="preserve"> </w:t>
            </w:r>
            <w:r>
              <w:rPr>
                <w:rFonts w:ascii="Pretendard" w:eastAsia="Pretendard" w:hAnsi="Pretendard" w:cs="Pretendard"/>
                <w:color w:val="1D0024"/>
                <w:sz w:val="18"/>
              </w:rPr>
              <w:t>처리</w:t>
            </w:r>
          </w:p>
        </w:tc>
        <w:tc>
          <w:tcPr>
            <w:tcW w:w="3175" w:type="dxa"/>
          </w:tcPr>
          <w:p w14:paraId="6DBFB521" w14:textId="77777777" w:rsidR="004B1372" w:rsidRDefault="00BB0BE3">
            <w:r>
              <w:rPr>
                <w:rFonts w:ascii="Pretendard" w:eastAsia="Pretendard" w:hAnsi="Pretendard" w:cs="Pretendard"/>
                <w:color w:val="1D0024"/>
                <w:sz w:val="18"/>
              </w:rPr>
              <w:t>운영팀</w:t>
            </w:r>
            <w:r>
              <w:rPr>
                <w:rFonts w:ascii="Pretendard" w:eastAsia="Pretendard" w:hAnsi="Pretendard" w:cs="Pretendard"/>
                <w:color w:val="1D0024"/>
                <w:sz w:val="18"/>
              </w:rPr>
              <w:t xml:space="preserve"> </w:t>
            </w:r>
            <w:r>
              <w:rPr>
                <w:rFonts w:ascii="Pretendard" w:eastAsia="Pretendard" w:hAnsi="Pretendard" w:cs="Pretendard"/>
                <w:color w:val="1D0024"/>
                <w:sz w:val="18"/>
              </w:rPr>
              <w:t>없음</w:t>
            </w:r>
          </w:p>
        </w:tc>
        <w:tc>
          <w:tcPr>
            <w:tcW w:w="1701" w:type="dxa"/>
          </w:tcPr>
          <w:p w14:paraId="6E949AE9" w14:textId="77777777" w:rsidR="004B1372" w:rsidRDefault="00BB0BE3">
            <w:r>
              <w:rPr>
                <w:rFonts w:ascii="Pretendard" w:eastAsia="Pretendard" w:hAnsi="Pretendard" w:cs="Pretendard"/>
                <w:color w:val="1D0024"/>
                <w:sz w:val="18"/>
              </w:rPr>
              <w:t>부족</w:t>
            </w:r>
          </w:p>
        </w:tc>
      </w:tr>
      <w:tr w:rsidR="004B1372" w14:paraId="77294042" w14:textId="77777777">
        <w:trPr>
          <w:jc w:val="center"/>
        </w:trPr>
        <w:tc>
          <w:tcPr>
            <w:tcW w:w="1701" w:type="dxa"/>
          </w:tcPr>
          <w:p w14:paraId="065446B9" w14:textId="77777777" w:rsidR="004B1372" w:rsidRDefault="00BB0BE3">
            <w:r>
              <w:rPr>
                <w:rFonts w:ascii="Pretendard" w:eastAsia="Pretendard" w:hAnsi="Pretendard" w:cs="Pretendard"/>
                <w:b/>
                <w:color w:val="1D0024"/>
                <w:sz w:val="18"/>
              </w:rPr>
              <w:t>외국인</w:t>
            </w:r>
            <w:r>
              <w:rPr>
                <w:rFonts w:ascii="Pretendard" w:eastAsia="Pretendard" w:hAnsi="Pretendard" w:cs="Pretendard"/>
                <w:b/>
                <w:color w:val="1D0024"/>
                <w:sz w:val="18"/>
              </w:rPr>
              <w:t xml:space="preserve"> </w:t>
            </w:r>
            <w:r>
              <w:rPr>
                <w:rFonts w:ascii="Pretendard" w:eastAsia="Pretendard" w:hAnsi="Pretendard" w:cs="Pretendard"/>
                <w:b/>
                <w:color w:val="1D0024"/>
                <w:sz w:val="18"/>
              </w:rPr>
              <w:t>응대</w:t>
            </w:r>
          </w:p>
        </w:tc>
        <w:tc>
          <w:tcPr>
            <w:tcW w:w="3061" w:type="dxa"/>
          </w:tcPr>
          <w:p w14:paraId="6A29CB9F" w14:textId="77777777" w:rsidR="004B1372" w:rsidRDefault="00BB0BE3">
            <w:r>
              <w:rPr>
                <w:rFonts w:ascii="Pretendard" w:eastAsia="Pretendard" w:hAnsi="Pretendard" w:cs="Pretendard"/>
                <w:color w:val="1D0024"/>
                <w:sz w:val="18"/>
              </w:rPr>
              <w:t>영</w:t>
            </w:r>
            <w:r>
              <w:rPr>
                <w:rFonts w:ascii="Pretendard" w:eastAsia="Pretendard" w:hAnsi="Pretendard" w:cs="Pretendard"/>
                <w:color w:val="1D0024"/>
                <w:sz w:val="18"/>
              </w:rPr>
              <w:t>·</w:t>
            </w:r>
            <w:r>
              <w:rPr>
                <w:rFonts w:ascii="Pretendard" w:eastAsia="Pretendard" w:hAnsi="Pretendard" w:cs="Pretendard"/>
                <w:color w:val="1D0024"/>
                <w:sz w:val="18"/>
              </w:rPr>
              <w:t>일</w:t>
            </w:r>
            <w:r>
              <w:rPr>
                <w:rFonts w:ascii="Pretendard" w:eastAsia="Pretendard" w:hAnsi="Pretendard" w:cs="Pretendard"/>
                <w:color w:val="1D0024"/>
                <w:sz w:val="18"/>
              </w:rPr>
              <w:t>·</w:t>
            </w:r>
            <w:r>
              <w:rPr>
                <w:rFonts w:ascii="Pretendard" w:eastAsia="Pretendard" w:hAnsi="Pretendard" w:cs="Pretendard"/>
                <w:color w:val="1D0024"/>
                <w:sz w:val="18"/>
              </w:rPr>
              <w:t>중</w:t>
            </w:r>
            <w:r>
              <w:rPr>
                <w:rFonts w:ascii="Pretendard" w:eastAsia="Pretendard" w:hAnsi="Pretendard" w:cs="Pretendard"/>
                <w:color w:val="1D0024"/>
                <w:sz w:val="18"/>
              </w:rPr>
              <w:t xml:space="preserve"> </w:t>
            </w:r>
            <w:r>
              <w:rPr>
                <w:rFonts w:ascii="Pretendard" w:eastAsia="Pretendard" w:hAnsi="Pretendard" w:cs="Pretendard"/>
                <w:color w:val="1D0024"/>
                <w:sz w:val="18"/>
              </w:rPr>
              <w:t>상담</w:t>
            </w:r>
            <w:r>
              <w:rPr>
                <w:rFonts w:ascii="Pretendard" w:eastAsia="Pretendard" w:hAnsi="Pretendard" w:cs="Pretendard"/>
                <w:color w:val="1D0024"/>
                <w:sz w:val="18"/>
              </w:rPr>
              <w:t xml:space="preserve">, </w:t>
            </w:r>
            <w:r>
              <w:rPr>
                <w:rFonts w:ascii="Pretendard" w:eastAsia="Pretendard" w:hAnsi="Pretendard" w:cs="Pretendard"/>
                <w:color w:val="1D0024"/>
                <w:sz w:val="18"/>
              </w:rPr>
              <w:t>예약</w:t>
            </w:r>
            <w:r>
              <w:rPr>
                <w:rFonts w:ascii="Pretendard" w:eastAsia="Pretendard" w:hAnsi="Pretendard" w:cs="Pretendard"/>
                <w:color w:val="1D0024"/>
                <w:sz w:val="18"/>
              </w:rPr>
              <w:t xml:space="preserve"> </w:t>
            </w:r>
            <w:r>
              <w:rPr>
                <w:rFonts w:ascii="Pretendard" w:eastAsia="Pretendard" w:hAnsi="Pretendard" w:cs="Pretendard"/>
                <w:color w:val="1D0024"/>
                <w:sz w:val="18"/>
              </w:rPr>
              <w:t>조율</w:t>
            </w:r>
            <w:r>
              <w:rPr>
                <w:rFonts w:ascii="Pretendard" w:eastAsia="Pretendard" w:hAnsi="Pretendard" w:cs="Pretendard"/>
                <w:color w:val="1D0024"/>
                <w:sz w:val="18"/>
              </w:rPr>
              <w:t xml:space="preserve">, </w:t>
            </w:r>
            <w:r>
              <w:rPr>
                <w:rFonts w:ascii="Pretendard" w:eastAsia="Pretendard" w:hAnsi="Pretendard" w:cs="Pretendard"/>
                <w:color w:val="1D0024"/>
                <w:sz w:val="18"/>
              </w:rPr>
              <w:t>통역</w:t>
            </w:r>
            <w:r>
              <w:rPr>
                <w:rFonts w:ascii="Pretendard" w:eastAsia="Pretendard" w:hAnsi="Pretendard" w:cs="Pretendard"/>
                <w:color w:val="1D0024"/>
                <w:sz w:val="18"/>
              </w:rPr>
              <w:t xml:space="preserve">, </w:t>
            </w:r>
            <w:r>
              <w:rPr>
                <w:rFonts w:ascii="Pretendard" w:eastAsia="Pretendard" w:hAnsi="Pretendard" w:cs="Pretendard"/>
                <w:color w:val="1D0024"/>
                <w:sz w:val="18"/>
              </w:rPr>
              <w:t>분쟁</w:t>
            </w:r>
          </w:p>
        </w:tc>
        <w:tc>
          <w:tcPr>
            <w:tcW w:w="3175" w:type="dxa"/>
          </w:tcPr>
          <w:p w14:paraId="6075773D" w14:textId="77777777" w:rsidR="004B1372" w:rsidRDefault="00BB0BE3">
            <w:r>
              <w:rPr>
                <w:rFonts w:ascii="Pretendard" w:eastAsia="Pretendard" w:hAnsi="Pretendard" w:cs="Pretendard"/>
                <w:color w:val="1D0024"/>
                <w:sz w:val="18"/>
              </w:rPr>
              <w:t>없음</w:t>
            </w:r>
          </w:p>
        </w:tc>
        <w:tc>
          <w:tcPr>
            <w:tcW w:w="1701" w:type="dxa"/>
          </w:tcPr>
          <w:p w14:paraId="156C4F41" w14:textId="77777777" w:rsidR="004B1372" w:rsidRDefault="00BB0BE3">
            <w:r>
              <w:rPr>
                <w:rFonts w:ascii="Pretendard" w:eastAsia="Pretendard" w:hAnsi="Pretendard" w:cs="Pretendard"/>
                <w:color w:val="1D0024"/>
                <w:sz w:val="18"/>
              </w:rPr>
              <w:t>불가</w:t>
            </w:r>
          </w:p>
        </w:tc>
      </w:tr>
      <w:tr w:rsidR="004B1372" w14:paraId="19C78732" w14:textId="77777777">
        <w:trPr>
          <w:jc w:val="center"/>
        </w:trPr>
        <w:tc>
          <w:tcPr>
            <w:tcW w:w="1701" w:type="dxa"/>
          </w:tcPr>
          <w:p w14:paraId="04932768" w14:textId="77777777" w:rsidR="004B1372" w:rsidRDefault="00BB0BE3">
            <w:r>
              <w:rPr>
                <w:rFonts w:ascii="Pretendard" w:eastAsia="Pretendard" w:hAnsi="Pretendard" w:cs="Pretendard"/>
                <w:b/>
                <w:color w:val="1D0024"/>
                <w:sz w:val="18"/>
              </w:rPr>
              <w:t>수요</w:t>
            </w:r>
            <w:r>
              <w:rPr>
                <w:rFonts w:ascii="Pretendard" w:eastAsia="Pretendard" w:hAnsi="Pretendard" w:cs="Pretendard"/>
                <w:b/>
                <w:color w:val="1D0024"/>
                <w:sz w:val="18"/>
              </w:rPr>
              <w:t xml:space="preserve"> </w:t>
            </w:r>
            <w:r>
              <w:rPr>
                <w:rFonts w:ascii="Pretendard" w:eastAsia="Pretendard" w:hAnsi="Pretendard" w:cs="Pretendard"/>
                <w:b/>
                <w:color w:val="1D0024"/>
                <w:sz w:val="18"/>
              </w:rPr>
              <w:t>확보</w:t>
            </w:r>
          </w:p>
        </w:tc>
        <w:tc>
          <w:tcPr>
            <w:tcW w:w="3061" w:type="dxa"/>
          </w:tcPr>
          <w:p w14:paraId="1C5B64D3" w14:textId="77777777" w:rsidR="004B1372" w:rsidRDefault="00BB0BE3">
            <w:r>
              <w:rPr>
                <w:rFonts w:ascii="Pretendard" w:eastAsia="Pretendard" w:hAnsi="Pretendard" w:cs="Pretendard"/>
                <w:color w:val="1D0024"/>
                <w:sz w:val="18"/>
              </w:rPr>
              <w:t>해외</w:t>
            </w:r>
            <w:r>
              <w:rPr>
                <w:rFonts w:ascii="Pretendard" w:eastAsia="Pretendard" w:hAnsi="Pretendard" w:cs="Pretendard"/>
                <w:color w:val="1D0024"/>
                <w:sz w:val="18"/>
              </w:rPr>
              <w:t xml:space="preserve"> </w:t>
            </w:r>
            <w:r>
              <w:rPr>
                <w:rFonts w:ascii="Pretendard" w:eastAsia="Pretendard" w:hAnsi="Pretendard" w:cs="Pretendard"/>
                <w:color w:val="1D0024"/>
                <w:sz w:val="18"/>
              </w:rPr>
              <w:t>광고</w:t>
            </w:r>
            <w:r>
              <w:rPr>
                <w:rFonts w:ascii="Pretendard" w:eastAsia="Pretendard" w:hAnsi="Pretendard" w:cs="Pretendard"/>
                <w:color w:val="1D0024"/>
                <w:sz w:val="18"/>
              </w:rPr>
              <w:t xml:space="preserve">, </w:t>
            </w:r>
            <w:r>
              <w:rPr>
                <w:rFonts w:ascii="Pretendard" w:eastAsia="Pretendard" w:hAnsi="Pretendard" w:cs="Pretendard"/>
                <w:color w:val="1D0024"/>
                <w:sz w:val="18"/>
              </w:rPr>
              <w:t>현지</w:t>
            </w:r>
            <w:r>
              <w:rPr>
                <w:rFonts w:ascii="Pretendard" w:eastAsia="Pretendard" w:hAnsi="Pretendard" w:cs="Pretendard"/>
                <w:color w:val="1D0024"/>
                <w:sz w:val="18"/>
              </w:rPr>
              <w:t xml:space="preserve"> </w:t>
            </w:r>
            <w:r>
              <w:rPr>
                <w:rFonts w:ascii="Pretendard" w:eastAsia="Pretendard" w:hAnsi="Pretendard" w:cs="Pretendard"/>
                <w:color w:val="1D0024"/>
                <w:sz w:val="18"/>
              </w:rPr>
              <w:t>마케팅</w:t>
            </w:r>
          </w:p>
        </w:tc>
        <w:tc>
          <w:tcPr>
            <w:tcW w:w="3175" w:type="dxa"/>
          </w:tcPr>
          <w:p w14:paraId="7937B449" w14:textId="77777777" w:rsidR="004B1372" w:rsidRDefault="00BB0BE3">
            <w:r>
              <w:rPr>
                <w:rFonts w:ascii="Pretendard" w:eastAsia="Pretendard" w:hAnsi="Pretendard" w:cs="Pretendard"/>
                <w:color w:val="1D0024"/>
                <w:sz w:val="18"/>
              </w:rPr>
              <w:t>없음</w:t>
            </w:r>
            <w:r>
              <w:rPr>
                <w:rFonts w:ascii="Pretendard" w:eastAsia="Pretendard" w:hAnsi="Pretendard" w:cs="Pretendard"/>
                <w:color w:val="1D0024"/>
                <w:sz w:val="18"/>
              </w:rPr>
              <w:t xml:space="preserve">, AI </w:t>
            </w:r>
            <w:r>
              <w:rPr>
                <w:rFonts w:ascii="Pretendard" w:eastAsia="Pretendard" w:hAnsi="Pretendard" w:cs="Pretendard"/>
                <w:color w:val="1D0024"/>
                <w:sz w:val="18"/>
              </w:rPr>
              <w:t>인용에만</w:t>
            </w:r>
            <w:r>
              <w:rPr>
                <w:rFonts w:ascii="Pretendard" w:eastAsia="Pretendard" w:hAnsi="Pretendard" w:cs="Pretendard"/>
                <w:color w:val="1D0024"/>
                <w:sz w:val="18"/>
              </w:rPr>
              <w:t xml:space="preserve"> </w:t>
            </w:r>
            <w:r>
              <w:rPr>
                <w:rFonts w:ascii="Pretendard" w:eastAsia="Pretendard" w:hAnsi="Pretendard" w:cs="Pretendard"/>
                <w:color w:val="1D0024"/>
                <w:sz w:val="18"/>
              </w:rPr>
              <w:t>의존</w:t>
            </w:r>
          </w:p>
        </w:tc>
        <w:tc>
          <w:tcPr>
            <w:tcW w:w="1701" w:type="dxa"/>
          </w:tcPr>
          <w:p w14:paraId="690C5937" w14:textId="77777777" w:rsidR="004B1372" w:rsidRDefault="00BB0BE3">
            <w:r>
              <w:rPr>
                <w:rFonts w:ascii="Pretendard" w:eastAsia="Pretendard" w:hAnsi="Pretendard" w:cs="Pretendard"/>
                <w:color w:val="1D0024"/>
                <w:sz w:val="18"/>
              </w:rPr>
              <w:t>불가</w:t>
            </w:r>
          </w:p>
        </w:tc>
      </w:tr>
      <w:tr w:rsidR="004B1372" w14:paraId="043DEA7D" w14:textId="77777777">
        <w:trPr>
          <w:jc w:val="center"/>
        </w:trPr>
        <w:tc>
          <w:tcPr>
            <w:tcW w:w="1701" w:type="dxa"/>
          </w:tcPr>
          <w:p w14:paraId="169A5871" w14:textId="77777777" w:rsidR="004B1372" w:rsidRDefault="00BB0BE3">
            <w:r>
              <w:rPr>
                <w:rFonts w:ascii="Pretendard" w:eastAsia="Pretendard" w:hAnsi="Pretendard" w:cs="Pretendard"/>
                <w:b/>
                <w:color w:val="1D0024"/>
                <w:sz w:val="18"/>
              </w:rPr>
              <w:t>병원</w:t>
            </w:r>
            <w:r>
              <w:rPr>
                <w:rFonts w:ascii="Pretendard" w:eastAsia="Pretendard" w:hAnsi="Pretendard" w:cs="Pretendard"/>
                <w:b/>
                <w:color w:val="1D0024"/>
                <w:sz w:val="18"/>
              </w:rPr>
              <w:t xml:space="preserve"> </w:t>
            </w:r>
            <w:r>
              <w:rPr>
                <w:rFonts w:ascii="Pretendard" w:eastAsia="Pretendard" w:hAnsi="Pretendard" w:cs="Pretendard"/>
                <w:b/>
                <w:color w:val="1D0024"/>
                <w:sz w:val="18"/>
              </w:rPr>
              <w:t>공급</w:t>
            </w:r>
          </w:p>
        </w:tc>
        <w:tc>
          <w:tcPr>
            <w:tcW w:w="3061" w:type="dxa"/>
          </w:tcPr>
          <w:p w14:paraId="3A3FA145" w14:textId="77777777" w:rsidR="004B1372" w:rsidRDefault="00BB0BE3">
            <w:r>
              <w:rPr>
                <w:rFonts w:ascii="Pretendard" w:eastAsia="Pretendard" w:hAnsi="Pretendard" w:cs="Pretendard"/>
                <w:color w:val="1D0024"/>
                <w:sz w:val="18"/>
              </w:rPr>
              <w:t>병원</w:t>
            </w:r>
            <w:r>
              <w:rPr>
                <w:rFonts w:ascii="Pretendard" w:eastAsia="Pretendard" w:hAnsi="Pretendard" w:cs="Pretendard"/>
                <w:color w:val="1D0024"/>
                <w:sz w:val="18"/>
              </w:rPr>
              <w:t xml:space="preserve"> </w:t>
            </w:r>
            <w:r>
              <w:rPr>
                <w:rFonts w:ascii="Pretendard" w:eastAsia="Pretendard" w:hAnsi="Pretendard" w:cs="Pretendard"/>
                <w:color w:val="1D0024"/>
                <w:sz w:val="18"/>
              </w:rPr>
              <w:t>영업</w:t>
            </w:r>
            <w:r>
              <w:rPr>
                <w:rFonts w:ascii="Pretendard" w:eastAsia="Pretendard" w:hAnsi="Pretendard" w:cs="Pretendard"/>
                <w:color w:val="1D0024"/>
                <w:sz w:val="18"/>
              </w:rPr>
              <w:t xml:space="preserve"> </w:t>
            </w:r>
            <w:r>
              <w:rPr>
                <w:rFonts w:ascii="Pretendard" w:eastAsia="Pretendard" w:hAnsi="Pretendard" w:cs="Pretendard"/>
                <w:color w:val="1D0024"/>
                <w:sz w:val="18"/>
              </w:rPr>
              <w:t>조직</w:t>
            </w:r>
          </w:p>
        </w:tc>
        <w:tc>
          <w:tcPr>
            <w:tcW w:w="3175" w:type="dxa"/>
          </w:tcPr>
          <w:p w14:paraId="361AB314" w14:textId="77777777" w:rsidR="004B1372" w:rsidRDefault="00BB0BE3">
            <w:r>
              <w:rPr>
                <w:rFonts w:ascii="Pretendard" w:eastAsia="Pretendard" w:hAnsi="Pretendard" w:cs="Pretendard"/>
                <w:color w:val="1D0024"/>
                <w:sz w:val="18"/>
              </w:rPr>
              <w:t>앵커</w:t>
            </w:r>
            <w:r>
              <w:rPr>
                <w:rFonts w:ascii="Pretendard" w:eastAsia="Pretendard" w:hAnsi="Pretendard" w:cs="Pretendard"/>
                <w:color w:val="1D0024"/>
                <w:sz w:val="18"/>
              </w:rPr>
              <w:t xml:space="preserve"> </w:t>
            </w:r>
            <w:r>
              <w:rPr>
                <w:rFonts w:ascii="Pretendard" w:eastAsia="Pretendard" w:hAnsi="Pretendard" w:cs="Pretendard"/>
                <w:color w:val="1D0024"/>
                <w:sz w:val="18"/>
              </w:rPr>
              <w:t>소개</w:t>
            </w:r>
            <w:r>
              <w:rPr>
                <w:rFonts w:ascii="Pretendard" w:eastAsia="Pretendard" w:hAnsi="Pretendard" w:cs="Pretendard"/>
                <w:color w:val="1D0024"/>
                <w:sz w:val="18"/>
              </w:rPr>
              <w:t xml:space="preserve"> </w:t>
            </w:r>
            <w:r>
              <w:rPr>
                <w:rFonts w:ascii="Pretendard" w:eastAsia="Pretendard" w:hAnsi="Pretendard" w:cs="Pretendard"/>
                <w:color w:val="1D0024"/>
                <w:sz w:val="18"/>
              </w:rPr>
              <w:t>의존</w:t>
            </w:r>
            <w:r>
              <w:rPr>
                <w:rFonts w:ascii="Pretendard" w:eastAsia="Pretendard" w:hAnsi="Pretendard" w:cs="Pretendard"/>
                <w:color w:val="1D0024"/>
                <w:sz w:val="18"/>
              </w:rPr>
              <w:t xml:space="preserve">, </w:t>
            </w:r>
            <w:r>
              <w:rPr>
                <w:rFonts w:ascii="Pretendard" w:eastAsia="Pretendard" w:hAnsi="Pretendard" w:cs="Pretendard"/>
                <w:color w:val="1D0024"/>
                <w:sz w:val="18"/>
              </w:rPr>
              <w:t>명단</w:t>
            </w:r>
            <w:r>
              <w:rPr>
                <w:rFonts w:ascii="Pretendard" w:eastAsia="Pretendard" w:hAnsi="Pretendard" w:cs="Pretendard"/>
                <w:color w:val="1D0024"/>
                <w:sz w:val="18"/>
              </w:rPr>
              <w:t xml:space="preserve"> </w:t>
            </w:r>
            <w:r>
              <w:rPr>
                <w:rFonts w:ascii="Pretendard" w:eastAsia="Pretendard" w:hAnsi="Pretendard" w:cs="Pretendard"/>
                <w:color w:val="1D0024"/>
                <w:sz w:val="18"/>
              </w:rPr>
              <w:t>미확인</w:t>
            </w:r>
          </w:p>
        </w:tc>
        <w:tc>
          <w:tcPr>
            <w:tcW w:w="1701" w:type="dxa"/>
          </w:tcPr>
          <w:p w14:paraId="3954C608" w14:textId="77777777" w:rsidR="004B1372" w:rsidRDefault="00BB0BE3">
            <w:r>
              <w:rPr>
                <w:rFonts w:ascii="Pretendard" w:eastAsia="Pretendard" w:hAnsi="Pretendard" w:cs="Pretendard"/>
                <w:color w:val="1D0024"/>
                <w:sz w:val="18"/>
              </w:rPr>
              <w:t>부족</w:t>
            </w:r>
          </w:p>
        </w:tc>
      </w:tr>
      <w:tr w:rsidR="004B1372" w14:paraId="5D04A521" w14:textId="77777777">
        <w:trPr>
          <w:jc w:val="center"/>
        </w:trPr>
        <w:tc>
          <w:tcPr>
            <w:tcW w:w="1701" w:type="dxa"/>
          </w:tcPr>
          <w:p w14:paraId="56597F1F" w14:textId="77777777" w:rsidR="004B1372" w:rsidRDefault="00BB0BE3">
            <w:r>
              <w:rPr>
                <w:rFonts w:ascii="Pretendard" w:eastAsia="Pretendard" w:hAnsi="Pretendard" w:cs="Pretendard"/>
                <w:b/>
                <w:color w:val="1D0024"/>
                <w:sz w:val="18"/>
              </w:rPr>
              <w:t>규제</w:t>
            </w:r>
            <w:r>
              <w:rPr>
                <w:rFonts w:ascii="Pretendard" w:eastAsia="Pretendard" w:hAnsi="Pretendard" w:cs="Pretendard"/>
                <w:b/>
                <w:color w:val="1D0024"/>
                <w:sz w:val="18"/>
              </w:rPr>
              <w:t>·</w:t>
            </w:r>
            <w:r>
              <w:rPr>
                <w:rFonts w:ascii="Pretendard" w:eastAsia="Pretendard" w:hAnsi="Pretendard" w:cs="Pretendard"/>
                <w:b/>
                <w:color w:val="1D0024"/>
                <w:sz w:val="18"/>
              </w:rPr>
              <w:t>자본</w:t>
            </w:r>
          </w:p>
        </w:tc>
        <w:tc>
          <w:tcPr>
            <w:tcW w:w="3061" w:type="dxa"/>
          </w:tcPr>
          <w:p w14:paraId="426EAD91" w14:textId="77777777" w:rsidR="004B1372" w:rsidRDefault="00BB0BE3">
            <w:r>
              <w:rPr>
                <w:rFonts w:ascii="Pretendard" w:eastAsia="Pretendard" w:hAnsi="Pretendard" w:cs="Pretendard"/>
                <w:color w:val="1D0024"/>
                <w:sz w:val="18"/>
              </w:rPr>
              <w:t>유치업</w:t>
            </w:r>
            <w:r>
              <w:rPr>
                <w:rFonts w:ascii="Pretendard" w:eastAsia="Pretendard" w:hAnsi="Pretendard" w:cs="Pretendard"/>
                <w:color w:val="1D0024"/>
                <w:sz w:val="18"/>
              </w:rPr>
              <w:t xml:space="preserve"> </w:t>
            </w:r>
            <w:r>
              <w:rPr>
                <w:rFonts w:ascii="Pretendard" w:eastAsia="Pretendard" w:hAnsi="Pretendard" w:cs="Pretendard"/>
                <w:color w:val="1D0024"/>
                <w:sz w:val="18"/>
              </w:rPr>
              <w:t>법인</w:t>
            </w:r>
            <w:r>
              <w:rPr>
                <w:rFonts w:ascii="Pretendard" w:eastAsia="Pretendard" w:hAnsi="Pretendard" w:cs="Pretendard"/>
                <w:color w:val="1D0024"/>
                <w:sz w:val="18"/>
              </w:rPr>
              <w:t xml:space="preserve">, </w:t>
            </w:r>
            <w:r>
              <w:rPr>
                <w:rFonts w:ascii="Pretendard" w:eastAsia="Pretendard" w:hAnsi="Pretendard" w:cs="Pretendard"/>
                <w:color w:val="1D0024"/>
                <w:sz w:val="18"/>
              </w:rPr>
              <w:t>자본금</w:t>
            </w:r>
            <w:r>
              <w:rPr>
                <w:rFonts w:ascii="Pretendard" w:eastAsia="Pretendard" w:hAnsi="Pretendard" w:cs="Pretendard"/>
                <w:color w:val="1D0024"/>
                <w:sz w:val="18"/>
              </w:rPr>
              <w:t>·</w:t>
            </w:r>
            <w:r>
              <w:rPr>
                <w:rFonts w:ascii="Pretendard" w:eastAsia="Pretendard" w:hAnsi="Pretendard" w:cs="Pretendard"/>
                <w:color w:val="1D0024"/>
                <w:sz w:val="18"/>
              </w:rPr>
              <w:t>보증보험</w:t>
            </w:r>
            <w:r>
              <w:rPr>
                <w:rFonts w:ascii="Pretendard" w:eastAsia="Pretendard" w:hAnsi="Pretendard" w:cs="Pretendard"/>
                <w:color w:val="1D0024"/>
                <w:sz w:val="18"/>
              </w:rPr>
              <w:t xml:space="preserve"> 2</w:t>
            </w:r>
            <w:r>
              <w:rPr>
                <w:rFonts w:ascii="Pretendard" w:eastAsia="Pretendard" w:hAnsi="Pretendard" w:cs="Pretendard"/>
                <w:color w:val="1D0024"/>
                <w:sz w:val="18"/>
              </w:rPr>
              <w:t>억</w:t>
            </w:r>
            <w:r>
              <w:rPr>
                <w:rFonts w:ascii="Pretendard" w:eastAsia="Pretendard" w:hAnsi="Pretendard" w:cs="Pretendard"/>
                <w:color w:val="1D0024"/>
                <w:sz w:val="18"/>
              </w:rPr>
              <w:t xml:space="preserve"> </w:t>
            </w:r>
            <w:r>
              <w:rPr>
                <w:rFonts w:ascii="Pretendard" w:eastAsia="Pretendard" w:hAnsi="Pretendard" w:cs="Pretendard"/>
                <w:color w:val="1D0024"/>
                <w:sz w:val="18"/>
              </w:rPr>
              <w:t>원</w:t>
            </w:r>
            <w:r>
              <w:rPr>
                <w:rFonts w:ascii="Pretendard" w:eastAsia="Pretendard" w:hAnsi="Pretendard" w:cs="Pretendard"/>
                <w:color w:val="1D0024"/>
                <w:sz w:val="18"/>
              </w:rPr>
              <w:t>, 2</w:t>
            </w:r>
            <w:r>
              <w:rPr>
                <w:rFonts w:ascii="Pretendard" w:eastAsia="Pretendard" w:hAnsi="Pretendard" w:cs="Pretendard"/>
                <w:color w:val="1D0024"/>
                <w:sz w:val="18"/>
              </w:rPr>
              <w:t>년</w:t>
            </w:r>
            <w:r>
              <w:rPr>
                <w:rFonts w:ascii="Pretendard" w:eastAsia="Pretendard" w:hAnsi="Pretendard" w:cs="Pretendard"/>
                <w:color w:val="1D0024"/>
                <w:sz w:val="18"/>
              </w:rPr>
              <w:t xml:space="preserve"> </w:t>
            </w:r>
            <w:r>
              <w:rPr>
                <w:rFonts w:ascii="Pretendard" w:eastAsia="Pretendard" w:hAnsi="Pretendard" w:cs="Pretendard"/>
                <w:color w:val="1D0024"/>
                <w:sz w:val="18"/>
              </w:rPr>
              <w:t>내</w:t>
            </w:r>
            <w:r>
              <w:rPr>
                <w:rFonts w:ascii="Pretendard" w:eastAsia="Pretendard" w:hAnsi="Pretendard" w:cs="Pretendard"/>
                <w:color w:val="1D0024"/>
                <w:sz w:val="18"/>
              </w:rPr>
              <w:t xml:space="preserve"> </w:t>
            </w:r>
            <w:r>
              <w:rPr>
                <w:rFonts w:ascii="Pretendard" w:eastAsia="Pretendard" w:hAnsi="Pretendard" w:cs="Pretendard"/>
                <w:color w:val="1D0024"/>
                <w:sz w:val="18"/>
              </w:rPr>
              <w:t>실적</w:t>
            </w:r>
            <w:r>
              <w:rPr>
                <w:rFonts w:ascii="Pretendard" w:eastAsia="Pretendard" w:hAnsi="Pretendard" w:cs="Pretendard"/>
                <w:color w:val="1D0024"/>
                <w:sz w:val="18"/>
              </w:rPr>
              <w:t xml:space="preserve">, </w:t>
            </w:r>
            <w:r>
              <w:rPr>
                <w:rFonts w:ascii="Pretendard" w:eastAsia="Pretendard" w:hAnsi="Pretendard" w:cs="Pretendard"/>
                <w:color w:val="1D0024"/>
                <w:sz w:val="18"/>
              </w:rPr>
              <w:t>민감정보</w:t>
            </w:r>
            <w:r>
              <w:rPr>
                <w:rFonts w:ascii="Pretendard" w:eastAsia="Pretendard" w:hAnsi="Pretendard" w:cs="Pretendard"/>
                <w:color w:val="1D0024"/>
                <w:sz w:val="18"/>
              </w:rPr>
              <w:t xml:space="preserve"> </w:t>
            </w:r>
            <w:r>
              <w:rPr>
                <w:rFonts w:ascii="Pretendard" w:eastAsia="Pretendard" w:hAnsi="Pretendard" w:cs="Pretendard"/>
                <w:color w:val="1D0024"/>
                <w:sz w:val="18"/>
              </w:rPr>
              <w:t>보안</w:t>
            </w:r>
          </w:p>
        </w:tc>
        <w:tc>
          <w:tcPr>
            <w:tcW w:w="3175" w:type="dxa"/>
          </w:tcPr>
          <w:p w14:paraId="2B055D55" w14:textId="77777777" w:rsidR="004B1372" w:rsidRDefault="00BB0BE3">
            <w:r>
              <w:rPr>
                <w:rFonts w:ascii="Pretendard" w:eastAsia="Pretendard" w:hAnsi="Pretendard" w:cs="Pretendard"/>
                <w:color w:val="1D0024"/>
                <w:sz w:val="18"/>
              </w:rPr>
              <w:t>없음</w:t>
            </w:r>
          </w:p>
        </w:tc>
        <w:tc>
          <w:tcPr>
            <w:tcW w:w="1701" w:type="dxa"/>
          </w:tcPr>
          <w:p w14:paraId="07DA4E90" w14:textId="77777777" w:rsidR="004B1372" w:rsidRDefault="00BB0BE3">
            <w:r>
              <w:rPr>
                <w:rFonts w:ascii="Pretendard" w:eastAsia="Pretendard" w:hAnsi="Pretendard" w:cs="Pretendard"/>
                <w:color w:val="1D0024"/>
                <w:sz w:val="18"/>
              </w:rPr>
              <w:t>2</w:t>
            </w:r>
            <w:r>
              <w:rPr>
                <w:rFonts w:ascii="Pretendard" w:eastAsia="Pretendard" w:hAnsi="Pretendard" w:cs="Pretendard"/>
                <w:color w:val="1D0024"/>
                <w:sz w:val="18"/>
              </w:rPr>
              <w:t>층</w:t>
            </w:r>
            <w:r>
              <w:rPr>
                <w:rFonts w:ascii="Pretendard" w:eastAsia="Pretendard" w:hAnsi="Pretendard" w:cs="Pretendard"/>
                <w:color w:val="1D0024"/>
                <w:sz w:val="18"/>
              </w:rPr>
              <w:t xml:space="preserve"> </w:t>
            </w:r>
            <w:r>
              <w:rPr>
                <w:rFonts w:ascii="Pretendard" w:eastAsia="Pretendard" w:hAnsi="Pretendard" w:cs="Pretendard"/>
                <w:color w:val="1D0024"/>
                <w:sz w:val="18"/>
              </w:rPr>
              <w:t>이상</w:t>
            </w:r>
            <w:r>
              <w:rPr>
                <w:rFonts w:ascii="Pretendard" w:eastAsia="Pretendard" w:hAnsi="Pretendard" w:cs="Pretendard"/>
                <w:color w:val="1D0024"/>
                <w:sz w:val="18"/>
              </w:rPr>
              <w:t xml:space="preserve"> </w:t>
            </w:r>
            <w:r>
              <w:rPr>
                <w:rFonts w:ascii="Pretendard" w:eastAsia="Pretendard" w:hAnsi="Pretendard" w:cs="Pretendard"/>
                <w:color w:val="1D0024"/>
                <w:sz w:val="18"/>
              </w:rPr>
              <w:t>불가</w:t>
            </w:r>
          </w:p>
        </w:tc>
      </w:tr>
    </w:tbl>
    <w:p w14:paraId="163FD362" w14:textId="77777777" w:rsidR="004B1372" w:rsidRDefault="004B1372">
      <w:pPr>
        <w:spacing w:after="40"/>
      </w:pPr>
    </w:p>
    <w:p w14:paraId="299D1BC3" w14:textId="77777777" w:rsidR="004B1372" w:rsidRDefault="00BB0BE3">
      <w:pPr>
        <w:pStyle w:val="a0"/>
        <w:spacing w:after="60" w:line="312" w:lineRule="auto"/>
      </w:pPr>
      <w:r>
        <w:rPr>
          <w:rFonts w:ascii="Pretendard" w:eastAsia="Pretendard" w:hAnsi="Pretendard" w:cs="Pretendard"/>
          <w:b/>
          <w:color w:val="1D0024"/>
          <w:sz w:val="21"/>
        </w:rPr>
        <w:lastRenderedPageBreak/>
        <w:t>2</w:t>
      </w:r>
      <w:r>
        <w:rPr>
          <w:rFonts w:ascii="Pretendard" w:eastAsia="Pretendard" w:hAnsi="Pretendard" w:cs="Pretendard"/>
          <w:b/>
          <w:color w:val="1D0024"/>
          <w:sz w:val="21"/>
        </w:rPr>
        <w:t>층</w:t>
      </w:r>
      <w:r>
        <w:rPr>
          <w:rFonts w:ascii="Pretendard" w:eastAsia="Pretendard" w:hAnsi="Pretendard" w:cs="Pretendard"/>
          <w:b/>
          <w:color w:val="1D0024"/>
          <w:sz w:val="21"/>
        </w:rPr>
        <w:t>(</w:t>
      </w:r>
      <w:r>
        <w:rPr>
          <w:rFonts w:ascii="Pretendard" w:eastAsia="Pretendard" w:hAnsi="Pretendard" w:cs="Pretendard"/>
          <w:b/>
          <w:color w:val="1D0024"/>
          <w:sz w:val="21"/>
        </w:rPr>
        <w:t>상담</w:t>
      </w:r>
      <w:r>
        <w:rPr>
          <w:rFonts w:ascii="Pretendard" w:eastAsia="Pretendard" w:hAnsi="Pretendard" w:cs="Pretendard"/>
          <w:b/>
          <w:color w:val="1D0024"/>
          <w:sz w:val="21"/>
        </w:rPr>
        <w:t>·</w:t>
      </w:r>
      <w:r>
        <w:rPr>
          <w:rFonts w:ascii="Pretendard" w:eastAsia="Pretendard" w:hAnsi="Pretendard" w:cs="Pretendard"/>
          <w:b/>
          <w:color w:val="1D0024"/>
          <w:sz w:val="21"/>
        </w:rPr>
        <w:t>예약</w:t>
      </w:r>
      <w:r>
        <w:rPr>
          <w:rFonts w:ascii="Pretendard" w:eastAsia="Pretendard" w:hAnsi="Pretendard" w:cs="Pretendard"/>
          <w:b/>
          <w:color w:val="1D0024"/>
          <w:sz w:val="21"/>
        </w:rPr>
        <w:t>)</w:t>
      </w:r>
      <w:r>
        <w:rPr>
          <w:rFonts w:ascii="Pretendard" w:eastAsia="Pretendard" w:hAnsi="Pretendard" w:cs="Pretendard"/>
          <w:b/>
          <w:color w:val="1D0024"/>
          <w:sz w:val="21"/>
        </w:rPr>
        <w:t>과</w:t>
      </w:r>
      <w:r>
        <w:rPr>
          <w:rFonts w:ascii="Pretendard" w:eastAsia="Pretendard" w:hAnsi="Pretendard" w:cs="Pretendard"/>
          <w:b/>
          <w:color w:val="1D0024"/>
          <w:sz w:val="21"/>
        </w:rPr>
        <w:t xml:space="preserve"> 3</w:t>
      </w:r>
      <w:r>
        <w:rPr>
          <w:rFonts w:ascii="Pretendard" w:eastAsia="Pretendard" w:hAnsi="Pretendard" w:cs="Pretendard"/>
          <w:b/>
          <w:color w:val="1D0024"/>
          <w:sz w:val="21"/>
        </w:rPr>
        <w:t>층</w:t>
      </w:r>
      <w:r>
        <w:rPr>
          <w:rFonts w:ascii="Pretendard" w:eastAsia="Pretendard" w:hAnsi="Pretendard" w:cs="Pretendard"/>
          <w:b/>
          <w:color w:val="1D0024"/>
          <w:sz w:val="21"/>
        </w:rPr>
        <w:t>(</w:t>
      </w:r>
      <w:r>
        <w:rPr>
          <w:rFonts w:ascii="Pretendard" w:eastAsia="Pretendard" w:hAnsi="Pretendard" w:cs="Pretendard"/>
          <w:b/>
          <w:color w:val="1D0024"/>
          <w:sz w:val="21"/>
        </w:rPr>
        <w:t>여정</w:t>
      </w:r>
      <w:r>
        <w:rPr>
          <w:rFonts w:ascii="Pretendard" w:eastAsia="Pretendard" w:hAnsi="Pretendard" w:cs="Pretendard"/>
          <w:b/>
          <w:color w:val="1D0024"/>
          <w:sz w:val="21"/>
        </w:rPr>
        <w:t>)</w:t>
      </w:r>
      <w:r>
        <w:rPr>
          <w:rFonts w:ascii="Pretendard" w:eastAsia="Pretendard" w:hAnsi="Pretendard" w:cs="Pretendard"/>
          <w:b/>
          <w:color w:val="1D0024"/>
          <w:sz w:val="21"/>
        </w:rPr>
        <w:t>은</w:t>
      </w:r>
      <w:r>
        <w:rPr>
          <w:rFonts w:ascii="Pretendard" w:eastAsia="Pretendard" w:hAnsi="Pretendard" w:cs="Pretendard"/>
          <w:b/>
          <w:color w:val="1D0024"/>
          <w:sz w:val="21"/>
        </w:rPr>
        <w:t xml:space="preserve"> </w:t>
      </w:r>
      <w:r>
        <w:rPr>
          <w:rFonts w:ascii="Pretendard" w:eastAsia="Pretendard" w:hAnsi="Pretendard" w:cs="Pretendard"/>
          <w:b/>
          <w:color w:val="1D0024"/>
          <w:sz w:val="21"/>
        </w:rPr>
        <w:t>현재</w:t>
      </w:r>
      <w:r>
        <w:rPr>
          <w:rFonts w:ascii="Pretendard" w:eastAsia="Pretendard" w:hAnsi="Pretendard" w:cs="Pretendard"/>
          <w:b/>
          <w:color w:val="1D0024"/>
          <w:sz w:val="21"/>
        </w:rPr>
        <w:t xml:space="preserve"> </w:t>
      </w:r>
      <w:r>
        <w:rPr>
          <w:rFonts w:ascii="Pretendard" w:eastAsia="Pretendard" w:hAnsi="Pretendard" w:cs="Pretendard"/>
          <w:b/>
          <w:color w:val="1D0024"/>
          <w:sz w:val="21"/>
        </w:rPr>
        <w:t>조직으로</w:t>
      </w:r>
      <w:r>
        <w:rPr>
          <w:rFonts w:ascii="Pretendard" w:eastAsia="Pretendard" w:hAnsi="Pretendard" w:cs="Pretendard"/>
          <w:b/>
          <w:color w:val="1D0024"/>
          <w:sz w:val="21"/>
        </w:rPr>
        <w:t xml:space="preserve"> </w:t>
      </w:r>
      <w:r>
        <w:rPr>
          <w:rFonts w:ascii="Pretendard" w:eastAsia="Pretendard" w:hAnsi="Pretendard" w:cs="Pretendard"/>
          <w:b/>
          <w:color w:val="1D0024"/>
          <w:sz w:val="21"/>
        </w:rPr>
        <w:t>할</w:t>
      </w:r>
      <w:r>
        <w:rPr>
          <w:rFonts w:ascii="Pretendard" w:eastAsia="Pretendard" w:hAnsi="Pretendard" w:cs="Pretendard"/>
          <w:b/>
          <w:color w:val="1D0024"/>
          <w:sz w:val="21"/>
        </w:rPr>
        <w:t xml:space="preserve"> </w:t>
      </w:r>
      <w:r>
        <w:rPr>
          <w:rFonts w:ascii="Pretendard" w:eastAsia="Pretendard" w:hAnsi="Pretendard" w:cs="Pretendard"/>
          <w:b/>
          <w:color w:val="1D0024"/>
          <w:sz w:val="21"/>
        </w:rPr>
        <w:t>수</w:t>
      </w:r>
      <w:r>
        <w:rPr>
          <w:rFonts w:ascii="Pretendard" w:eastAsia="Pretendard" w:hAnsi="Pretendard" w:cs="Pretendard"/>
          <w:b/>
          <w:color w:val="1D0024"/>
          <w:sz w:val="21"/>
        </w:rPr>
        <w:t xml:space="preserve"> </w:t>
      </w:r>
      <w:r>
        <w:rPr>
          <w:rFonts w:ascii="Pretendard" w:eastAsia="Pretendard" w:hAnsi="Pretendard" w:cs="Pretendard"/>
          <w:b/>
          <w:color w:val="1D0024"/>
          <w:sz w:val="21"/>
        </w:rPr>
        <w:t>없습니다</w:t>
      </w:r>
      <w:r>
        <w:rPr>
          <w:rFonts w:ascii="Pretendard" w:eastAsia="Pretendard" w:hAnsi="Pretendard" w:cs="Pretendard"/>
          <w:b/>
          <w:color w:val="1D0024"/>
          <w:sz w:val="21"/>
        </w:rPr>
        <w:t xml:space="preserve">. </w:t>
      </w:r>
      <w:r>
        <w:rPr>
          <w:rFonts w:ascii="Pretendard" w:eastAsia="Pretendard" w:hAnsi="Pretendard" w:cs="Pretendard"/>
          <w:color w:val="1D0024"/>
          <w:sz w:val="21"/>
        </w:rPr>
        <w:t>개발</w:t>
      </w:r>
      <w:r>
        <w:rPr>
          <w:rFonts w:ascii="Pretendard" w:eastAsia="Pretendard" w:hAnsi="Pretendard" w:cs="Pretendard"/>
          <w:color w:val="1D0024"/>
          <w:sz w:val="21"/>
        </w:rPr>
        <w:t xml:space="preserve"> </w:t>
      </w:r>
      <w:r>
        <w:rPr>
          <w:rFonts w:ascii="Pretendard" w:eastAsia="Pretendard" w:hAnsi="Pretendard" w:cs="Pretendard"/>
          <w:color w:val="1D0024"/>
          <w:sz w:val="21"/>
        </w:rPr>
        <w:t>인력이</w:t>
      </w:r>
      <w:r>
        <w:rPr>
          <w:rFonts w:ascii="Pretendard" w:eastAsia="Pretendard" w:hAnsi="Pretendard" w:cs="Pretendard"/>
          <w:color w:val="1D0024"/>
          <w:sz w:val="21"/>
        </w:rPr>
        <w:t xml:space="preserve"> </w:t>
      </w:r>
      <w:r>
        <w:rPr>
          <w:rFonts w:ascii="Pretendard" w:eastAsia="Pretendard" w:hAnsi="Pretendard" w:cs="Pretendard"/>
          <w:color w:val="1D0024"/>
          <w:sz w:val="21"/>
        </w:rPr>
        <w:t>아니라</w:t>
      </w:r>
      <w:r>
        <w:rPr>
          <w:rFonts w:ascii="Pretendard" w:eastAsia="Pretendard" w:hAnsi="Pretendard" w:cs="Pretendard"/>
          <w:color w:val="1D0024"/>
          <w:sz w:val="21"/>
        </w:rPr>
        <w:t xml:space="preserve"> </w:t>
      </w:r>
      <w:r>
        <w:rPr>
          <w:rFonts w:ascii="Pretendard" w:eastAsia="Pretendard" w:hAnsi="Pretendard" w:cs="Pretendard"/>
          <w:color w:val="1D0024"/>
          <w:sz w:val="21"/>
        </w:rPr>
        <w:t>응대</w:t>
      </w:r>
      <w:r>
        <w:rPr>
          <w:rFonts w:ascii="Pretendard" w:eastAsia="Pretendard" w:hAnsi="Pretendard" w:cs="Pretendard"/>
          <w:color w:val="1D0024"/>
          <w:sz w:val="21"/>
        </w:rPr>
        <w:t>·</w:t>
      </w:r>
      <w:r>
        <w:rPr>
          <w:rFonts w:ascii="Pretendard" w:eastAsia="Pretendard" w:hAnsi="Pretendard" w:cs="Pretendard"/>
          <w:color w:val="1D0024"/>
          <w:sz w:val="21"/>
        </w:rPr>
        <w:t>영업</w:t>
      </w:r>
      <w:r>
        <w:rPr>
          <w:rFonts w:ascii="Pretendard" w:eastAsia="Pretendard" w:hAnsi="Pretendard" w:cs="Pretendard"/>
          <w:color w:val="1D0024"/>
          <w:sz w:val="21"/>
        </w:rPr>
        <w:t>·</w:t>
      </w:r>
      <w:r>
        <w:rPr>
          <w:rFonts w:ascii="Pretendard" w:eastAsia="Pretendard" w:hAnsi="Pretendard" w:cs="Pretendard"/>
          <w:color w:val="1D0024"/>
          <w:sz w:val="21"/>
        </w:rPr>
        <w:t>자본</w:t>
      </w:r>
      <w:r>
        <w:rPr>
          <w:rFonts w:ascii="Pretendard" w:eastAsia="Pretendard" w:hAnsi="Pretendard" w:cs="Pretendard"/>
          <w:color w:val="1D0024"/>
          <w:sz w:val="21"/>
        </w:rPr>
        <w:t>·</w:t>
      </w:r>
      <w:r>
        <w:rPr>
          <w:rFonts w:ascii="Pretendard" w:eastAsia="Pretendard" w:hAnsi="Pretendard" w:cs="Pretendard"/>
          <w:color w:val="1D0024"/>
          <w:sz w:val="21"/>
        </w:rPr>
        <w:t>규제</w:t>
      </w:r>
      <w:r>
        <w:rPr>
          <w:rFonts w:ascii="Pretendard" w:eastAsia="Pretendard" w:hAnsi="Pretendard" w:cs="Pretendard"/>
          <w:color w:val="1D0024"/>
          <w:sz w:val="21"/>
        </w:rPr>
        <w:t xml:space="preserve"> </w:t>
      </w:r>
      <w:r>
        <w:rPr>
          <w:rFonts w:ascii="Pretendard" w:eastAsia="Pretendard" w:hAnsi="Pretendard" w:cs="Pretendard"/>
          <w:color w:val="1D0024"/>
          <w:sz w:val="21"/>
        </w:rPr>
        <w:t>조직이</w:t>
      </w:r>
      <w:r>
        <w:rPr>
          <w:rFonts w:ascii="Pretendard" w:eastAsia="Pretendard" w:hAnsi="Pretendard" w:cs="Pretendard"/>
          <w:color w:val="1D0024"/>
          <w:sz w:val="21"/>
        </w:rPr>
        <w:t xml:space="preserve"> </w:t>
      </w:r>
      <w:r>
        <w:rPr>
          <w:rFonts w:ascii="Pretendard" w:eastAsia="Pretendard" w:hAnsi="Pretendard" w:cs="Pretendard"/>
          <w:color w:val="1D0024"/>
          <w:sz w:val="21"/>
        </w:rPr>
        <w:t>없습니다</w:t>
      </w:r>
      <w:r>
        <w:rPr>
          <w:rFonts w:ascii="Pretendard" w:eastAsia="Pretendard" w:hAnsi="Pretendard" w:cs="Pretendard"/>
          <w:color w:val="1D0024"/>
          <w:sz w:val="21"/>
        </w:rPr>
        <w:t>.</w:t>
      </w:r>
    </w:p>
    <w:p w14:paraId="0B3ED46C" w14:textId="77777777" w:rsidR="004B1372" w:rsidRDefault="00BB0BE3">
      <w:pPr>
        <w:pStyle w:val="a0"/>
        <w:spacing w:after="60" w:line="312" w:lineRule="auto"/>
      </w:pPr>
      <w:r>
        <w:rPr>
          <w:rFonts w:ascii="Pretendard" w:eastAsia="Pretendard" w:hAnsi="Pretendard" w:cs="Pretendard"/>
          <w:b/>
          <w:color w:val="1D0024"/>
          <w:sz w:val="21"/>
        </w:rPr>
        <w:t>1</w:t>
      </w:r>
      <w:r>
        <w:rPr>
          <w:rFonts w:ascii="Pretendard" w:eastAsia="Pretendard" w:hAnsi="Pretendard" w:cs="Pretendard"/>
          <w:b/>
          <w:color w:val="1D0024"/>
          <w:sz w:val="21"/>
        </w:rPr>
        <w:t>층</w:t>
      </w:r>
      <w:r>
        <w:rPr>
          <w:rFonts w:ascii="Pretendard" w:eastAsia="Pretendard" w:hAnsi="Pretendard" w:cs="Pretendard"/>
          <w:b/>
          <w:color w:val="1D0024"/>
          <w:sz w:val="21"/>
        </w:rPr>
        <w:t>(</w:t>
      </w:r>
      <w:r>
        <w:rPr>
          <w:rFonts w:ascii="Pretendard" w:eastAsia="Pretendard" w:hAnsi="Pretendard" w:cs="Pretendard"/>
          <w:b/>
          <w:color w:val="1D0024"/>
          <w:sz w:val="21"/>
        </w:rPr>
        <w:t>정보</w:t>
      </w:r>
      <w:r>
        <w:rPr>
          <w:rFonts w:ascii="Pretendard" w:eastAsia="Pretendard" w:hAnsi="Pretendard" w:cs="Pretendard"/>
          <w:b/>
          <w:color w:val="1D0024"/>
          <w:sz w:val="21"/>
        </w:rPr>
        <w:t xml:space="preserve"> </w:t>
      </w:r>
      <w:r>
        <w:rPr>
          <w:rFonts w:ascii="Pretendard" w:eastAsia="Pretendard" w:hAnsi="Pretendard" w:cs="Pretendard"/>
          <w:b/>
          <w:color w:val="1D0024"/>
          <w:sz w:val="21"/>
        </w:rPr>
        <w:t>허브</w:t>
      </w:r>
      <w:r>
        <w:rPr>
          <w:rFonts w:ascii="Pretendard" w:eastAsia="Pretendard" w:hAnsi="Pretendard" w:cs="Pretendard"/>
          <w:b/>
          <w:color w:val="1D0024"/>
          <w:sz w:val="21"/>
        </w:rPr>
        <w:t>)</w:t>
      </w:r>
      <w:r>
        <w:rPr>
          <w:rFonts w:ascii="Pretendard" w:eastAsia="Pretendard" w:hAnsi="Pretendard" w:cs="Pretendard"/>
          <w:b/>
          <w:color w:val="1D0024"/>
          <w:sz w:val="21"/>
        </w:rPr>
        <w:t>만은</w:t>
      </w:r>
      <w:r>
        <w:rPr>
          <w:rFonts w:ascii="Pretendard" w:eastAsia="Pretendard" w:hAnsi="Pretendard" w:cs="Pretendard"/>
          <w:b/>
          <w:color w:val="1D0024"/>
          <w:sz w:val="21"/>
        </w:rPr>
        <w:t xml:space="preserve"> </w:t>
      </w:r>
      <w:r>
        <w:rPr>
          <w:rFonts w:ascii="Pretendard" w:eastAsia="Pretendard" w:hAnsi="Pretendard" w:cs="Pretendard"/>
          <w:b/>
          <w:color w:val="1D0024"/>
          <w:sz w:val="21"/>
        </w:rPr>
        <w:t>기술적으로</w:t>
      </w:r>
      <w:r>
        <w:rPr>
          <w:rFonts w:ascii="Pretendard" w:eastAsia="Pretendard" w:hAnsi="Pretendard" w:cs="Pretendard"/>
          <w:b/>
          <w:color w:val="1D0024"/>
          <w:sz w:val="21"/>
        </w:rPr>
        <w:t xml:space="preserve"> </w:t>
      </w:r>
      <w:r>
        <w:rPr>
          <w:rFonts w:ascii="Pretendard" w:eastAsia="Pretendard" w:hAnsi="Pretendard" w:cs="Pretendard"/>
          <w:b/>
          <w:color w:val="1D0024"/>
          <w:sz w:val="21"/>
        </w:rPr>
        <w:t>가능합니다</w:t>
      </w:r>
      <w:r>
        <w:rPr>
          <w:rFonts w:ascii="Pretendard" w:eastAsia="Pretendard" w:hAnsi="Pretendard" w:cs="Pretendard"/>
          <w:b/>
          <w:color w:val="1D0024"/>
          <w:sz w:val="21"/>
        </w:rPr>
        <w:t xml:space="preserve">. </w:t>
      </w:r>
      <w:r>
        <w:rPr>
          <w:rFonts w:ascii="Pretendard" w:eastAsia="Pretendard" w:hAnsi="Pretendard" w:cs="Pretendard"/>
          <w:color w:val="1D0024"/>
          <w:sz w:val="21"/>
        </w:rPr>
        <w:t>그러나</w:t>
      </w:r>
      <w:r>
        <w:rPr>
          <w:rFonts w:ascii="Pretendard" w:eastAsia="Pretendard" w:hAnsi="Pretendard" w:cs="Pretendard"/>
          <w:color w:val="1D0024"/>
          <w:sz w:val="21"/>
        </w:rPr>
        <w:t xml:space="preserve"> </w:t>
      </w:r>
      <w:r>
        <w:rPr>
          <w:rFonts w:ascii="Pretendard" w:eastAsia="Pretendard" w:hAnsi="Pretendard" w:cs="Pretendard"/>
          <w:color w:val="1D0024"/>
          <w:sz w:val="21"/>
        </w:rPr>
        <w:t>운영과</w:t>
      </w:r>
      <w:r>
        <w:rPr>
          <w:rFonts w:ascii="Pretendard" w:eastAsia="Pretendard" w:hAnsi="Pretendard" w:cs="Pretendard"/>
          <w:color w:val="1D0024"/>
          <w:sz w:val="21"/>
        </w:rPr>
        <w:t xml:space="preserve"> </w:t>
      </w:r>
      <w:r>
        <w:rPr>
          <w:rFonts w:ascii="Pretendard" w:eastAsia="Pretendard" w:hAnsi="Pretendard" w:cs="Pretendard"/>
          <w:color w:val="1D0024"/>
          <w:sz w:val="21"/>
        </w:rPr>
        <w:t>유입</w:t>
      </w:r>
      <w:r>
        <w:rPr>
          <w:rFonts w:ascii="Pretendard" w:eastAsia="Pretendard" w:hAnsi="Pretendard" w:cs="Pretendard"/>
          <w:color w:val="1D0024"/>
          <w:sz w:val="21"/>
        </w:rPr>
        <w:t xml:space="preserve"> </w:t>
      </w:r>
      <w:r>
        <w:rPr>
          <w:rFonts w:ascii="Pretendard" w:eastAsia="Pretendard" w:hAnsi="Pretendard" w:cs="Pretendard"/>
          <w:color w:val="1D0024"/>
          <w:sz w:val="21"/>
        </w:rPr>
        <w:t>없이는</w:t>
      </w:r>
      <w:r>
        <w:rPr>
          <w:rFonts w:ascii="Pretendard" w:eastAsia="Pretendard" w:hAnsi="Pretendard" w:cs="Pretendard"/>
          <w:color w:val="1D0024"/>
          <w:sz w:val="21"/>
        </w:rPr>
        <w:t xml:space="preserve"> </w:t>
      </w:r>
      <w:r>
        <w:rPr>
          <w:rFonts w:ascii="Pretendard" w:eastAsia="Pretendard" w:hAnsi="Pretendard" w:cs="Pretendard"/>
          <w:color w:val="1D0024"/>
          <w:sz w:val="21"/>
        </w:rPr>
        <w:t>서포터즈</w:t>
      </w:r>
      <w:r>
        <w:rPr>
          <w:rFonts w:ascii="Pretendard" w:eastAsia="Pretendard" w:hAnsi="Pretendard" w:cs="Pretendard"/>
          <w:color w:val="1D0024"/>
          <w:sz w:val="21"/>
        </w:rPr>
        <w:t xml:space="preserve"> </w:t>
      </w:r>
      <w:r>
        <w:rPr>
          <w:rFonts w:ascii="Pretendard" w:eastAsia="Pretendard" w:hAnsi="Pretendard" w:cs="Pretendard"/>
          <w:color w:val="1D0024"/>
          <w:sz w:val="21"/>
        </w:rPr>
        <w:t>사이트를</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수만큼</w:t>
      </w:r>
      <w:r>
        <w:rPr>
          <w:rFonts w:ascii="Pretendard" w:eastAsia="Pretendard" w:hAnsi="Pretendard" w:cs="Pretendard"/>
          <w:color w:val="1D0024"/>
          <w:sz w:val="21"/>
        </w:rPr>
        <w:t xml:space="preserve"> </w:t>
      </w:r>
      <w:r>
        <w:rPr>
          <w:rFonts w:ascii="Pretendard" w:eastAsia="Pretendard" w:hAnsi="Pretendard" w:cs="Pretendard"/>
          <w:color w:val="1D0024"/>
          <w:sz w:val="21"/>
        </w:rPr>
        <w:t>늘린</w:t>
      </w:r>
      <w:r>
        <w:rPr>
          <w:rFonts w:ascii="Pretendard" w:eastAsia="Pretendard" w:hAnsi="Pretendard" w:cs="Pretendard"/>
          <w:color w:val="1D0024"/>
          <w:sz w:val="21"/>
        </w:rPr>
        <w:t xml:space="preserve"> </w:t>
      </w:r>
      <w:r>
        <w:rPr>
          <w:rFonts w:ascii="Pretendard" w:eastAsia="Pretendard" w:hAnsi="Pretendard" w:cs="Pretendard"/>
          <w:color w:val="1D0024"/>
          <w:sz w:val="21"/>
        </w:rPr>
        <w:t>것과</w:t>
      </w:r>
      <w:r>
        <w:rPr>
          <w:rFonts w:ascii="Pretendard" w:eastAsia="Pretendard" w:hAnsi="Pretendard" w:cs="Pretendard"/>
          <w:color w:val="1D0024"/>
          <w:sz w:val="21"/>
        </w:rPr>
        <w:t xml:space="preserve"> </w:t>
      </w:r>
      <w:r>
        <w:rPr>
          <w:rFonts w:ascii="Pretendard" w:eastAsia="Pretendard" w:hAnsi="Pretendard" w:cs="Pretendard"/>
          <w:color w:val="1D0024"/>
          <w:sz w:val="21"/>
        </w:rPr>
        <w:t>결과가</w:t>
      </w:r>
      <w:r>
        <w:rPr>
          <w:rFonts w:ascii="Pretendard" w:eastAsia="Pretendard" w:hAnsi="Pretendard" w:cs="Pretendard"/>
          <w:color w:val="1D0024"/>
          <w:sz w:val="21"/>
        </w:rPr>
        <w:t xml:space="preserve"> </w:t>
      </w:r>
      <w:r>
        <w:rPr>
          <w:rFonts w:ascii="Pretendard" w:eastAsia="Pretendard" w:hAnsi="Pretendard" w:cs="Pretendard"/>
          <w:color w:val="1D0024"/>
          <w:sz w:val="21"/>
        </w:rPr>
        <w:t>비슷하고</w:t>
      </w:r>
      <w:r>
        <w:rPr>
          <w:rFonts w:ascii="Pretendard" w:eastAsia="Pretendard" w:hAnsi="Pretendard" w:cs="Pretendard"/>
          <w:color w:val="1D0024"/>
          <w:sz w:val="21"/>
        </w:rPr>
        <w:t>, 4-6</w:t>
      </w:r>
      <w:r>
        <w:rPr>
          <w:rFonts w:ascii="Pretendard" w:eastAsia="Pretendard" w:hAnsi="Pretendard" w:cs="Pretendard"/>
          <w:color w:val="1D0024"/>
          <w:sz w:val="21"/>
        </w:rPr>
        <w:t>에서</w:t>
      </w:r>
      <w:r>
        <w:rPr>
          <w:rFonts w:ascii="Pretendard" w:eastAsia="Pretendard" w:hAnsi="Pretendard" w:cs="Pretendard"/>
          <w:color w:val="1D0024"/>
          <w:sz w:val="21"/>
        </w:rPr>
        <w:t xml:space="preserve"> </w:t>
      </w:r>
      <w:r>
        <w:rPr>
          <w:rFonts w:ascii="Pretendard" w:eastAsia="Pretendard" w:hAnsi="Pretendard" w:cs="Pretendard"/>
          <w:color w:val="1D0024"/>
          <w:sz w:val="21"/>
        </w:rPr>
        <w:t>본</w:t>
      </w:r>
      <w:r>
        <w:rPr>
          <w:rFonts w:ascii="Pretendard" w:eastAsia="Pretendard" w:hAnsi="Pretendard" w:cs="Pretendard"/>
          <w:color w:val="1D0024"/>
          <w:sz w:val="21"/>
        </w:rPr>
        <w:t xml:space="preserve"> </w:t>
      </w:r>
      <w:r>
        <w:rPr>
          <w:rFonts w:ascii="Pretendard" w:eastAsia="Pretendard" w:hAnsi="Pretendard" w:cs="Pretendard"/>
          <w:color w:val="1D0024"/>
          <w:sz w:val="21"/>
        </w:rPr>
        <w:t>영문</w:t>
      </w:r>
      <w:r>
        <w:rPr>
          <w:rFonts w:ascii="Pretendard" w:eastAsia="Pretendard" w:hAnsi="Pretendard" w:cs="Pretendard"/>
          <w:color w:val="1D0024"/>
          <w:sz w:val="21"/>
        </w:rPr>
        <w:t xml:space="preserve"> </w:t>
      </w:r>
      <w:r>
        <w:rPr>
          <w:rFonts w:ascii="Pretendard" w:eastAsia="Pretendard" w:hAnsi="Pretendard" w:cs="Pretendard"/>
          <w:color w:val="1D0024"/>
          <w:sz w:val="21"/>
        </w:rPr>
        <w:t>가이드</w:t>
      </w:r>
      <w:r>
        <w:rPr>
          <w:rFonts w:ascii="Pretendard" w:eastAsia="Pretendard" w:hAnsi="Pretendard" w:cs="Pretendard"/>
          <w:color w:val="1D0024"/>
          <w:sz w:val="21"/>
        </w:rPr>
        <w:t xml:space="preserve"> </w:t>
      </w:r>
      <w:r>
        <w:rPr>
          <w:rFonts w:ascii="Pretendard" w:eastAsia="Pretendard" w:hAnsi="Pretendard" w:cs="Pretendard"/>
          <w:color w:val="1D0024"/>
          <w:sz w:val="21"/>
        </w:rPr>
        <w:t>사이트와</w:t>
      </w:r>
      <w:r>
        <w:rPr>
          <w:rFonts w:ascii="Pretendard" w:eastAsia="Pretendard" w:hAnsi="Pretendard" w:cs="Pretendard"/>
          <w:color w:val="1D0024"/>
          <w:sz w:val="21"/>
        </w:rPr>
        <w:t xml:space="preserve"> </w:t>
      </w:r>
      <w:r>
        <w:rPr>
          <w:rFonts w:ascii="Pretendard" w:eastAsia="Pretendard" w:hAnsi="Pretendard" w:cs="Pretendard"/>
          <w:color w:val="1D0024"/>
          <w:sz w:val="21"/>
        </w:rPr>
        <w:t>차별점이</w:t>
      </w:r>
      <w:r>
        <w:rPr>
          <w:rFonts w:ascii="Pretendard" w:eastAsia="Pretendard" w:hAnsi="Pretendard" w:cs="Pretendard"/>
          <w:color w:val="1D0024"/>
          <w:sz w:val="21"/>
        </w:rPr>
        <w:t xml:space="preserve"> </w:t>
      </w:r>
      <w:r>
        <w:rPr>
          <w:rFonts w:ascii="Pretendard" w:eastAsia="Pretendard" w:hAnsi="Pretendard" w:cs="Pretendard"/>
          <w:color w:val="1D0024"/>
          <w:sz w:val="21"/>
        </w:rPr>
        <w:t>약합니다</w:t>
      </w:r>
      <w:r>
        <w:rPr>
          <w:rFonts w:ascii="Pretendard" w:eastAsia="Pretendard" w:hAnsi="Pretendard" w:cs="Pretendard"/>
          <w:color w:val="1D0024"/>
          <w:sz w:val="21"/>
        </w:rPr>
        <w:t>.</w:t>
      </w:r>
    </w:p>
    <w:p w14:paraId="0467D8C7" w14:textId="77777777" w:rsidR="004B1372" w:rsidRDefault="00BB0BE3">
      <w:pPr>
        <w:pStyle w:val="a0"/>
        <w:spacing w:after="60" w:line="312" w:lineRule="auto"/>
      </w:pPr>
      <w:r>
        <w:rPr>
          <w:rFonts w:ascii="Pretendard" w:eastAsia="Pretendard" w:hAnsi="Pretendard" w:cs="Pretendard"/>
          <w:b/>
          <w:color w:val="1D0024"/>
          <w:sz w:val="21"/>
        </w:rPr>
        <w:t>기회비용이</w:t>
      </w:r>
      <w:r>
        <w:rPr>
          <w:rFonts w:ascii="Pretendard" w:eastAsia="Pretendard" w:hAnsi="Pretendard" w:cs="Pretendard"/>
          <w:b/>
          <w:color w:val="1D0024"/>
          <w:sz w:val="21"/>
        </w:rPr>
        <w:t xml:space="preserve"> </w:t>
      </w:r>
      <w:r>
        <w:rPr>
          <w:rFonts w:ascii="Pretendard" w:eastAsia="Pretendard" w:hAnsi="Pretendard" w:cs="Pretendard"/>
          <w:b/>
          <w:color w:val="1D0024"/>
          <w:sz w:val="21"/>
        </w:rPr>
        <w:t>큽니다</w:t>
      </w:r>
      <w:r>
        <w:rPr>
          <w:rFonts w:ascii="Pretendard" w:eastAsia="Pretendard" w:hAnsi="Pretendard" w:cs="Pretendard"/>
          <w:b/>
          <w:color w:val="1D0024"/>
          <w:sz w:val="21"/>
        </w:rPr>
        <w:t xml:space="preserve">. </w:t>
      </w:r>
      <w:r>
        <w:rPr>
          <w:rFonts w:ascii="Pretendard" w:eastAsia="Pretendard" w:hAnsi="Pretendard" w:cs="Pretendard"/>
          <w:color w:val="1D0024"/>
          <w:sz w:val="21"/>
        </w:rPr>
        <w:t>같은</w:t>
      </w:r>
      <w:r>
        <w:rPr>
          <w:rFonts w:ascii="Pretendard" w:eastAsia="Pretendard" w:hAnsi="Pretendard" w:cs="Pretendard"/>
          <w:color w:val="1D0024"/>
          <w:sz w:val="21"/>
        </w:rPr>
        <w:t xml:space="preserve"> </w:t>
      </w:r>
      <w:r>
        <w:rPr>
          <w:rFonts w:ascii="Pretendard" w:eastAsia="Pretendard" w:hAnsi="Pretendard" w:cs="Pretendard"/>
          <w:color w:val="1D0024"/>
          <w:sz w:val="21"/>
        </w:rPr>
        <w:t>인력으로</w:t>
      </w:r>
      <w:r>
        <w:rPr>
          <w:rFonts w:ascii="Pretendard" w:eastAsia="Pretendard" w:hAnsi="Pretendard" w:cs="Pretendard"/>
          <w:color w:val="1D0024"/>
          <w:sz w:val="21"/>
        </w:rPr>
        <w:t xml:space="preserve"> AI Discovery </w:t>
      </w:r>
      <w:r>
        <w:rPr>
          <w:rFonts w:ascii="Pretendard" w:eastAsia="Pretendard" w:hAnsi="Pretendard" w:cs="Pretendard"/>
          <w:color w:val="1D0024"/>
          <w:sz w:val="21"/>
        </w:rPr>
        <w:t>진단</w:t>
      </w:r>
      <w:r>
        <w:rPr>
          <w:rFonts w:ascii="Pretendard" w:eastAsia="Pretendard" w:hAnsi="Pretendard" w:cs="Pretendard"/>
          <w:color w:val="1D0024"/>
          <w:sz w:val="21"/>
        </w:rPr>
        <w:t xml:space="preserve"> </w:t>
      </w:r>
      <w:r>
        <w:rPr>
          <w:rFonts w:ascii="Pretendard" w:eastAsia="Pretendard" w:hAnsi="Pretendard" w:cs="Pretendard"/>
          <w:color w:val="1D0024"/>
          <w:sz w:val="21"/>
        </w:rPr>
        <w:t>판매</w:t>
      </w:r>
      <w:r>
        <w:rPr>
          <w:rFonts w:ascii="Pretendard" w:eastAsia="Pretendard" w:hAnsi="Pretendard" w:cs="Pretendard"/>
          <w:color w:val="1D0024"/>
          <w:sz w:val="21"/>
        </w:rPr>
        <w:t xml:space="preserve">, </w:t>
      </w:r>
      <w:r>
        <w:rPr>
          <w:rFonts w:ascii="Pretendard" w:eastAsia="Pretendard" w:hAnsi="Pretendard" w:cs="Pretendard"/>
          <w:color w:val="1D0024"/>
          <w:sz w:val="21"/>
        </w:rPr>
        <w:t>서포터즈</w:t>
      </w:r>
      <w:r>
        <w:rPr>
          <w:rFonts w:ascii="Pretendard" w:eastAsia="Pretendard" w:hAnsi="Pretendard" w:cs="Pretendard"/>
          <w:color w:val="1D0024"/>
          <w:sz w:val="21"/>
        </w:rPr>
        <w:t xml:space="preserve"> </w:t>
      </w:r>
      <w:r>
        <w:rPr>
          <w:rFonts w:ascii="Pretendard" w:eastAsia="Pretendard" w:hAnsi="Pretendard" w:cs="Pretendard"/>
          <w:color w:val="1D0024"/>
          <w:sz w:val="21"/>
        </w:rPr>
        <w:t>자동화</w:t>
      </w:r>
      <w:r>
        <w:rPr>
          <w:rFonts w:ascii="Pretendard" w:eastAsia="Pretendard" w:hAnsi="Pretendard" w:cs="Pretendard"/>
          <w:color w:val="1D0024"/>
          <w:sz w:val="21"/>
        </w:rPr>
        <w:t xml:space="preserve"> </w:t>
      </w:r>
      <w:r>
        <w:rPr>
          <w:rFonts w:ascii="Pretendard" w:eastAsia="Pretendard" w:hAnsi="Pretendard" w:cs="Pretendard"/>
          <w:color w:val="1D0024"/>
          <w:sz w:val="21"/>
        </w:rPr>
        <w:t>품질</w:t>
      </w:r>
      <w:r>
        <w:rPr>
          <w:rFonts w:ascii="Pretendard" w:eastAsia="Pretendard" w:hAnsi="Pretendard" w:cs="Pretendard"/>
          <w:color w:val="1D0024"/>
          <w:sz w:val="21"/>
        </w:rPr>
        <w:t xml:space="preserve"> </w:t>
      </w:r>
      <w:r>
        <w:rPr>
          <w:rFonts w:ascii="Pretendard" w:eastAsia="Pretendard" w:hAnsi="Pretendard" w:cs="Pretendard"/>
          <w:color w:val="1D0024"/>
          <w:sz w:val="21"/>
        </w:rPr>
        <w:t>개선</w:t>
      </w:r>
      <w:r>
        <w:rPr>
          <w:rFonts w:ascii="Pretendard" w:eastAsia="Pretendard" w:hAnsi="Pretendard" w:cs="Pretendard"/>
          <w:color w:val="1D0024"/>
          <w:sz w:val="21"/>
        </w:rPr>
        <w:t xml:space="preserve">(60~70% </w:t>
      </w:r>
      <w:r>
        <w:rPr>
          <w:rFonts w:ascii="Pretendard" w:eastAsia="Pretendard" w:hAnsi="Pretendard" w:cs="Pretendard"/>
          <w:color w:val="1D0024"/>
          <w:sz w:val="21"/>
        </w:rPr>
        <w:t>구간</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승인</w:t>
      </w:r>
      <w:r>
        <w:rPr>
          <w:rFonts w:ascii="Pretendard" w:eastAsia="Pretendard" w:hAnsi="Pretendard" w:cs="Pretendard"/>
          <w:color w:val="1D0024"/>
          <w:sz w:val="21"/>
        </w:rPr>
        <w:t xml:space="preserve"> </w:t>
      </w:r>
      <w:r>
        <w:rPr>
          <w:rFonts w:ascii="Pretendard" w:eastAsia="Pretendard" w:hAnsi="Pretendard" w:cs="Pretendard"/>
          <w:color w:val="1D0024"/>
          <w:sz w:val="21"/>
        </w:rPr>
        <w:t>흐름</w:t>
      </w:r>
      <w:r>
        <w:rPr>
          <w:rFonts w:ascii="Pretendard" w:eastAsia="Pretendard" w:hAnsi="Pretendard" w:cs="Pretendard"/>
          <w:color w:val="1D0024"/>
          <w:sz w:val="21"/>
        </w:rPr>
        <w:t xml:space="preserve">, </w:t>
      </w:r>
      <w:r>
        <w:rPr>
          <w:rFonts w:ascii="Pretendard" w:eastAsia="Pretendard" w:hAnsi="Pretendard" w:cs="Pretendard"/>
          <w:color w:val="1D0024"/>
          <w:sz w:val="21"/>
        </w:rPr>
        <w:t>측정</w:t>
      </w:r>
      <w:r>
        <w:rPr>
          <w:rFonts w:ascii="Pretendard" w:eastAsia="Pretendard" w:hAnsi="Pretendard" w:cs="Pretendard"/>
          <w:color w:val="1D0024"/>
          <w:sz w:val="21"/>
        </w:rPr>
        <w:t xml:space="preserve"> </w:t>
      </w:r>
      <w:r>
        <w:rPr>
          <w:rFonts w:ascii="Pretendard" w:eastAsia="Pretendard" w:hAnsi="Pretendard" w:cs="Pretendard"/>
          <w:color w:val="1D0024"/>
          <w:sz w:val="21"/>
        </w:rPr>
        <w:t>리포트</w:t>
      </w:r>
      <w:r>
        <w:rPr>
          <w:rFonts w:ascii="Pretendard" w:eastAsia="Pretendard" w:hAnsi="Pretendard" w:cs="Pretendard"/>
          <w:color w:val="1D0024"/>
          <w:sz w:val="21"/>
        </w:rPr>
        <w:t xml:space="preserve"> </w:t>
      </w:r>
      <w:r>
        <w:rPr>
          <w:rFonts w:ascii="Pretendard" w:eastAsia="Pretendard" w:hAnsi="Pretendard" w:cs="Pretendard"/>
          <w:color w:val="1D0024"/>
          <w:sz w:val="21"/>
        </w:rPr>
        <w:t>자동화를</w:t>
      </w:r>
      <w:r>
        <w:rPr>
          <w:rFonts w:ascii="Pretendard" w:eastAsia="Pretendard" w:hAnsi="Pretendard" w:cs="Pretendard"/>
          <w:color w:val="1D0024"/>
          <w:sz w:val="21"/>
        </w:rPr>
        <w:t xml:space="preserve"> </w:t>
      </w:r>
      <w:r>
        <w:rPr>
          <w:rFonts w:ascii="Pretendard" w:eastAsia="Pretendard" w:hAnsi="Pretendard" w:cs="Pretendard"/>
          <w:color w:val="1D0024"/>
          <w:sz w:val="21"/>
        </w:rPr>
        <w:t>할</w:t>
      </w:r>
      <w:r>
        <w:rPr>
          <w:rFonts w:ascii="Pretendard" w:eastAsia="Pretendard" w:hAnsi="Pretendard" w:cs="Pretendard"/>
          <w:color w:val="1D0024"/>
          <w:sz w:val="21"/>
        </w:rPr>
        <w:t xml:space="preserve"> </w:t>
      </w:r>
      <w:r>
        <w:rPr>
          <w:rFonts w:ascii="Pretendard" w:eastAsia="Pretendard" w:hAnsi="Pretendard" w:cs="Pretendard"/>
          <w:color w:val="1D0024"/>
          <w:sz w:val="21"/>
        </w:rPr>
        <w:t>수</w:t>
      </w:r>
      <w:r>
        <w:rPr>
          <w:rFonts w:ascii="Pretendard" w:eastAsia="Pretendard" w:hAnsi="Pretendard" w:cs="Pretendard"/>
          <w:color w:val="1D0024"/>
          <w:sz w:val="21"/>
        </w:rPr>
        <w:t xml:space="preserve"> </w:t>
      </w:r>
      <w:r>
        <w:rPr>
          <w:rFonts w:ascii="Pretendard" w:eastAsia="Pretendard" w:hAnsi="Pretendard" w:cs="Pretendard"/>
          <w:color w:val="1D0024"/>
          <w:sz w:val="21"/>
        </w:rPr>
        <w:t>있고</w:t>
      </w:r>
      <w:r>
        <w:rPr>
          <w:rFonts w:ascii="Pretendard" w:eastAsia="Pretendard" w:hAnsi="Pretendard" w:cs="Pretendard"/>
          <w:color w:val="1D0024"/>
          <w:sz w:val="21"/>
        </w:rPr>
        <w:t xml:space="preserve">, </w:t>
      </w:r>
      <w:r>
        <w:rPr>
          <w:rFonts w:ascii="Pretendard" w:eastAsia="Pretendard" w:hAnsi="Pretendard" w:cs="Pretendard"/>
          <w:color w:val="1D0024"/>
          <w:sz w:val="21"/>
        </w:rPr>
        <w:t>이</w:t>
      </w:r>
      <w:r>
        <w:rPr>
          <w:rFonts w:ascii="Pretendard" w:eastAsia="Pretendard" w:hAnsi="Pretendard" w:cs="Pretendard"/>
          <w:color w:val="1D0024"/>
          <w:sz w:val="21"/>
        </w:rPr>
        <w:t xml:space="preserve"> </w:t>
      </w:r>
      <w:r>
        <w:rPr>
          <w:rFonts w:ascii="Pretendard" w:eastAsia="Pretendard" w:hAnsi="Pretendard" w:cs="Pretendard"/>
          <w:color w:val="1D0024"/>
          <w:sz w:val="21"/>
        </w:rPr>
        <w:t>일들은</w:t>
      </w:r>
      <w:r>
        <w:rPr>
          <w:rFonts w:ascii="Pretendard" w:eastAsia="Pretendard" w:hAnsi="Pretendard" w:cs="Pretendard"/>
          <w:color w:val="1D0024"/>
          <w:sz w:val="21"/>
        </w:rPr>
        <w:t xml:space="preserve"> </w:t>
      </w:r>
      <w:r>
        <w:rPr>
          <w:rFonts w:ascii="Pretendard" w:eastAsia="Pretendard" w:hAnsi="Pretendard" w:cs="Pretendard"/>
          <w:color w:val="1D0024"/>
          <w:sz w:val="21"/>
        </w:rPr>
        <w:t>유료</w:t>
      </w:r>
      <w:r>
        <w:rPr>
          <w:rFonts w:ascii="Pretendard" w:eastAsia="Pretendard" w:hAnsi="Pretendard" w:cs="Pretendard"/>
          <w:color w:val="1D0024"/>
          <w:sz w:val="21"/>
        </w:rPr>
        <w:t xml:space="preserve"> </w:t>
      </w:r>
      <w:r>
        <w:rPr>
          <w:rFonts w:ascii="Pretendard" w:eastAsia="Pretendard" w:hAnsi="Pretendard" w:cs="Pretendard"/>
          <w:color w:val="1D0024"/>
          <w:sz w:val="21"/>
        </w:rPr>
        <w:t>전환과</w:t>
      </w:r>
      <w:r>
        <w:rPr>
          <w:rFonts w:ascii="Pretendard" w:eastAsia="Pretendard" w:hAnsi="Pretendard" w:cs="Pretendard"/>
          <w:color w:val="1D0024"/>
          <w:sz w:val="21"/>
        </w:rPr>
        <w:t xml:space="preserve"> </w:t>
      </w:r>
      <w:r>
        <w:rPr>
          <w:rFonts w:ascii="Pretendard" w:eastAsia="Pretendard" w:hAnsi="Pretendard" w:cs="Pretendard"/>
          <w:color w:val="1D0024"/>
          <w:sz w:val="21"/>
        </w:rPr>
        <w:t>직접</w:t>
      </w:r>
      <w:r>
        <w:rPr>
          <w:rFonts w:ascii="Pretendard" w:eastAsia="Pretendard" w:hAnsi="Pretendard" w:cs="Pretendard"/>
          <w:color w:val="1D0024"/>
          <w:sz w:val="21"/>
        </w:rPr>
        <w:t xml:space="preserve"> </w:t>
      </w:r>
      <w:r>
        <w:rPr>
          <w:rFonts w:ascii="Pretendard" w:eastAsia="Pretendard" w:hAnsi="Pretendard" w:cs="Pretendard"/>
          <w:color w:val="1D0024"/>
          <w:sz w:val="21"/>
        </w:rPr>
        <w:t>이어집니다</w:t>
      </w:r>
      <w:r>
        <w:rPr>
          <w:rFonts w:ascii="Pretendard" w:eastAsia="Pretendard" w:hAnsi="Pretendard" w:cs="Pretendard"/>
          <w:color w:val="1D0024"/>
          <w:sz w:val="21"/>
        </w:rPr>
        <w:t>.</w:t>
      </w:r>
    </w:p>
    <w:p w14:paraId="1EF3FDD9" w14:textId="77777777" w:rsidR="004B1372" w:rsidRDefault="00BB0BE3">
      <w:pPr>
        <w:keepNext/>
        <w:spacing w:before="200" w:after="160"/>
      </w:pPr>
      <w:r>
        <w:rPr>
          <w:rFonts w:ascii="Pretendard" w:eastAsia="Pretendard" w:hAnsi="Pretendard" w:cs="Pretendard"/>
          <w:b/>
          <w:color w:val="4F1DA1"/>
          <w:sz w:val="26"/>
        </w:rPr>
        <w:t xml:space="preserve">5-1. </w:t>
      </w:r>
      <w:r>
        <w:rPr>
          <w:rFonts w:ascii="Pretendard" w:eastAsia="Pretendard" w:hAnsi="Pretendard" w:cs="Pretendard"/>
          <w:b/>
          <w:color w:val="4F1DA1"/>
          <w:sz w:val="26"/>
        </w:rPr>
        <w:t>플랫폼을</w:t>
      </w:r>
      <w:r>
        <w:rPr>
          <w:rFonts w:ascii="Pretendard" w:eastAsia="Pretendard" w:hAnsi="Pretendard" w:cs="Pretendard"/>
          <w:b/>
          <w:color w:val="4F1DA1"/>
          <w:sz w:val="26"/>
        </w:rPr>
        <w:t xml:space="preserve"> </w:t>
      </w:r>
      <w:r>
        <w:rPr>
          <w:rFonts w:ascii="Pretendard" w:eastAsia="Pretendard" w:hAnsi="Pretendard" w:cs="Pretendard"/>
          <w:b/>
          <w:color w:val="4F1DA1"/>
          <w:sz w:val="26"/>
        </w:rPr>
        <w:t>다시</w:t>
      </w:r>
      <w:r>
        <w:rPr>
          <w:rFonts w:ascii="Pretendard" w:eastAsia="Pretendard" w:hAnsi="Pretendard" w:cs="Pretendard"/>
          <w:b/>
          <w:color w:val="4F1DA1"/>
          <w:sz w:val="26"/>
        </w:rPr>
        <w:t xml:space="preserve"> </w:t>
      </w:r>
      <w:r>
        <w:rPr>
          <w:rFonts w:ascii="Pretendard" w:eastAsia="Pretendard" w:hAnsi="Pretendard" w:cs="Pretendard"/>
          <w:b/>
          <w:color w:val="4F1DA1"/>
          <w:sz w:val="26"/>
        </w:rPr>
        <w:t>검토할</w:t>
      </w:r>
      <w:r>
        <w:rPr>
          <w:rFonts w:ascii="Pretendard" w:eastAsia="Pretendard" w:hAnsi="Pretendard" w:cs="Pretendard"/>
          <w:b/>
          <w:color w:val="4F1DA1"/>
          <w:sz w:val="26"/>
        </w:rPr>
        <w:t xml:space="preserve"> </w:t>
      </w:r>
      <w:r>
        <w:rPr>
          <w:rFonts w:ascii="Pretendard" w:eastAsia="Pretendard" w:hAnsi="Pretendard" w:cs="Pretendard"/>
          <w:b/>
          <w:color w:val="4F1DA1"/>
          <w:sz w:val="26"/>
        </w:rPr>
        <w:t>조건</w:t>
      </w:r>
      <w:r>
        <w:rPr>
          <w:rFonts w:ascii="Pretendard" w:eastAsia="Pretendard" w:hAnsi="Pretendard" w:cs="Pretendard"/>
          <w:b/>
          <w:color w:val="4F1DA1"/>
          <w:sz w:val="26"/>
        </w:rPr>
        <w:t xml:space="preserve"> (</w:t>
      </w:r>
      <w:r>
        <w:rPr>
          <w:rFonts w:ascii="Pretendard" w:eastAsia="Pretendard" w:hAnsi="Pretendard" w:cs="Pretendard"/>
          <w:b/>
          <w:color w:val="4F1DA1"/>
          <w:sz w:val="26"/>
        </w:rPr>
        <w:t>제안</w:t>
      </w:r>
      <w:r>
        <w:rPr>
          <w:rFonts w:ascii="Pretendard" w:eastAsia="Pretendard" w:hAnsi="Pretendard" w:cs="Pretendard"/>
          <w:b/>
          <w:color w:val="4F1DA1"/>
          <w:sz w:val="26"/>
        </w:rPr>
        <w:t>)</w:t>
      </w:r>
    </w:p>
    <w:p w14:paraId="115E201D" w14:textId="77777777" w:rsidR="004B1372" w:rsidRDefault="00BB0BE3">
      <w:pPr>
        <w:pStyle w:val="a0"/>
        <w:spacing w:after="60" w:line="312" w:lineRule="auto"/>
      </w:pPr>
      <w:r>
        <w:rPr>
          <w:rFonts w:ascii="Pretendard" w:eastAsia="Pretendard" w:hAnsi="Pretendard" w:cs="Pretendard"/>
          <w:color w:val="1D0024"/>
          <w:sz w:val="21"/>
        </w:rPr>
        <w:t>서포터즈</w:t>
      </w:r>
      <w:r>
        <w:rPr>
          <w:rFonts w:ascii="Pretendard" w:eastAsia="Pretendard" w:hAnsi="Pretendard" w:cs="Pretendard"/>
          <w:color w:val="1D0024"/>
          <w:sz w:val="21"/>
        </w:rPr>
        <w:t xml:space="preserve"> </w:t>
      </w:r>
      <w:r>
        <w:rPr>
          <w:rFonts w:ascii="Pretendard" w:eastAsia="Pretendard" w:hAnsi="Pretendard" w:cs="Pretendard"/>
          <w:color w:val="1D0024"/>
          <w:sz w:val="21"/>
        </w:rPr>
        <w:t>유료</w:t>
      </w:r>
      <w:r>
        <w:rPr>
          <w:rFonts w:ascii="Pretendard" w:eastAsia="Pretendard" w:hAnsi="Pretendard" w:cs="Pretendard"/>
          <w:color w:val="1D0024"/>
          <w:sz w:val="21"/>
        </w:rPr>
        <w:t xml:space="preserve"> </w:t>
      </w:r>
      <w:r>
        <w:rPr>
          <w:rFonts w:ascii="Pretendard" w:eastAsia="Pretendard" w:hAnsi="Pretendard" w:cs="Pretendard"/>
          <w:color w:val="1D0024"/>
          <w:sz w:val="21"/>
        </w:rPr>
        <w:t>계약</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10</w:t>
      </w:r>
      <w:r>
        <w:rPr>
          <w:rFonts w:ascii="Pretendard" w:eastAsia="Pretendard" w:hAnsi="Pretendard" w:cs="Pretendard"/>
          <w:color w:val="1D0024"/>
          <w:sz w:val="21"/>
        </w:rPr>
        <w:t>곳</w:t>
      </w:r>
      <w:r>
        <w:rPr>
          <w:rFonts w:ascii="Pretendard" w:eastAsia="Pretendard" w:hAnsi="Pretendard" w:cs="Pretendard"/>
          <w:color w:val="1D0024"/>
          <w:sz w:val="21"/>
        </w:rPr>
        <w:t xml:space="preserve"> </w:t>
      </w:r>
      <w:r>
        <w:rPr>
          <w:rFonts w:ascii="Pretendard" w:eastAsia="Pretendard" w:hAnsi="Pretendard" w:cs="Pretendard"/>
          <w:color w:val="1D0024"/>
          <w:sz w:val="21"/>
        </w:rPr>
        <w:t>이상</w:t>
      </w:r>
    </w:p>
    <w:p w14:paraId="6302A770" w14:textId="77777777" w:rsidR="004B1372" w:rsidRDefault="00BB0BE3">
      <w:pPr>
        <w:pStyle w:val="a0"/>
        <w:spacing w:after="60" w:line="312" w:lineRule="auto"/>
      </w:pP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승인</w:t>
      </w:r>
      <w:r>
        <w:rPr>
          <w:rFonts w:ascii="Pretendard" w:eastAsia="Pretendard" w:hAnsi="Pretendard" w:cs="Pretendard"/>
          <w:color w:val="1D0024"/>
          <w:sz w:val="21"/>
        </w:rPr>
        <w:t xml:space="preserve"> </w:t>
      </w:r>
      <w:r>
        <w:rPr>
          <w:rFonts w:ascii="Pretendard" w:eastAsia="Pretendard" w:hAnsi="Pretendard" w:cs="Pretendard"/>
          <w:color w:val="1D0024"/>
          <w:sz w:val="21"/>
        </w:rPr>
        <w:t>글</w:t>
      </w:r>
      <w:r>
        <w:rPr>
          <w:rFonts w:ascii="Pretendard" w:eastAsia="Pretendard" w:hAnsi="Pretendard" w:cs="Pretendard"/>
          <w:color w:val="1D0024"/>
          <w:sz w:val="21"/>
        </w:rPr>
        <w:t xml:space="preserve"> </w:t>
      </w:r>
      <w:r>
        <w:rPr>
          <w:rFonts w:ascii="Pretendard" w:eastAsia="Pretendard" w:hAnsi="Pretendard" w:cs="Pretendard"/>
          <w:color w:val="1D0024"/>
          <w:sz w:val="21"/>
        </w:rPr>
        <w:t>기준</w:t>
      </w:r>
      <w:r>
        <w:rPr>
          <w:rFonts w:ascii="Pretendard" w:eastAsia="Pretendard" w:hAnsi="Pretendard" w:cs="Pretendard"/>
          <w:color w:val="1D0024"/>
          <w:sz w:val="21"/>
        </w:rPr>
        <w:t xml:space="preserve"> </w:t>
      </w:r>
      <w:r>
        <w:rPr>
          <w:rFonts w:ascii="Pretendard" w:eastAsia="Pretendard" w:hAnsi="Pretendard" w:cs="Pretendard"/>
          <w:color w:val="1D0024"/>
          <w:sz w:val="21"/>
        </w:rPr>
        <w:t>외국인</w:t>
      </w:r>
      <w:r>
        <w:rPr>
          <w:rFonts w:ascii="Pretendard" w:eastAsia="Pretendard" w:hAnsi="Pretendard" w:cs="Pretendard"/>
          <w:color w:val="1D0024"/>
          <w:sz w:val="21"/>
        </w:rPr>
        <w:t xml:space="preserve"> </w:t>
      </w:r>
      <w:r>
        <w:rPr>
          <w:rFonts w:ascii="Pretendard" w:eastAsia="Pretendard" w:hAnsi="Pretendard" w:cs="Pretendard"/>
          <w:color w:val="1D0024"/>
          <w:sz w:val="21"/>
        </w:rPr>
        <w:t>질문</w:t>
      </w:r>
      <w:r>
        <w:rPr>
          <w:rFonts w:ascii="Pretendard" w:eastAsia="Pretendard" w:hAnsi="Pretendard" w:cs="Pretendard"/>
          <w:color w:val="1D0024"/>
          <w:sz w:val="21"/>
        </w:rPr>
        <w:t xml:space="preserve"> </w:t>
      </w:r>
      <w:r>
        <w:rPr>
          <w:rFonts w:ascii="Pretendard" w:eastAsia="Pretendard" w:hAnsi="Pretendard" w:cs="Pretendard"/>
          <w:color w:val="1D0024"/>
          <w:sz w:val="21"/>
        </w:rPr>
        <w:t>뱅크</w:t>
      </w:r>
      <w:r>
        <w:rPr>
          <w:rFonts w:ascii="Pretendard" w:eastAsia="Pretendard" w:hAnsi="Pretendard" w:cs="Pretendard"/>
          <w:color w:val="1D0024"/>
          <w:sz w:val="21"/>
        </w:rPr>
        <w:t xml:space="preserve"> </w:t>
      </w:r>
      <w:r>
        <w:rPr>
          <w:rFonts w:ascii="Pretendard" w:eastAsia="Pretendard" w:hAnsi="Pretendard" w:cs="Pretendard"/>
          <w:color w:val="1D0024"/>
          <w:sz w:val="21"/>
        </w:rPr>
        <w:t>인용률</w:t>
      </w:r>
      <w:r>
        <w:rPr>
          <w:rFonts w:ascii="Pretendard" w:eastAsia="Pretendard" w:hAnsi="Pretendard" w:cs="Pretendard"/>
          <w:color w:val="1D0024"/>
          <w:sz w:val="21"/>
        </w:rPr>
        <w:t xml:space="preserve"> </w:t>
      </w:r>
      <w:r>
        <w:rPr>
          <w:rFonts w:ascii="Pretendard" w:eastAsia="Pretendard" w:hAnsi="Pretendard" w:cs="Pretendard"/>
          <w:color w:val="1D0024"/>
          <w:sz w:val="21"/>
        </w:rPr>
        <w:t>개선을</w:t>
      </w:r>
      <w:r>
        <w:rPr>
          <w:rFonts w:ascii="Pretendard" w:eastAsia="Pretendard" w:hAnsi="Pretendard" w:cs="Pretendard"/>
          <w:color w:val="1D0024"/>
          <w:sz w:val="21"/>
        </w:rPr>
        <w:t xml:space="preserve"> 2</w:t>
      </w:r>
      <w:r>
        <w:rPr>
          <w:rFonts w:ascii="Pretendard" w:eastAsia="Pretendard" w:hAnsi="Pretendard" w:cs="Pretendard"/>
          <w:color w:val="1D0024"/>
          <w:sz w:val="21"/>
        </w:rPr>
        <w:t>곳</w:t>
      </w:r>
      <w:r>
        <w:rPr>
          <w:rFonts w:ascii="Pretendard" w:eastAsia="Pretendard" w:hAnsi="Pretendard" w:cs="Pretendard"/>
          <w:color w:val="1D0024"/>
          <w:sz w:val="21"/>
        </w:rPr>
        <w:t xml:space="preserve"> </w:t>
      </w:r>
      <w:r>
        <w:rPr>
          <w:rFonts w:ascii="Pretendard" w:eastAsia="Pretendard" w:hAnsi="Pretendard" w:cs="Pretendard"/>
          <w:color w:val="1D0024"/>
          <w:sz w:val="21"/>
        </w:rPr>
        <w:t>이상에서</w:t>
      </w:r>
      <w:r>
        <w:rPr>
          <w:rFonts w:ascii="Pretendard" w:eastAsia="Pretendard" w:hAnsi="Pretendard" w:cs="Pretendard"/>
          <w:color w:val="1D0024"/>
          <w:sz w:val="21"/>
        </w:rPr>
        <w:t xml:space="preserve"> </w:t>
      </w:r>
      <w:r>
        <w:rPr>
          <w:rFonts w:ascii="Pretendard" w:eastAsia="Pretendard" w:hAnsi="Pretendard" w:cs="Pretendard"/>
          <w:color w:val="1D0024"/>
          <w:sz w:val="21"/>
        </w:rPr>
        <w:t>확인</w:t>
      </w:r>
    </w:p>
    <w:p w14:paraId="77DE68A6" w14:textId="77777777" w:rsidR="004B1372" w:rsidRDefault="00BB0BE3">
      <w:pPr>
        <w:pStyle w:val="a0"/>
        <w:spacing w:after="60" w:line="312" w:lineRule="auto"/>
      </w:pPr>
      <w:r>
        <w:rPr>
          <w:rFonts w:ascii="Pretendard" w:eastAsia="Pretendard" w:hAnsi="Pretendard" w:cs="Pretendard"/>
          <w:color w:val="1D0024"/>
          <w:sz w:val="21"/>
        </w:rPr>
        <w:t>운영</w:t>
      </w:r>
      <w:r>
        <w:rPr>
          <w:rFonts w:ascii="Pretendard" w:eastAsia="Pretendard" w:hAnsi="Pretendard" w:cs="Pretendard"/>
          <w:color w:val="1D0024"/>
          <w:sz w:val="21"/>
        </w:rPr>
        <w:t xml:space="preserve"> </w:t>
      </w:r>
      <w:r>
        <w:rPr>
          <w:rFonts w:ascii="Pretendard" w:eastAsia="Pretendard" w:hAnsi="Pretendard" w:cs="Pretendard"/>
          <w:color w:val="1D0024"/>
          <w:sz w:val="21"/>
        </w:rPr>
        <w:t>인력</w:t>
      </w:r>
      <w:r>
        <w:rPr>
          <w:rFonts w:ascii="Pretendard" w:eastAsia="Pretendard" w:hAnsi="Pretendard" w:cs="Pretendard"/>
          <w:color w:val="1D0024"/>
          <w:sz w:val="21"/>
        </w:rPr>
        <w:t xml:space="preserve"> 2</w:t>
      </w:r>
      <w:r>
        <w:rPr>
          <w:rFonts w:ascii="Pretendard" w:eastAsia="Pretendard" w:hAnsi="Pretendard" w:cs="Pretendard"/>
          <w:color w:val="1D0024"/>
          <w:sz w:val="21"/>
        </w:rPr>
        <w:t>명</w:t>
      </w:r>
      <w:r>
        <w:rPr>
          <w:rFonts w:ascii="Pretendard" w:eastAsia="Pretendard" w:hAnsi="Pretendard" w:cs="Pretendard"/>
          <w:color w:val="1D0024"/>
          <w:sz w:val="21"/>
        </w:rPr>
        <w:t xml:space="preserve"> </w:t>
      </w:r>
      <w:r>
        <w:rPr>
          <w:rFonts w:ascii="Pretendard" w:eastAsia="Pretendard" w:hAnsi="Pretendard" w:cs="Pretendard"/>
          <w:color w:val="1D0024"/>
          <w:sz w:val="21"/>
        </w:rPr>
        <w:t>이상</w:t>
      </w:r>
      <w:r>
        <w:rPr>
          <w:rFonts w:ascii="Pretendard" w:eastAsia="Pretendard" w:hAnsi="Pretendard" w:cs="Pretendard"/>
          <w:color w:val="1D0024"/>
          <w:sz w:val="21"/>
        </w:rPr>
        <w:t xml:space="preserve"> </w:t>
      </w:r>
      <w:r>
        <w:rPr>
          <w:rFonts w:ascii="Pretendard" w:eastAsia="Pretendard" w:hAnsi="Pretendard" w:cs="Pretendard"/>
          <w:color w:val="1D0024"/>
          <w:sz w:val="21"/>
        </w:rPr>
        <w:t>확보</w:t>
      </w:r>
      <w:r>
        <w:rPr>
          <w:rFonts w:ascii="Pretendard" w:eastAsia="Pretendard" w:hAnsi="Pretendard" w:cs="Pretendard"/>
          <w:color w:val="1D0024"/>
          <w:sz w:val="21"/>
        </w:rPr>
        <w:t>(</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응대</w:t>
      </w:r>
      <w:r>
        <w:rPr>
          <w:rFonts w:ascii="Pretendard" w:eastAsia="Pretendard" w:hAnsi="Pretendard" w:cs="Pretendard"/>
          <w:color w:val="1D0024"/>
          <w:sz w:val="21"/>
        </w:rPr>
        <w:t>·</w:t>
      </w:r>
      <w:r>
        <w:rPr>
          <w:rFonts w:ascii="Pretendard" w:eastAsia="Pretendard" w:hAnsi="Pretendard" w:cs="Pretendard"/>
          <w:color w:val="1D0024"/>
          <w:sz w:val="21"/>
        </w:rPr>
        <w:t>콘텐츠</w:t>
      </w:r>
      <w:r>
        <w:rPr>
          <w:rFonts w:ascii="Pretendard" w:eastAsia="Pretendard" w:hAnsi="Pretendard" w:cs="Pretendard"/>
          <w:color w:val="1D0024"/>
          <w:sz w:val="21"/>
        </w:rPr>
        <w:t xml:space="preserve"> </w:t>
      </w:r>
      <w:r>
        <w:rPr>
          <w:rFonts w:ascii="Pretendard" w:eastAsia="Pretendard" w:hAnsi="Pretendard" w:cs="Pretendard"/>
          <w:color w:val="1D0024"/>
          <w:sz w:val="21"/>
        </w:rPr>
        <w:t>검수</w:t>
      </w:r>
      <w:r>
        <w:rPr>
          <w:rFonts w:ascii="Pretendard" w:eastAsia="Pretendard" w:hAnsi="Pretendard" w:cs="Pretendard"/>
          <w:color w:val="1D0024"/>
          <w:sz w:val="21"/>
        </w:rPr>
        <w:t>)</w:t>
      </w:r>
    </w:p>
    <w:p w14:paraId="2A6196E7" w14:textId="77777777" w:rsidR="004B1372" w:rsidRDefault="00BB0BE3">
      <w:pPr>
        <w:pStyle w:val="a0"/>
        <w:spacing w:after="60" w:line="312" w:lineRule="auto"/>
      </w:pPr>
      <w:r>
        <w:rPr>
          <w:rFonts w:ascii="Pretendard" w:eastAsia="Pretendard" w:hAnsi="Pretendard" w:cs="Pretendard"/>
          <w:color w:val="1D0024"/>
          <w:sz w:val="21"/>
        </w:rPr>
        <w:t>유치업</w:t>
      </w:r>
      <w:r>
        <w:rPr>
          <w:rFonts w:ascii="Pretendard" w:eastAsia="Pretendard" w:hAnsi="Pretendard" w:cs="Pretendard"/>
          <w:color w:val="1D0024"/>
          <w:sz w:val="21"/>
        </w:rPr>
        <w:t xml:space="preserve"> </w:t>
      </w:r>
      <w:r>
        <w:rPr>
          <w:rFonts w:ascii="Pretendard" w:eastAsia="Pretendard" w:hAnsi="Pretendard" w:cs="Pretendard"/>
          <w:color w:val="1D0024"/>
          <w:sz w:val="21"/>
        </w:rPr>
        <w:t>등록</w:t>
      </w:r>
      <w:r>
        <w:rPr>
          <w:rFonts w:ascii="Pretendard" w:eastAsia="Pretendard" w:hAnsi="Pretendard" w:cs="Pretendard"/>
          <w:color w:val="1D0024"/>
          <w:sz w:val="21"/>
        </w:rPr>
        <w:t xml:space="preserve"> </w:t>
      </w:r>
      <w:r>
        <w:rPr>
          <w:rFonts w:ascii="Pretendard" w:eastAsia="Pretendard" w:hAnsi="Pretendard" w:cs="Pretendard"/>
          <w:color w:val="1D0024"/>
          <w:sz w:val="21"/>
        </w:rPr>
        <w:t>사업자와</w:t>
      </w:r>
      <w:r>
        <w:rPr>
          <w:rFonts w:ascii="Pretendard" w:eastAsia="Pretendard" w:hAnsi="Pretendard" w:cs="Pretendard"/>
          <w:color w:val="1D0024"/>
          <w:sz w:val="21"/>
        </w:rPr>
        <w:t xml:space="preserve"> </w:t>
      </w:r>
      <w:r>
        <w:rPr>
          <w:rFonts w:ascii="Pretendard" w:eastAsia="Pretendard" w:hAnsi="Pretendard" w:cs="Pretendard"/>
          <w:color w:val="1D0024"/>
          <w:sz w:val="21"/>
        </w:rPr>
        <w:t>상담</w:t>
      </w:r>
      <w:r>
        <w:rPr>
          <w:rFonts w:ascii="Pretendard" w:eastAsia="Pretendard" w:hAnsi="Pretendard" w:cs="Pretendard"/>
          <w:color w:val="1D0024"/>
          <w:sz w:val="21"/>
        </w:rPr>
        <w:t>·</w:t>
      </w:r>
      <w:r>
        <w:rPr>
          <w:rFonts w:ascii="Pretendard" w:eastAsia="Pretendard" w:hAnsi="Pretendard" w:cs="Pretendard"/>
          <w:color w:val="1D0024"/>
          <w:sz w:val="21"/>
        </w:rPr>
        <w:t>예약</w:t>
      </w:r>
      <w:r>
        <w:rPr>
          <w:rFonts w:ascii="Pretendard" w:eastAsia="Pretendard" w:hAnsi="Pretendard" w:cs="Pretendard"/>
          <w:color w:val="1D0024"/>
          <w:sz w:val="21"/>
        </w:rPr>
        <w:t xml:space="preserve"> </w:t>
      </w:r>
      <w:r>
        <w:rPr>
          <w:rFonts w:ascii="Pretendard" w:eastAsia="Pretendard" w:hAnsi="Pretendard" w:cs="Pretendard"/>
          <w:color w:val="1D0024"/>
          <w:sz w:val="21"/>
        </w:rPr>
        <w:t>위탁</w:t>
      </w:r>
      <w:r>
        <w:rPr>
          <w:rFonts w:ascii="Pretendard" w:eastAsia="Pretendard" w:hAnsi="Pretendard" w:cs="Pretendard"/>
          <w:color w:val="1D0024"/>
          <w:sz w:val="21"/>
        </w:rPr>
        <w:t xml:space="preserve"> </w:t>
      </w:r>
      <w:r>
        <w:rPr>
          <w:rFonts w:ascii="Pretendard" w:eastAsia="Pretendard" w:hAnsi="Pretendard" w:cs="Pretendard"/>
          <w:color w:val="1D0024"/>
          <w:sz w:val="21"/>
        </w:rPr>
        <w:t>제휴</w:t>
      </w:r>
      <w:r>
        <w:rPr>
          <w:rFonts w:ascii="Pretendard" w:eastAsia="Pretendard" w:hAnsi="Pretendard" w:cs="Pretendard"/>
          <w:color w:val="1D0024"/>
          <w:sz w:val="21"/>
        </w:rPr>
        <w:t xml:space="preserve"> </w:t>
      </w:r>
      <w:r>
        <w:rPr>
          <w:rFonts w:ascii="Pretendard" w:eastAsia="Pretendard" w:hAnsi="Pretendard" w:cs="Pretendard"/>
          <w:color w:val="1D0024"/>
          <w:sz w:val="21"/>
        </w:rPr>
        <w:t>구조</w:t>
      </w:r>
      <w:r>
        <w:rPr>
          <w:rFonts w:ascii="Pretendard" w:eastAsia="Pretendard" w:hAnsi="Pretendard" w:cs="Pretendard"/>
          <w:color w:val="1D0024"/>
          <w:sz w:val="21"/>
        </w:rPr>
        <w:t xml:space="preserve"> </w:t>
      </w:r>
      <w:r>
        <w:rPr>
          <w:rFonts w:ascii="Pretendard" w:eastAsia="Pretendard" w:hAnsi="Pretendard" w:cs="Pretendard"/>
          <w:color w:val="1D0024"/>
          <w:sz w:val="21"/>
        </w:rPr>
        <w:t>확인</w:t>
      </w:r>
    </w:p>
    <w:p w14:paraId="7CE6D349" w14:textId="77777777" w:rsidR="004B1372" w:rsidRDefault="00BB0BE3">
      <w:pPr>
        <w:pStyle w:val="a0"/>
        <w:spacing w:after="60" w:line="312" w:lineRule="auto"/>
      </w:pPr>
      <w:r>
        <w:rPr>
          <w:rFonts w:ascii="Pretendard" w:eastAsia="Pretendard" w:hAnsi="Pretendard" w:cs="Pretendard"/>
          <w:color w:val="1D0024"/>
          <w:sz w:val="21"/>
        </w:rPr>
        <w:t>앵커</w:t>
      </w:r>
      <w:r>
        <w:rPr>
          <w:rFonts w:ascii="Pretendard" w:eastAsia="Pretendard" w:hAnsi="Pretendard" w:cs="Pretendard"/>
          <w:color w:val="1D0024"/>
          <w:sz w:val="21"/>
        </w:rPr>
        <w:t xml:space="preserve"> </w:t>
      </w:r>
      <w:r>
        <w:rPr>
          <w:rFonts w:ascii="Pretendard" w:eastAsia="Pretendard" w:hAnsi="Pretendard" w:cs="Pretendard"/>
          <w:color w:val="1D0024"/>
          <w:sz w:val="21"/>
        </w:rPr>
        <w:t>소개</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명단의</w:t>
      </w:r>
      <w:r>
        <w:rPr>
          <w:rFonts w:ascii="Pretendard" w:eastAsia="Pretendard" w:hAnsi="Pretendard" w:cs="Pretendard"/>
          <w:color w:val="1D0024"/>
          <w:sz w:val="21"/>
        </w:rPr>
        <w:t xml:space="preserve"> </w:t>
      </w:r>
      <w:r>
        <w:rPr>
          <w:rFonts w:ascii="Pretendard" w:eastAsia="Pretendard" w:hAnsi="Pretendard" w:cs="Pretendard"/>
          <w:color w:val="1D0024"/>
          <w:sz w:val="21"/>
        </w:rPr>
        <w:t>계약</w:t>
      </w:r>
      <w:r>
        <w:rPr>
          <w:rFonts w:ascii="Pretendard" w:eastAsia="Pretendard" w:hAnsi="Pretendard" w:cs="Pretendard"/>
          <w:color w:val="1D0024"/>
          <w:sz w:val="21"/>
        </w:rPr>
        <w:t xml:space="preserve"> </w:t>
      </w:r>
      <w:r>
        <w:rPr>
          <w:rFonts w:ascii="Pretendard" w:eastAsia="Pretendard" w:hAnsi="Pretendard" w:cs="Pretendard"/>
          <w:color w:val="1D0024"/>
          <w:sz w:val="21"/>
        </w:rPr>
        <w:t>가능성</w:t>
      </w:r>
      <w:r>
        <w:rPr>
          <w:rFonts w:ascii="Pretendard" w:eastAsia="Pretendard" w:hAnsi="Pretendard" w:cs="Pretendard"/>
          <w:color w:val="1D0024"/>
          <w:sz w:val="21"/>
        </w:rPr>
        <w:t xml:space="preserve"> </w:t>
      </w:r>
      <w:r>
        <w:rPr>
          <w:rFonts w:ascii="Pretendard" w:eastAsia="Pretendard" w:hAnsi="Pretendard" w:cs="Pretendard"/>
          <w:color w:val="1D0024"/>
          <w:sz w:val="21"/>
        </w:rPr>
        <w:t>확인</w:t>
      </w:r>
    </w:p>
    <w:p w14:paraId="3E44A0A4" w14:textId="77777777" w:rsidR="004B1372" w:rsidRDefault="00BB0BE3">
      <w:pPr>
        <w:keepNext/>
        <w:spacing w:before="360" w:after="160"/>
      </w:pPr>
      <w:r>
        <w:rPr>
          <w:rFonts w:ascii="Pretendard" w:eastAsia="Pretendard" w:hAnsi="Pretendard" w:cs="Pretendard"/>
          <w:b/>
          <w:color w:val="1D0024"/>
          <w:sz w:val="32"/>
        </w:rPr>
        <w:t xml:space="preserve">6. </w:t>
      </w:r>
      <w:r>
        <w:rPr>
          <w:rFonts w:ascii="Pretendard" w:eastAsia="Pretendard" w:hAnsi="Pretendard" w:cs="Pretendard"/>
          <w:b/>
          <w:color w:val="1D0024"/>
          <w:sz w:val="32"/>
        </w:rPr>
        <w:t>권고</w:t>
      </w:r>
      <w:r>
        <w:rPr>
          <w:rFonts w:ascii="Pretendard" w:eastAsia="Pretendard" w:hAnsi="Pretendard" w:cs="Pretendard"/>
          <w:b/>
          <w:color w:val="1D0024"/>
          <w:sz w:val="32"/>
        </w:rPr>
        <w:t xml:space="preserve"> </w:t>
      </w:r>
      <w:r>
        <w:rPr>
          <w:rFonts w:ascii="Pretendard" w:eastAsia="Pretendard" w:hAnsi="Pretendard" w:cs="Pretendard"/>
          <w:b/>
          <w:color w:val="1D0024"/>
          <w:sz w:val="32"/>
        </w:rPr>
        <w:t>범위</w:t>
      </w:r>
      <w:r>
        <w:rPr>
          <w:rFonts w:ascii="Pretendard" w:eastAsia="Pretendard" w:hAnsi="Pretendard" w:cs="Pretendard"/>
          <w:b/>
          <w:color w:val="1D0024"/>
          <w:sz w:val="32"/>
        </w:rPr>
        <w:t>: MOU · POC (8</w:t>
      </w:r>
      <w:r>
        <w:rPr>
          <w:rFonts w:ascii="Pretendard" w:eastAsia="Pretendard" w:hAnsi="Pretendard" w:cs="Pretendard"/>
          <w:b/>
          <w:color w:val="1D0024"/>
          <w:sz w:val="32"/>
        </w:rPr>
        <w:t>주</w:t>
      </w:r>
      <w:r>
        <w:rPr>
          <w:rFonts w:ascii="Pretendard" w:eastAsia="Pretendard" w:hAnsi="Pretendard" w:cs="Pretendard"/>
          <w:b/>
          <w:color w:val="1D0024"/>
          <w:sz w:val="32"/>
        </w:rPr>
        <w:t>)</w:t>
      </w:r>
    </w:p>
    <w:p w14:paraId="69D3767D" w14:textId="77777777" w:rsidR="004B1372" w:rsidRDefault="00BB0BE3">
      <w:pPr>
        <w:keepNext/>
        <w:spacing w:before="200" w:after="160"/>
      </w:pPr>
      <w:r>
        <w:rPr>
          <w:rFonts w:ascii="Pretendard" w:eastAsia="Pretendard" w:hAnsi="Pretendard" w:cs="Pretendard"/>
          <w:b/>
          <w:color w:val="4F1DA1"/>
          <w:sz w:val="26"/>
        </w:rPr>
        <w:t xml:space="preserve">6-1. </w:t>
      </w:r>
      <w:r>
        <w:rPr>
          <w:rFonts w:ascii="Pretendard" w:eastAsia="Pretendard" w:hAnsi="Pretendard" w:cs="Pretendard"/>
          <w:b/>
          <w:color w:val="4F1DA1"/>
          <w:sz w:val="26"/>
        </w:rPr>
        <w:t>포함</w:t>
      </w:r>
    </w:p>
    <w:tbl>
      <w:tblPr>
        <w:tblStyle w:val="af9"/>
        <w:tblW w:w="0" w:type="auto"/>
        <w:jc w:val="center"/>
        <w:tblLayout w:type="fixed"/>
        <w:tblLook w:val="04A0" w:firstRow="1" w:lastRow="0" w:firstColumn="1" w:lastColumn="0" w:noHBand="0" w:noVBand="1"/>
      </w:tblPr>
      <w:tblGrid>
        <w:gridCol w:w="680"/>
        <w:gridCol w:w="2494"/>
        <w:gridCol w:w="4309"/>
        <w:gridCol w:w="2154"/>
      </w:tblGrid>
      <w:tr w:rsidR="004B1372" w14:paraId="5FD4E595" w14:textId="77777777">
        <w:trPr>
          <w:cantSplit/>
          <w:tblHeader/>
          <w:jc w:val="center"/>
        </w:trPr>
        <w:tc>
          <w:tcPr>
            <w:tcW w:w="680" w:type="dxa"/>
            <w:shd w:val="clear" w:color="auto" w:fill="1D0024"/>
          </w:tcPr>
          <w:p w14:paraId="70757B1D" w14:textId="77777777" w:rsidR="004B1372" w:rsidRDefault="00BB0BE3">
            <w:r>
              <w:rPr>
                <w:rFonts w:ascii="Pretendard" w:eastAsia="Pretendard" w:hAnsi="Pretendard" w:cs="Pretendard"/>
                <w:b/>
                <w:color w:val="FFFFFF"/>
                <w:sz w:val="18"/>
              </w:rPr>
              <w:t>번호</w:t>
            </w:r>
          </w:p>
        </w:tc>
        <w:tc>
          <w:tcPr>
            <w:tcW w:w="2494" w:type="dxa"/>
            <w:shd w:val="clear" w:color="auto" w:fill="1D0024"/>
          </w:tcPr>
          <w:p w14:paraId="66010257" w14:textId="77777777" w:rsidR="004B1372" w:rsidRDefault="00BB0BE3">
            <w:r>
              <w:rPr>
                <w:rFonts w:ascii="Pretendard" w:eastAsia="Pretendard" w:hAnsi="Pretendard" w:cs="Pretendard"/>
                <w:b/>
                <w:color w:val="FFFFFF"/>
                <w:sz w:val="18"/>
              </w:rPr>
              <w:t>항목</w:t>
            </w:r>
          </w:p>
        </w:tc>
        <w:tc>
          <w:tcPr>
            <w:tcW w:w="4309" w:type="dxa"/>
            <w:shd w:val="clear" w:color="auto" w:fill="1D0024"/>
          </w:tcPr>
          <w:p w14:paraId="4FC3B8B8" w14:textId="77777777" w:rsidR="004B1372" w:rsidRDefault="00BB0BE3">
            <w:r>
              <w:rPr>
                <w:rFonts w:ascii="Pretendard" w:eastAsia="Pretendard" w:hAnsi="Pretendard" w:cs="Pretendard"/>
                <w:b/>
                <w:color w:val="FFFFFF"/>
                <w:sz w:val="18"/>
              </w:rPr>
              <w:t>산출물</w:t>
            </w:r>
          </w:p>
        </w:tc>
        <w:tc>
          <w:tcPr>
            <w:tcW w:w="2154" w:type="dxa"/>
            <w:shd w:val="clear" w:color="auto" w:fill="1D0024"/>
          </w:tcPr>
          <w:p w14:paraId="22924103" w14:textId="77777777" w:rsidR="004B1372" w:rsidRDefault="00BB0BE3">
            <w:r>
              <w:rPr>
                <w:rFonts w:ascii="Pretendard" w:eastAsia="Pretendard" w:hAnsi="Pretendard" w:cs="Pretendard"/>
                <w:b/>
                <w:color w:val="FFFFFF"/>
                <w:sz w:val="18"/>
              </w:rPr>
              <w:t>비고</w:t>
            </w:r>
          </w:p>
        </w:tc>
      </w:tr>
      <w:tr w:rsidR="004B1372" w14:paraId="77DC25C4" w14:textId="77777777">
        <w:trPr>
          <w:jc w:val="center"/>
        </w:trPr>
        <w:tc>
          <w:tcPr>
            <w:tcW w:w="680" w:type="dxa"/>
          </w:tcPr>
          <w:p w14:paraId="057868A3" w14:textId="77777777" w:rsidR="004B1372" w:rsidRDefault="00BB0BE3">
            <w:r>
              <w:rPr>
                <w:rFonts w:ascii="Pretendard" w:eastAsia="Pretendard" w:hAnsi="Pretendard" w:cs="Pretendard"/>
                <w:b/>
                <w:color w:val="1D0024"/>
                <w:sz w:val="18"/>
              </w:rPr>
              <w:t>1</w:t>
            </w:r>
          </w:p>
        </w:tc>
        <w:tc>
          <w:tcPr>
            <w:tcW w:w="2494" w:type="dxa"/>
          </w:tcPr>
          <w:p w14:paraId="7752F114" w14:textId="77777777" w:rsidR="004B1372" w:rsidRDefault="00BB0BE3">
            <w:r>
              <w:rPr>
                <w:rFonts w:ascii="Pretendard" w:eastAsia="Pretendard" w:hAnsi="Pretendard" w:cs="Pretendard"/>
                <w:color w:val="1D0024"/>
                <w:sz w:val="18"/>
              </w:rPr>
              <w:t>뷰성형외과</w:t>
            </w:r>
            <w:r>
              <w:rPr>
                <w:rFonts w:ascii="Pretendard" w:eastAsia="Pretendard" w:hAnsi="Pretendard" w:cs="Pretendard"/>
                <w:color w:val="1D0024"/>
                <w:sz w:val="18"/>
              </w:rPr>
              <w:t xml:space="preserve"> </w:t>
            </w:r>
            <w:r>
              <w:rPr>
                <w:rFonts w:ascii="Pretendard" w:eastAsia="Pretendard" w:hAnsi="Pretendard" w:cs="Pretendard"/>
                <w:color w:val="1D0024"/>
                <w:sz w:val="18"/>
              </w:rPr>
              <w:t>서포터즈</w:t>
            </w:r>
            <w:r>
              <w:rPr>
                <w:rFonts w:ascii="Pretendard" w:eastAsia="Pretendard" w:hAnsi="Pretendard" w:cs="Pretendard"/>
                <w:color w:val="1D0024"/>
                <w:sz w:val="18"/>
              </w:rPr>
              <w:t xml:space="preserve"> </w:t>
            </w:r>
            <w:r>
              <w:rPr>
                <w:rFonts w:ascii="Pretendard" w:eastAsia="Pretendard" w:hAnsi="Pretendard" w:cs="Pretendard"/>
                <w:color w:val="1D0024"/>
                <w:sz w:val="18"/>
              </w:rPr>
              <w:t>사이트</w:t>
            </w:r>
            <w:r>
              <w:rPr>
                <w:rFonts w:ascii="Pretendard" w:eastAsia="Pretendard" w:hAnsi="Pretendard" w:cs="Pretendard"/>
                <w:color w:val="1D0024"/>
                <w:sz w:val="18"/>
              </w:rPr>
              <w:t xml:space="preserve"> </w:t>
            </w:r>
            <w:r>
              <w:rPr>
                <w:rFonts w:ascii="Pretendard" w:eastAsia="Pretendard" w:hAnsi="Pretendard" w:cs="Pretendard"/>
                <w:color w:val="1D0024"/>
                <w:sz w:val="18"/>
              </w:rPr>
              <w:t>운영</w:t>
            </w:r>
            <w:r>
              <w:rPr>
                <w:rFonts w:ascii="Pretendard" w:eastAsia="Pretendard" w:hAnsi="Pretendard" w:cs="Pretendard"/>
                <w:color w:val="1D0024"/>
                <w:sz w:val="18"/>
              </w:rPr>
              <w:t>(</w:t>
            </w:r>
            <w:r>
              <w:rPr>
                <w:rFonts w:ascii="Pretendard" w:eastAsia="Pretendard" w:hAnsi="Pretendard" w:cs="Pretendard"/>
                <w:color w:val="1D0024"/>
                <w:sz w:val="18"/>
              </w:rPr>
              <w:t>국문</w:t>
            </w:r>
            <w:r>
              <w:rPr>
                <w:rFonts w:ascii="Pretendard" w:eastAsia="Pretendard" w:hAnsi="Pretendard" w:cs="Pretendard"/>
                <w:color w:val="1D0024"/>
                <w:sz w:val="18"/>
              </w:rPr>
              <w:t>·</w:t>
            </w:r>
            <w:r>
              <w:rPr>
                <w:rFonts w:ascii="Pretendard" w:eastAsia="Pretendard" w:hAnsi="Pretendard" w:cs="Pretendard"/>
                <w:color w:val="1D0024"/>
                <w:sz w:val="18"/>
              </w:rPr>
              <w:t>영문</w:t>
            </w:r>
            <w:r>
              <w:rPr>
                <w:rFonts w:ascii="Pretendard" w:eastAsia="Pretendard" w:hAnsi="Pretendard" w:cs="Pretendard"/>
                <w:color w:val="1D0024"/>
                <w:sz w:val="18"/>
              </w:rPr>
              <w:t>)</w:t>
            </w:r>
          </w:p>
        </w:tc>
        <w:tc>
          <w:tcPr>
            <w:tcW w:w="4309" w:type="dxa"/>
          </w:tcPr>
          <w:p w14:paraId="43F7917D" w14:textId="77777777" w:rsidR="004B1372" w:rsidRDefault="00BB0BE3">
            <w:r>
              <w:rPr>
                <w:rFonts w:ascii="Pretendard" w:eastAsia="Pretendard" w:hAnsi="Pretendard" w:cs="Pretendard"/>
                <w:color w:val="1D0024"/>
                <w:sz w:val="18"/>
              </w:rPr>
              <w:t xml:space="preserve">viewpl.webforai.kr: </w:t>
            </w:r>
            <w:r>
              <w:rPr>
                <w:rFonts w:ascii="Pretendard" w:eastAsia="Pretendard" w:hAnsi="Pretendard" w:cs="Pretendard"/>
                <w:color w:val="1D0024"/>
                <w:sz w:val="18"/>
              </w:rPr>
              <w:t>글</w:t>
            </w:r>
            <w:r>
              <w:rPr>
                <w:rFonts w:ascii="Pretendard" w:eastAsia="Pretendard" w:hAnsi="Pretendard" w:cs="Pretendard"/>
                <w:color w:val="1D0024"/>
                <w:sz w:val="18"/>
              </w:rPr>
              <w:t xml:space="preserve">, </w:t>
            </w:r>
            <w:r>
              <w:rPr>
                <w:rFonts w:ascii="Pretendard" w:eastAsia="Pretendard" w:hAnsi="Pretendard" w:cs="Pretendard"/>
                <w:color w:val="1D0024"/>
                <w:sz w:val="18"/>
              </w:rPr>
              <w:t>영상</w:t>
            </w:r>
            <w:r>
              <w:rPr>
                <w:rFonts w:ascii="Pretendard" w:eastAsia="Pretendard" w:hAnsi="Pretendard" w:cs="Pretendard"/>
                <w:color w:val="1D0024"/>
                <w:sz w:val="18"/>
              </w:rPr>
              <w:t xml:space="preserve">, </w:t>
            </w:r>
            <w:r>
              <w:rPr>
                <w:rFonts w:ascii="Pretendard" w:eastAsia="Pretendard" w:hAnsi="Pretendard" w:cs="Pretendard"/>
                <w:color w:val="1D0024"/>
                <w:sz w:val="18"/>
              </w:rPr>
              <w:t>뉴스룸</w:t>
            </w:r>
            <w:r>
              <w:rPr>
                <w:rFonts w:ascii="Pretendard" w:eastAsia="Pretendard" w:hAnsi="Pretendard" w:cs="Pretendard"/>
                <w:color w:val="1D0024"/>
                <w:sz w:val="18"/>
              </w:rPr>
              <w:t xml:space="preserve">, </w:t>
            </w:r>
            <w:r>
              <w:rPr>
                <w:rFonts w:ascii="Pretendard" w:eastAsia="Pretendard" w:hAnsi="Pretendard" w:cs="Pretendard"/>
                <w:color w:val="1D0024"/>
                <w:sz w:val="18"/>
              </w:rPr>
              <w:t>방문</w:t>
            </w:r>
            <w:r>
              <w:rPr>
                <w:rFonts w:ascii="Pretendard" w:eastAsia="Pretendard" w:hAnsi="Pretendard" w:cs="Pretendard"/>
                <w:color w:val="1D0024"/>
                <w:sz w:val="18"/>
              </w:rPr>
              <w:t xml:space="preserve"> </w:t>
            </w:r>
            <w:r>
              <w:rPr>
                <w:rFonts w:ascii="Pretendard" w:eastAsia="Pretendard" w:hAnsi="Pretendard" w:cs="Pretendard"/>
                <w:color w:val="1D0024"/>
                <w:sz w:val="18"/>
              </w:rPr>
              <w:t>안내</w:t>
            </w:r>
            <w:r>
              <w:rPr>
                <w:rFonts w:ascii="Pretendard" w:eastAsia="Pretendard" w:hAnsi="Pretendard" w:cs="Pretendard"/>
                <w:color w:val="1D0024"/>
                <w:sz w:val="18"/>
              </w:rPr>
              <w:t xml:space="preserve">, </w:t>
            </w:r>
            <w:r>
              <w:rPr>
                <w:rFonts w:ascii="Pretendard" w:eastAsia="Pretendard" w:hAnsi="Pretendard" w:cs="Pretendard"/>
                <w:color w:val="1D0024"/>
                <w:sz w:val="18"/>
              </w:rPr>
              <w:t>회복</w:t>
            </w:r>
            <w:r>
              <w:rPr>
                <w:rFonts w:ascii="Pretendard" w:eastAsia="Pretendard" w:hAnsi="Pretendard" w:cs="Pretendard"/>
                <w:color w:val="1D0024"/>
                <w:sz w:val="18"/>
              </w:rPr>
              <w:t xml:space="preserve"> </w:t>
            </w:r>
            <w:r>
              <w:rPr>
                <w:rFonts w:ascii="Pretendard" w:eastAsia="Pretendard" w:hAnsi="Pretendard" w:cs="Pretendard"/>
                <w:color w:val="1D0024"/>
                <w:sz w:val="18"/>
              </w:rPr>
              <w:t>일정</w:t>
            </w:r>
            <w:r>
              <w:rPr>
                <w:rFonts w:ascii="Pretendard" w:eastAsia="Pretendard" w:hAnsi="Pretendard" w:cs="Pretendard"/>
                <w:color w:val="1D0024"/>
                <w:sz w:val="18"/>
              </w:rPr>
              <w:t xml:space="preserve"> </w:t>
            </w:r>
            <w:r>
              <w:rPr>
                <w:rFonts w:ascii="Pretendard" w:eastAsia="Pretendard" w:hAnsi="Pretendard" w:cs="Pretendard"/>
                <w:color w:val="1D0024"/>
                <w:sz w:val="18"/>
              </w:rPr>
              <w:t>플래너</w:t>
            </w:r>
            <w:r>
              <w:rPr>
                <w:rFonts w:ascii="Pretendard" w:eastAsia="Pretendard" w:hAnsi="Pretendard" w:cs="Pretendard"/>
                <w:color w:val="1D0024"/>
                <w:sz w:val="18"/>
              </w:rPr>
              <w:t xml:space="preserve">, </w:t>
            </w:r>
            <w:r>
              <w:rPr>
                <w:rFonts w:ascii="Pretendard" w:eastAsia="Pretendard" w:hAnsi="Pretendard" w:cs="Pretendard"/>
                <w:color w:val="1D0024"/>
                <w:sz w:val="18"/>
              </w:rPr>
              <w:t>주변</w:t>
            </w:r>
            <w:r>
              <w:rPr>
                <w:rFonts w:ascii="Pretendard" w:eastAsia="Pretendard" w:hAnsi="Pretendard" w:cs="Pretendard"/>
                <w:color w:val="1D0024"/>
                <w:sz w:val="18"/>
              </w:rPr>
              <w:t xml:space="preserve"> </w:t>
            </w:r>
            <w:r>
              <w:rPr>
                <w:rFonts w:ascii="Pretendard" w:eastAsia="Pretendard" w:hAnsi="Pretendard" w:cs="Pretendard"/>
                <w:color w:val="1D0024"/>
                <w:sz w:val="18"/>
              </w:rPr>
              <w:t>안내</w:t>
            </w:r>
          </w:p>
        </w:tc>
        <w:tc>
          <w:tcPr>
            <w:tcW w:w="2154" w:type="dxa"/>
          </w:tcPr>
          <w:p w14:paraId="0B95409B" w14:textId="77777777" w:rsidR="004B1372" w:rsidRDefault="00BB0BE3">
            <w:r>
              <w:rPr>
                <w:rFonts w:ascii="Pretendard" w:eastAsia="Pretendard" w:hAnsi="Pretendard" w:cs="Pretendard"/>
                <w:color w:val="1D0024"/>
                <w:sz w:val="18"/>
              </w:rPr>
              <w:t>배포</w:t>
            </w:r>
            <w:r>
              <w:rPr>
                <w:rFonts w:ascii="Pretendard" w:eastAsia="Pretendard" w:hAnsi="Pretendard" w:cs="Pretendard"/>
                <w:color w:val="1D0024"/>
                <w:sz w:val="18"/>
              </w:rPr>
              <w:t xml:space="preserve"> </w:t>
            </w:r>
            <w:r>
              <w:rPr>
                <w:rFonts w:ascii="Pretendard" w:eastAsia="Pretendard" w:hAnsi="Pretendard" w:cs="Pretendard"/>
                <w:color w:val="1D0024"/>
                <w:sz w:val="18"/>
              </w:rPr>
              <w:t>완료</w:t>
            </w:r>
            <w:r>
              <w:rPr>
                <w:rFonts w:ascii="Pretendard" w:eastAsia="Pretendard" w:hAnsi="Pretendard" w:cs="Pretendard"/>
                <w:color w:val="1D0024"/>
                <w:sz w:val="18"/>
              </w:rPr>
              <w:t xml:space="preserve">, </w:t>
            </w:r>
            <w:r>
              <w:rPr>
                <w:rFonts w:ascii="Pretendard" w:eastAsia="Pretendard" w:hAnsi="Pretendard" w:cs="Pretendard"/>
                <w:color w:val="1D0024"/>
                <w:sz w:val="18"/>
              </w:rPr>
              <w:t>색인은</w:t>
            </w:r>
            <w:r>
              <w:rPr>
                <w:rFonts w:ascii="Pretendard" w:eastAsia="Pretendard" w:hAnsi="Pretendard" w:cs="Pretendard"/>
                <w:color w:val="1D0024"/>
                <w:sz w:val="18"/>
              </w:rPr>
              <w:t xml:space="preserve"> </w:t>
            </w:r>
            <w:r>
              <w:rPr>
                <w:rFonts w:ascii="Pretendard" w:eastAsia="Pretendard" w:hAnsi="Pretendard" w:cs="Pretendard"/>
                <w:color w:val="1D0024"/>
                <w:sz w:val="18"/>
              </w:rPr>
              <w:t>승인</w:t>
            </w:r>
            <w:r>
              <w:rPr>
                <w:rFonts w:ascii="Pretendard" w:eastAsia="Pretendard" w:hAnsi="Pretendard" w:cs="Pretendard"/>
                <w:color w:val="1D0024"/>
                <w:sz w:val="18"/>
              </w:rPr>
              <w:t xml:space="preserve"> </w:t>
            </w:r>
            <w:r>
              <w:rPr>
                <w:rFonts w:ascii="Pretendard" w:eastAsia="Pretendard" w:hAnsi="Pretendard" w:cs="Pretendard"/>
                <w:color w:val="1D0024"/>
                <w:sz w:val="18"/>
              </w:rPr>
              <w:t>후</w:t>
            </w:r>
          </w:p>
        </w:tc>
      </w:tr>
      <w:tr w:rsidR="004B1372" w14:paraId="6DFE4D5F" w14:textId="77777777">
        <w:trPr>
          <w:jc w:val="center"/>
        </w:trPr>
        <w:tc>
          <w:tcPr>
            <w:tcW w:w="680" w:type="dxa"/>
          </w:tcPr>
          <w:p w14:paraId="53A1B787" w14:textId="77777777" w:rsidR="004B1372" w:rsidRDefault="00BB0BE3">
            <w:r>
              <w:rPr>
                <w:rFonts w:ascii="Pretendard" w:eastAsia="Pretendard" w:hAnsi="Pretendard" w:cs="Pretendard"/>
                <w:b/>
                <w:color w:val="1D0024"/>
                <w:sz w:val="18"/>
              </w:rPr>
              <w:t>2</w:t>
            </w:r>
          </w:p>
        </w:tc>
        <w:tc>
          <w:tcPr>
            <w:tcW w:w="2494" w:type="dxa"/>
          </w:tcPr>
          <w:p w14:paraId="7E0AA276" w14:textId="77777777" w:rsidR="004B1372" w:rsidRDefault="00BB0BE3">
            <w:r>
              <w:rPr>
                <w:rFonts w:ascii="Pretendard" w:eastAsia="Pretendard" w:hAnsi="Pretendard" w:cs="Pretendard"/>
                <w:color w:val="1D0024"/>
                <w:sz w:val="18"/>
              </w:rPr>
              <w:t>병원</w:t>
            </w:r>
            <w:r>
              <w:rPr>
                <w:rFonts w:ascii="Pretendard" w:eastAsia="Pretendard" w:hAnsi="Pretendard" w:cs="Pretendard"/>
                <w:color w:val="1D0024"/>
                <w:sz w:val="18"/>
              </w:rPr>
              <w:t xml:space="preserve"> </w:t>
            </w:r>
            <w:r>
              <w:rPr>
                <w:rFonts w:ascii="Pretendard" w:eastAsia="Pretendard" w:hAnsi="Pretendard" w:cs="Pretendard"/>
                <w:color w:val="1D0024"/>
                <w:sz w:val="18"/>
              </w:rPr>
              <w:t>승인</w:t>
            </w:r>
            <w:r>
              <w:rPr>
                <w:rFonts w:ascii="Pretendard" w:eastAsia="Pretendard" w:hAnsi="Pretendard" w:cs="Pretendard"/>
                <w:color w:val="1D0024"/>
                <w:sz w:val="18"/>
              </w:rPr>
              <w:t xml:space="preserve"> </w:t>
            </w:r>
            <w:r>
              <w:rPr>
                <w:rFonts w:ascii="Pretendard" w:eastAsia="Pretendard" w:hAnsi="Pretendard" w:cs="Pretendard"/>
                <w:color w:val="1D0024"/>
                <w:sz w:val="18"/>
              </w:rPr>
              <w:t>흐름</w:t>
            </w:r>
          </w:p>
        </w:tc>
        <w:tc>
          <w:tcPr>
            <w:tcW w:w="4309" w:type="dxa"/>
          </w:tcPr>
          <w:p w14:paraId="790782B3" w14:textId="77777777" w:rsidR="004B1372" w:rsidRDefault="00BB0BE3">
            <w:r>
              <w:rPr>
                <w:rFonts w:ascii="Pretendard" w:eastAsia="Pretendard" w:hAnsi="Pretendard" w:cs="Pretendard"/>
                <w:color w:val="1D0024"/>
                <w:sz w:val="18"/>
              </w:rPr>
              <w:t>원장</w:t>
            </w:r>
            <w:r>
              <w:rPr>
                <w:rFonts w:ascii="Pretendard" w:eastAsia="Pretendard" w:hAnsi="Pretendard" w:cs="Pretendard"/>
                <w:color w:val="1D0024"/>
                <w:sz w:val="18"/>
              </w:rPr>
              <w:t xml:space="preserve"> </w:t>
            </w:r>
            <w:r>
              <w:rPr>
                <w:rFonts w:ascii="Pretendard" w:eastAsia="Pretendard" w:hAnsi="Pretendard" w:cs="Pretendard"/>
                <w:color w:val="1D0024"/>
                <w:sz w:val="18"/>
              </w:rPr>
              <w:t>의학</w:t>
            </w:r>
            <w:r>
              <w:rPr>
                <w:rFonts w:ascii="Pretendard" w:eastAsia="Pretendard" w:hAnsi="Pretendard" w:cs="Pretendard"/>
                <w:color w:val="1D0024"/>
                <w:sz w:val="18"/>
              </w:rPr>
              <w:t xml:space="preserve"> </w:t>
            </w:r>
            <w:r>
              <w:rPr>
                <w:rFonts w:ascii="Pretendard" w:eastAsia="Pretendard" w:hAnsi="Pretendard" w:cs="Pretendard"/>
                <w:color w:val="1D0024"/>
                <w:sz w:val="18"/>
              </w:rPr>
              <w:t>검토</w:t>
            </w:r>
            <w:r>
              <w:rPr>
                <w:rFonts w:ascii="Pretendard" w:eastAsia="Pretendard" w:hAnsi="Pretendard" w:cs="Pretendard"/>
                <w:color w:val="1D0024"/>
                <w:sz w:val="18"/>
              </w:rPr>
              <w:t>·</w:t>
            </w:r>
            <w:r>
              <w:rPr>
                <w:rFonts w:ascii="Pretendard" w:eastAsia="Pretendard" w:hAnsi="Pretendard" w:cs="Pretendard"/>
                <w:color w:val="1D0024"/>
                <w:sz w:val="18"/>
              </w:rPr>
              <w:t>개설자</w:t>
            </w:r>
            <w:r>
              <w:rPr>
                <w:rFonts w:ascii="Pretendard" w:eastAsia="Pretendard" w:hAnsi="Pretendard" w:cs="Pretendard"/>
                <w:color w:val="1D0024"/>
                <w:sz w:val="18"/>
              </w:rPr>
              <w:t xml:space="preserve"> </w:t>
            </w:r>
            <w:r>
              <w:rPr>
                <w:rFonts w:ascii="Pretendard" w:eastAsia="Pretendard" w:hAnsi="Pretendard" w:cs="Pretendard"/>
                <w:color w:val="1D0024"/>
                <w:sz w:val="18"/>
              </w:rPr>
              <w:t>게시</w:t>
            </w:r>
            <w:r>
              <w:rPr>
                <w:rFonts w:ascii="Pretendard" w:eastAsia="Pretendard" w:hAnsi="Pretendard" w:cs="Pretendard"/>
                <w:color w:val="1D0024"/>
                <w:sz w:val="18"/>
              </w:rPr>
              <w:t xml:space="preserve"> </w:t>
            </w:r>
            <w:r>
              <w:rPr>
                <w:rFonts w:ascii="Pretendard" w:eastAsia="Pretendard" w:hAnsi="Pretendard" w:cs="Pretendard"/>
                <w:color w:val="1D0024"/>
                <w:sz w:val="18"/>
              </w:rPr>
              <w:t>승인</w:t>
            </w:r>
            <w:r>
              <w:rPr>
                <w:rFonts w:ascii="Pretendard" w:eastAsia="Pretendard" w:hAnsi="Pretendard" w:cs="Pretendard"/>
                <w:color w:val="1D0024"/>
                <w:sz w:val="18"/>
              </w:rPr>
              <w:t xml:space="preserve"> </w:t>
            </w:r>
            <w:r>
              <w:rPr>
                <w:rFonts w:ascii="Pretendard" w:eastAsia="Pretendard" w:hAnsi="Pretendard" w:cs="Pretendard"/>
                <w:color w:val="1D0024"/>
                <w:sz w:val="18"/>
              </w:rPr>
              <w:t>기록</w:t>
            </w:r>
            <w:r>
              <w:rPr>
                <w:rFonts w:ascii="Pretendard" w:eastAsia="Pretendard" w:hAnsi="Pretendard" w:cs="Pretendard"/>
                <w:color w:val="1D0024"/>
                <w:sz w:val="18"/>
              </w:rPr>
              <w:t xml:space="preserve">, </w:t>
            </w:r>
            <w:r>
              <w:rPr>
                <w:rFonts w:ascii="Pretendard" w:eastAsia="Pretendard" w:hAnsi="Pretendard" w:cs="Pretendard"/>
                <w:color w:val="1D0024"/>
                <w:sz w:val="18"/>
              </w:rPr>
              <w:t>지원</w:t>
            </w:r>
            <w:r>
              <w:rPr>
                <w:rFonts w:ascii="Pretendard" w:eastAsia="Pretendard" w:hAnsi="Pretendard" w:cs="Pretendard"/>
                <w:color w:val="1D0024"/>
                <w:sz w:val="18"/>
              </w:rPr>
              <w:t xml:space="preserve"> </w:t>
            </w:r>
            <w:r>
              <w:rPr>
                <w:rFonts w:ascii="Pretendard" w:eastAsia="Pretendard" w:hAnsi="Pretendard" w:cs="Pretendard"/>
                <w:color w:val="1D0024"/>
                <w:sz w:val="18"/>
              </w:rPr>
              <w:t>관계</w:t>
            </w:r>
            <w:r>
              <w:rPr>
                <w:rFonts w:ascii="Pretendard" w:eastAsia="Pretendard" w:hAnsi="Pretendard" w:cs="Pretendard"/>
                <w:color w:val="1D0024"/>
                <w:sz w:val="18"/>
              </w:rPr>
              <w:t xml:space="preserve"> </w:t>
            </w:r>
            <w:r>
              <w:rPr>
                <w:rFonts w:ascii="Pretendard" w:eastAsia="Pretendard" w:hAnsi="Pretendard" w:cs="Pretendard"/>
                <w:color w:val="1D0024"/>
                <w:sz w:val="18"/>
              </w:rPr>
              <w:t>고지</w:t>
            </w:r>
            <w:r>
              <w:rPr>
                <w:rFonts w:ascii="Pretendard" w:eastAsia="Pretendard" w:hAnsi="Pretendard" w:cs="Pretendard"/>
                <w:color w:val="1D0024"/>
                <w:sz w:val="18"/>
              </w:rPr>
              <w:t xml:space="preserve"> </w:t>
            </w:r>
            <w:r>
              <w:rPr>
                <w:rFonts w:ascii="Pretendard" w:eastAsia="Pretendard" w:hAnsi="Pretendard" w:cs="Pretendard"/>
                <w:color w:val="1D0024"/>
                <w:sz w:val="18"/>
              </w:rPr>
              <w:t>문구</w:t>
            </w:r>
            <w:r>
              <w:rPr>
                <w:rFonts w:ascii="Pretendard" w:eastAsia="Pretendard" w:hAnsi="Pretendard" w:cs="Pretendard"/>
                <w:color w:val="1D0024"/>
                <w:sz w:val="18"/>
              </w:rPr>
              <w:t xml:space="preserve"> </w:t>
            </w:r>
            <w:r>
              <w:rPr>
                <w:rFonts w:ascii="Pretendard" w:eastAsia="Pretendard" w:hAnsi="Pretendard" w:cs="Pretendard"/>
                <w:color w:val="1D0024"/>
                <w:sz w:val="18"/>
              </w:rPr>
              <w:t>확정</w:t>
            </w:r>
          </w:p>
        </w:tc>
        <w:tc>
          <w:tcPr>
            <w:tcW w:w="2154" w:type="dxa"/>
          </w:tcPr>
          <w:p w14:paraId="302DF434" w14:textId="77777777" w:rsidR="004B1372" w:rsidRDefault="00BB0BE3">
            <w:r>
              <w:rPr>
                <w:rFonts w:ascii="Pretendard" w:eastAsia="Pretendard" w:hAnsi="Pretendard" w:cs="Pretendard"/>
                <w:color w:val="1D0024"/>
                <w:sz w:val="18"/>
              </w:rPr>
              <w:t>색인</w:t>
            </w:r>
            <w:r>
              <w:rPr>
                <w:rFonts w:ascii="Pretendard" w:eastAsia="Pretendard" w:hAnsi="Pretendard" w:cs="Pretendard"/>
                <w:color w:val="1D0024"/>
                <w:sz w:val="18"/>
              </w:rPr>
              <w:t xml:space="preserve"> </w:t>
            </w:r>
            <w:r>
              <w:rPr>
                <w:rFonts w:ascii="Pretendard" w:eastAsia="Pretendard" w:hAnsi="Pretendard" w:cs="Pretendard"/>
                <w:color w:val="1D0024"/>
                <w:sz w:val="18"/>
              </w:rPr>
              <w:t>전환</w:t>
            </w:r>
            <w:r>
              <w:rPr>
                <w:rFonts w:ascii="Pretendard" w:eastAsia="Pretendard" w:hAnsi="Pretendard" w:cs="Pretendard"/>
                <w:color w:val="1D0024"/>
                <w:sz w:val="18"/>
              </w:rPr>
              <w:t xml:space="preserve"> </w:t>
            </w:r>
            <w:r>
              <w:rPr>
                <w:rFonts w:ascii="Pretendard" w:eastAsia="Pretendard" w:hAnsi="Pretendard" w:cs="Pretendard"/>
                <w:color w:val="1D0024"/>
                <w:sz w:val="18"/>
              </w:rPr>
              <w:t>조건</w:t>
            </w:r>
          </w:p>
        </w:tc>
      </w:tr>
      <w:tr w:rsidR="004B1372" w14:paraId="620CD253" w14:textId="77777777">
        <w:trPr>
          <w:jc w:val="center"/>
        </w:trPr>
        <w:tc>
          <w:tcPr>
            <w:tcW w:w="680" w:type="dxa"/>
          </w:tcPr>
          <w:p w14:paraId="4FEB3796" w14:textId="77777777" w:rsidR="004B1372" w:rsidRDefault="00BB0BE3">
            <w:r>
              <w:rPr>
                <w:rFonts w:ascii="Pretendard" w:eastAsia="Pretendard" w:hAnsi="Pretendard" w:cs="Pretendard"/>
                <w:b/>
                <w:color w:val="1D0024"/>
                <w:sz w:val="18"/>
              </w:rPr>
              <w:t>3</w:t>
            </w:r>
          </w:p>
        </w:tc>
        <w:tc>
          <w:tcPr>
            <w:tcW w:w="2494" w:type="dxa"/>
          </w:tcPr>
          <w:p w14:paraId="0DC05BEC" w14:textId="77777777" w:rsidR="004B1372" w:rsidRDefault="00BB0BE3">
            <w:r>
              <w:rPr>
                <w:rFonts w:ascii="Pretendard" w:eastAsia="Pretendard" w:hAnsi="Pretendard" w:cs="Pretendard"/>
                <w:color w:val="1D0024"/>
                <w:sz w:val="18"/>
              </w:rPr>
              <w:t>색인</w:t>
            </w:r>
            <w:r>
              <w:rPr>
                <w:rFonts w:ascii="Pretendard" w:eastAsia="Pretendard" w:hAnsi="Pretendard" w:cs="Pretendard"/>
                <w:color w:val="1D0024"/>
                <w:sz w:val="18"/>
              </w:rPr>
              <w:t xml:space="preserve"> </w:t>
            </w:r>
            <w:r>
              <w:rPr>
                <w:rFonts w:ascii="Pretendard" w:eastAsia="Pretendard" w:hAnsi="Pretendard" w:cs="Pretendard"/>
                <w:color w:val="1D0024"/>
                <w:sz w:val="18"/>
              </w:rPr>
              <w:t>전환</w:t>
            </w:r>
          </w:p>
        </w:tc>
        <w:tc>
          <w:tcPr>
            <w:tcW w:w="4309" w:type="dxa"/>
          </w:tcPr>
          <w:p w14:paraId="27932BD3" w14:textId="77777777" w:rsidR="004B1372" w:rsidRDefault="00BB0BE3">
            <w:r>
              <w:rPr>
                <w:rFonts w:ascii="Pretendard" w:eastAsia="Pretendard" w:hAnsi="Pretendard" w:cs="Pretendard"/>
                <w:color w:val="1D0024"/>
                <w:sz w:val="18"/>
              </w:rPr>
              <w:t>승인</w:t>
            </w:r>
            <w:r>
              <w:rPr>
                <w:rFonts w:ascii="Pretendard" w:eastAsia="Pretendard" w:hAnsi="Pretendard" w:cs="Pretendard"/>
                <w:color w:val="1D0024"/>
                <w:sz w:val="18"/>
              </w:rPr>
              <w:t xml:space="preserve"> </w:t>
            </w:r>
            <w:r>
              <w:rPr>
                <w:rFonts w:ascii="Pretendard" w:eastAsia="Pretendard" w:hAnsi="Pretendard" w:cs="Pretendard"/>
                <w:color w:val="1D0024"/>
                <w:sz w:val="18"/>
              </w:rPr>
              <w:t>글만</w:t>
            </w:r>
            <w:r>
              <w:rPr>
                <w:rFonts w:ascii="Pretendard" w:eastAsia="Pretendard" w:hAnsi="Pretendard" w:cs="Pretendard"/>
                <w:color w:val="1D0024"/>
                <w:sz w:val="18"/>
              </w:rPr>
              <w:t xml:space="preserve"> </w:t>
            </w:r>
            <w:r>
              <w:rPr>
                <w:rFonts w:ascii="Pretendard" w:eastAsia="Pretendard" w:hAnsi="Pretendard" w:cs="Pretendard"/>
                <w:color w:val="1D0024"/>
                <w:sz w:val="18"/>
              </w:rPr>
              <w:t>공개</w:t>
            </w:r>
            <w:r>
              <w:rPr>
                <w:rFonts w:ascii="Pretendard" w:eastAsia="Pretendard" w:hAnsi="Pretendard" w:cs="Pretendard"/>
                <w:color w:val="1D0024"/>
                <w:sz w:val="18"/>
              </w:rPr>
              <w:t xml:space="preserve"> </w:t>
            </w:r>
            <w:r>
              <w:rPr>
                <w:rFonts w:ascii="Pretendard" w:eastAsia="Pretendard" w:hAnsi="Pretendard" w:cs="Pretendard"/>
                <w:color w:val="1D0024"/>
                <w:sz w:val="18"/>
              </w:rPr>
              <w:t>재배포</w:t>
            </w:r>
            <w:r>
              <w:rPr>
                <w:rFonts w:ascii="Pretendard" w:eastAsia="Pretendard" w:hAnsi="Pretendard" w:cs="Pretendard"/>
                <w:color w:val="1D0024"/>
                <w:sz w:val="18"/>
              </w:rPr>
              <w:t>, IndexNow·</w:t>
            </w:r>
            <w:r>
              <w:rPr>
                <w:rFonts w:ascii="Pretendard" w:eastAsia="Pretendard" w:hAnsi="Pretendard" w:cs="Pretendard"/>
                <w:color w:val="1D0024"/>
                <w:sz w:val="18"/>
              </w:rPr>
              <w:t>서치콘솔</w:t>
            </w:r>
            <w:r>
              <w:rPr>
                <w:rFonts w:ascii="Pretendard" w:eastAsia="Pretendard" w:hAnsi="Pretendard" w:cs="Pretendard"/>
                <w:color w:val="1D0024"/>
                <w:sz w:val="18"/>
              </w:rPr>
              <w:t xml:space="preserve"> </w:t>
            </w:r>
            <w:r>
              <w:rPr>
                <w:rFonts w:ascii="Pretendard" w:eastAsia="Pretendard" w:hAnsi="Pretendard" w:cs="Pretendard"/>
                <w:color w:val="1D0024"/>
                <w:sz w:val="18"/>
              </w:rPr>
              <w:t>제출</w:t>
            </w:r>
          </w:p>
        </w:tc>
        <w:tc>
          <w:tcPr>
            <w:tcW w:w="2154" w:type="dxa"/>
          </w:tcPr>
          <w:p w14:paraId="5405153E" w14:textId="77777777" w:rsidR="004B1372" w:rsidRDefault="00BB0BE3">
            <w:r>
              <w:rPr>
                <w:rFonts w:ascii="Pretendard" w:eastAsia="Pretendard" w:hAnsi="Pretendard" w:cs="Pretendard"/>
                <w:color w:val="1D0024"/>
                <w:sz w:val="18"/>
              </w:rPr>
              <w:t>법률</w:t>
            </w:r>
            <w:r>
              <w:rPr>
                <w:rFonts w:ascii="Pretendard" w:eastAsia="Pretendard" w:hAnsi="Pretendard" w:cs="Pretendard"/>
                <w:color w:val="1D0024"/>
                <w:sz w:val="18"/>
              </w:rPr>
              <w:t xml:space="preserve"> </w:t>
            </w:r>
            <w:r>
              <w:rPr>
                <w:rFonts w:ascii="Pretendard" w:eastAsia="Pretendard" w:hAnsi="Pretendard" w:cs="Pretendard"/>
                <w:color w:val="1D0024"/>
                <w:sz w:val="18"/>
              </w:rPr>
              <w:t>확인</w:t>
            </w:r>
            <w:r>
              <w:rPr>
                <w:rFonts w:ascii="Pretendard" w:eastAsia="Pretendard" w:hAnsi="Pretendard" w:cs="Pretendard"/>
                <w:color w:val="1D0024"/>
                <w:sz w:val="18"/>
              </w:rPr>
              <w:t xml:space="preserve"> 2</w:t>
            </w:r>
            <w:r>
              <w:rPr>
                <w:rFonts w:ascii="Pretendard" w:eastAsia="Pretendard" w:hAnsi="Pretendard" w:cs="Pretendard"/>
                <w:color w:val="1D0024"/>
                <w:sz w:val="18"/>
              </w:rPr>
              <w:t>건</w:t>
            </w:r>
            <w:r>
              <w:rPr>
                <w:rFonts w:ascii="Pretendard" w:eastAsia="Pretendard" w:hAnsi="Pretendard" w:cs="Pretendard"/>
                <w:color w:val="1D0024"/>
                <w:sz w:val="18"/>
              </w:rPr>
              <w:t xml:space="preserve"> </w:t>
            </w:r>
            <w:r>
              <w:rPr>
                <w:rFonts w:ascii="Pretendard" w:eastAsia="Pretendard" w:hAnsi="Pretendard" w:cs="Pretendard"/>
                <w:color w:val="1D0024"/>
                <w:sz w:val="18"/>
              </w:rPr>
              <w:t>결과에</w:t>
            </w:r>
            <w:r>
              <w:rPr>
                <w:rFonts w:ascii="Pretendard" w:eastAsia="Pretendard" w:hAnsi="Pretendard" w:cs="Pretendard"/>
                <w:color w:val="1D0024"/>
                <w:sz w:val="18"/>
              </w:rPr>
              <w:t xml:space="preserve"> </w:t>
            </w:r>
            <w:r>
              <w:rPr>
                <w:rFonts w:ascii="Pretendard" w:eastAsia="Pretendard" w:hAnsi="Pretendard" w:cs="Pretendard"/>
                <w:color w:val="1D0024"/>
                <w:sz w:val="18"/>
              </w:rPr>
              <w:t>따름</w:t>
            </w:r>
          </w:p>
        </w:tc>
      </w:tr>
      <w:tr w:rsidR="004B1372" w14:paraId="33702EEB" w14:textId="77777777">
        <w:trPr>
          <w:jc w:val="center"/>
        </w:trPr>
        <w:tc>
          <w:tcPr>
            <w:tcW w:w="680" w:type="dxa"/>
          </w:tcPr>
          <w:p w14:paraId="20ED9C16" w14:textId="77777777" w:rsidR="004B1372" w:rsidRDefault="00BB0BE3">
            <w:r>
              <w:rPr>
                <w:rFonts w:ascii="Pretendard" w:eastAsia="Pretendard" w:hAnsi="Pretendard" w:cs="Pretendard"/>
                <w:b/>
                <w:color w:val="1D0024"/>
                <w:sz w:val="18"/>
              </w:rPr>
              <w:t>4</w:t>
            </w:r>
          </w:p>
        </w:tc>
        <w:tc>
          <w:tcPr>
            <w:tcW w:w="2494" w:type="dxa"/>
          </w:tcPr>
          <w:p w14:paraId="5689BAFA" w14:textId="77777777" w:rsidR="004B1372" w:rsidRDefault="00BB0BE3">
            <w:r>
              <w:rPr>
                <w:rFonts w:ascii="Pretendard" w:eastAsia="Pretendard" w:hAnsi="Pretendard" w:cs="Pretendard"/>
                <w:color w:val="1D0024"/>
                <w:sz w:val="18"/>
              </w:rPr>
              <w:t xml:space="preserve">AEO/GEO </w:t>
            </w:r>
            <w:r>
              <w:rPr>
                <w:rFonts w:ascii="Pretendard" w:eastAsia="Pretendard" w:hAnsi="Pretendard" w:cs="Pretendard"/>
                <w:color w:val="1D0024"/>
                <w:sz w:val="18"/>
              </w:rPr>
              <w:t>기준선과</w:t>
            </w:r>
            <w:r>
              <w:rPr>
                <w:rFonts w:ascii="Pretendard" w:eastAsia="Pretendard" w:hAnsi="Pretendard" w:cs="Pretendard"/>
                <w:color w:val="1D0024"/>
                <w:sz w:val="18"/>
              </w:rPr>
              <w:t xml:space="preserve"> </w:t>
            </w:r>
            <w:r>
              <w:rPr>
                <w:rFonts w:ascii="Pretendard" w:eastAsia="Pretendard" w:hAnsi="Pretendard" w:cs="Pretendard"/>
                <w:color w:val="1D0024"/>
                <w:sz w:val="18"/>
              </w:rPr>
              <w:t>재측정</w:t>
            </w:r>
          </w:p>
        </w:tc>
        <w:tc>
          <w:tcPr>
            <w:tcW w:w="4309" w:type="dxa"/>
          </w:tcPr>
          <w:p w14:paraId="7CD6F17E" w14:textId="77777777" w:rsidR="004B1372" w:rsidRDefault="00BB0BE3">
            <w:r>
              <w:rPr>
                <w:rFonts w:ascii="Pretendard" w:eastAsia="Pretendard" w:hAnsi="Pretendard" w:cs="Pretendard"/>
                <w:color w:val="1D0024"/>
                <w:sz w:val="18"/>
              </w:rPr>
              <w:t>국문</w:t>
            </w:r>
            <w:r>
              <w:rPr>
                <w:rFonts w:ascii="Pretendard" w:eastAsia="Pretendard" w:hAnsi="Pretendard" w:cs="Pretendard"/>
                <w:color w:val="1D0024"/>
                <w:sz w:val="18"/>
              </w:rPr>
              <w:t xml:space="preserve"> 120·</w:t>
            </w:r>
            <w:r>
              <w:rPr>
                <w:rFonts w:ascii="Pretendard" w:eastAsia="Pretendard" w:hAnsi="Pretendard" w:cs="Pretendard"/>
                <w:color w:val="1D0024"/>
                <w:sz w:val="18"/>
              </w:rPr>
              <w:t>영문</w:t>
            </w:r>
            <w:r>
              <w:rPr>
                <w:rFonts w:ascii="Pretendard" w:eastAsia="Pretendard" w:hAnsi="Pretendard" w:cs="Pretendard"/>
                <w:color w:val="1D0024"/>
                <w:sz w:val="18"/>
              </w:rPr>
              <w:t xml:space="preserve"> 60</w:t>
            </w:r>
            <w:r>
              <w:rPr>
                <w:rFonts w:ascii="Pretendard" w:eastAsia="Pretendard" w:hAnsi="Pretendard" w:cs="Pretendard"/>
                <w:color w:val="1D0024"/>
                <w:sz w:val="18"/>
              </w:rPr>
              <w:t>문항</w:t>
            </w:r>
            <w:r>
              <w:rPr>
                <w:rFonts w:ascii="Pretendard" w:eastAsia="Pretendard" w:hAnsi="Pretendard" w:cs="Pretendard"/>
                <w:color w:val="1D0024"/>
                <w:sz w:val="18"/>
              </w:rPr>
              <w:t xml:space="preserve"> × ChatGPT·Perplexity, </w:t>
            </w:r>
            <w:r>
              <w:rPr>
                <w:rFonts w:ascii="Pretendard" w:eastAsia="Pretendard" w:hAnsi="Pretendard" w:cs="Pretendard"/>
                <w:color w:val="1D0024"/>
                <w:sz w:val="18"/>
              </w:rPr>
              <w:t>착수</w:t>
            </w:r>
            <w:r>
              <w:rPr>
                <w:rFonts w:ascii="Pretendard" w:eastAsia="Pretendard" w:hAnsi="Pretendard" w:cs="Pretendard"/>
                <w:color w:val="1D0024"/>
                <w:sz w:val="18"/>
              </w:rPr>
              <w:t>·4</w:t>
            </w:r>
            <w:r>
              <w:rPr>
                <w:rFonts w:ascii="Pretendard" w:eastAsia="Pretendard" w:hAnsi="Pretendard" w:cs="Pretendard"/>
                <w:color w:val="1D0024"/>
                <w:sz w:val="18"/>
              </w:rPr>
              <w:t>주</w:t>
            </w:r>
            <w:r>
              <w:rPr>
                <w:rFonts w:ascii="Pretendard" w:eastAsia="Pretendard" w:hAnsi="Pretendard" w:cs="Pretendard"/>
                <w:color w:val="1D0024"/>
                <w:sz w:val="18"/>
              </w:rPr>
              <w:t>·8</w:t>
            </w:r>
            <w:r>
              <w:rPr>
                <w:rFonts w:ascii="Pretendard" w:eastAsia="Pretendard" w:hAnsi="Pretendard" w:cs="Pretendard"/>
                <w:color w:val="1D0024"/>
                <w:sz w:val="18"/>
              </w:rPr>
              <w:t>주</w:t>
            </w:r>
            <w:r>
              <w:rPr>
                <w:rFonts w:ascii="Pretendard" w:eastAsia="Pretendard" w:hAnsi="Pretendard" w:cs="Pretendard"/>
                <w:color w:val="1D0024"/>
                <w:sz w:val="18"/>
              </w:rPr>
              <w:t>, 5</w:t>
            </w:r>
            <w:r>
              <w:rPr>
                <w:rFonts w:ascii="Pretendard" w:eastAsia="Pretendard" w:hAnsi="Pretendard" w:cs="Pretendard"/>
                <w:color w:val="1D0024"/>
                <w:sz w:val="18"/>
              </w:rPr>
              <w:t>회</w:t>
            </w:r>
            <w:r>
              <w:rPr>
                <w:rFonts w:ascii="Pretendard" w:eastAsia="Pretendard" w:hAnsi="Pretendard" w:cs="Pretendard"/>
                <w:color w:val="1D0024"/>
                <w:sz w:val="18"/>
              </w:rPr>
              <w:t xml:space="preserve"> </w:t>
            </w:r>
            <w:r>
              <w:rPr>
                <w:rFonts w:ascii="Pretendard" w:eastAsia="Pretendard" w:hAnsi="Pretendard" w:cs="Pretendard"/>
                <w:color w:val="1D0024"/>
                <w:sz w:val="18"/>
              </w:rPr>
              <w:t>반복</w:t>
            </w:r>
          </w:p>
        </w:tc>
        <w:tc>
          <w:tcPr>
            <w:tcW w:w="2154" w:type="dxa"/>
          </w:tcPr>
          <w:p w14:paraId="5CFB6575" w14:textId="77777777" w:rsidR="004B1372" w:rsidRDefault="00BB0BE3">
            <w:r>
              <w:rPr>
                <w:rFonts w:ascii="Pretendard" w:eastAsia="Pretendard" w:hAnsi="Pretendard" w:cs="Pretendard"/>
                <w:color w:val="1D0024"/>
                <w:sz w:val="18"/>
              </w:rPr>
              <w:t>언급률</w:t>
            </w:r>
            <w:r>
              <w:rPr>
                <w:rFonts w:ascii="Pretendard" w:eastAsia="Pretendard" w:hAnsi="Pretendard" w:cs="Pretendard"/>
                <w:color w:val="1D0024"/>
                <w:sz w:val="18"/>
              </w:rPr>
              <w:t>·</w:t>
            </w:r>
            <w:r>
              <w:rPr>
                <w:rFonts w:ascii="Pretendard" w:eastAsia="Pretendard" w:hAnsi="Pretendard" w:cs="Pretendard"/>
                <w:color w:val="1D0024"/>
                <w:sz w:val="18"/>
              </w:rPr>
              <w:t>신뢰구간으로만</w:t>
            </w:r>
            <w:r>
              <w:rPr>
                <w:rFonts w:ascii="Pretendard" w:eastAsia="Pretendard" w:hAnsi="Pretendard" w:cs="Pretendard"/>
                <w:color w:val="1D0024"/>
                <w:sz w:val="18"/>
              </w:rPr>
              <w:t xml:space="preserve"> </w:t>
            </w:r>
            <w:r>
              <w:rPr>
                <w:rFonts w:ascii="Pretendard" w:eastAsia="Pretendard" w:hAnsi="Pretendard" w:cs="Pretendard"/>
                <w:color w:val="1D0024"/>
                <w:sz w:val="18"/>
              </w:rPr>
              <w:t>보고</w:t>
            </w:r>
          </w:p>
        </w:tc>
      </w:tr>
      <w:tr w:rsidR="004B1372" w14:paraId="496914EF" w14:textId="77777777">
        <w:trPr>
          <w:jc w:val="center"/>
        </w:trPr>
        <w:tc>
          <w:tcPr>
            <w:tcW w:w="680" w:type="dxa"/>
          </w:tcPr>
          <w:p w14:paraId="71C4B90C" w14:textId="77777777" w:rsidR="004B1372" w:rsidRDefault="00BB0BE3">
            <w:r>
              <w:rPr>
                <w:rFonts w:ascii="Pretendard" w:eastAsia="Pretendard" w:hAnsi="Pretendard" w:cs="Pretendard"/>
                <w:b/>
                <w:color w:val="1D0024"/>
                <w:sz w:val="18"/>
              </w:rPr>
              <w:t>5</w:t>
            </w:r>
          </w:p>
        </w:tc>
        <w:tc>
          <w:tcPr>
            <w:tcW w:w="2494" w:type="dxa"/>
          </w:tcPr>
          <w:p w14:paraId="22FBECBC" w14:textId="77777777" w:rsidR="004B1372" w:rsidRDefault="00BB0BE3">
            <w:r>
              <w:rPr>
                <w:rFonts w:ascii="Pretendard" w:eastAsia="Pretendard" w:hAnsi="Pretendard" w:cs="Pretendard"/>
                <w:color w:val="1D0024"/>
                <w:sz w:val="18"/>
              </w:rPr>
              <w:t>공식</w:t>
            </w:r>
            <w:r>
              <w:rPr>
                <w:rFonts w:ascii="Pretendard" w:eastAsia="Pretendard" w:hAnsi="Pretendard" w:cs="Pretendard"/>
                <w:color w:val="1D0024"/>
                <w:sz w:val="18"/>
              </w:rPr>
              <w:t xml:space="preserve"> </w:t>
            </w:r>
            <w:r>
              <w:rPr>
                <w:rFonts w:ascii="Pretendard" w:eastAsia="Pretendard" w:hAnsi="Pretendard" w:cs="Pretendard"/>
                <w:color w:val="1D0024"/>
                <w:sz w:val="18"/>
              </w:rPr>
              <w:t>홈페이지</w:t>
            </w:r>
            <w:r>
              <w:rPr>
                <w:rFonts w:ascii="Pretendard" w:eastAsia="Pretendard" w:hAnsi="Pretendard" w:cs="Pretendard"/>
                <w:color w:val="1D0024"/>
                <w:sz w:val="18"/>
              </w:rPr>
              <w:t xml:space="preserve"> </w:t>
            </w:r>
            <w:r>
              <w:rPr>
                <w:rFonts w:ascii="Pretendard" w:eastAsia="Pretendard" w:hAnsi="Pretendard" w:cs="Pretendard"/>
                <w:color w:val="1D0024"/>
                <w:sz w:val="18"/>
              </w:rPr>
              <w:t>개선</w:t>
            </w:r>
            <w:r>
              <w:rPr>
                <w:rFonts w:ascii="Pretendard" w:eastAsia="Pretendard" w:hAnsi="Pretendard" w:cs="Pretendard"/>
                <w:color w:val="1D0024"/>
                <w:sz w:val="18"/>
              </w:rPr>
              <w:t xml:space="preserve"> </w:t>
            </w:r>
            <w:r>
              <w:rPr>
                <w:rFonts w:ascii="Pretendard" w:eastAsia="Pretendard" w:hAnsi="Pretendard" w:cs="Pretendard"/>
                <w:color w:val="1D0024"/>
                <w:sz w:val="18"/>
              </w:rPr>
              <w:t>가이드</w:t>
            </w:r>
          </w:p>
        </w:tc>
        <w:tc>
          <w:tcPr>
            <w:tcW w:w="4309" w:type="dxa"/>
          </w:tcPr>
          <w:p w14:paraId="35B5A703" w14:textId="77777777" w:rsidR="004B1372" w:rsidRDefault="00BB0BE3">
            <w:r>
              <w:rPr>
                <w:rFonts w:ascii="Pretendard" w:eastAsia="Pretendard" w:hAnsi="Pretendard" w:cs="Pretendard"/>
                <w:color w:val="1D0024"/>
                <w:sz w:val="18"/>
              </w:rPr>
              <w:t xml:space="preserve">9/1 POC </w:t>
            </w:r>
            <w:r>
              <w:rPr>
                <w:rFonts w:ascii="Pretendard" w:eastAsia="Pretendard" w:hAnsi="Pretendard" w:cs="Pretendard"/>
                <w:color w:val="1D0024"/>
                <w:sz w:val="18"/>
              </w:rPr>
              <w:t>제안서</w:t>
            </w:r>
            <w:r>
              <w:rPr>
                <w:rFonts w:ascii="Pretendard" w:eastAsia="Pretendard" w:hAnsi="Pretendard" w:cs="Pretendard"/>
                <w:color w:val="1D0024"/>
                <w:sz w:val="18"/>
              </w:rPr>
              <w:t xml:space="preserve"> P0·P1(</w:t>
            </w:r>
            <w:r>
              <w:rPr>
                <w:rFonts w:ascii="Pretendard" w:eastAsia="Pretendard" w:hAnsi="Pretendard" w:cs="Pretendard"/>
                <w:color w:val="1D0024"/>
                <w:sz w:val="18"/>
              </w:rPr>
              <w:t>스키마</w:t>
            </w:r>
            <w:r>
              <w:rPr>
                <w:rFonts w:ascii="Pretendard" w:eastAsia="Pretendard" w:hAnsi="Pretendard" w:cs="Pretendard"/>
                <w:color w:val="1D0024"/>
                <w:sz w:val="18"/>
              </w:rPr>
              <w:t xml:space="preserve">, NAP, </w:t>
            </w:r>
            <w:r>
              <w:rPr>
                <w:rFonts w:ascii="Pretendard" w:eastAsia="Pretendard" w:hAnsi="Pretendard" w:cs="Pretendard"/>
                <w:color w:val="1D0024"/>
                <w:sz w:val="18"/>
              </w:rPr>
              <w:t>정의문</w:t>
            </w:r>
            <w:r>
              <w:rPr>
                <w:rFonts w:ascii="Pretendard" w:eastAsia="Pretendard" w:hAnsi="Pretendard" w:cs="Pretendard"/>
                <w:color w:val="1D0024"/>
                <w:sz w:val="18"/>
              </w:rPr>
              <w:t xml:space="preserve">, FAQ) </w:t>
            </w:r>
            <w:r>
              <w:rPr>
                <w:rFonts w:ascii="Pretendard" w:eastAsia="Pretendard" w:hAnsi="Pretendard" w:cs="Pretendard"/>
                <w:color w:val="1D0024"/>
                <w:sz w:val="18"/>
              </w:rPr>
              <w:t>적용</w:t>
            </w:r>
            <w:r>
              <w:rPr>
                <w:rFonts w:ascii="Pretendard" w:eastAsia="Pretendard" w:hAnsi="Pretendard" w:cs="Pretendard"/>
                <w:color w:val="1D0024"/>
                <w:sz w:val="18"/>
              </w:rPr>
              <w:t xml:space="preserve"> </w:t>
            </w:r>
            <w:r>
              <w:rPr>
                <w:rFonts w:ascii="Pretendard" w:eastAsia="Pretendard" w:hAnsi="Pretendard" w:cs="Pretendard"/>
                <w:color w:val="1D0024"/>
                <w:sz w:val="18"/>
              </w:rPr>
              <w:t>명세</w:t>
            </w:r>
          </w:p>
        </w:tc>
        <w:tc>
          <w:tcPr>
            <w:tcW w:w="2154" w:type="dxa"/>
          </w:tcPr>
          <w:p w14:paraId="14D4F935" w14:textId="77777777" w:rsidR="004B1372" w:rsidRDefault="00BB0BE3">
            <w:r>
              <w:rPr>
                <w:rFonts w:ascii="Pretendard" w:eastAsia="Pretendard" w:hAnsi="Pretendard" w:cs="Pretendard"/>
                <w:color w:val="1D0024"/>
                <w:sz w:val="18"/>
              </w:rPr>
              <w:t>적용</w:t>
            </w:r>
            <w:r>
              <w:rPr>
                <w:rFonts w:ascii="Pretendard" w:eastAsia="Pretendard" w:hAnsi="Pretendard" w:cs="Pretendard"/>
                <w:color w:val="1D0024"/>
                <w:sz w:val="18"/>
              </w:rPr>
              <w:t xml:space="preserve"> </w:t>
            </w:r>
            <w:r>
              <w:rPr>
                <w:rFonts w:ascii="Pretendard" w:eastAsia="Pretendard" w:hAnsi="Pretendard" w:cs="Pretendard"/>
                <w:color w:val="1D0024"/>
                <w:sz w:val="18"/>
              </w:rPr>
              <w:t>주체는</w:t>
            </w:r>
            <w:r>
              <w:rPr>
                <w:rFonts w:ascii="Pretendard" w:eastAsia="Pretendard" w:hAnsi="Pretendard" w:cs="Pretendard"/>
                <w:color w:val="1D0024"/>
                <w:sz w:val="18"/>
              </w:rPr>
              <w:t xml:space="preserve"> 8</w:t>
            </w:r>
            <w:r>
              <w:rPr>
                <w:rFonts w:ascii="Pretendard" w:eastAsia="Pretendard" w:hAnsi="Pretendard" w:cs="Pretendard"/>
                <w:color w:val="1D0024"/>
                <w:sz w:val="18"/>
              </w:rPr>
              <w:t>장</w:t>
            </w:r>
            <w:r>
              <w:rPr>
                <w:rFonts w:ascii="Pretendard" w:eastAsia="Pretendard" w:hAnsi="Pretendard" w:cs="Pretendard"/>
                <w:color w:val="1D0024"/>
                <w:sz w:val="18"/>
              </w:rPr>
              <w:t xml:space="preserve"> </w:t>
            </w:r>
            <w:r>
              <w:rPr>
                <w:rFonts w:ascii="Pretendard" w:eastAsia="Pretendard" w:hAnsi="Pretendard" w:cs="Pretendard"/>
                <w:color w:val="1D0024"/>
                <w:sz w:val="18"/>
              </w:rPr>
              <w:t>안건</w:t>
            </w:r>
          </w:p>
        </w:tc>
      </w:tr>
      <w:tr w:rsidR="004B1372" w14:paraId="6117611D" w14:textId="77777777">
        <w:trPr>
          <w:jc w:val="center"/>
        </w:trPr>
        <w:tc>
          <w:tcPr>
            <w:tcW w:w="680" w:type="dxa"/>
          </w:tcPr>
          <w:p w14:paraId="5F54F4E1" w14:textId="77777777" w:rsidR="004B1372" w:rsidRDefault="00BB0BE3">
            <w:r>
              <w:rPr>
                <w:rFonts w:ascii="Pretendard" w:eastAsia="Pretendard" w:hAnsi="Pretendard" w:cs="Pretendard"/>
                <w:b/>
                <w:color w:val="1D0024"/>
                <w:sz w:val="18"/>
              </w:rPr>
              <w:t>6</w:t>
            </w:r>
          </w:p>
        </w:tc>
        <w:tc>
          <w:tcPr>
            <w:tcW w:w="2494" w:type="dxa"/>
          </w:tcPr>
          <w:p w14:paraId="594356B2" w14:textId="77777777" w:rsidR="004B1372" w:rsidRDefault="00BB0BE3">
            <w:r>
              <w:rPr>
                <w:rFonts w:ascii="Pretendard" w:eastAsia="Pretendard" w:hAnsi="Pretendard" w:cs="Pretendard"/>
                <w:color w:val="1D0024"/>
                <w:sz w:val="18"/>
              </w:rPr>
              <w:t>측정</w:t>
            </w:r>
            <w:r>
              <w:rPr>
                <w:rFonts w:ascii="Pretendard" w:eastAsia="Pretendard" w:hAnsi="Pretendard" w:cs="Pretendard"/>
                <w:color w:val="1D0024"/>
                <w:sz w:val="18"/>
              </w:rPr>
              <w:t xml:space="preserve"> </w:t>
            </w:r>
            <w:r>
              <w:rPr>
                <w:rFonts w:ascii="Pretendard" w:eastAsia="Pretendard" w:hAnsi="Pretendard" w:cs="Pretendard"/>
                <w:color w:val="1D0024"/>
                <w:sz w:val="18"/>
              </w:rPr>
              <w:t>연결</w:t>
            </w:r>
          </w:p>
        </w:tc>
        <w:tc>
          <w:tcPr>
            <w:tcW w:w="4309" w:type="dxa"/>
          </w:tcPr>
          <w:p w14:paraId="0761C747" w14:textId="77777777" w:rsidR="004B1372" w:rsidRDefault="00BB0BE3">
            <w:r>
              <w:rPr>
                <w:rFonts w:ascii="Pretendard" w:eastAsia="Pretendard" w:hAnsi="Pretendard" w:cs="Pretendard"/>
                <w:color w:val="1D0024"/>
                <w:sz w:val="18"/>
              </w:rPr>
              <w:t xml:space="preserve">GA4 AI </w:t>
            </w:r>
            <w:r>
              <w:rPr>
                <w:rFonts w:ascii="Pretendard" w:eastAsia="Pretendard" w:hAnsi="Pretendard" w:cs="Pretendard"/>
                <w:color w:val="1D0024"/>
                <w:sz w:val="18"/>
              </w:rPr>
              <w:t>유입</w:t>
            </w:r>
            <w:r>
              <w:rPr>
                <w:rFonts w:ascii="Pretendard" w:eastAsia="Pretendard" w:hAnsi="Pretendard" w:cs="Pretendard"/>
                <w:color w:val="1D0024"/>
                <w:sz w:val="18"/>
              </w:rPr>
              <w:t xml:space="preserve"> </w:t>
            </w:r>
            <w:r>
              <w:rPr>
                <w:rFonts w:ascii="Pretendard" w:eastAsia="Pretendard" w:hAnsi="Pretendard" w:cs="Pretendard"/>
                <w:color w:val="1D0024"/>
                <w:sz w:val="18"/>
              </w:rPr>
              <w:t>채널그룹</w:t>
            </w:r>
            <w:r>
              <w:rPr>
                <w:rFonts w:ascii="Pretendard" w:eastAsia="Pretendard" w:hAnsi="Pretendard" w:cs="Pretendard"/>
                <w:color w:val="1D0024"/>
                <w:sz w:val="18"/>
              </w:rPr>
              <w:t xml:space="preserve">, </w:t>
            </w:r>
            <w:r>
              <w:rPr>
                <w:rFonts w:ascii="Pretendard" w:eastAsia="Pretendard" w:hAnsi="Pretendard" w:cs="Pretendard"/>
                <w:color w:val="1D0024"/>
                <w:sz w:val="18"/>
              </w:rPr>
              <w:t>서치콘솔</w:t>
            </w:r>
            <w:r>
              <w:rPr>
                <w:rFonts w:ascii="Pretendard" w:eastAsia="Pretendard" w:hAnsi="Pretendard" w:cs="Pretendard"/>
                <w:color w:val="1D0024"/>
                <w:sz w:val="18"/>
              </w:rPr>
              <w:t xml:space="preserve">, </w:t>
            </w:r>
            <w:r>
              <w:rPr>
                <w:rFonts w:ascii="Pretendard" w:eastAsia="Pretendard" w:hAnsi="Pretendard" w:cs="Pretendard"/>
                <w:color w:val="1D0024"/>
                <w:sz w:val="18"/>
              </w:rPr>
              <w:t>가능</w:t>
            </w:r>
            <w:r>
              <w:rPr>
                <w:rFonts w:ascii="Pretendard" w:eastAsia="Pretendard" w:hAnsi="Pretendard" w:cs="Pretendard"/>
                <w:color w:val="1D0024"/>
                <w:sz w:val="18"/>
              </w:rPr>
              <w:t xml:space="preserve"> </w:t>
            </w:r>
            <w:r>
              <w:rPr>
                <w:rFonts w:ascii="Pretendard" w:eastAsia="Pretendard" w:hAnsi="Pretendard" w:cs="Pretendard"/>
                <w:color w:val="1D0024"/>
                <w:sz w:val="18"/>
              </w:rPr>
              <w:t>시</w:t>
            </w:r>
            <w:r>
              <w:rPr>
                <w:rFonts w:ascii="Pretendard" w:eastAsia="Pretendard" w:hAnsi="Pretendard" w:cs="Pretendard"/>
                <w:color w:val="1D0024"/>
                <w:sz w:val="18"/>
              </w:rPr>
              <w:t xml:space="preserve"> </w:t>
            </w:r>
            <w:r>
              <w:rPr>
                <w:rFonts w:ascii="Pretendard" w:eastAsia="Pretendard" w:hAnsi="Pretendard" w:cs="Pretendard"/>
                <w:color w:val="1D0024"/>
                <w:sz w:val="18"/>
              </w:rPr>
              <w:t>서버</w:t>
            </w:r>
            <w:r>
              <w:rPr>
                <w:rFonts w:ascii="Pretendard" w:eastAsia="Pretendard" w:hAnsi="Pretendard" w:cs="Pretendard"/>
                <w:color w:val="1D0024"/>
                <w:sz w:val="18"/>
              </w:rPr>
              <w:t xml:space="preserve"> </w:t>
            </w:r>
            <w:r>
              <w:rPr>
                <w:rFonts w:ascii="Pretendard" w:eastAsia="Pretendard" w:hAnsi="Pretendard" w:cs="Pretendard"/>
                <w:color w:val="1D0024"/>
                <w:sz w:val="18"/>
              </w:rPr>
              <w:t>로그</w:t>
            </w:r>
          </w:p>
        </w:tc>
        <w:tc>
          <w:tcPr>
            <w:tcW w:w="2154" w:type="dxa"/>
          </w:tcPr>
          <w:p w14:paraId="4D26B5C0" w14:textId="77777777" w:rsidR="004B1372" w:rsidRDefault="00BB0BE3">
            <w:r>
              <w:rPr>
                <w:rFonts w:ascii="Pretendard" w:eastAsia="Pretendard" w:hAnsi="Pretendard" w:cs="Pretendard"/>
                <w:color w:val="1D0024"/>
                <w:sz w:val="18"/>
              </w:rPr>
              <w:t>병원</w:t>
            </w:r>
            <w:r>
              <w:rPr>
                <w:rFonts w:ascii="Pretendard" w:eastAsia="Pretendard" w:hAnsi="Pretendard" w:cs="Pretendard"/>
                <w:color w:val="1D0024"/>
                <w:sz w:val="18"/>
              </w:rPr>
              <w:t xml:space="preserve"> </w:t>
            </w:r>
            <w:r>
              <w:rPr>
                <w:rFonts w:ascii="Pretendard" w:eastAsia="Pretendard" w:hAnsi="Pretendard" w:cs="Pretendard"/>
                <w:color w:val="1D0024"/>
                <w:sz w:val="18"/>
              </w:rPr>
              <w:t>계정</w:t>
            </w:r>
            <w:r>
              <w:rPr>
                <w:rFonts w:ascii="Pretendard" w:eastAsia="Pretendard" w:hAnsi="Pretendard" w:cs="Pretendard"/>
                <w:color w:val="1D0024"/>
                <w:sz w:val="18"/>
              </w:rPr>
              <w:t xml:space="preserve"> </w:t>
            </w:r>
            <w:r>
              <w:rPr>
                <w:rFonts w:ascii="Pretendard" w:eastAsia="Pretendard" w:hAnsi="Pretendard" w:cs="Pretendard"/>
                <w:color w:val="1D0024"/>
                <w:sz w:val="18"/>
              </w:rPr>
              <w:t>권한</w:t>
            </w:r>
            <w:r>
              <w:rPr>
                <w:rFonts w:ascii="Pretendard" w:eastAsia="Pretendard" w:hAnsi="Pretendard" w:cs="Pretendard"/>
                <w:color w:val="1D0024"/>
                <w:sz w:val="18"/>
              </w:rPr>
              <w:t xml:space="preserve"> </w:t>
            </w:r>
            <w:r>
              <w:rPr>
                <w:rFonts w:ascii="Pretendard" w:eastAsia="Pretendard" w:hAnsi="Pretendard" w:cs="Pretendard"/>
                <w:color w:val="1D0024"/>
                <w:sz w:val="18"/>
              </w:rPr>
              <w:t>필요</w:t>
            </w:r>
          </w:p>
        </w:tc>
      </w:tr>
      <w:tr w:rsidR="004B1372" w14:paraId="635D1924" w14:textId="77777777">
        <w:trPr>
          <w:jc w:val="center"/>
        </w:trPr>
        <w:tc>
          <w:tcPr>
            <w:tcW w:w="680" w:type="dxa"/>
          </w:tcPr>
          <w:p w14:paraId="58F5719F" w14:textId="77777777" w:rsidR="004B1372" w:rsidRDefault="00BB0BE3">
            <w:r>
              <w:rPr>
                <w:rFonts w:ascii="Pretendard" w:eastAsia="Pretendard" w:hAnsi="Pretendard" w:cs="Pretendard"/>
                <w:b/>
                <w:color w:val="1D0024"/>
                <w:sz w:val="18"/>
              </w:rPr>
              <w:t>7</w:t>
            </w:r>
          </w:p>
        </w:tc>
        <w:tc>
          <w:tcPr>
            <w:tcW w:w="2494" w:type="dxa"/>
          </w:tcPr>
          <w:p w14:paraId="5B14C3AA" w14:textId="77777777" w:rsidR="004B1372" w:rsidRDefault="00BB0BE3">
            <w:r>
              <w:rPr>
                <w:rFonts w:ascii="Pretendard" w:eastAsia="Pretendard" w:hAnsi="Pretendard" w:cs="Pretendard"/>
                <w:color w:val="1D0024"/>
                <w:sz w:val="18"/>
              </w:rPr>
              <w:t>결과</w:t>
            </w:r>
            <w:r>
              <w:rPr>
                <w:rFonts w:ascii="Pretendard" w:eastAsia="Pretendard" w:hAnsi="Pretendard" w:cs="Pretendard"/>
                <w:color w:val="1D0024"/>
                <w:sz w:val="18"/>
              </w:rPr>
              <w:t xml:space="preserve"> </w:t>
            </w:r>
            <w:r>
              <w:rPr>
                <w:rFonts w:ascii="Pretendard" w:eastAsia="Pretendard" w:hAnsi="Pretendard" w:cs="Pretendard"/>
                <w:color w:val="1D0024"/>
                <w:sz w:val="18"/>
              </w:rPr>
              <w:t>보고서와</w:t>
            </w:r>
            <w:r>
              <w:rPr>
                <w:rFonts w:ascii="Pretendard" w:eastAsia="Pretendard" w:hAnsi="Pretendard" w:cs="Pretendard"/>
                <w:color w:val="1D0024"/>
                <w:sz w:val="18"/>
              </w:rPr>
              <w:t xml:space="preserve"> </w:t>
            </w:r>
            <w:r>
              <w:rPr>
                <w:rFonts w:ascii="Pretendard" w:eastAsia="Pretendard" w:hAnsi="Pretendard" w:cs="Pretendard"/>
                <w:color w:val="1D0024"/>
                <w:sz w:val="18"/>
              </w:rPr>
              <w:t>사례</w:t>
            </w:r>
          </w:p>
        </w:tc>
        <w:tc>
          <w:tcPr>
            <w:tcW w:w="4309" w:type="dxa"/>
          </w:tcPr>
          <w:p w14:paraId="46A347F8" w14:textId="77777777" w:rsidR="004B1372" w:rsidRDefault="00BB0BE3">
            <w:r>
              <w:rPr>
                <w:rFonts w:ascii="Pretendard" w:eastAsia="Pretendard" w:hAnsi="Pretendard" w:cs="Pretendard"/>
                <w:color w:val="1D0024"/>
                <w:sz w:val="18"/>
              </w:rPr>
              <w:t>8</w:t>
            </w:r>
            <w:r>
              <w:rPr>
                <w:rFonts w:ascii="Pretendard" w:eastAsia="Pretendard" w:hAnsi="Pretendard" w:cs="Pretendard"/>
                <w:color w:val="1D0024"/>
                <w:sz w:val="18"/>
              </w:rPr>
              <w:t>주</w:t>
            </w:r>
            <w:r>
              <w:rPr>
                <w:rFonts w:ascii="Pretendard" w:eastAsia="Pretendard" w:hAnsi="Pretendard" w:cs="Pretendard"/>
                <w:color w:val="1D0024"/>
                <w:sz w:val="18"/>
              </w:rPr>
              <w:t xml:space="preserve"> </w:t>
            </w:r>
            <w:r>
              <w:rPr>
                <w:rFonts w:ascii="Pretendard" w:eastAsia="Pretendard" w:hAnsi="Pretendard" w:cs="Pretendard"/>
                <w:color w:val="1D0024"/>
                <w:sz w:val="18"/>
              </w:rPr>
              <w:t>결과</w:t>
            </w:r>
            <w:r>
              <w:rPr>
                <w:rFonts w:ascii="Pretendard" w:eastAsia="Pretendard" w:hAnsi="Pretendard" w:cs="Pretendard"/>
                <w:color w:val="1D0024"/>
                <w:sz w:val="18"/>
              </w:rPr>
              <w:t xml:space="preserve"> </w:t>
            </w:r>
            <w:r>
              <w:rPr>
                <w:rFonts w:ascii="Pretendard" w:eastAsia="Pretendard" w:hAnsi="Pretendard" w:cs="Pretendard"/>
                <w:color w:val="1D0024"/>
                <w:sz w:val="18"/>
              </w:rPr>
              <w:t>보고서</w:t>
            </w:r>
            <w:r>
              <w:rPr>
                <w:rFonts w:ascii="Pretendard" w:eastAsia="Pretendard" w:hAnsi="Pretendard" w:cs="Pretendard"/>
                <w:color w:val="1D0024"/>
                <w:sz w:val="18"/>
              </w:rPr>
              <w:t xml:space="preserve">, </w:t>
            </w:r>
            <w:r>
              <w:rPr>
                <w:rFonts w:ascii="Pretendard" w:eastAsia="Pretendard" w:hAnsi="Pretendard" w:cs="Pretendard"/>
                <w:color w:val="1D0024"/>
                <w:sz w:val="18"/>
              </w:rPr>
              <w:t>사례</w:t>
            </w:r>
            <w:r>
              <w:rPr>
                <w:rFonts w:ascii="Pretendard" w:eastAsia="Pretendard" w:hAnsi="Pretendard" w:cs="Pretendard"/>
                <w:color w:val="1D0024"/>
                <w:sz w:val="18"/>
              </w:rPr>
              <w:t xml:space="preserve"> </w:t>
            </w:r>
            <w:r>
              <w:rPr>
                <w:rFonts w:ascii="Pretendard" w:eastAsia="Pretendard" w:hAnsi="Pretendard" w:cs="Pretendard"/>
                <w:color w:val="1D0024"/>
                <w:sz w:val="18"/>
              </w:rPr>
              <w:t>요약</w:t>
            </w:r>
            <w:r>
              <w:rPr>
                <w:rFonts w:ascii="Pretendard" w:eastAsia="Pretendard" w:hAnsi="Pretendard" w:cs="Pretendard"/>
                <w:color w:val="1D0024"/>
                <w:sz w:val="18"/>
              </w:rPr>
              <w:t xml:space="preserve"> 1</w:t>
            </w:r>
            <w:r>
              <w:rPr>
                <w:rFonts w:ascii="Pretendard" w:eastAsia="Pretendard" w:hAnsi="Pretendard" w:cs="Pretendard"/>
                <w:color w:val="1D0024"/>
                <w:sz w:val="18"/>
              </w:rPr>
              <w:t>쪽</w:t>
            </w:r>
          </w:p>
        </w:tc>
        <w:tc>
          <w:tcPr>
            <w:tcW w:w="2154" w:type="dxa"/>
          </w:tcPr>
          <w:p w14:paraId="010CCE90" w14:textId="77777777" w:rsidR="004B1372" w:rsidRDefault="00BB0BE3">
            <w:r>
              <w:rPr>
                <w:rFonts w:ascii="Pretendard" w:eastAsia="Pretendard" w:hAnsi="Pretendard" w:cs="Pretendard"/>
                <w:color w:val="1D0024"/>
                <w:sz w:val="18"/>
              </w:rPr>
              <w:t xml:space="preserve">MOU </w:t>
            </w:r>
            <w:r>
              <w:rPr>
                <w:rFonts w:ascii="Pretendard" w:eastAsia="Pretendard" w:hAnsi="Pretendard" w:cs="Pretendard"/>
                <w:color w:val="1D0024"/>
                <w:sz w:val="18"/>
              </w:rPr>
              <w:t>홍보</w:t>
            </w:r>
            <w:r>
              <w:rPr>
                <w:rFonts w:ascii="Pretendard" w:eastAsia="Pretendard" w:hAnsi="Pretendard" w:cs="Pretendard"/>
                <w:color w:val="1D0024"/>
                <w:sz w:val="18"/>
              </w:rPr>
              <w:t>·</w:t>
            </w:r>
            <w:r>
              <w:rPr>
                <w:rFonts w:ascii="Pretendard" w:eastAsia="Pretendard" w:hAnsi="Pretendard" w:cs="Pretendard"/>
                <w:color w:val="1D0024"/>
                <w:sz w:val="18"/>
              </w:rPr>
              <w:t>타</w:t>
            </w:r>
            <w:r>
              <w:rPr>
                <w:rFonts w:ascii="Pretendard" w:eastAsia="Pretendard" w:hAnsi="Pretendard" w:cs="Pretendard"/>
                <w:color w:val="1D0024"/>
                <w:sz w:val="18"/>
              </w:rPr>
              <w:t xml:space="preserve"> </w:t>
            </w:r>
            <w:r>
              <w:rPr>
                <w:rFonts w:ascii="Pretendard" w:eastAsia="Pretendard" w:hAnsi="Pretendard" w:cs="Pretendard"/>
                <w:color w:val="1D0024"/>
                <w:sz w:val="18"/>
              </w:rPr>
              <w:t>병원</w:t>
            </w:r>
            <w:r>
              <w:rPr>
                <w:rFonts w:ascii="Pretendard" w:eastAsia="Pretendard" w:hAnsi="Pretendard" w:cs="Pretendard"/>
                <w:color w:val="1D0024"/>
                <w:sz w:val="18"/>
              </w:rPr>
              <w:t xml:space="preserve"> </w:t>
            </w:r>
            <w:r>
              <w:rPr>
                <w:rFonts w:ascii="Pretendard" w:eastAsia="Pretendard" w:hAnsi="Pretendard" w:cs="Pretendard"/>
                <w:color w:val="1D0024"/>
                <w:sz w:val="18"/>
              </w:rPr>
              <w:t>영업</w:t>
            </w:r>
          </w:p>
        </w:tc>
      </w:tr>
    </w:tbl>
    <w:p w14:paraId="059A6814" w14:textId="77777777" w:rsidR="004B1372" w:rsidRDefault="004B1372">
      <w:pPr>
        <w:spacing w:after="40"/>
      </w:pPr>
    </w:p>
    <w:p w14:paraId="0F9778B9" w14:textId="77777777" w:rsidR="004B1372" w:rsidRDefault="00BB0BE3">
      <w:pPr>
        <w:keepNext/>
        <w:spacing w:before="200" w:after="160"/>
      </w:pPr>
      <w:r>
        <w:rPr>
          <w:rFonts w:ascii="Pretendard" w:eastAsia="Pretendard" w:hAnsi="Pretendard" w:cs="Pretendard"/>
          <w:b/>
          <w:color w:val="4F1DA1"/>
          <w:sz w:val="26"/>
        </w:rPr>
        <w:t xml:space="preserve">6-2. </w:t>
      </w:r>
      <w:r>
        <w:rPr>
          <w:rFonts w:ascii="Pretendard" w:eastAsia="Pretendard" w:hAnsi="Pretendard" w:cs="Pretendard"/>
          <w:b/>
          <w:color w:val="4F1DA1"/>
          <w:sz w:val="26"/>
        </w:rPr>
        <w:t>제외</w:t>
      </w:r>
      <w:r>
        <w:rPr>
          <w:rFonts w:ascii="Pretendard" w:eastAsia="Pretendard" w:hAnsi="Pretendard" w:cs="Pretendard"/>
          <w:b/>
          <w:color w:val="4F1DA1"/>
          <w:sz w:val="26"/>
        </w:rPr>
        <w:t xml:space="preserve"> (MOU </w:t>
      </w:r>
      <w:r>
        <w:rPr>
          <w:rFonts w:ascii="Pretendard" w:eastAsia="Pretendard" w:hAnsi="Pretendard" w:cs="Pretendard"/>
          <w:b/>
          <w:color w:val="4F1DA1"/>
          <w:sz w:val="26"/>
        </w:rPr>
        <w:t>문구에</w:t>
      </w:r>
      <w:r>
        <w:rPr>
          <w:rFonts w:ascii="Pretendard" w:eastAsia="Pretendard" w:hAnsi="Pretendard" w:cs="Pretendard"/>
          <w:b/>
          <w:color w:val="4F1DA1"/>
          <w:sz w:val="26"/>
        </w:rPr>
        <w:t xml:space="preserve"> </w:t>
      </w:r>
      <w:r>
        <w:rPr>
          <w:rFonts w:ascii="Pretendard" w:eastAsia="Pretendard" w:hAnsi="Pretendard" w:cs="Pretendard"/>
          <w:b/>
          <w:color w:val="4F1DA1"/>
          <w:sz w:val="26"/>
        </w:rPr>
        <w:t>명시</w:t>
      </w:r>
      <w:r>
        <w:rPr>
          <w:rFonts w:ascii="Pretendard" w:eastAsia="Pretendard" w:hAnsi="Pretendard" w:cs="Pretendard"/>
          <w:b/>
          <w:color w:val="4F1DA1"/>
          <w:sz w:val="26"/>
        </w:rPr>
        <w:t>)</w:t>
      </w:r>
    </w:p>
    <w:p w14:paraId="40FF0030" w14:textId="77777777" w:rsidR="004B1372" w:rsidRDefault="00BB0BE3">
      <w:pPr>
        <w:pStyle w:val="a0"/>
        <w:spacing w:after="60" w:line="312" w:lineRule="auto"/>
      </w:pPr>
      <w:r>
        <w:rPr>
          <w:rFonts w:ascii="Pretendard" w:eastAsia="Pretendard" w:hAnsi="Pretendard" w:cs="Pretendard"/>
          <w:color w:val="1D0024"/>
          <w:sz w:val="21"/>
        </w:rPr>
        <w:t>다병원</w:t>
      </w:r>
      <w:r>
        <w:rPr>
          <w:rFonts w:ascii="Pretendard" w:eastAsia="Pretendard" w:hAnsi="Pretendard" w:cs="Pretendard"/>
          <w:color w:val="1D0024"/>
          <w:sz w:val="21"/>
        </w:rPr>
        <w:t xml:space="preserve"> </w:t>
      </w:r>
      <w:r>
        <w:rPr>
          <w:rFonts w:ascii="Pretendard" w:eastAsia="Pretendard" w:hAnsi="Pretendard" w:cs="Pretendard"/>
          <w:color w:val="1D0024"/>
          <w:sz w:val="21"/>
        </w:rPr>
        <w:t>의료관광</w:t>
      </w:r>
      <w:r>
        <w:rPr>
          <w:rFonts w:ascii="Pretendard" w:eastAsia="Pretendard" w:hAnsi="Pretendard" w:cs="Pretendard"/>
          <w:color w:val="1D0024"/>
          <w:sz w:val="21"/>
        </w:rPr>
        <w:t xml:space="preserve"> </w:t>
      </w:r>
      <w:r>
        <w:rPr>
          <w:rFonts w:ascii="Pretendard" w:eastAsia="Pretendard" w:hAnsi="Pretendard" w:cs="Pretendard"/>
          <w:color w:val="1D0024"/>
          <w:sz w:val="21"/>
        </w:rPr>
        <w:t>포털</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비교</w:t>
      </w:r>
      <w:r>
        <w:rPr>
          <w:rFonts w:ascii="Pretendard" w:eastAsia="Pretendard" w:hAnsi="Pretendard" w:cs="Pretendard"/>
          <w:color w:val="1D0024"/>
          <w:sz w:val="21"/>
        </w:rPr>
        <w:t>·</w:t>
      </w:r>
      <w:r>
        <w:rPr>
          <w:rFonts w:ascii="Pretendard" w:eastAsia="Pretendard" w:hAnsi="Pretendard" w:cs="Pretendard"/>
          <w:color w:val="1D0024"/>
          <w:sz w:val="21"/>
        </w:rPr>
        <w:t>목록</w:t>
      </w:r>
      <w:r>
        <w:rPr>
          <w:rFonts w:ascii="Pretendard" w:eastAsia="Pretendard" w:hAnsi="Pretendard" w:cs="Pretendard"/>
          <w:color w:val="1D0024"/>
          <w:sz w:val="21"/>
        </w:rPr>
        <w:t xml:space="preserve"> </w:t>
      </w:r>
      <w:r>
        <w:rPr>
          <w:rFonts w:ascii="Pretendard" w:eastAsia="Pretendard" w:hAnsi="Pretendard" w:cs="Pretendard"/>
          <w:color w:val="1D0024"/>
          <w:sz w:val="21"/>
        </w:rPr>
        <w:t>서비스</w:t>
      </w:r>
    </w:p>
    <w:p w14:paraId="11B70702" w14:textId="77777777" w:rsidR="004B1372" w:rsidRDefault="00BB0BE3">
      <w:pPr>
        <w:pStyle w:val="a0"/>
        <w:spacing w:after="60" w:line="312" w:lineRule="auto"/>
      </w:pPr>
      <w:r>
        <w:rPr>
          <w:rFonts w:ascii="Pretendard" w:eastAsia="Pretendard" w:hAnsi="Pretendard" w:cs="Pretendard"/>
          <w:color w:val="1D0024"/>
          <w:sz w:val="21"/>
        </w:rPr>
        <w:t>외국인</w:t>
      </w:r>
      <w:r>
        <w:rPr>
          <w:rFonts w:ascii="Pretendard" w:eastAsia="Pretendard" w:hAnsi="Pretendard" w:cs="Pretendard"/>
          <w:color w:val="1D0024"/>
          <w:sz w:val="21"/>
        </w:rPr>
        <w:t xml:space="preserve"> </w:t>
      </w:r>
      <w:r>
        <w:rPr>
          <w:rFonts w:ascii="Pretendard" w:eastAsia="Pretendard" w:hAnsi="Pretendard" w:cs="Pretendard"/>
          <w:color w:val="1D0024"/>
          <w:sz w:val="21"/>
        </w:rPr>
        <w:t>환자</w:t>
      </w:r>
      <w:r>
        <w:rPr>
          <w:rFonts w:ascii="Pretendard" w:eastAsia="Pretendard" w:hAnsi="Pretendard" w:cs="Pretendard"/>
          <w:color w:val="1D0024"/>
          <w:sz w:val="21"/>
        </w:rPr>
        <w:t xml:space="preserve"> </w:t>
      </w:r>
      <w:r>
        <w:rPr>
          <w:rFonts w:ascii="Pretendard" w:eastAsia="Pretendard" w:hAnsi="Pretendard" w:cs="Pretendard"/>
          <w:color w:val="1D0024"/>
          <w:sz w:val="21"/>
        </w:rPr>
        <w:t>상담</w:t>
      </w:r>
      <w:r>
        <w:rPr>
          <w:rFonts w:ascii="Pretendard" w:eastAsia="Pretendard" w:hAnsi="Pretendard" w:cs="Pretendard"/>
          <w:color w:val="1D0024"/>
          <w:sz w:val="21"/>
        </w:rPr>
        <w:t>·</w:t>
      </w:r>
      <w:r>
        <w:rPr>
          <w:rFonts w:ascii="Pretendard" w:eastAsia="Pretendard" w:hAnsi="Pretendard" w:cs="Pretendard"/>
          <w:color w:val="1D0024"/>
          <w:sz w:val="21"/>
        </w:rPr>
        <w:t>예약</w:t>
      </w:r>
      <w:r>
        <w:rPr>
          <w:rFonts w:ascii="Pretendard" w:eastAsia="Pretendard" w:hAnsi="Pretendard" w:cs="Pretendard"/>
          <w:color w:val="1D0024"/>
          <w:sz w:val="21"/>
        </w:rPr>
        <w:t xml:space="preserve"> </w:t>
      </w:r>
      <w:r>
        <w:rPr>
          <w:rFonts w:ascii="Pretendard" w:eastAsia="Pretendard" w:hAnsi="Pretendard" w:cs="Pretendard"/>
          <w:color w:val="1D0024"/>
          <w:sz w:val="21"/>
        </w:rPr>
        <w:t>중개</w:t>
      </w:r>
      <w:r>
        <w:rPr>
          <w:rFonts w:ascii="Pretendard" w:eastAsia="Pretendard" w:hAnsi="Pretendard" w:cs="Pretendard"/>
          <w:color w:val="1D0024"/>
          <w:sz w:val="21"/>
        </w:rPr>
        <w:t xml:space="preserve">, </w:t>
      </w:r>
      <w:r>
        <w:rPr>
          <w:rFonts w:ascii="Pretendard" w:eastAsia="Pretendard" w:hAnsi="Pretendard" w:cs="Pretendard"/>
          <w:color w:val="1D0024"/>
          <w:sz w:val="21"/>
        </w:rPr>
        <w:t>통역</w:t>
      </w:r>
      <w:r>
        <w:rPr>
          <w:rFonts w:ascii="Pretendard" w:eastAsia="Pretendard" w:hAnsi="Pretendard" w:cs="Pretendard"/>
          <w:color w:val="1D0024"/>
          <w:sz w:val="21"/>
        </w:rPr>
        <w:t xml:space="preserve">, </w:t>
      </w:r>
      <w:r>
        <w:rPr>
          <w:rFonts w:ascii="Pretendard" w:eastAsia="Pretendard" w:hAnsi="Pretendard" w:cs="Pretendard"/>
          <w:color w:val="1D0024"/>
          <w:sz w:val="21"/>
        </w:rPr>
        <w:t>픽업</w:t>
      </w:r>
      <w:r>
        <w:rPr>
          <w:rFonts w:ascii="Pretendard" w:eastAsia="Pretendard" w:hAnsi="Pretendard" w:cs="Pretendard"/>
          <w:color w:val="1D0024"/>
          <w:sz w:val="21"/>
        </w:rPr>
        <w:t xml:space="preserve">, </w:t>
      </w:r>
      <w:r>
        <w:rPr>
          <w:rFonts w:ascii="Pretendard" w:eastAsia="Pretendard" w:hAnsi="Pretendard" w:cs="Pretendard"/>
          <w:color w:val="1D0024"/>
          <w:sz w:val="21"/>
        </w:rPr>
        <w:t>결제</w:t>
      </w:r>
      <w:r>
        <w:rPr>
          <w:rFonts w:ascii="Pretendard" w:eastAsia="Pretendard" w:hAnsi="Pretendard" w:cs="Pretendard"/>
          <w:color w:val="1D0024"/>
          <w:sz w:val="21"/>
        </w:rPr>
        <w:t xml:space="preserve">, </w:t>
      </w:r>
      <w:r>
        <w:rPr>
          <w:rFonts w:ascii="Pretendard" w:eastAsia="Pretendard" w:hAnsi="Pretendard" w:cs="Pretendard"/>
          <w:color w:val="1D0024"/>
          <w:sz w:val="21"/>
        </w:rPr>
        <w:t>수수료</w:t>
      </w:r>
    </w:p>
    <w:p w14:paraId="35949BD6" w14:textId="77777777" w:rsidR="004B1372" w:rsidRDefault="00BB0BE3">
      <w:pPr>
        <w:pStyle w:val="a0"/>
        <w:spacing w:after="60" w:line="312" w:lineRule="auto"/>
      </w:pPr>
      <w:r>
        <w:rPr>
          <w:rFonts w:ascii="Pretendard" w:eastAsia="Pretendard" w:hAnsi="Pretendard" w:cs="Pretendard"/>
          <w:color w:val="1D0024"/>
          <w:sz w:val="21"/>
        </w:rPr>
        <w:t>숙박</w:t>
      </w:r>
      <w:r>
        <w:rPr>
          <w:rFonts w:ascii="Pretendard" w:eastAsia="Pretendard" w:hAnsi="Pretendard" w:cs="Pretendard"/>
          <w:color w:val="1D0024"/>
          <w:sz w:val="21"/>
        </w:rPr>
        <w:t>·</w:t>
      </w:r>
      <w:r>
        <w:rPr>
          <w:rFonts w:ascii="Pretendard" w:eastAsia="Pretendard" w:hAnsi="Pretendard" w:cs="Pretendard"/>
          <w:color w:val="1D0024"/>
          <w:sz w:val="21"/>
        </w:rPr>
        <w:t>관광</w:t>
      </w:r>
      <w:r>
        <w:rPr>
          <w:rFonts w:ascii="Pretendard" w:eastAsia="Pretendard" w:hAnsi="Pretendard" w:cs="Pretendard"/>
          <w:color w:val="1D0024"/>
          <w:sz w:val="21"/>
        </w:rPr>
        <w:t xml:space="preserve"> </w:t>
      </w:r>
      <w:r>
        <w:rPr>
          <w:rFonts w:ascii="Pretendard" w:eastAsia="Pretendard" w:hAnsi="Pretendard" w:cs="Pretendard"/>
          <w:color w:val="1D0024"/>
          <w:sz w:val="21"/>
        </w:rPr>
        <w:t>상품</w:t>
      </w:r>
      <w:r>
        <w:rPr>
          <w:rFonts w:ascii="Pretendard" w:eastAsia="Pretendard" w:hAnsi="Pretendard" w:cs="Pretendard"/>
          <w:color w:val="1D0024"/>
          <w:sz w:val="21"/>
        </w:rPr>
        <w:t xml:space="preserve"> </w:t>
      </w:r>
      <w:r>
        <w:rPr>
          <w:rFonts w:ascii="Pretendard" w:eastAsia="Pretendard" w:hAnsi="Pretendard" w:cs="Pretendard"/>
          <w:color w:val="1D0024"/>
          <w:sz w:val="21"/>
        </w:rPr>
        <w:t>판매</w:t>
      </w:r>
      <w:r>
        <w:rPr>
          <w:rFonts w:ascii="Pretendard" w:eastAsia="Pretendard" w:hAnsi="Pretendard" w:cs="Pretendard"/>
          <w:color w:val="1D0024"/>
          <w:sz w:val="21"/>
        </w:rPr>
        <w:t xml:space="preserve">, </w:t>
      </w:r>
      <w:r>
        <w:rPr>
          <w:rFonts w:ascii="Pretendard" w:eastAsia="Pretendard" w:hAnsi="Pretendard" w:cs="Pretendard"/>
          <w:color w:val="1D0024"/>
          <w:sz w:val="21"/>
        </w:rPr>
        <w:t>앱</w:t>
      </w:r>
      <w:r>
        <w:rPr>
          <w:rFonts w:ascii="Pretendard" w:eastAsia="Pretendard" w:hAnsi="Pretendard" w:cs="Pretendard"/>
          <w:color w:val="1D0024"/>
          <w:sz w:val="21"/>
        </w:rPr>
        <w:t xml:space="preserve"> </w:t>
      </w:r>
      <w:r>
        <w:rPr>
          <w:rFonts w:ascii="Pretendard" w:eastAsia="Pretendard" w:hAnsi="Pretendard" w:cs="Pretendard"/>
          <w:color w:val="1D0024"/>
          <w:sz w:val="21"/>
        </w:rPr>
        <w:t>개발</w:t>
      </w:r>
    </w:p>
    <w:p w14:paraId="212B3EDB" w14:textId="77777777" w:rsidR="004B1372" w:rsidRDefault="00BB0BE3">
      <w:pPr>
        <w:pStyle w:val="a0"/>
        <w:spacing w:after="60" w:line="312" w:lineRule="auto"/>
      </w:pPr>
      <w:r>
        <w:rPr>
          <w:rFonts w:ascii="Pretendard" w:eastAsia="Pretendard" w:hAnsi="Pretendard" w:cs="Pretendard"/>
          <w:color w:val="1D0024"/>
          <w:sz w:val="21"/>
        </w:rPr>
        <w:t>답변엔진</w:t>
      </w:r>
      <w:r>
        <w:rPr>
          <w:rFonts w:ascii="Pretendard" w:eastAsia="Pretendard" w:hAnsi="Pretendard" w:cs="Pretendard"/>
          <w:color w:val="1D0024"/>
          <w:sz w:val="21"/>
        </w:rPr>
        <w:t xml:space="preserve"> </w:t>
      </w:r>
      <w:r>
        <w:rPr>
          <w:rFonts w:ascii="Pretendard" w:eastAsia="Pretendard" w:hAnsi="Pretendard" w:cs="Pretendard"/>
          <w:color w:val="1D0024"/>
          <w:sz w:val="21"/>
        </w:rPr>
        <w:t>추가</w:t>
      </w:r>
      <w:r>
        <w:rPr>
          <w:rFonts w:ascii="Pretendard" w:eastAsia="Pretendard" w:hAnsi="Pretendard" w:cs="Pretendard"/>
          <w:color w:val="1D0024"/>
          <w:sz w:val="21"/>
        </w:rPr>
        <w:t xml:space="preserve">(Claude, Gemini, Google AI Overview). </w:t>
      </w:r>
      <w:r>
        <w:rPr>
          <w:rFonts w:ascii="Pretendard" w:eastAsia="Pretendard" w:hAnsi="Pretendard" w:cs="Pretendard"/>
          <w:color w:val="1D0024"/>
          <w:sz w:val="21"/>
        </w:rPr>
        <w:t>유료</w:t>
      </w:r>
      <w:r>
        <w:rPr>
          <w:rFonts w:ascii="Pretendard" w:eastAsia="Pretendard" w:hAnsi="Pretendard" w:cs="Pretendard"/>
          <w:color w:val="1D0024"/>
          <w:sz w:val="21"/>
        </w:rPr>
        <w:t xml:space="preserve"> </w:t>
      </w:r>
      <w:r>
        <w:rPr>
          <w:rFonts w:ascii="Pretendard" w:eastAsia="Pretendard" w:hAnsi="Pretendard" w:cs="Pretendard"/>
          <w:color w:val="1D0024"/>
          <w:sz w:val="21"/>
        </w:rPr>
        <w:t>전환</w:t>
      </w:r>
      <w:r>
        <w:rPr>
          <w:rFonts w:ascii="Pretendard" w:eastAsia="Pretendard" w:hAnsi="Pretendard" w:cs="Pretendard"/>
          <w:color w:val="1D0024"/>
          <w:sz w:val="21"/>
        </w:rPr>
        <w:t xml:space="preserve"> </w:t>
      </w:r>
      <w:r>
        <w:rPr>
          <w:rFonts w:ascii="Pretendard" w:eastAsia="Pretendard" w:hAnsi="Pretendard" w:cs="Pretendard"/>
          <w:color w:val="1D0024"/>
          <w:sz w:val="21"/>
        </w:rPr>
        <w:t>시</w:t>
      </w:r>
      <w:r>
        <w:rPr>
          <w:rFonts w:ascii="Pretendard" w:eastAsia="Pretendard" w:hAnsi="Pretendard" w:cs="Pretendard"/>
          <w:color w:val="1D0024"/>
          <w:sz w:val="21"/>
        </w:rPr>
        <w:t xml:space="preserve"> </w:t>
      </w:r>
      <w:r>
        <w:rPr>
          <w:rFonts w:ascii="Pretendard" w:eastAsia="Pretendard" w:hAnsi="Pretendard" w:cs="Pretendard"/>
          <w:color w:val="1D0024"/>
          <w:sz w:val="21"/>
        </w:rPr>
        <w:t>옵션</w:t>
      </w:r>
    </w:p>
    <w:p w14:paraId="1317106F" w14:textId="77777777" w:rsidR="004B1372" w:rsidRDefault="00BB0BE3">
      <w:pPr>
        <w:pStyle w:val="a0"/>
        <w:spacing w:after="60" w:line="312" w:lineRule="auto"/>
      </w:pPr>
      <w:r>
        <w:rPr>
          <w:rFonts w:ascii="Pretendard" w:eastAsia="Pretendard" w:hAnsi="Pretendard" w:cs="Pretendard"/>
          <w:color w:val="1D0024"/>
          <w:sz w:val="21"/>
        </w:rPr>
        <w:t>공식</w:t>
      </w:r>
      <w:r>
        <w:rPr>
          <w:rFonts w:ascii="Pretendard" w:eastAsia="Pretendard" w:hAnsi="Pretendard" w:cs="Pretendard"/>
          <w:color w:val="1D0024"/>
          <w:sz w:val="21"/>
        </w:rPr>
        <w:t xml:space="preserve"> </w:t>
      </w:r>
      <w:r>
        <w:rPr>
          <w:rFonts w:ascii="Pretendard" w:eastAsia="Pretendard" w:hAnsi="Pretendard" w:cs="Pretendard"/>
          <w:color w:val="1D0024"/>
          <w:sz w:val="21"/>
        </w:rPr>
        <w:t>홈페이지</w:t>
      </w:r>
      <w:r>
        <w:rPr>
          <w:rFonts w:ascii="Pretendard" w:eastAsia="Pretendard" w:hAnsi="Pretendard" w:cs="Pretendard"/>
          <w:color w:val="1D0024"/>
          <w:sz w:val="21"/>
        </w:rPr>
        <w:t xml:space="preserve"> </w:t>
      </w:r>
      <w:r>
        <w:rPr>
          <w:rFonts w:ascii="Pretendard" w:eastAsia="Pretendard" w:hAnsi="Pretendard" w:cs="Pretendard"/>
          <w:color w:val="1D0024"/>
          <w:sz w:val="21"/>
        </w:rPr>
        <w:t>직접</w:t>
      </w:r>
      <w:r>
        <w:rPr>
          <w:rFonts w:ascii="Pretendard" w:eastAsia="Pretendard" w:hAnsi="Pretendard" w:cs="Pretendard"/>
          <w:color w:val="1D0024"/>
          <w:sz w:val="21"/>
        </w:rPr>
        <w:t xml:space="preserve"> </w:t>
      </w:r>
      <w:r>
        <w:rPr>
          <w:rFonts w:ascii="Pretendard" w:eastAsia="Pretendard" w:hAnsi="Pretendard" w:cs="Pretendard"/>
          <w:color w:val="1D0024"/>
          <w:sz w:val="21"/>
        </w:rPr>
        <w:t>개발</w:t>
      </w:r>
      <w:r>
        <w:rPr>
          <w:rFonts w:ascii="Pretendard" w:eastAsia="Pretendard" w:hAnsi="Pretendard" w:cs="Pretendard"/>
          <w:color w:val="1D0024"/>
          <w:sz w:val="21"/>
        </w:rPr>
        <w:t>·</w:t>
      </w:r>
      <w:r>
        <w:rPr>
          <w:rFonts w:ascii="Pretendard" w:eastAsia="Pretendard" w:hAnsi="Pretendard" w:cs="Pretendard"/>
          <w:color w:val="1D0024"/>
          <w:sz w:val="21"/>
        </w:rPr>
        <w:t>유지보수</w:t>
      </w:r>
      <w:r>
        <w:rPr>
          <w:rFonts w:ascii="Pretendard" w:eastAsia="Pretendard" w:hAnsi="Pretendard" w:cs="Pretendard"/>
          <w:color w:val="1D0024"/>
          <w:sz w:val="21"/>
        </w:rPr>
        <w:t>(8</w:t>
      </w:r>
      <w:r>
        <w:rPr>
          <w:rFonts w:ascii="Pretendard" w:eastAsia="Pretendard" w:hAnsi="Pretendard" w:cs="Pretendard"/>
          <w:color w:val="1D0024"/>
          <w:sz w:val="21"/>
        </w:rPr>
        <w:t>장</w:t>
      </w:r>
      <w:r>
        <w:rPr>
          <w:rFonts w:ascii="Pretendard" w:eastAsia="Pretendard" w:hAnsi="Pretendard" w:cs="Pretendard"/>
          <w:color w:val="1D0024"/>
          <w:sz w:val="21"/>
        </w:rPr>
        <w:t xml:space="preserve"> </w:t>
      </w:r>
      <w:r>
        <w:rPr>
          <w:rFonts w:ascii="Pretendard" w:eastAsia="Pretendard" w:hAnsi="Pretendard" w:cs="Pretendard"/>
          <w:color w:val="1D0024"/>
          <w:sz w:val="21"/>
        </w:rPr>
        <w:t>안건</w:t>
      </w:r>
      <w:r>
        <w:rPr>
          <w:rFonts w:ascii="Pretendard" w:eastAsia="Pretendard" w:hAnsi="Pretendard" w:cs="Pretendard"/>
          <w:color w:val="1D0024"/>
          <w:sz w:val="21"/>
        </w:rPr>
        <w:t xml:space="preserve"> 4 </w:t>
      </w:r>
      <w:r>
        <w:rPr>
          <w:rFonts w:ascii="Pretendard" w:eastAsia="Pretendard" w:hAnsi="Pretendard" w:cs="Pretendard"/>
          <w:color w:val="1D0024"/>
          <w:sz w:val="21"/>
        </w:rPr>
        <w:t>결정에</w:t>
      </w:r>
      <w:r>
        <w:rPr>
          <w:rFonts w:ascii="Pretendard" w:eastAsia="Pretendard" w:hAnsi="Pretendard" w:cs="Pretendard"/>
          <w:color w:val="1D0024"/>
          <w:sz w:val="21"/>
        </w:rPr>
        <w:t xml:space="preserve"> </w:t>
      </w:r>
      <w:r>
        <w:rPr>
          <w:rFonts w:ascii="Pretendard" w:eastAsia="Pretendard" w:hAnsi="Pretendard" w:cs="Pretendard"/>
          <w:color w:val="1D0024"/>
          <w:sz w:val="21"/>
        </w:rPr>
        <w:t>따름</w:t>
      </w:r>
      <w:r>
        <w:rPr>
          <w:rFonts w:ascii="Pretendard" w:eastAsia="Pretendard" w:hAnsi="Pretendard" w:cs="Pretendard"/>
          <w:color w:val="1D0024"/>
          <w:sz w:val="21"/>
        </w:rPr>
        <w:t>)</w:t>
      </w:r>
    </w:p>
    <w:p w14:paraId="76DE20A0" w14:textId="77777777" w:rsidR="004B1372" w:rsidRDefault="00BB0BE3">
      <w:pPr>
        <w:keepNext/>
        <w:spacing w:before="200" w:after="160"/>
      </w:pPr>
      <w:r>
        <w:rPr>
          <w:rFonts w:ascii="Pretendard" w:eastAsia="Pretendard" w:hAnsi="Pretendard" w:cs="Pretendard"/>
          <w:b/>
          <w:color w:val="4F1DA1"/>
          <w:sz w:val="26"/>
        </w:rPr>
        <w:lastRenderedPageBreak/>
        <w:t xml:space="preserve">6-3. </w:t>
      </w:r>
      <w:r>
        <w:rPr>
          <w:rFonts w:ascii="Pretendard" w:eastAsia="Pretendard" w:hAnsi="Pretendard" w:cs="Pretendard"/>
          <w:b/>
          <w:color w:val="4F1DA1"/>
          <w:sz w:val="26"/>
        </w:rPr>
        <w:t>뷰성형외과가</w:t>
      </w:r>
      <w:r>
        <w:rPr>
          <w:rFonts w:ascii="Pretendard" w:eastAsia="Pretendard" w:hAnsi="Pretendard" w:cs="Pretendard"/>
          <w:b/>
          <w:color w:val="4F1DA1"/>
          <w:sz w:val="26"/>
        </w:rPr>
        <w:t xml:space="preserve"> </w:t>
      </w:r>
      <w:r>
        <w:rPr>
          <w:rFonts w:ascii="Pretendard" w:eastAsia="Pretendard" w:hAnsi="Pretendard" w:cs="Pretendard"/>
          <w:b/>
          <w:color w:val="4F1DA1"/>
          <w:sz w:val="26"/>
        </w:rPr>
        <w:t>제공할</w:t>
      </w:r>
      <w:r>
        <w:rPr>
          <w:rFonts w:ascii="Pretendard" w:eastAsia="Pretendard" w:hAnsi="Pretendard" w:cs="Pretendard"/>
          <w:b/>
          <w:color w:val="4F1DA1"/>
          <w:sz w:val="26"/>
        </w:rPr>
        <w:t xml:space="preserve"> </w:t>
      </w:r>
      <w:r>
        <w:rPr>
          <w:rFonts w:ascii="Pretendard" w:eastAsia="Pretendard" w:hAnsi="Pretendard" w:cs="Pretendard"/>
          <w:b/>
          <w:color w:val="4F1DA1"/>
          <w:sz w:val="26"/>
        </w:rPr>
        <w:t>것</w:t>
      </w:r>
    </w:p>
    <w:tbl>
      <w:tblPr>
        <w:tblStyle w:val="af9"/>
        <w:tblW w:w="0" w:type="auto"/>
        <w:jc w:val="center"/>
        <w:tblLayout w:type="fixed"/>
        <w:tblLook w:val="04A0" w:firstRow="1" w:lastRow="0" w:firstColumn="1" w:lastColumn="0" w:noHBand="0" w:noVBand="1"/>
      </w:tblPr>
      <w:tblGrid>
        <w:gridCol w:w="4819"/>
        <w:gridCol w:w="4819"/>
      </w:tblGrid>
      <w:tr w:rsidR="004B1372" w14:paraId="1674627D" w14:textId="77777777">
        <w:trPr>
          <w:cantSplit/>
          <w:tblHeader/>
          <w:jc w:val="center"/>
        </w:trPr>
        <w:tc>
          <w:tcPr>
            <w:tcW w:w="4819" w:type="dxa"/>
            <w:shd w:val="clear" w:color="auto" w:fill="1D0024"/>
          </w:tcPr>
          <w:p w14:paraId="4296A411" w14:textId="77777777" w:rsidR="004B1372" w:rsidRDefault="00BB0BE3">
            <w:r>
              <w:rPr>
                <w:rFonts w:ascii="Pretendard" w:eastAsia="Pretendard" w:hAnsi="Pretendard" w:cs="Pretendard"/>
                <w:b/>
                <w:color w:val="FFFFFF"/>
                <w:sz w:val="19"/>
              </w:rPr>
              <w:t>항목</w:t>
            </w:r>
          </w:p>
        </w:tc>
        <w:tc>
          <w:tcPr>
            <w:tcW w:w="4819" w:type="dxa"/>
            <w:shd w:val="clear" w:color="auto" w:fill="1D0024"/>
          </w:tcPr>
          <w:p w14:paraId="28210974" w14:textId="77777777" w:rsidR="004B1372" w:rsidRDefault="00BB0BE3">
            <w:r>
              <w:rPr>
                <w:rFonts w:ascii="Pretendard" w:eastAsia="Pretendard" w:hAnsi="Pretendard" w:cs="Pretendard"/>
                <w:b/>
                <w:color w:val="FFFFFF"/>
                <w:sz w:val="19"/>
              </w:rPr>
              <w:t>이유</w:t>
            </w:r>
          </w:p>
        </w:tc>
      </w:tr>
      <w:tr w:rsidR="004B1372" w14:paraId="1FC555FB" w14:textId="77777777">
        <w:trPr>
          <w:jc w:val="center"/>
        </w:trPr>
        <w:tc>
          <w:tcPr>
            <w:tcW w:w="4819" w:type="dxa"/>
          </w:tcPr>
          <w:p w14:paraId="09F3037F" w14:textId="77777777" w:rsidR="004B1372" w:rsidRDefault="00BB0BE3">
            <w:r>
              <w:rPr>
                <w:rFonts w:ascii="Pretendard" w:eastAsia="Pretendard" w:hAnsi="Pretendard" w:cs="Pretendard"/>
                <w:b/>
                <w:color w:val="1D0024"/>
                <w:sz w:val="19"/>
              </w:rPr>
              <w:t>원장</w:t>
            </w:r>
            <w:r>
              <w:rPr>
                <w:rFonts w:ascii="Pretendard" w:eastAsia="Pretendard" w:hAnsi="Pretendard" w:cs="Pretendard"/>
                <w:b/>
                <w:color w:val="1D0024"/>
                <w:sz w:val="19"/>
              </w:rPr>
              <w:t xml:space="preserve"> </w:t>
            </w:r>
            <w:r>
              <w:rPr>
                <w:rFonts w:ascii="Pretendard" w:eastAsia="Pretendard" w:hAnsi="Pretendard" w:cs="Pretendard"/>
                <w:b/>
                <w:color w:val="1D0024"/>
                <w:sz w:val="19"/>
              </w:rPr>
              <w:t>의학</w:t>
            </w:r>
            <w:r>
              <w:rPr>
                <w:rFonts w:ascii="Pretendard" w:eastAsia="Pretendard" w:hAnsi="Pretendard" w:cs="Pretendard"/>
                <w:b/>
                <w:color w:val="1D0024"/>
                <w:sz w:val="19"/>
              </w:rPr>
              <w:t xml:space="preserve"> </w:t>
            </w:r>
            <w:r>
              <w:rPr>
                <w:rFonts w:ascii="Pretendard" w:eastAsia="Pretendard" w:hAnsi="Pretendard" w:cs="Pretendard"/>
                <w:b/>
                <w:color w:val="1D0024"/>
                <w:sz w:val="19"/>
              </w:rPr>
              <w:t>검토와</w:t>
            </w:r>
            <w:r>
              <w:rPr>
                <w:rFonts w:ascii="Pretendard" w:eastAsia="Pretendard" w:hAnsi="Pretendard" w:cs="Pretendard"/>
                <w:b/>
                <w:color w:val="1D0024"/>
                <w:sz w:val="19"/>
              </w:rPr>
              <w:t xml:space="preserve"> </w:t>
            </w:r>
            <w:r>
              <w:rPr>
                <w:rFonts w:ascii="Pretendard" w:eastAsia="Pretendard" w:hAnsi="Pretendard" w:cs="Pretendard"/>
                <w:b/>
                <w:color w:val="1D0024"/>
                <w:sz w:val="19"/>
              </w:rPr>
              <w:t>개설자</w:t>
            </w:r>
            <w:r>
              <w:rPr>
                <w:rFonts w:ascii="Pretendard" w:eastAsia="Pretendard" w:hAnsi="Pretendard" w:cs="Pretendard"/>
                <w:b/>
                <w:color w:val="1D0024"/>
                <w:sz w:val="19"/>
              </w:rPr>
              <w:t xml:space="preserve"> </w:t>
            </w:r>
            <w:r>
              <w:rPr>
                <w:rFonts w:ascii="Pretendard" w:eastAsia="Pretendard" w:hAnsi="Pretendard" w:cs="Pretendard"/>
                <w:b/>
                <w:color w:val="1D0024"/>
                <w:sz w:val="19"/>
              </w:rPr>
              <w:t>게시</w:t>
            </w:r>
            <w:r>
              <w:rPr>
                <w:rFonts w:ascii="Pretendard" w:eastAsia="Pretendard" w:hAnsi="Pretendard" w:cs="Pretendard"/>
                <w:b/>
                <w:color w:val="1D0024"/>
                <w:sz w:val="19"/>
              </w:rPr>
              <w:t xml:space="preserve"> </w:t>
            </w:r>
            <w:r>
              <w:rPr>
                <w:rFonts w:ascii="Pretendard" w:eastAsia="Pretendard" w:hAnsi="Pretendard" w:cs="Pretendard"/>
                <w:b/>
                <w:color w:val="1D0024"/>
                <w:sz w:val="19"/>
              </w:rPr>
              <w:t>승인</w:t>
            </w:r>
            <w:r>
              <w:rPr>
                <w:rFonts w:ascii="Pretendard" w:eastAsia="Pretendard" w:hAnsi="Pretendard" w:cs="Pretendard"/>
                <w:b/>
                <w:color w:val="1D0024"/>
                <w:sz w:val="19"/>
              </w:rPr>
              <w:t>(</w:t>
            </w:r>
            <w:r>
              <w:rPr>
                <w:rFonts w:ascii="Pretendard" w:eastAsia="Pretendard" w:hAnsi="Pretendard" w:cs="Pretendard"/>
                <w:b/>
                <w:color w:val="1D0024"/>
                <w:sz w:val="19"/>
              </w:rPr>
              <w:t>주기</w:t>
            </w:r>
            <w:r>
              <w:rPr>
                <w:rFonts w:ascii="Pretendard" w:eastAsia="Pretendard" w:hAnsi="Pretendard" w:cs="Pretendard"/>
                <w:b/>
                <w:color w:val="1D0024"/>
                <w:sz w:val="19"/>
              </w:rPr>
              <w:t>·</w:t>
            </w:r>
            <w:r>
              <w:rPr>
                <w:rFonts w:ascii="Pretendard" w:eastAsia="Pretendard" w:hAnsi="Pretendard" w:cs="Pretendard"/>
                <w:b/>
                <w:color w:val="1D0024"/>
                <w:sz w:val="19"/>
              </w:rPr>
              <w:t>담당자</w:t>
            </w:r>
            <w:r>
              <w:rPr>
                <w:rFonts w:ascii="Pretendard" w:eastAsia="Pretendard" w:hAnsi="Pretendard" w:cs="Pretendard"/>
                <w:b/>
                <w:color w:val="1D0024"/>
                <w:sz w:val="19"/>
              </w:rPr>
              <w:t xml:space="preserve"> </w:t>
            </w:r>
            <w:r>
              <w:rPr>
                <w:rFonts w:ascii="Pretendard" w:eastAsia="Pretendard" w:hAnsi="Pretendard" w:cs="Pretendard"/>
                <w:b/>
                <w:color w:val="1D0024"/>
                <w:sz w:val="19"/>
              </w:rPr>
              <w:t>지정</w:t>
            </w:r>
            <w:r>
              <w:rPr>
                <w:rFonts w:ascii="Pretendard" w:eastAsia="Pretendard" w:hAnsi="Pretendard" w:cs="Pretendard"/>
                <w:b/>
                <w:color w:val="1D0024"/>
                <w:sz w:val="19"/>
              </w:rPr>
              <w:t>)</w:t>
            </w:r>
          </w:p>
        </w:tc>
        <w:tc>
          <w:tcPr>
            <w:tcW w:w="4819" w:type="dxa"/>
          </w:tcPr>
          <w:p w14:paraId="4AD9C773" w14:textId="77777777" w:rsidR="004B1372" w:rsidRDefault="00BB0BE3">
            <w:r>
              <w:rPr>
                <w:rFonts w:ascii="Pretendard" w:eastAsia="Pretendard" w:hAnsi="Pretendard" w:cs="Pretendard"/>
                <w:color w:val="1D0024"/>
                <w:sz w:val="19"/>
              </w:rPr>
              <w:t>승인</w:t>
            </w:r>
            <w:r>
              <w:rPr>
                <w:rFonts w:ascii="Pretendard" w:eastAsia="Pretendard" w:hAnsi="Pretendard" w:cs="Pretendard"/>
                <w:color w:val="1D0024"/>
                <w:sz w:val="19"/>
              </w:rPr>
              <w:t xml:space="preserve"> </w:t>
            </w:r>
            <w:r>
              <w:rPr>
                <w:rFonts w:ascii="Pretendard" w:eastAsia="Pretendard" w:hAnsi="Pretendard" w:cs="Pretendard"/>
                <w:color w:val="1D0024"/>
                <w:sz w:val="19"/>
              </w:rPr>
              <w:t>없이는</w:t>
            </w:r>
            <w:r>
              <w:rPr>
                <w:rFonts w:ascii="Pretendard" w:eastAsia="Pretendard" w:hAnsi="Pretendard" w:cs="Pretendard"/>
                <w:color w:val="1D0024"/>
                <w:sz w:val="19"/>
              </w:rPr>
              <w:t xml:space="preserve"> </w:t>
            </w:r>
            <w:r>
              <w:rPr>
                <w:rFonts w:ascii="Pretendard" w:eastAsia="Pretendard" w:hAnsi="Pretendard" w:cs="Pretendard"/>
                <w:color w:val="1D0024"/>
                <w:sz w:val="19"/>
              </w:rPr>
              <w:t>색인을</w:t>
            </w:r>
            <w:r>
              <w:rPr>
                <w:rFonts w:ascii="Pretendard" w:eastAsia="Pretendard" w:hAnsi="Pretendard" w:cs="Pretendard"/>
                <w:color w:val="1D0024"/>
                <w:sz w:val="19"/>
              </w:rPr>
              <w:t xml:space="preserve"> </w:t>
            </w:r>
            <w:r>
              <w:rPr>
                <w:rFonts w:ascii="Pretendard" w:eastAsia="Pretendard" w:hAnsi="Pretendard" w:cs="Pretendard"/>
                <w:color w:val="1D0024"/>
                <w:sz w:val="19"/>
              </w:rPr>
              <w:t>열</w:t>
            </w:r>
            <w:r>
              <w:rPr>
                <w:rFonts w:ascii="Pretendard" w:eastAsia="Pretendard" w:hAnsi="Pretendard" w:cs="Pretendard"/>
                <w:color w:val="1D0024"/>
                <w:sz w:val="19"/>
              </w:rPr>
              <w:t xml:space="preserve"> </w:t>
            </w:r>
            <w:r>
              <w:rPr>
                <w:rFonts w:ascii="Pretendard" w:eastAsia="Pretendard" w:hAnsi="Pretendard" w:cs="Pretendard"/>
                <w:color w:val="1D0024"/>
                <w:sz w:val="19"/>
              </w:rPr>
              <w:t>수</w:t>
            </w:r>
            <w:r>
              <w:rPr>
                <w:rFonts w:ascii="Pretendard" w:eastAsia="Pretendard" w:hAnsi="Pretendard" w:cs="Pretendard"/>
                <w:color w:val="1D0024"/>
                <w:sz w:val="19"/>
              </w:rPr>
              <w:t xml:space="preserve"> </w:t>
            </w:r>
            <w:r>
              <w:rPr>
                <w:rFonts w:ascii="Pretendard" w:eastAsia="Pretendard" w:hAnsi="Pretendard" w:cs="Pretendard"/>
                <w:color w:val="1D0024"/>
                <w:sz w:val="19"/>
              </w:rPr>
              <w:t>없습니다</w:t>
            </w:r>
          </w:p>
        </w:tc>
      </w:tr>
      <w:tr w:rsidR="004B1372" w14:paraId="5E6911F7" w14:textId="77777777">
        <w:trPr>
          <w:jc w:val="center"/>
        </w:trPr>
        <w:tc>
          <w:tcPr>
            <w:tcW w:w="4819" w:type="dxa"/>
          </w:tcPr>
          <w:p w14:paraId="7080316F" w14:textId="77777777" w:rsidR="004B1372" w:rsidRDefault="00BB0BE3">
            <w:r>
              <w:rPr>
                <w:rFonts w:ascii="Pretendard" w:eastAsia="Pretendard" w:hAnsi="Pretendard" w:cs="Pretendard"/>
                <w:b/>
                <w:color w:val="1D0024"/>
                <w:sz w:val="19"/>
              </w:rPr>
              <w:t>지원</w:t>
            </w:r>
            <w:r>
              <w:rPr>
                <w:rFonts w:ascii="Pretendard" w:eastAsia="Pretendard" w:hAnsi="Pretendard" w:cs="Pretendard"/>
                <w:b/>
                <w:color w:val="1D0024"/>
                <w:sz w:val="19"/>
              </w:rPr>
              <w:t xml:space="preserve"> </w:t>
            </w:r>
            <w:r>
              <w:rPr>
                <w:rFonts w:ascii="Pretendard" w:eastAsia="Pretendard" w:hAnsi="Pretendard" w:cs="Pretendard"/>
                <w:b/>
                <w:color w:val="1D0024"/>
                <w:sz w:val="19"/>
              </w:rPr>
              <w:t>관계</w:t>
            </w:r>
            <w:r>
              <w:rPr>
                <w:rFonts w:ascii="Pretendard" w:eastAsia="Pretendard" w:hAnsi="Pretendard" w:cs="Pretendard"/>
                <w:b/>
                <w:color w:val="1D0024"/>
                <w:sz w:val="19"/>
              </w:rPr>
              <w:t xml:space="preserve"> </w:t>
            </w:r>
            <w:r>
              <w:rPr>
                <w:rFonts w:ascii="Pretendard" w:eastAsia="Pretendard" w:hAnsi="Pretendard" w:cs="Pretendard"/>
                <w:b/>
                <w:color w:val="1D0024"/>
                <w:sz w:val="19"/>
              </w:rPr>
              <w:t>고지</w:t>
            </w:r>
            <w:r>
              <w:rPr>
                <w:rFonts w:ascii="Pretendard" w:eastAsia="Pretendard" w:hAnsi="Pretendard" w:cs="Pretendard"/>
                <w:b/>
                <w:color w:val="1D0024"/>
                <w:sz w:val="19"/>
              </w:rPr>
              <w:t xml:space="preserve"> </w:t>
            </w:r>
            <w:r>
              <w:rPr>
                <w:rFonts w:ascii="Pretendard" w:eastAsia="Pretendard" w:hAnsi="Pretendard" w:cs="Pretendard"/>
                <w:b/>
                <w:color w:val="1D0024"/>
                <w:sz w:val="19"/>
              </w:rPr>
              <w:t>문구</w:t>
            </w:r>
            <w:r>
              <w:rPr>
                <w:rFonts w:ascii="Pretendard" w:eastAsia="Pretendard" w:hAnsi="Pretendard" w:cs="Pretendard"/>
                <w:b/>
                <w:color w:val="1D0024"/>
                <w:sz w:val="19"/>
              </w:rPr>
              <w:t xml:space="preserve"> </w:t>
            </w:r>
            <w:r>
              <w:rPr>
                <w:rFonts w:ascii="Pretendard" w:eastAsia="Pretendard" w:hAnsi="Pretendard" w:cs="Pretendard"/>
                <w:b/>
                <w:color w:val="1D0024"/>
                <w:sz w:val="19"/>
              </w:rPr>
              <w:t>확정</w:t>
            </w:r>
          </w:p>
        </w:tc>
        <w:tc>
          <w:tcPr>
            <w:tcW w:w="4819" w:type="dxa"/>
          </w:tcPr>
          <w:p w14:paraId="00F55275" w14:textId="77777777" w:rsidR="004B1372" w:rsidRDefault="00BB0BE3">
            <w:r>
              <w:rPr>
                <w:rFonts w:ascii="Pretendard" w:eastAsia="Pretendard" w:hAnsi="Pretendard" w:cs="Pretendard"/>
                <w:color w:val="1D0024"/>
                <w:sz w:val="19"/>
              </w:rPr>
              <w:t>추천</w:t>
            </w:r>
            <w:r>
              <w:rPr>
                <w:rFonts w:ascii="Pretendard" w:eastAsia="Pretendard" w:hAnsi="Pretendard" w:cs="Pretendard"/>
                <w:color w:val="1D0024"/>
                <w:sz w:val="19"/>
              </w:rPr>
              <w:t>·</w:t>
            </w:r>
            <w:r>
              <w:rPr>
                <w:rFonts w:ascii="Pretendard" w:eastAsia="Pretendard" w:hAnsi="Pretendard" w:cs="Pretendard"/>
                <w:color w:val="1D0024"/>
                <w:sz w:val="19"/>
              </w:rPr>
              <w:t>보증</w:t>
            </w:r>
            <w:r>
              <w:rPr>
                <w:rFonts w:ascii="Pretendard" w:eastAsia="Pretendard" w:hAnsi="Pretendard" w:cs="Pretendard"/>
                <w:color w:val="1D0024"/>
                <w:sz w:val="19"/>
              </w:rPr>
              <w:t xml:space="preserve"> </w:t>
            </w:r>
            <w:r>
              <w:rPr>
                <w:rFonts w:ascii="Pretendard" w:eastAsia="Pretendard" w:hAnsi="Pretendard" w:cs="Pretendard"/>
                <w:color w:val="1D0024"/>
                <w:sz w:val="19"/>
              </w:rPr>
              <w:t>심사지침</w:t>
            </w:r>
          </w:p>
        </w:tc>
      </w:tr>
      <w:tr w:rsidR="004B1372" w14:paraId="7E315E28" w14:textId="77777777">
        <w:trPr>
          <w:jc w:val="center"/>
        </w:trPr>
        <w:tc>
          <w:tcPr>
            <w:tcW w:w="4819" w:type="dxa"/>
          </w:tcPr>
          <w:p w14:paraId="7FE32B29" w14:textId="77777777" w:rsidR="004B1372" w:rsidRDefault="00BB0BE3">
            <w:r>
              <w:rPr>
                <w:rFonts w:ascii="Pretendard" w:eastAsia="Pretendard" w:hAnsi="Pretendard" w:cs="Pretendard"/>
                <w:b/>
                <w:color w:val="1D0024"/>
                <w:sz w:val="19"/>
              </w:rPr>
              <w:t>홈페이지</w:t>
            </w:r>
            <w:r>
              <w:rPr>
                <w:rFonts w:ascii="Pretendard" w:eastAsia="Pretendard" w:hAnsi="Pretendard" w:cs="Pretendard"/>
                <w:b/>
                <w:color w:val="1D0024"/>
                <w:sz w:val="19"/>
              </w:rPr>
              <w:t>·</w:t>
            </w:r>
            <w:r>
              <w:rPr>
                <w:rFonts w:ascii="Pretendard" w:eastAsia="Pretendard" w:hAnsi="Pretendard" w:cs="Pretendard"/>
                <w:b/>
                <w:color w:val="1D0024"/>
                <w:sz w:val="19"/>
              </w:rPr>
              <w:t>영상</w:t>
            </w:r>
            <w:r>
              <w:rPr>
                <w:rFonts w:ascii="Pretendard" w:eastAsia="Pretendard" w:hAnsi="Pretendard" w:cs="Pretendard"/>
                <w:b/>
                <w:color w:val="1D0024"/>
                <w:sz w:val="19"/>
              </w:rPr>
              <w:t>·</w:t>
            </w:r>
            <w:r>
              <w:rPr>
                <w:rFonts w:ascii="Pretendard" w:eastAsia="Pretendard" w:hAnsi="Pretendard" w:cs="Pretendard"/>
                <w:b/>
                <w:color w:val="1D0024"/>
                <w:sz w:val="19"/>
              </w:rPr>
              <w:t>이미지</w:t>
            </w:r>
            <w:r>
              <w:rPr>
                <w:rFonts w:ascii="Pretendard" w:eastAsia="Pretendard" w:hAnsi="Pretendard" w:cs="Pretendard"/>
                <w:b/>
                <w:color w:val="1D0024"/>
                <w:sz w:val="19"/>
              </w:rPr>
              <w:t xml:space="preserve"> </w:t>
            </w:r>
            <w:r>
              <w:rPr>
                <w:rFonts w:ascii="Pretendard" w:eastAsia="Pretendard" w:hAnsi="Pretendard" w:cs="Pretendard"/>
                <w:b/>
                <w:color w:val="1D0024"/>
                <w:sz w:val="19"/>
              </w:rPr>
              <w:t>자산</w:t>
            </w:r>
            <w:r>
              <w:rPr>
                <w:rFonts w:ascii="Pretendard" w:eastAsia="Pretendard" w:hAnsi="Pretendard" w:cs="Pretendard"/>
                <w:b/>
                <w:color w:val="1D0024"/>
                <w:sz w:val="19"/>
              </w:rPr>
              <w:t xml:space="preserve"> </w:t>
            </w:r>
            <w:r>
              <w:rPr>
                <w:rFonts w:ascii="Pretendard" w:eastAsia="Pretendard" w:hAnsi="Pretendard" w:cs="Pretendard"/>
                <w:b/>
                <w:color w:val="1D0024"/>
                <w:sz w:val="19"/>
              </w:rPr>
              <w:t>사용</w:t>
            </w:r>
            <w:r>
              <w:rPr>
                <w:rFonts w:ascii="Pretendard" w:eastAsia="Pretendard" w:hAnsi="Pretendard" w:cs="Pretendard"/>
                <w:b/>
                <w:color w:val="1D0024"/>
                <w:sz w:val="19"/>
              </w:rPr>
              <w:t xml:space="preserve"> </w:t>
            </w:r>
            <w:r>
              <w:rPr>
                <w:rFonts w:ascii="Pretendard" w:eastAsia="Pretendard" w:hAnsi="Pretendard" w:cs="Pretendard"/>
                <w:b/>
                <w:color w:val="1D0024"/>
                <w:sz w:val="19"/>
              </w:rPr>
              <w:t>허락</w:t>
            </w:r>
            <w:r>
              <w:rPr>
                <w:rFonts w:ascii="Pretendard" w:eastAsia="Pretendard" w:hAnsi="Pretendard" w:cs="Pretendard"/>
                <w:b/>
                <w:color w:val="1D0024"/>
                <w:sz w:val="19"/>
              </w:rPr>
              <w:t xml:space="preserve"> </w:t>
            </w:r>
            <w:r>
              <w:rPr>
                <w:rFonts w:ascii="Pretendard" w:eastAsia="Pretendard" w:hAnsi="Pretendard" w:cs="Pretendard"/>
                <w:b/>
                <w:color w:val="1D0024"/>
                <w:sz w:val="19"/>
              </w:rPr>
              <w:t>범위</w:t>
            </w:r>
          </w:p>
        </w:tc>
        <w:tc>
          <w:tcPr>
            <w:tcW w:w="4819" w:type="dxa"/>
          </w:tcPr>
          <w:p w14:paraId="48FBC7EB" w14:textId="77777777" w:rsidR="004B1372" w:rsidRDefault="00BB0BE3">
            <w:r>
              <w:rPr>
                <w:rFonts w:ascii="Pretendard" w:eastAsia="Pretendard" w:hAnsi="Pretendard" w:cs="Pretendard"/>
                <w:color w:val="1D0024"/>
                <w:sz w:val="19"/>
              </w:rPr>
              <w:t>저작권</w:t>
            </w:r>
            <w:r>
              <w:rPr>
                <w:rFonts w:ascii="Pretendard" w:eastAsia="Pretendard" w:hAnsi="Pretendard" w:cs="Pretendard"/>
                <w:color w:val="1D0024"/>
                <w:sz w:val="19"/>
              </w:rPr>
              <w:t>·</w:t>
            </w:r>
            <w:r>
              <w:rPr>
                <w:rFonts w:ascii="Pretendard" w:eastAsia="Pretendard" w:hAnsi="Pretendard" w:cs="Pretendard"/>
                <w:color w:val="1D0024"/>
                <w:sz w:val="19"/>
              </w:rPr>
              <w:t>의료광고</w:t>
            </w:r>
            <w:r>
              <w:rPr>
                <w:rFonts w:ascii="Pretendard" w:eastAsia="Pretendard" w:hAnsi="Pretendard" w:cs="Pretendard"/>
                <w:color w:val="1D0024"/>
                <w:sz w:val="19"/>
              </w:rPr>
              <w:t xml:space="preserve"> </w:t>
            </w:r>
            <w:r>
              <w:rPr>
                <w:rFonts w:ascii="Pretendard" w:eastAsia="Pretendard" w:hAnsi="Pretendard" w:cs="Pretendard"/>
                <w:color w:val="1D0024"/>
                <w:sz w:val="19"/>
              </w:rPr>
              <w:t>책임</w:t>
            </w:r>
          </w:p>
        </w:tc>
      </w:tr>
      <w:tr w:rsidR="004B1372" w14:paraId="3B705DED" w14:textId="77777777">
        <w:trPr>
          <w:jc w:val="center"/>
        </w:trPr>
        <w:tc>
          <w:tcPr>
            <w:tcW w:w="4819" w:type="dxa"/>
          </w:tcPr>
          <w:p w14:paraId="46F611ED" w14:textId="77777777" w:rsidR="004B1372" w:rsidRDefault="00BB0BE3">
            <w:r>
              <w:rPr>
                <w:rFonts w:ascii="Pretendard" w:eastAsia="Pretendard" w:hAnsi="Pretendard" w:cs="Pretendard"/>
                <w:b/>
                <w:color w:val="1D0024"/>
                <w:sz w:val="19"/>
              </w:rPr>
              <w:t>GA4·</w:t>
            </w:r>
            <w:r>
              <w:rPr>
                <w:rFonts w:ascii="Pretendard" w:eastAsia="Pretendard" w:hAnsi="Pretendard" w:cs="Pretendard"/>
                <w:b/>
                <w:color w:val="1D0024"/>
                <w:sz w:val="19"/>
              </w:rPr>
              <w:t>서치콘솔</w:t>
            </w:r>
            <w:r>
              <w:rPr>
                <w:rFonts w:ascii="Pretendard" w:eastAsia="Pretendard" w:hAnsi="Pretendard" w:cs="Pretendard"/>
                <w:b/>
                <w:color w:val="1D0024"/>
                <w:sz w:val="19"/>
              </w:rPr>
              <w:t xml:space="preserve"> </w:t>
            </w:r>
            <w:r>
              <w:rPr>
                <w:rFonts w:ascii="Pretendard" w:eastAsia="Pretendard" w:hAnsi="Pretendard" w:cs="Pretendard"/>
                <w:b/>
                <w:color w:val="1D0024"/>
                <w:sz w:val="19"/>
              </w:rPr>
              <w:t>권한</w:t>
            </w:r>
          </w:p>
        </w:tc>
        <w:tc>
          <w:tcPr>
            <w:tcW w:w="4819" w:type="dxa"/>
          </w:tcPr>
          <w:p w14:paraId="691A926D" w14:textId="77777777" w:rsidR="004B1372" w:rsidRDefault="00BB0BE3">
            <w:r>
              <w:rPr>
                <w:rFonts w:ascii="Pretendard" w:eastAsia="Pretendard" w:hAnsi="Pretendard" w:cs="Pretendard"/>
                <w:color w:val="1D0024"/>
                <w:sz w:val="19"/>
              </w:rPr>
              <w:t>측정</w:t>
            </w:r>
            <w:r>
              <w:rPr>
                <w:rFonts w:ascii="Pretendard" w:eastAsia="Pretendard" w:hAnsi="Pretendard" w:cs="Pretendard"/>
                <w:color w:val="1D0024"/>
                <w:sz w:val="19"/>
              </w:rPr>
              <w:t xml:space="preserve"> </w:t>
            </w:r>
            <w:r>
              <w:rPr>
                <w:rFonts w:ascii="Pretendard" w:eastAsia="Pretendard" w:hAnsi="Pretendard" w:cs="Pretendard"/>
                <w:color w:val="1D0024"/>
                <w:sz w:val="19"/>
              </w:rPr>
              <w:t>항목</w:t>
            </w:r>
            <w:r>
              <w:rPr>
                <w:rFonts w:ascii="Pretendard" w:eastAsia="Pretendard" w:hAnsi="Pretendard" w:cs="Pretendard"/>
                <w:color w:val="1D0024"/>
                <w:sz w:val="19"/>
              </w:rPr>
              <w:t xml:space="preserve"> 4</w:t>
            </w:r>
            <w:r>
              <w:rPr>
                <w:rFonts w:ascii="Pretendard" w:eastAsia="Pretendard" w:hAnsi="Pretendard" w:cs="Pretendard"/>
                <w:color w:val="1D0024"/>
                <w:sz w:val="19"/>
              </w:rPr>
              <w:t>개가</w:t>
            </w:r>
            <w:r>
              <w:rPr>
                <w:rFonts w:ascii="Pretendard" w:eastAsia="Pretendard" w:hAnsi="Pretendard" w:cs="Pretendard"/>
                <w:color w:val="1D0024"/>
                <w:sz w:val="19"/>
              </w:rPr>
              <w:t xml:space="preserve"> </w:t>
            </w:r>
            <w:r>
              <w:rPr>
                <w:rFonts w:ascii="Pretendard" w:eastAsia="Pretendard" w:hAnsi="Pretendard" w:cs="Pretendard"/>
                <w:color w:val="1D0024"/>
                <w:sz w:val="19"/>
              </w:rPr>
              <w:t>계정</w:t>
            </w:r>
            <w:r>
              <w:rPr>
                <w:rFonts w:ascii="Pretendard" w:eastAsia="Pretendard" w:hAnsi="Pretendard" w:cs="Pretendard"/>
                <w:color w:val="1D0024"/>
                <w:sz w:val="19"/>
              </w:rPr>
              <w:t xml:space="preserve"> </w:t>
            </w:r>
            <w:r>
              <w:rPr>
                <w:rFonts w:ascii="Pretendard" w:eastAsia="Pretendard" w:hAnsi="Pretendard" w:cs="Pretendard"/>
                <w:color w:val="1D0024"/>
                <w:sz w:val="19"/>
              </w:rPr>
              <w:t>없이는</w:t>
            </w:r>
            <w:r>
              <w:rPr>
                <w:rFonts w:ascii="Pretendard" w:eastAsia="Pretendard" w:hAnsi="Pretendard" w:cs="Pretendard"/>
                <w:color w:val="1D0024"/>
                <w:sz w:val="19"/>
              </w:rPr>
              <w:t xml:space="preserve"> </w:t>
            </w:r>
            <w:r>
              <w:rPr>
                <w:rFonts w:ascii="Pretendard" w:eastAsia="Pretendard" w:hAnsi="Pretendard" w:cs="Pretendard"/>
                <w:color w:val="1D0024"/>
                <w:sz w:val="19"/>
              </w:rPr>
              <w:t>미검증</w:t>
            </w:r>
          </w:p>
        </w:tc>
      </w:tr>
      <w:tr w:rsidR="004B1372" w14:paraId="09BA6D8A" w14:textId="77777777">
        <w:trPr>
          <w:jc w:val="center"/>
        </w:trPr>
        <w:tc>
          <w:tcPr>
            <w:tcW w:w="4819" w:type="dxa"/>
          </w:tcPr>
          <w:p w14:paraId="60D03060" w14:textId="77777777" w:rsidR="004B1372" w:rsidRDefault="00BB0BE3">
            <w:r>
              <w:rPr>
                <w:rFonts w:ascii="Pretendard" w:eastAsia="Pretendard" w:hAnsi="Pretendard" w:cs="Pretendard"/>
                <w:b/>
                <w:color w:val="1D0024"/>
                <w:sz w:val="19"/>
              </w:rPr>
              <w:t>사례</w:t>
            </w:r>
            <w:r>
              <w:rPr>
                <w:rFonts w:ascii="Pretendard" w:eastAsia="Pretendard" w:hAnsi="Pretendard" w:cs="Pretendard"/>
                <w:b/>
                <w:color w:val="1D0024"/>
                <w:sz w:val="19"/>
              </w:rPr>
              <w:t xml:space="preserve"> </w:t>
            </w:r>
            <w:r>
              <w:rPr>
                <w:rFonts w:ascii="Pretendard" w:eastAsia="Pretendard" w:hAnsi="Pretendard" w:cs="Pretendard"/>
                <w:b/>
                <w:color w:val="1D0024"/>
                <w:sz w:val="19"/>
              </w:rPr>
              <w:t>공개와</w:t>
            </w:r>
            <w:r>
              <w:rPr>
                <w:rFonts w:ascii="Pretendard" w:eastAsia="Pretendard" w:hAnsi="Pretendard" w:cs="Pretendard"/>
                <w:b/>
                <w:color w:val="1D0024"/>
                <w:sz w:val="19"/>
              </w:rPr>
              <w:t xml:space="preserve"> </w:t>
            </w:r>
            <w:r>
              <w:rPr>
                <w:rFonts w:ascii="Pretendard" w:eastAsia="Pretendard" w:hAnsi="Pretendard" w:cs="Pretendard"/>
                <w:b/>
                <w:color w:val="1D0024"/>
                <w:sz w:val="19"/>
              </w:rPr>
              <w:t>홍보</w:t>
            </w:r>
            <w:r>
              <w:rPr>
                <w:rFonts w:ascii="Pretendard" w:eastAsia="Pretendard" w:hAnsi="Pretendard" w:cs="Pretendard"/>
                <w:b/>
                <w:color w:val="1D0024"/>
                <w:sz w:val="19"/>
              </w:rPr>
              <w:t xml:space="preserve"> </w:t>
            </w:r>
            <w:r>
              <w:rPr>
                <w:rFonts w:ascii="Pretendard" w:eastAsia="Pretendard" w:hAnsi="Pretendard" w:cs="Pretendard"/>
                <w:b/>
                <w:color w:val="1D0024"/>
                <w:sz w:val="19"/>
              </w:rPr>
              <w:t>기사</w:t>
            </w:r>
            <w:r>
              <w:rPr>
                <w:rFonts w:ascii="Pretendard" w:eastAsia="Pretendard" w:hAnsi="Pretendard" w:cs="Pretendard"/>
                <w:b/>
                <w:color w:val="1D0024"/>
                <w:sz w:val="19"/>
              </w:rPr>
              <w:t xml:space="preserve"> </w:t>
            </w:r>
            <w:r>
              <w:rPr>
                <w:rFonts w:ascii="Pretendard" w:eastAsia="Pretendard" w:hAnsi="Pretendard" w:cs="Pretendard"/>
                <w:b/>
                <w:color w:val="1D0024"/>
                <w:sz w:val="19"/>
              </w:rPr>
              <w:t>사용</w:t>
            </w:r>
            <w:r>
              <w:rPr>
                <w:rFonts w:ascii="Pretendard" w:eastAsia="Pretendard" w:hAnsi="Pretendard" w:cs="Pretendard"/>
                <w:b/>
                <w:color w:val="1D0024"/>
                <w:sz w:val="19"/>
              </w:rPr>
              <w:t xml:space="preserve"> </w:t>
            </w:r>
            <w:r>
              <w:rPr>
                <w:rFonts w:ascii="Pretendard" w:eastAsia="Pretendard" w:hAnsi="Pretendard" w:cs="Pretendard"/>
                <w:b/>
                <w:color w:val="1D0024"/>
                <w:sz w:val="19"/>
              </w:rPr>
              <w:t>동의</w:t>
            </w:r>
            <w:r>
              <w:rPr>
                <w:rFonts w:ascii="Pretendard" w:eastAsia="Pretendard" w:hAnsi="Pretendard" w:cs="Pretendard"/>
                <w:b/>
                <w:color w:val="1D0024"/>
                <w:sz w:val="19"/>
              </w:rPr>
              <w:t>(</w:t>
            </w:r>
            <w:r>
              <w:rPr>
                <w:rFonts w:ascii="Pretendard" w:eastAsia="Pretendard" w:hAnsi="Pretendard" w:cs="Pretendard"/>
                <w:b/>
                <w:color w:val="1D0024"/>
                <w:sz w:val="19"/>
              </w:rPr>
              <w:t>병원명</w:t>
            </w:r>
            <w:r>
              <w:rPr>
                <w:rFonts w:ascii="Pretendard" w:eastAsia="Pretendard" w:hAnsi="Pretendard" w:cs="Pretendard"/>
                <w:b/>
                <w:color w:val="1D0024"/>
                <w:sz w:val="19"/>
              </w:rPr>
              <w:t xml:space="preserve">, </w:t>
            </w:r>
            <w:r>
              <w:rPr>
                <w:rFonts w:ascii="Pretendard" w:eastAsia="Pretendard" w:hAnsi="Pretendard" w:cs="Pretendard"/>
                <w:b/>
                <w:color w:val="1D0024"/>
                <w:sz w:val="19"/>
              </w:rPr>
              <w:t>수치</w:t>
            </w:r>
            <w:r>
              <w:rPr>
                <w:rFonts w:ascii="Pretendard" w:eastAsia="Pretendard" w:hAnsi="Pretendard" w:cs="Pretendard"/>
                <w:b/>
                <w:color w:val="1D0024"/>
                <w:sz w:val="19"/>
              </w:rPr>
              <w:t xml:space="preserve"> </w:t>
            </w:r>
            <w:r>
              <w:rPr>
                <w:rFonts w:ascii="Pretendard" w:eastAsia="Pretendard" w:hAnsi="Pretendard" w:cs="Pretendard"/>
                <w:b/>
                <w:color w:val="1D0024"/>
                <w:sz w:val="19"/>
              </w:rPr>
              <w:t>공개</w:t>
            </w:r>
            <w:r>
              <w:rPr>
                <w:rFonts w:ascii="Pretendard" w:eastAsia="Pretendard" w:hAnsi="Pretendard" w:cs="Pretendard"/>
                <w:b/>
                <w:color w:val="1D0024"/>
                <w:sz w:val="19"/>
              </w:rPr>
              <w:t xml:space="preserve"> </w:t>
            </w:r>
            <w:r>
              <w:rPr>
                <w:rFonts w:ascii="Pretendard" w:eastAsia="Pretendard" w:hAnsi="Pretendard" w:cs="Pretendard"/>
                <w:b/>
                <w:color w:val="1D0024"/>
                <w:sz w:val="19"/>
              </w:rPr>
              <w:t>범위</w:t>
            </w:r>
            <w:r>
              <w:rPr>
                <w:rFonts w:ascii="Pretendard" w:eastAsia="Pretendard" w:hAnsi="Pretendard" w:cs="Pretendard"/>
                <w:b/>
                <w:color w:val="1D0024"/>
                <w:sz w:val="19"/>
              </w:rPr>
              <w:t>)</w:t>
            </w:r>
          </w:p>
        </w:tc>
        <w:tc>
          <w:tcPr>
            <w:tcW w:w="4819" w:type="dxa"/>
          </w:tcPr>
          <w:p w14:paraId="2DDCC691" w14:textId="77777777" w:rsidR="004B1372" w:rsidRDefault="00BB0BE3">
            <w:r>
              <w:rPr>
                <w:rFonts w:ascii="Pretendard" w:eastAsia="Pretendard" w:hAnsi="Pretendard" w:cs="Pretendard"/>
                <w:color w:val="1D0024"/>
                <w:sz w:val="19"/>
              </w:rPr>
              <w:t>MOU</w:t>
            </w:r>
            <w:r>
              <w:rPr>
                <w:rFonts w:ascii="Pretendard" w:eastAsia="Pretendard" w:hAnsi="Pretendard" w:cs="Pretendard"/>
                <w:color w:val="1D0024"/>
                <w:sz w:val="19"/>
              </w:rPr>
              <w:t>의</w:t>
            </w:r>
            <w:r>
              <w:rPr>
                <w:rFonts w:ascii="Pretendard" w:eastAsia="Pretendard" w:hAnsi="Pretendard" w:cs="Pretendard"/>
                <w:color w:val="1D0024"/>
                <w:sz w:val="19"/>
              </w:rPr>
              <w:t xml:space="preserve"> </w:t>
            </w:r>
            <w:r>
              <w:rPr>
                <w:rFonts w:ascii="Pretendard" w:eastAsia="Pretendard" w:hAnsi="Pretendard" w:cs="Pretendard"/>
                <w:color w:val="1D0024"/>
                <w:sz w:val="19"/>
              </w:rPr>
              <w:t>목적</w:t>
            </w:r>
          </w:p>
        </w:tc>
      </w:tr>
      <w:tr w:rsidR="004B1372" w14:paraId="641D2F67" w14:textId="77777777">
        <w:trPr>
          <w:jc w:val="center"/>
        </w:trPr>
        <w:tc>
          <w:tcPr>
            <w:tcW w:w="4819" w:type="dxa"/>
          </w:tcPr>
          <w:p w14:paraId="5008F7D6" w14:textId="77777777" w:rsidR="004B1372" w:rsidRDefault="00BB0BE3">
            <w:r>
              <w:rPr>
                <w:rFonts w:ascii="Pretendard" w:eastAsia="Pretendard" w:hAnsi="Pretendard" w:cs="Pretendard"/>
                <w:b/>
                <w:color w:val="1D0024"/>
                <w:sz w:val="19"/>
              </w:rPr>
              <w:t>(</w:t>
            </w:r>
            <w:r>
              <w:rPr>
                <w:rFonts w:ascii="Pretendard" w:eastAsia="Pretendard" w:hAnsi="Pretendard" w:cs="Pretendard"/>
                <w:b/>
                <w:color w:val="1D0024"/>
                <w:sz w:val="19"/>
              </w:rPr>
              <w:t>선택</w:t>
            </w:r>
            <w:r>
              <w:rPr>
                <w:rFonts w:ascii="Pretendard" w:eastAsia="Pretendard" w:hAnsi="Pretendard" w:cs="Pretendard"/>
                <w:b/>
                <w:color w:val="1D0024"/>
                <w:sz w:val="19"/>
              </w:rPr>
              <w:t xml:space="preserve">) </w:t>
            </w:r>
            <w:r>
              <w:rPr>
                <w:rFonts w:ascii="Pretendard" w:eastAsia="Pretendard" w:hAnsi="Pretendard" w:cs="Pretendard"/>
                <w:b/>
                <w:color w:val="1D0024"/>
                <w:sz w:val="19"/>
              </w:rPr>
              <w:t>소개</w:t>
            </w:r>
            <w:r>
              <w:rPr>
                <w:rFonts w:ascii="Pretendard" w:eastAsia="Pretendard" w:hAnsi="Pretendard" w:cs="Pretendard"/>
                <w:b/>
                <w:color w:val="1D0024"/>
                <w:sz w:val="19"/>
              </w:rPr>
              <w:t xml:space="preserve"> </w:t>
            </w:r>
            <w:r>
              <w:rPr>
                <w:rFonts w:ascii="Pretendard" w:eastAsia="Pretendard" w:hAnsi="Pretendard" w:cs="Pretendard"/>
                <w:b/>
                <w:color w:val="1D0024"/>
                <w:sz w:val="19"/>
              </w:rPr>
              <w:t>가능한</w:t>
            </w:r>
            <w:r>
              <w:rPr>
                <w:rFonts w:ascii="Pretendard" w:eastAsia="Pretendard" w:hAnsi="Pretendard" w:cs="Pretendard"/>
                <w:b/>
                <w:color w:val="1D0024"/>
                <w:sz w:val="19"/>
              </w:rPr>
              <w:t xml:space="preserve"> </w:t>
            </w:r>
            <w:r>
              <w:rPr>
                <w:rFonts w:ascii="Pretendard" w:eastAsia="Pretendard" w:hAnsi="Pretendard" w:cs="Pretendard"/>
                <w:b/>
                <w:color w:val="1D0024"/>
                <w:sz w:val="19"/>
              </w:rPr>
              <w:t>병원</w:t>
            </w:r>
            <w:r>
              <w:rPr>
                <w:rFonts w:ascii="Pretendard" w:eastAsia="Pretendard" w:hAnsi="Pretendard" w:cs="Pretendard"/>
                <w:b/>
                <w:color w:val="1D0024"/>
                <w:sz w:val="19"/>
              </w:rPr>
              <w:t xml:space="preserve"> </w:t>
            </w:r>
            <w:r>
              <w:rPr>
                <w:rFonts w:ascii="Pretendard" w:eastAsia="Pretendard" w:hAnsi="Pretendard" w:cs="Pretendard"/>
                <w:b/>
                <w:color w:val="1D0024"/>
                <w:sz w:val="19"/>
              </w:rPr>
              <w:t>명단</w:t>
            </w:r>
          </w:p>
        </w:tc>
        <w:tc>
          <w:tcPr>
            <w:tcW w:w="4819" w:type="dxa"/>
          </w:tcPr>
          <w:p w14:paraId="0318A922" w14:textId="77777777" w:rsidR="004B1372" w:rsidRDefault="00BB0BE3">
            <w:r>
              <w:rPr>
                <w:rFonts w:ascii="Pretendard" w:eastAsia="Pretendard" w:hAnsi="Pretendard" w:cs="Pretendard"/>
                <w:color w:val="1D0024"/>
                <w:sz w:val="19"/>
              </w:rPr>
              <w:t>향후</w:t>
            </w:r>
            <w:r>
              <w:rPr>
                <w:rFonts w:ascii="Pretendard" w:eastAsia="Pretendard" w:hAnsi="Pretendard" w:cs="Pretendard"/>
                <w:color w:val="1D0024"/>
                <w:sz w:val="19"/>
              </w:rPr>
              <w:t xml:space="preserve"> </w:t>
            </w:r>
            <w:r>
              <w:rPr>
                <w:rFonts w:ascii="Pretendard" w:eastAsia="Pretendard" w:hAnsi="Pretendard" w:cs="Pretendard"/>
                <w:color w:val="1D0024"/>
                <w:sz w:val="19"/>
              </w:rPr>
              <w:t>확장</w:t>
            </w:r>
            <w:r>
              <w:rPr>
                <w:rFonts w:ascii="Pretendard" w:eastAsia="Pretendard" w:hAnsi="Pretendard" w:cs="Pretendard"/>
                <w:color w:val="1D0024"/>
                <w:sz w:val="19"/>
              </w:rPr>
              <w:t xml:space="preserve"> </w:t>
            </w:r>
            <w:r>
              <w:rPr>
                <w:rFonts w:ascii="Pretendard" w:eastAsia="Pretendard" w:hAnsi="Pretendard" w:cs="Pretendard"/>
                <w:color w:val="1D0024"/>
                <w:sz w:val="19"/>
              </w:rPr>
              <w:t>검토용</w:t>
            </w:r>
            <w:r>
              <w:rPr>
                <w:rFonts w:ascii="Pretendard" w:eastAsia="Pretendard" w:hAnsi="Pretendard" w:cs="Pretendard"/>
                <w:color w:val="1D0024"/>
                <w:sz w:val="19"/>
              </w:rPr>
              <w:t xml:space="preserve">, </w:t>
            </w:r>
            <w:r>
              <w:rPr>
                <w:rFonts w:ascii="Pretendard" w:eastAsia="Pretendard" w:hAnsi="Pretendard" w:cs="Pretendard"/>
                <w:color w:val="1D0024"/>
                <w:sz w:val="19"/>
              </w:rPr>
              <w:t>이번</w:t>
            </w:r>
            <w:r>
              <w:rPr>
                <w:rFonts w:ascii="Pretendard" w:eastAsia="Pretendard" w:hAnsi="Pretendard" w:cs="Pretendard"/>
                <w:color w:val="1D0024"/>
                <w:sz w:val="19"/>
              </w:rPr>
              <w:t xml:space="preserve"> </w:t>
            </w:r>
            <w:r>
              <w:rPr>
                <w:rFonts w:ascii="Pretendard" w:eastAsia="Pretendard" w:hAnsi="Pretendard" w:cs="Pretendard"/>
                <w:color w:val="1D0024"/>
                <w:sz w:val="19"/>
              </w:rPr>
              <w:t>범위의</w:t>
            </w:r>
            <w:r>
              <w:rPr>
                <w:rFonts w:ascii="Pretendard" w:eastAsia="Pretendard" w:hAnsi="Pretendard" w:cs="Pretendard"/>
                <w:color w:val="1D0024"/>
                <w:sz w:val="19"/>
              </w:rPr>
              <w:t xml:space="preserve"> </w:t>
            </w:r>
            <w:r>
              <w:rPr>
                <w:rFonts w:ascii="Pretendard" w:eastAsia="Pretendard" w:hAnsi="Pretendard" w:cs="Pretendard"/>
                <w:color w:val="1D0024"/>
                <w:sz w:val="19"/>
              </w:rPr>
              <w:t>의무</w:t>
            </w:r>
            <w:r>
              <w:rPr>
                <w:rFonts w:ascii="Pretendard" w:eastAsia="Pretendard" w:hAnsi="Pretendard" w:cs="Pretendard"/>
                <w:color w:val="1D0024"/>
                <w:sz w:val="19"/>
              </w:rPr>
              <w:t xml:space="preserve"> </w:t>
            </w:r>
            <w:r>
              <w:rPr>
                <w:rFonts w:ascii="Pretendard" w:eastAsia="Pretendard" w:hAnsi="Pretendard" w:cs="Pretendard"/>
                <w:color w:val="1D0024"/>
                <w:sz w:val="19"/>
              </w:rPr>
              <w:t>아님</w:t>
            </w:r>
          </w:p>
        </w:tc>
      </w:tr>
    </w:tbl>
    <w:p w14:paraId="4EB06925" w14:textId="77777777" w:rsidR="004B1372" w:rsidRDefault="004B1372">
      <w:pPr>
        <w:spacing w:after="40"/>
      </w:pPr>
    </w:p>
    <w:p w14:paraId="60BEA268" w14:textId="77777777" w:rsidR="004B1372" w:rsidRDefault="00BB0BE3">
      <w:pPr>
        <w:keepNext/>
        <w:spacing w:before="200" w:after="160"/>
      </w:pPr>
      <w:r>
        <w:rPr>
          <w:rFonts w:ascii="Pretendard" w:eastAsia="Pretendard" w:hAnsi="Pretendard" w:cs="Pretendard"/>
          <w:b/>
          <w:color w:val="4F1DA1"/>
          <w:sz w:val="26"/>
        </w:rPr>
        <w:t xml:space="preserve">6-4. </w:t>
      </w:r>
      <w:r>
        <w:rPr>
          <w:rFonts w:ascii="Pretendard" w:eastAsia="Pretendard" w:hAnsi="Pretendard" w:cs="Pretendard"/>
          <w:b/>
          <w:color w:val="4F1DA1"/>
          <w:sz w:val="26"/>
        </w:rPr>
        <w:t>비용</w:t>
      </w:r>
    </w:p>
    <w:p w14:paraId="0C695430" w14:textId="77777777" w:rsidR="004B1372" w:rsidRDefault="00BB0BE3">
      <w:pPr>
        <w:pStyle w:val="a0"/>
        <w:spacing w:after="60" w:line="312" w:lineRule="auto"/>
      </w:pPr>
      <w:r>
        <w:rPr>
          <w:rFonts w:ascii="Pretendard" w:eastAsia="Pretendard" w:hAnsi="Pretendard" w:cs="Pretendard"/>
          <w:b/>
          <w:color w:val="1D0024"/>
          <w:sz w:val="21"/>
        </w:rPr>
        <w:t>직접</w:t>
      </w:r>
      <w:r>
        <w:rPr>
          <w:rFonts w:ascii="Pretendard" w:eastAsia="Pretendard" w:hAnsi="Pretendard" w:cs="Pretendard"/>
          <w:b/>
          <w:color w:val="1D0024"/>
          <w:sz w:val="21"/>
        </w:rPr>
        <w:t xml:space="preserve"> </w:t>
      </w:r>
      <w:r>
        <w:rPr>
          <w:rFonts w:ascii="Pretendard" w:eastAsia="Pretendard" w:hAnsi="Pretendard" w:cs="Pretendard"/>
          <w:b/>
          <w:color w:val="1D0024"/>
          <w:sz w:val="21"/>
        </w:rPr>
        <w:t>비용은</w:t>
      </w:r>
      <w:r>
        <w:rPr>
          <w:rFonts w:ascii="Pretendard" w:eastAsia="Pretendard" w:hAnsi="Pretendard" w:cs="Pretendard"/>
          <w:b/>
          <w:color w:val="1D0024"/>
          <w:sz w:val="21"/>
        </w:rPr>
        <w:t xml:space="preserve"> </w:t>
      </w:r>
      <w:r>
        <w:rPr>
          <w:rFonts w:ascii="Pretendard" w:eastAsia="Pretendard" w:hAnsi="Pretendard" w:cs="Pretendard"/>
          <w:b/>
          <w:color w:val="1D0024"/>
          <w:sz w:val="21"/>
        </w:rPr>
        <w:t>작습니다</w:t>
      </w:r>
      <w:r>
        <w:rPr>
          <w:rFonts w:ascii="Pretendard" w:eastAsia="Pretendard" w:hAnsi="Pretendard" w:cs="Pretendard"/>
          <w:b/>
          <w:color w:val="1D0024"/>
          <w:sz w:val="21"/>
        </w:rPr>
        <w:t xml:space="preserve">. </w:t>
      </w:r>
      <w:r>
        <w:rPr>
          <w:rFonts w:ascii="Pretendard" w:eastAsia="Pretendard" w:hAnsi="Pretendard" w:cs="Pretendard"/>
          <w:color w:val="1D0024"/>
          <w:sz w:val="21"/>
        </w:rPr>
        <w:t>측정</w:t>
      </w:r>
      <w:r>
        <w:rPr>
          <w:rFonts w:ascii="Pretendard" w:eastAsia="Pretendard" w:hAnsi="Pretendard" w:cs="Pretendard"/>
          <w:color w:val="1D0024"/>
          <w:sz w:val="21"/>
        </w:rPr>
        <w:t xml:space="preserve"> 3</w:t>
      </w:r>
      <w:r>
        <w:rPr>
          <w:rFonts w:ascii="Pretendard" w:eastAsia="Pretendard" w:hAnsi="Pretendard" w:cs="Pretendard"/>
          <w:color w:val="1D0024"/>
          <w:sz w:val="21"/>
        </w:rPr>
        <w:t>회</w:t>
      </w:r>
      <w:r>
        <w:rPr>
          <w:rFonts w:ascii="Pretendard" w:eastAsia="Pretendard" w:hAnsi="Pretendard" w:cs="Pretendard"/>
          <w:color w:val="1D0024"/>
          <w:sz w:val="21"/>
        </w:rPr>
        <w:t xml:space="preserve"> × 5</w:t>
      </w:r>
      <w:r>
        <w:rPr>
          <w:rFonts w:ascii="Pretendard" w:eastAsia="Pretendard" w:hAnsi="Pretendard" w:cs="Pretendard"/>
          <w:color w:val="1D0024"/>
          <w:sz w:val="21"/>
        </w:rPr>
        <w:t>회</w:t>
      </w:r>
      <w:r>
        <w:rPr>
          <w:rFonts w:ascii="Pretendard" w:eastAsia="Pretendard" w:hAnsi="Pretendard" w:cs="Pretendard"/>
          <w:color w:val="1D0024"/>
          <w:sz w:val="21"/>
        </w:rPr>
        <w:t xml:space="preserve"> </w:t>
      </w:r>
      <w:r>
        <w:rPr>
          <w:rFonts w:ascii="Pretendard" w:eastAsia="Pretendard" w:hAnsi="Pretendard" w:cs="Pretendard"/>
          <w:color w:val="1D0024"/>
          <w:sz w:val="21"/>
        </w:rPr>
        <w:t>반복</w:t>
      </w:r>
      <w:r>
        <w:rPr>
          <w:rFonts w:ascii="Pretendard" w:eastAsia="Pretendard" w:hAnsi="Pretendard" w:cs="Pretendard"/>
          <w:color w:val="1D0024"/>
          <w:sz w:val="21"/>
        </w:rPr>
        <w:t xml:space="preserve"> </w:t>
      </w:r>
      <w:r>
        <w:rPr>
          <w:rFonts w:ascii="Pretendard" w:eastAsia="Pretendard" w:hAnsi="Pretendard" w:cs="Pretendard"/>
          <w:color w:val="1D0024"/>
          <w:sz w:val="21"/>
        </w:rPr>
        <w:t>기준</w:t>
      </w:r>
      <w:r>
        <w:rPr>
          <w:rFonts w:ascii="Pretendard" w:eastAsia="Pretendard" w:hAnsi="Pretendard" w:cs="Pretendard"/>
          <w:color w:val="1D0024"/>
          <w:sz w:val="21"/>
        </w:rPr>
        <w:t xml:space="preserve"> </w:t>
      </w:r>
      <w:r>
        <w:rPr>
          <w:rFonts w:ascii="Pretendard" w:eastAsia="Pretendard" w:hAnsi="Pretendard" w:cs="Pretendard"/>
          <w:color w:val="1D0024"/>
          <w:sz w:val="21"/>
        </w:rPr>
        <w:t>약</w:t>
      </w:r>
      <w:r>
        <w:rPr>
          <w:rFonts w:ascii="Pretendard" w:eastAsia="Pretendard" w:hAnsi="Pretendard" w:cs="Pretendard"/>
          <w:color w:val="1D0024"/>
          <w:sz w:val="21"/>
        </w:rPr>
        <w:t xml:space="preserve"> 17</w:t>
      </w:r>
      <w:r>
        <w:rPr>
          <w:rFonts w:ascii="Pretendard" w:eastAsia="Pretendard" w:hAnsi="Pretendard" w:cs="Pretendard"/>
          <w:color w:val="1D0024"/>
          <w:sz w:val="21"/>
        </w:rPr>
        <w:t>만</w:t>
      </w:r>
      <w:r>
        <w:rPr>
          <w:rFonts w:ascii="Pretendard" w:eastAsia="Pretendard" w:hAnsi="Pretendard" w:cs="Pretendard"/>
          <w:color w:val="1D0024"/>
          <w:sz w:val="21"/>
        </w:rPr>
        <w:t xml:space="preserve"> </w:t>
      </w:r>
      <w:r>
        <w:rPr>
          <w:rFonts w:ascii="Pretendard" w:eastAsia="Pretendard" w:hAnsi="Pretendard" w:cs="Pretendard"/>
          <w:color w:val="1D0024"/>
          <w:sz w:val="21"/>
        </w:rPr>
        <w:t>원</w:t>
      </w:r>
      <w:r>
        <w:rPr>
          <w:rFonts w:ascii="Pretendard" w:eastAsia="Pretendard" w:hAnsi="Pretendard" w:cs="Pretendard"/>
          <w:color w:val="1D0024"/>
          <w:sz w:val="21"/>
        </w:rPr>
        <w:t>(</w:t>
      </w:r>
      <w:r>
        <w:rPr>
          <w:rFonts w:ascii="Pretendard" w:eastAsia="Pretendard" w:hAnsi="Pretendard" w:cs="Pretendard"/>
          <w:color w:val="1D0024"/>
          <w:sz w:val="21"/>
        </w:rPr>
        <w:t>현행</w:t>
      </w:r>
      <w:r>
        <w:rPr>
          <w:rFonts w:ascii="Pretendard" w:eastAsia="Pretendard" w:hAnsi="Pretendard" w:cs="Pretendard"/>
          <w:color w:val="1D0024"/>
          <w:sz w:val="21"/>
        </w:rPr>
        <w:t xml:space="preserve"> 2</w:t>
      </w:r>
      <w:r>
        <w:rPr>
          <w:rFonts w:ascii="Pretendard" w:eastAsia="Pretendard" w:hAnsi="Pretendard" w:cs="Pretendard"/>
          <w:color w:val="1D0024"/>
          <w:sz w:val="21"/>
        </w:rPr>
        <w:t>개</w:t>
      </w:r>
      <w:r>
        <w:rPr>
          <w:rFonts w:ascii="Pretendard" w:eastAsia="Pretendard" w:hAnsi="Pretendard" w:cs="Pretendard"/>
          <w:color w:val="1D0024"/>
          <w:sz w:val="21"/>
        </w:rPr>
        <w:t xml:space="preserve"> </w:t>
      </w:r>
      <w:r>
        <w:rPr>
          <w:rFonts w:ascii="Pretendard" w:eastAsia="Pretendard" w:hAnsi="Pretendard" w:cs="Pretendard"/>
          <w:color w:val="1D0024"/>
          <w:sz w:val="21"/>
        </w:rPr>
        <w:t>엔진</w:t>
      </w:r>
      <w:r>
        <w:rPr>
          <w:rFonts w:ascii="Pretendard" w:eastAsia="Pretendard" w:hAnsi="Pretendard" w:cs="Pretendard"/>
          <w:color w:val="1D0024"/>
          <w:sz w:val="21"/>
        </w:rPr>
        <w:t>)</w:t>
      </w:r>
      <w:r>
        <w:rPr>
          <w:rFonts w:ascii="Pretendard" w:eastAsia="Pretendard" w:hAnsi="Pretendard" w:cs="Pretendard"/>
          <w:color w:val="1D0024"/>
          <w:sz w:val="21"/>
        </w:rPr>
        <w:t>입니다</w:t>
      </w:r>
      <w:r>
        <w:rPr>
          <w:rFonts w:ascii="Pretendard" w:eastAsia="Pretendard" w:hAnsi="Pretendard" w:cs="Pretendard"/>
          <w:color w:val="1D0024"/>
          <w:sz w:val="21"/>
        </w:rPr>
        <w:t xml:space="preserve">. </w:t>
      </w:r>
      <w:r>
        <w:rPr>
          <w:rFonts w:ascii="Pretendard" w:eastAsia="Pretendard" w:hAnsi="Pretendard" w:cs="Pretendard"/>
          <w:color w:val="1D0024"/>
          <w:sz w:val="21"/>
        </w:rPr>
        <w:t>사이트</w:t>
      </w:r>
      <w:r>
        <w:rPr>
          <w:rFonts w:ascii="Pretendard" w:eastAsia="Pretendard" w:hAnsi="Pretendard" w:cs="Pretendard"/>
          <w:color w:val="1D0024"/>
          <w:sz w:val="21"/>
        </w:rPr>
        <w:t xml:space="preserve"> </w:t>
      </w:r>
      <w:r>
        <w:rPr>
          <w:rFonts w:ascii="Pretendard" w:eastAsia="Pretendard" w:hAnsi="Pretendard" w:cs="Pretendard"/>
          <w:color w:val="1D0024"/>
          <w:sz w:val="21"/>
        </w:rPr>
        <w:t>호스팅</w:t>
      </w:r>
      <w:r>
        <w:rPr>
          <w:rFonts w:ascii="Pretendard" w:eastAsia="Pretendard" w:hAnsi="Pretendard" w:cs="Pretendard"/>
          <w:color w:val="1D0024"/>
          <w:sz w:val="21"/>
        </w:rPr>
        <w:t>·</w:t>
      </w:r>
      <w:r>
        <w:rPr>
          <w:rFonts w:ascii="Pretendard" w:eastAsia="Pretendard" w:hAnsi="Pretendard" w:cs="Pretendard"/>
          <w:color w:val="1D0024"/>
          <w:sz w:val="21"/>
        </w:rPr>
        <w:t>빌드</w:t>
      </w:r>
      <w:r>
        <w:rPr>
          <w:rFonts w:ascii="Pretendard" w:eastAsia="Pretendard" w:hAnsi="Pretendard" w:cs="Pretendard"/>
          <w:color w:val="1D0024"/>
          <w:sz w:val="21"/>
        </w:rPr>
        <w:t xml:space="preserve"> </w:t>
      </w:r>
      <w:r>
        <w:rPr>
          <w:rFonts w:ascii="Pretendard" w:eastAsia="Pretendard" w:hAnsi="Pretendard" w:cs="Pretendard"/>
          <w:color w:val="1D0024"/>
          <w:sz w:val="21"/>
        </w:rPr>
        <w:t>비용은</w:t>
      </w:r>
      <w:r>
        <w:rPr>
          <w:rFonts w:ascii="Pretendard" w:eastAsia="Pretendard" w:hAnsi="Pretendard" w:cs="Pretendard"/>
          <w:color w:val="1D0024"/>
          <w:sz w:val="21"/>
        </w:rPr>
        <w:t xml:space="preserve"> </w:t>
      </w:r>
      <w:r>
        <w:rPr>
          <w:rFonts w:ascii="Pretendard" w:eastAsia="Pretendard" w:hAnsi="Pretendard" w:cs="Pretendard"/>
          <w:color w:val="1D0024"/>
          <w:sz w:val="21"/>
        </w:rPr>
        <w:t>병원당</w:t>
      </w:r>
      <w:r>
        <w:rPr>
          <w:rFonts w:ascii="Pretendard" w:eastAsia="Pretendard" w:hAnsi="Pretendard" w:cs="Pretendard"/>
          <w:color w:val="1D0024"/>
          <w:sz w:val="21"/>
        </w:rPr>
        <w:t xml:space="preserve"> </w:t>
      </w:r>
      <w:r>
        <w:rPr>
          <w:rFonts w:ascii="Pretendard" w:eastAsia="Pretendard" w:hAnsi="Pretendard" w:cs="Pretendard"/>
          <w:color w:val="1D0024"/>
          <w:sz w:val="21"/>
        </w:rPr>
        <w:t>소액입니다</w:t>
      </w:r>
      <w:r>
        <w:rPr>
          <w:rFonts w:ascii="Pretendard" w:eastAsia="Pretendard" w:hAnsi="Pretendard" w:cs="Pretendard"/>
          <w:color w:val="1D0024"/>
          <w:sz w:val="21"/>
        </w:rPr>
        <w:t>.</w:t>
      </w:r>
    </w:p>
    <w:p w14:paraId="3FCF7833" w14:textId="77777777" w:rsidR="004B1372" w:rsidRDefault="00BB0BE3">
      <w:pPr>
        <w:pStyle w:val="a0"/>
        <w:spacing w:after="60" w:line="312" w:lineRule="auto"/>
      </w:pPr>
      <w:r>
        <w:rPr>
          <w:rFonts w:ascii="Pretendard" w:eastAsia="Pretendard" w:hAnsi="Pretendard" w:cs="Pretendard"/>
          <w:b/>
          <w:color w:val="1D0024"/>
          <w:sz w:val="21"/>
        </w:rPr>
        <w:t>실제</w:t>
      </w:r>
      <w:r>
        <w:rPr>
          <w:rFonts w:ascii="Pretendard" w:eastAsia="Pretendard" w:hAnsi="Pretendard" w:cs="Pretendard"/>
          <w:b/>
          <w:color w:val="1D0024"/>
          <w:sz w:val="21"/>
        </w:rPr>
        <w:t xml:space="preserve"> </w:t>
      </w:r>
      <w:r>
        <w:rPr>
          <w:rFonts w:ascii="Pretendard" w:eastAsia="Pretendard" w:hAnsi="Pretendard" w:cs="Pretendard"/>
          <w:b/>
          <w:color w:val="1D0024"/>
          <w:sz w:val="21"/>
        </w:rPr>
        <w:t>비용은</w:t>
      </w:r>
      <w:r>
        <w:rPr>
          <w:rFonts w:ascii="Pretendard" w:eastAsia="Pretendard" w:hAnsi="Pretendard" w:cs="Pretendard"/>
          <w:b/>
          <w:color w:val="1D0024"/>
          <w:sz w:val="21"/>
        </w:rPr>
        <w:t xml:space="preserve"> </w:t>
      </w:r>
      <w:r>
        <w:rPr>
          <w:rFonts w:ascii="Pretendard" w:eastAsia="Pretendard" w:hAnsi="Pretendard" w:cs="Pretendard"/>
          <w:b/>
          <w:color w:val="1D0024"/>
          <w:sz w:val="21"/>
        </w:rPr>
        <w:t>인력</w:t>
      </w:r>
      <w:r>
        <w:rPr>
          <w:rFonts w:ascii="Pretendard" w:eastAsia="Pretendard" w:hAnsi="Pretendard" w:cs="Pretendard"/>
          <w:b/>
          <w:color w:val="1D0024"/>
          <w:sz w:val="21"/>
        </w:rPr>
        <w:t xml:space="preserve"> </w:t>
      </w:r>
      <w:r>
        <w:rPr>
          <w:rFonts w:ascii="Pretendard" w:eastAsia="Pretendard" w:hAnsi="Pretendard" w:cs="Pretendard"/>
          <w:b/>
          <w:color w:val="1D0024"/>
          <w:sz w:val="21"/>
        </w:rPr>
        <w:t>시간입니다</w:t>
      </w:r>
      <w:r>
        <w:rPr>
          <w:rFonts w:ascii="Pretendard" w:eastAsia="Pretendard" w:hAnsi="Pretendard" w:cs="Pretendard"/>
          <w:b/>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응대</w:t>
      </w:r>
      <w:r>
        <w:rPr>
          <w:rFonts w:ascii="Pretendard" w:eastAsia="Pretendard" w:hAnsi="Pretendard" w:cs="Pretendard"/>
          <w:color w:val="1D0024"/>
          <w:sz w:val="21"/>
        </w:rPr>
        <w:t xml:space="preserve">, </w:t>
      </w:r>
      <w:r>
        <w:rPr>
          <w:rFonts w:ascii="Pretendard" w:eastAsia="Pretendard" w:hAnsi="Pretendard" w:cs="Pretendard"/>
          <w:color w:val="1D0024"/>
          <w:sz w:val="21"/>
        </w:rPr>
        <w:t>승인</w:t>
      </w:r>
      <w:r>
        <w:rPr>
          <w:rFonts w:ascii="Pretendard" w:eastAsia="Pretendard" w:hAnsi="Pretendard" w:cs="Pretendard"/>
          <w:color w:val="1D0024"/>
          <w:sz w:val="21"/>
        </w:rPr>
        <w:t xml:space="preserve"> </w:t>
      </w:r>
      <w:r>
        <w:rPr>
          <w:rFonts w:ascii="Pretendard" w:eastAsia="Pretendard" w:hAnsi="Pretendard" w:cs="Pretendard"/>
          <w:color w:val="1D0024"/>
          <w:sz w:val="21"/>
        </w:rPr>
        <w:t>수집</w:t>
      </w:r>
      <w:r>
        <w:rPr>
          <w:rFonts w:ascii="Pretendard" w:eastAsia="Pretendard" w:hAnsi="Pretendard" w:cs="Pretendard"/>
          <w:color w:val="1D0024"/>
          <w:sz w:val="21"/>
        </w:rPr>
        <w:t xml:space="preserve">, </w:t>
      </w:r>
      <w:r>
        <w:rPr>
          <w:rFonts w:ascii="Pretendard" w:eastAsia="Pretendard" w:hAnsi="Pretendard" w:cs="Pretendard"/>
          <w:color w:val="1D0024"/>
          <w:sz w:val="21"/>
        </w:rPr>
        <w:t>보고서</w:t>
      </w:r>
      <w:r>
        <w:rPr>
          <w:rFonts w:ascii="Pretendard" w:eastAsia="Pretendard" w:hAnsi="Pretendard" w:cs="Pretendard"/>
          <w:color w:val="1D0024"/>
          <w:sz w:val="21"/>
        </w:rPr>
        <w:t xml:space="preserve"> </w:t>
      </w:r>
      <w:r>
        <w:rPr>
          <w:rFonts w:ascii="Pretendard" w:eastAsia="Pretendard" w:hAnsi="Pretendard" w:cs="Pretendard"/>
          <w:color w:val="1D0024"/>
          <w:sz w:val="21"/>
        </w:rPr>
        <w:t>작성에</w:t>
      </w:r>
      <w:r>
        <w:rPr>
          <w:rFonts w:ascii="Pretendard" w:eastAsia="Pretendard" w:hAnsi="Pretendard" w:cs="Pretendard"/>
          <w:color w:val="1D0024"/>
          <w:sz w:val="21"/>
        </w:rPr>
        <w:t xml:space="preserve"> </w:t>
      </w:r>
      <w:r>
        <w:rPr>
          <w:rFonts w:ascii="Pretendard" w:eastAsia="Pretendard" w:hAnsi="Pretendard" w:cs="Pretendard"/>
          <w:color w:val="1D0024"/>
          <w:sz w:val="21"/>
        </w:rPr>
        <w:t>감본부장</w:t>
      </w:r>
      <w:r>
        <w:rPr>
          <w:rFonts w:ascii="Pretendard" w:eastAsia="Pretendard" w:hAnsi="Pretendard" w:cs="Pretendard"/>
          <w:color w:val="1D0024"/>
          <w:sz w:val="21"/>
        </w:rPr>
        <w:t xml:space="preserve"> </w:t>
      </w:r>
      <w:r>
        <w:rPr>
          <w:rFonts w:ascii="Pretendard" w:eastAsia="Pretendard" w:hAnsi="Pretendard" w:cs="Pretendard"/>
          <w:color w:val="1D0024"/>
          <w:sz w:val="21"/>
        </w:rPr>
        <w:t>시간이</w:t>
      </w:r>
      <w:r>
        <w:rPr>
          <w:rFonts w:ascii="Pretendard" w:eastAsia="Pretendard" w:hAnsi="Pretendard" w:cs="Pretendard"/>
          <w:color w:val="1D0024"/>
          <w:sz w:val="21"/>
        </w:rPr>
        <w:t xml:space="preserve"> </w:t>
      </w:r>
      <w:r>
        <w:rPr>
          <w:rFonts w:ascii="Pretendard" w:eastAsia="Pretendard" w:hAnsi="Pretendard" w:cs="Pretendard"/>
          <w:color w:val="1D0024"/>
          <w:sz w:val="21"/>
        </w:rPr>
        <w:t>들어갑니다</w:t>
      </w:r>
      <w:r>
        <w:rPr>
          <w:rFonts w:ascii="Pretendard" w:eastAsia="Pretendard" w:hAnsi="Pretendard" w:cs="Pretendard"/>
          <w:color w:val="1D0024"/>
          <w:sz w:val="21"/>
        </w:rPr>
        <w:t xml:space="preserve">. POC </w:t>
      </w:r>
      <w:r>
        <w:rPr>
          <w:rFonts w:ascii="Pretendard" w:eastAsia="Pretendard" w:hAnsi="Pretendard" w:cs="Pretendard"/>
          <w:color w:val="1D0024"/>
          <w:sz w:val="21"/>
        </w:rPr>
        <w:t>기간을</w:t>
      </w:r>
      <w:r>
        <w:rPr>
          <w:rFonts w:ascii="Pretendard" w:eastAsia="Pretendard" w:hAnsi="Pretendard" w:cs="Pretendard"/>
          <w:color w:val="1D0024"/>
          <w:sz w:val="21"/>
        </w:rPr>
        <w:t xml:space="preserve"> 8</w:t>
      </w:r>
      <w:r>
        <w:rPr>
          <w:rFonts w:ascii="Pretendard" w:eastAsia="Pretendard" w:hAnsi="Pretendard" w:cs="Pretendard"/>
          <w:color w:val="1D0024"/>
          <w:sz w:val="21"/>
        </w:rPr>
        <w:t>주로</w:t>
      </w:r>
      <w:r>
        <w:rPr>
          <w:rFonts w:ascii="Pretendard" w:eastAsia="Pretendard" w:hAnsi="Pretendard" w:cs="Pretendard"/>
          <w:color w:val="1D0024"/>
          <w:sz w:val="21"/>
        </w:rPr>
        <w:t xml:space="preserve"> </w:t>
      </w:r>
      <w:r>
        <w:rPr>
          <w:rFonts w:ascii="Pretendard" w:eastAsia="Pretendard" w:hAnsi="Pretendard" w:cs="Pretendard"/>
          <w:color w:val="1D0024"/>
          <w:sz w:val="21"/>
        </w:rPr>
        <w:t>고정하는</w:t>
      </w:r>
      <w:r>
        <w:rPr>
          <w:rFonts w:ascii="Pretendard" w:eastAsia="Pretendard" w:hAnsi="Pretendard" w:cs="Pretendard"/>
          <w:color w:val="1D0024"/>
          <w:sz w:val="21"/>
        </w:rPr>
        <w:t xml:space="preserve"> </w:t>
      </w:r>
      <w:r>
        <w:rPr>
          <w:rFonts w:ascii="Pretendard" w:eastAsia="Pretendard" w:hAnsi="Pretendard" w:cs="Pretendard"/>
          <w:color w:val="1D0024"/>
          <w:sz w:val="21"/>
        </w:rPr>
        <w:t>이유입니다</w:t>
      </w:r>
      <w:r>
        <w:rPr>
          <w:rFonts w:ascii="Pretendard" w:eastAsia="Pretendard" w:hAnsi="Pretendard" w:cs="Pretendard"/>
          <w:color w:val="1D0024"/>
          <w:sz w:val="21"/>
        </w:rPr>
        <w:t>.</w:t>
      </w:r>
    </w:p>
    <w:p w14:paraId="1543104D" w14:textId="77777777" w:rsidR="004B1372" w:rsidRDefault="00BB0BE3">
      <w:pPr>
        <w:keepNext/>
        <w:spacing w:before="360" w:after="160"/>
      </w:pPr>
      <w:r>
        <w:rPr>
          <w:rFonts w:ascii="Pretendard" w:eastAsia="Pretendard" w:hAnsi="Pretendard" w:cs="Pretendard"/>
          <w:b/>
          <w:color w:val="1D0024"/>
          <w:sz w:val="32"/>
        </w:rPr>
        <w:t xml:space="preserve">7. </w:t>
      </w:r>
      <w:r>
        <w:rPr>
          <w:rFonts w:ascii="Pretendard" w:eastAsia="Pretendard" w:hAnsi="Pretendard" w:cs="Pretendard"/>
          <w:b/>
          <w:color w:val="1D0024"/>
          <w:sz w:val="32"/>
        </w:rPr>
        <w:t>원장의</w:t>
      </w:r>
      <w:r>
        <w:rPr>
          <w:rFonts w:ascii="Pretendard" w:eastAsia="Pretendard" w:hAnsi="Pretendard" w:cs="Pretendard"/>
          <w:b/>
          <w:color w:val="1D0024"/>
          <w:sz w:val="32"/>
        </w:rPr>
        <w:t xml:space="preserve"> </w:t>
      </w:r>
      <w:r>
        <w:rPr>
          <w:rFonts w:ascii="Pretendard" w:eastAsia="Pretendard" w:hAnsi="Pretendard" w:cs="Pretendard"/>
          <w:b/>
          <w:color w:val="1D0024"/>
          <w:sz w:val="32"/>
        </w:rPr>
        <w:t>포털</w:t>
      </w:r>
      <w:r>
        <w:rPr>
          <w:rFonts w:ascii="Pretendard" w:eastAsia="Pretendard" w:hAnsi="Pretendard" w:cs="Pretendard"/>
          <w:b/>
          <w:color w:val="1D0024"/>
          <w:sz w:val="32"/>
        </w:rPr>
        <w:t xml:space="preserve"> </w:t>
      </w:r>
      <w:r>
        <w:rPr>
          <w:rFonts w:ascii="Pretendard" w:eastAsia="Pretendard" w:hAnsi="Pretendard" w:cs="Pretendard"/>
          <w:b/>
          <w:color w:val="1D0024"/>
          <w:sz w:val="32"/>
        </w:rPr>
        <w:t>제안에</w:t>
      </w:r>
      <w:r>
        <w:rPr>
          <w:rFonts w:ascii="Pretendard" w:eastAsia="Pretendard" w:hAnsi="Pretendard" w:cs="Pretendard"/>
          <w:b/>
          <w:color w:val="1D0024"/>
          <w:sz w:val="32"/>
        </w:rPr>
        <w:t xml:space="preserve"> </w:t>
      </w:r>
      <w:r>
        <w:rPr>
          <w:rFonts w:ascii="Pretendard" w:eastAsia="Pretendard" w:hAnsi="Pretendard" w:cs="Pretendard"/>
          <w:b/>
          <w:color w:val="1D0024"/>
          <w:sz w:val="32"/>
        </w:rPr>
        <w:t>대한</w:t>
      </w:r>
      <w:r>
        <w:rPr>
          <w:rFonts w:ascii="Pretendard" w:eastAsia="Pretendard" w:hAnsi="Pretendard" w:cs="Pretendard"/>
          <w:b/>
          <w:color w:val="1D0024"/>
          <w:sz w:val="32"/>
        </w:rPr>
        <w:t xml:space="preserve"> </w:t>
      </w:r>
      <w:r>
        <w:rPr>
          <w:rFonts w:ascii="Pretendard" w:eastAsia="Pretendard" w:hAnsi="Pretendard" w:cs="Pretendard"/>
          <w:b/>
          <w:color w:val="1D0024"/>
          <w:sz w:val="32"/>
        </w:rPr>
        <w:t>답변</w:t>
      </w:r>
      <w:r>
        <w:rPr>
          <w:rFonts w:ascii="Pretendard" w:eastAsia="Pretendard" w:hAnsi="Pretendard" w:cs="Pretendard"/>
          <w:b/>
          <w:color w:val="1D0024"/>
          <w:sz w:val="32"/>
        </w:rPr>
        <w:t xml:space="preserve"> </w:t>
      </w:r>
      <w:r>
        <w:rPr>
          <w:rFonts w:ascii="Pretendard" w:eastAsia="Pretendard" w:hAnsi="Pretendard" w:cs="Pretendard"/>
          <w:b/>
          <w:color w:val="1D0024"/>
          <w:sz w:val="32"/>
        </w:rPr>
        <w:t>문안</w:t>
      </w:r>
      <w:r>
        <w:rPr>
          <w:rFonts w:ascii="Pretendard" w:eastAsia="Pretendard" w:hAnsi="Pretendard" w:cs="Pretendard"/>
          <w:b/>
          <w:color w:val="1D0024"/>
          <w:sz w:val="32"/>
        </w:rPr>
        <w:t xml:space="preserve"> (</w:t>
      </w:r>
      <w:r>
        <w:rPr>
          <w:rFonts w:ascii="Pretendard" w:eastAsia="Pretendard" w:hAnsi="Pretendard" w:cs="Pretendard"/>
          <w:b/>
          <w:color w:val="1D0024"/>
          <w:sz w:val="32"/>
        </w:rPr>
        <w:t>안</w:t>
      </w:r>
      <w:r>
        <w:rPr>
          <w:rFonts w:ascii="Pretendard" w:eastAsia="Pretendard" w:hAnsi="Pretendard" w:cs="Pretendard"/>
          <w:b/>
          <w:color w:val="1D0024"/>
          <w:sz w:val="32"/>
        </w:rPr>
        <w:t>)</w:t>
      </w:r>
    </w:p>
    <w:p w14:paraId="48D5104C" w14:textId="77777777" w:rsidR="004B1372" w:rsidRDefault="00BB0BE3">
      <w:pPr>
        <w:spacing w:line="324" w:lineRule="auto"/>
      </w:pPr>
      <w:r>
        <w:rPr>
          <w:rFonts w:ascii="Pretendard" w:eastAsia="Pretendard" w:hAnsi="Pretendard" w:cs="Pretendard"/>
          <w:color w:val="1D0024"/>
        </w:rPr>
        <w:t>원장님께서</w:t>
      </w:r>
      <w:r>
        <w:rPr>
          <w:rFonts w:ascii="Pretendard" w:eastAsia="Pretendard" w:hAnsi="Pretendard" w:cs="Pretendard"/>
          <w:color w:val="1D0024"/>
        </w:rPr>
        <w:t xml:space="preserve"> </w:t>
      </w:r>
      <w:r>
        <w:rPr>
          <w:rFonts w:ascii="Pretendard" w:eastAsia="Pretendard" w:hAnsi="Pretendard" w:cs="Pretendard"/>
          <w:color w:val="1D0024"/>
        </w:rPr>
        <w:t>말씀하신</w:t>
      </w:r>
      <w:r>
        <w:rPr>
          <w:rFonts w:ascii="Pretendard" w:eastAsia="Pretendard" w:hAnsi="Pretendard" w:cs="Pretendard"/>
          <w:color w:val="1D0024"/>
        </w:rPr>
        <w:t xml:space="preserve"> </w:t>
      </w:r>
      <w:r>
        <w:rPr>
          <w:rFonts w:ascii="Pretendard" w:eastAsia="Pretendard" w:hAnsi="Pretendard" w:cs="Pretendard"/>
          <w:color w:val="1D0024"/>
        </w:rPr>
        <w:t>글로벌</w:t>
      </w:r>
      <w:r>
        <w:rPr>
          <w:rFonts w:ascii="Pretendard" w:eastAsia="Pretendard" w:hAnsi="Pretendard" w:cs="Pretendard"/>
          <w:color w:val="1D0024"/>
        </w:rPr>
        <w:t xml:space="preserve"> </w:t>
      </w:r>
      <w:r>
        <w:rPr>
          <w:rFonts w:ascii="Pretendard" w:eastAsia="Pretendard" w:hAnsi="Pretendard" w:cs="Pretendard"/>
          <w:color w:val="1D0024"/>
        </w:rPr>
        <w:t>의료관광</w:t>
      </w:r>
      <w:r>
        <w:rPr>
          <w:rFonts w:ascii="Pretendard" w:eastAsia="Pretendard" w:hAnsi="Pretendard" w:cs="Pretendard"/>
          <w:color w:val="1D0024"/>
        </w:rPr>
        <w:t xml:space="preserve"> </w:t>
      </w:r>
      <w:r>
        <w:rPr>
          <w:rFonts w:ascii="Pretendard" w:eastAsia="Pretendard" w:hAnsi="Pretendard" w:cs="Pretendard"/>
          <w:color w:val="1D0024"/>
        </w:rPr>
        <w:t>포털</w:t>
      </w:r>
      <w:r>
        <w:rPr>
          <w:rFonts w:ascii="Pretendard" w:eastAsia="Pretendard" w:hAnsi="Pretendard" w:cs="Pretendard"/>
          <w:color w:val="1D0024"/>
        </w:rPr>
        <w:t xml:space="preserve"> </w:t>
      </w:r>
      <w:r>
        <w:rPr>
          <w:rFonts w:ascii="Pretendard" w:eastAsia="Pretendard" w:hAnsi="Pretendard" w:cs="Pretendard"/>
          <w:color w:val="1D0024"/>
        </w:rPr>
        <w:t>방향에</w:t>
      </w:r>
      <w:r>
        <w:rPr>
          <w:rFonts w:ascii="Pretendard" w:eastAsia="Pretendard" w:hAnsi="Pretendard" w:cs="Pretendard"/>
          <w:color w:val="1D0024"/>
        </w:rPr>
        <w:t xml:space="preserve"> </w:t>
      </w:r>
      <w:r>
        <w:rPr>
          <w:rFonts w:ascii="Pretendard" w:eastAsia="Pretendard" w:hAnsi="Pretendard" w:cs="Pretendard"/>
          <w:color w:val="1D0024"/>
        </w:rPr>
        <w:t>공감합니다</w:t>
      </w:r>
      <w:r>
        <w:rPr>
          <w:rFonts w:ascii="Pretendard" w:eastAsia="Pretendard" w:hAnsi="Pretendard" w:cs="Pretendard"/>
          <w:color w:val="1D0024"/>
        </w:rPr>
        <w:t xml:space="preserve">. </w:t>
      </w:r>
      <w:r>
        <w:rPr>
          <w:rFonts w:ascii="Pretendard" w:eastAsia="Pretendard" w:hAnsi="Pretendard" w:cs="Pretendard"/>
          <w:color w:val="1D0024"/>
        </w:rPr>
        <w:t>다만</w:t>
      </w:r>
      <w:r>
        <w:rPr>
          <w:rFonts w:ascii="Pretendard" w:eastAsia="Pretendard" w:hAnsi="Pretendard" w:cs="Pretendard"/>
          <w:color w:val="1D0024"/>
        </w:rPr>
        <w:t xml:space="preserve"> </w:t>
      </w:r>
      <w:r>
        <w:rPr>
          <w:rFonts w:ascii="Pretendard" w:eastAsia="Pretendard" w:hAnsi="Pretendard" w:cs="Pretendard"/>
          <w:color w:val="1D0024"/>
        </w:rPr>
        <w:t>외국인</w:t>
      </w:r>
      <w:r>
        <w:rPr>
          <w:rFonts w:ascii="Pretendard" w:eastAsia="Pretendard" w:hAnsi="Pretendard" w:cs="Pretendard"/>
          <w:color w:val="1D0024"/>
        </w:rPr>
        <w:t xml:space="preserve"> </w:t>
      </w:r>
      <w:r>
        <w:rPr>
          <w:rFonts w:ascii="Pretendard" w:eastAsia="Pretendard" w:hAnsi="Pretendard" w:cs="Pretendard"/>
          <w:color w:val="1D0024"/>
        </w:rPr>
        <w:t>환자</w:t>
      </w:r>
      <w:r>
        <w:rPr>
          <w:rFonts w:ascii="Pretendard" w:eastAsia="Pretendard" w:hAnsi="Pretendard" w:cs="Pretendard"/>
          <w:color w:val="1D0024"/>
        </w:rPr>
        <w:t xml:space="preserve"> </w:t>
      </w:r>
      <w:r>
        <w:rPr>
          <w:rFonts w:ascii="Pretendard" w:eastAsia="Pretendard" w:hAnsi="Pretendard" w:cs="Pretendard"/>
          <w:color w:val="1D0024"/>
        </w:rPr>
        <w:t>상담</w:t>
      </w:r>
      <w:r>
        <w:rPr>
          <w:rFonts w:ascii="Pretendard" w:eastAsia="Pretendard" w:hAnsi="Pretendard" w:cs="Pretendard"/>
          <w:color w:val="1D0024"/>
        </w:rPr>
        <w:t>·</w:t>
      </w:r>
      <w:r>
        <w:rPr>
          <w:rFonts w:ascii="Pretendard" w:eastAsia="Pretendard" w:hAnsi="Pretendard" w:cs="Pretendard"/>
          <w:color w:val="1D0024"/>
        </w:rPr>
        <w:t>예약</w:t>
      </w:r>
      <w:r>
        <w:rPr>
          <w:rFonts w:ascii="Pretendard" w:eastAsia="Pretendard" w:hAnsi="Pretendard" w:cs="Pretendard"/>
          <w:color w:val="1D0024"/>
        </w:rPr>
        <w:t xml:space="preserve"> </w:t>
      </w:r>
      <w:r>
        <w:rPr>
          <w:rFonts w:ascii="Pretendard" w:eastAsia="Pretendard" w:hAnsi="Pretendard" w:cs="Pretendard"/>
          <w:color w:val="1D0024"/>
        </w:rPr>
        <w:t>중개는</w:t>
      </w:r>
      <w:r>
        <w:rPr>
          <w:rFonts w:ascii="Pretendard" w:eastAsia="Pretendard" w:hAnsi="Pretendard" w:cs="Pretendard"/>
          <w:color w:val="1D0024"/>
        </w:rPr>
        <w:t xml:space="preserve"> </w:t>
      </w:r>
      <w:r>
        <w:rPr>
          <w:rFonts w:ascii="Pretendard" w:eastAsia="Pretendard" w:hAnsi="Pretendard" w:cs="Pretendard"/>
          <w:color w:val="1D0024"/>
        </w:rPr>
        <w:t>유치업</w:t>
      </w:r>
      <w:r>
        <w:rPr>
          <w:rFonts w:ascii="Pretendard" w:eastAsia="Pretendard" w:hAnsi="Pretendard" w:cs="Pretendard"/>
          <w:color w:val="1D0024"/>
        </w:rPr>
        <w:t xml:space="preserve"> </w:t>
      </w:r>
      <w:r>
        <w:rPr>
          <w:rFonts w:ascii="Pretendard" w:eastAsia="Pretendard" w:hAnsi="Pretendard" w:cs="Pretendard"/>
          <w:color w:val="1D0024"/>
        </w:rPr>
        <w:t>등록과</w:t>
      </w:r>
      <w:r>
        <w:rPr>
          <w:rFonts w:ascii="Pretendard" w:eastAsia="Pretendard" w:hAnsi="Pretendard" w:cs="Pretendard"/>
          <w:color w:val="1D0024"/>
        </w:rPr>
        <w:t xml:space="preserve"> </w:t>
      </w:r>
      <w:r>
        <w:rPr>
          <w:rFonts w:ascii="Pretendard" w:eastAsia="Pretendard" w:hAnsi="Pretendard" w:cs="Pretendard"/>
          <w:color w:val="1D0024"/>
        </w:rPr>
        <w:t>다국어</w:t>
      </w:r>
      <w:r>
        <w:rPr>
          <w:rFonts w:ascii="Pretendard" w:eastAsia="Pretendard" w:hAnsi="Pretendard" w:cs="Pretendard"/>
          <w:color w:val="1D0024"/>
        </w:rPr>
        <w:t xml:space="preserve"> </w:t>
      </w:r>
      <w:r>
        <w:rPr>
          <w:rFonts w:ascii="Pretendard" w:eastAsia="Pretendard" w:hAnsi="Pretendard" w:cs="Pretendard"/>
          <w:color w:val="1D0024"/>
        </w:rPr>
        <w:t>응대</w:t>
      </w:r>
      <w:r>
        <w:rPr>
          <w:rFonts w:ascii="Pretendard" w:eastAsia="Pretendard" w:hAnsi="Pretendard" w:cs="Pretendard"/>
          <w:color w:val="1D0024"/>
        </w:rPr>
        <w:t xml:space="preserve"> </w:t>
      </w:r>
      <w:r>
        <w:rPr>
          <w:rFonts w:ascii="Pretendard" w:eastAsia="Pretendard" w:hAnsi="Pretendard" w:cs="Pretendard"/>
          <w:color w:val="1D0024"/>
        </w:rPr>
        <w:t>조직이</w:t>
      </w:r>
      <w:r>
        <w:rPr>
          <w:rFonts w:ascii="Pretendard" w:eastAsia="Pretendard" w:hAnsi="Pretendard" w:cs="Pretendard"/>
          <w:color w:val="1D0024"/>
        </w:rPr>
        <w:t xml:space="preserve"> </w:t>
      </w:r>
      <w:r>
        <w:rPr>
          <w:rFonts w:ascii="Pretendard" w:eastAsia="Pretendard" w:hAnsi="Pretendard" w:cs="Pretendard"/>
          <w:color w:val="1D0024"/>
        </w:rPr>
        <w:t>필요한</w:t>
      </w:r>
      <w:r>
        <w:rPr>
          <w:rFonts w:ascii="Pretendard" w:eastAsia="Pretendard" w:hAnsi="Pretendard" w:cs="Pretendard"/>
          <w:color w:val="1D0024"/>
        </w:rPr>
        <w:t xml:space="preserve"> </w:t>
      </w:r>
      <w:r>
        <w:rPr>
          <w:rFonts w:ascii="Pretendard" w:eastAsia="Pretendard" w:hAnsi="Pretendard" w:cs="Pretendard"/>
          <w:color w:val="1D0024"/>
        </w:rPr>
        <w:t>사업이라</w:t>
      </w:r>
      <w:r>
        <w:rPr>
          <w:rFonts w:ascii="Pretendard" w:eastAsia="Pretendard" w:hAnsi="Pretendard" w:cs="Pretendard"/>
          <w:color w:val="1D0024"/>
        </w:rPr>
        <w:t xml:space="preserve">, </w:t>
      </w:r>
      <w:r>
        <w:rPr>
          <w:rFonts w:ascii="Pretendard" w:eastAsia="Pretendard" w:hAnsi="Pretendard" w:cs="Pretendard"/>
          <w:color w:val="1D0024"/>
        </w:rPr>
        <w:t>이번</w:t>
      </w:r>
      <w:r>
        <w:rPr>
          <w:rFonts w:ascii="Pretendard" w:eastAsia="Pretendard" w:hAnsi="Pretendard" w:cs="Pretendard"/>
          <w:color w:val="1D0024"/>
        </w:rPr>
        <w:t xml:space="preserve"> </w:t>
      </w:r>
      <w:r>
        <w:rPr>
          <w:rFonts w:ascii="Pretendard" w:eastAsia="Pretendard" w:hAnsi="Pretendard" w:cs="Pretendard"/>
          <w:color w:val="1D0024"/>
        </w:rPr>
        <w:t>협약에서는</w:t>
      </w:r>
      <w:r>
        <w:rPr>
          <w:rFonts w:ascii="Pretendard" w:eastAsia="Pretendard" w:hAnsi="Pretendard" w:cs="Pretendard"/>
          <w:color w:val="1D0024"/>
        </w:rPr>
        <w:t xml:space="preserve"> </w:t>
      </w:r>
      <w:r>
        <w:rPr>
          <w:rFonts w:ascii="Pretendard" w:eastAsia="Pretendard" w:hAnsi="Pretendard" w:cs="Pretendard"/>
          <w:color w:val="1D0024"/>
        </w:rPr>
        <w:t>뷰성형외과</w:t>
      </w:r>
      <w:r>
        <w:rPr>
          <w:rFonts w:ascii="Pretendard" w:eastAsia="Pretendard" w:hAnsi="Pretendard" w:cs="Pretendard"/>
          <w:color w:val="1D0024"/>
        </w:rPr>
        <w:t xml:space="preserve"> </w:t>
      </w:r>
      <w:r>
        <w:rPr>
          <w:rFonts w:ascii="Pretendard" w:eastAsia="Pretendard" w:hAnsi="Pretendard" w:cs="Pretendard"/>
          <w:color w:val="1D0024"/>
        </w:rPr>
        <w:t>서포터즈</w:t>
      </w:r>
      <w:r>
        <w:rPr>
          <w:rFonts w:ascii="Pretendard" w:eastAsia="Pretendard" w:hAnsi="Pretendard" w:cs="Pretendard"/>
          <w:color w:val="1D0024"/>
        </w:rPr>
        <w:t xml:space="preserve"> </w:t>
      </w:r>
      <w:r>
        <w:rPr>
          <w:rFonts w:ascii="Pretendard" w:eastAsia="Pretendard" w:hAnsi="Pretendard" w:cs="Pretendard"/>
          <w:color w:val="1D0024"/>
        </w:rPr>
        <w:t>사이트와</w:t>
      </w:r>
      <w:r>
        <w:rPr>
          <w:rFonts w:ascii="Pretendard" w:eastAsia="Pretendard" w:hAnsi="Pretendard" w:cs="Pretendard"/>
          <w:color w:val="1D0024"/>
        </w:rPr>
        <w:t xml:space="preserve"> AI </w:t>
      </w:r>
      <w:r>
        <w:rPr>
          <w:rFonts w:ascii="Pretendard" w:eastAsia="Pretendard" w:hAnsi="Pretendard" w:cs="Pretendard"/>
          <w:color w:val="1D0024"/>
        </w:rPr>
        <w:t>답변</w:t>
      </w:r>
      <w:r>
        <w:rPr>
          <w:rFonts w:ascii="Pretendard" w:eastAsia="Pretendard" w:hAnsi="Pretendard" w:cs="Pretendard"/>
          <w:color w:val="1D0024"/>
        </w:rPr>
        <w:t xml:space="preserve"> </w:t>
      </w:r>
      <w:r>
        <w:rPr>
          <w:rFonts w:ascii="Pretendard" w:eastAsia="Pretendard" w:hAnsi="Pretendard" w:cs="Pretendard"/>
          <w:color w:val="1D0024"/>
        </w:rPr>
        <w:t>노출</w:t>
      </w:r>
      <w:r>
        <w:rPr>
          <w:rFonts w:ascii="Pretendard" w:eastAsia="Pretendard" w:hAnsi="Pretendard" w:cs="Pretendard"/>
          <w:color w:val="1D0024"/>
        </w:rPr>
        <w:t xml:space="preserve"> </w:t>
      </w:r>
      <w:r>
        <w:rPr>
          <w:rFonts w:ascii="Pretendard" w:eastAsia="Pretendard" w:hAnsi="Pretendard" w:cs="Pretendard"/>
          <w:color w:val="1D0024"/>
        </w:rPr>
        <w:t>측정으로</w:t>
      </w:r>
      <w:r>
        <w:rPr>
          <w:rFonts w:ascii="Pretendard" w:eastAsia="Pretendard" w:hAnsi="Pretendard" w:cs="Pretendard"/>
          <w:color w:val="1D0024"/>
        </w:rPr>
        <w:t xml:space="preserve"> </w:t>
      </w:r>
      <w:r>
        <w:rPr>
          <w:rFonts w:ascii="Pretendard" w:eastAsia="Pretendard" w:hAnsi="Pretendard" w:cs="Pretendard"/>
          <w:color w:val="1D0024"/>
        </w:rPr>
        <w:t>효과를</w:t>
      </w:r>
      <w:r>
        <w:rPr>
          <w:rFonts w:ascii="Pretendard" w:eastAsia="Pretendard" w:hAnsi="Pretendard" w:cs="Pretendard"/>
          <w:color w:val="1D0024"/>
        </w:rPr>
        <w:t xml:space="preserve"> </w:t>
      </w:r>
      <w:r>
        <w:rPr>
          <w:rFonts w:ascii="Pretendard" w:eastAsia="Pretendard" w:hAnsi="Pretendard" w:cs="Pretendard"/>
          <w:color w:val="1D0024"/>
        </w:rPr>
        <w:t>먼저</w:t>
      </w:r>
      <w:r>
        <w:rPr>
          <w:rFonts w:ascii="Pretendard" w:eastAsia="Pretendard" w:hAnsi="Pretendard" w:cs="Pretendard"/>
          <w:color w:val="1D0024"/>
        </w:rPr>
        <w:t xml:space="preserve"> </w:t>
      </w:r>
      <w:r>
        <w:rPr>
          <w:rFonts w:ascii="Pretendard" w:eastAsia="Pretendard" w:hAnsi="Pretendard" w:cs="Pretendard"/>
          <w:color w:val="1D0024"/>
        </w:rPr>
        <w:t>확인하려고</w:t>
      </w:r>
      <w:r>
        <w:rPr>
          <w:rFonts w:ascii="Pretendard" w:eastAsia="Pretendard" w:hAnsi="Pretendard" w:cs="Pretendard"/>
          <w:color w:val="1D0024"/>
        </w:rPr>
        <w:t xml:space="preserve"> </w:t>
      </w:r>
      <w:r>
        <w:rPr>
          <w:rFonts w:ascii="Pretendard" w:eastAsia="Pretendard" w:hAnsi="Pretendard" w:cs="Pretendard"/>
          <w:color w:val="1D0024"/>
        </w:rPr>
        <w:t>합니다</w:t>
      </w:r>
      <w:r>
        <w:rPr>
          <w:rFonts w:ascii="Pretendard" w:eastAsia="Pretendard" w:hAnsi="Pretendard" w:cs="Pretendard"/>
          <w:color w:val="1D0024"/>
        </w:rPr>
        <w:t>. 8</w:t>
      </w:r>
      <w:r>
        <w:rPr>
          <w:rFonts w:ascii="Pretendard" w:eastAsia="Pretendard" w:hAnsi="Pretendard" w:cs="Pretendard"/>
          <w:color w:val="1D0024"/>
        </w:rPr>
        <w:t>주</w:t>
      </w:r>
      <w:r>
        <w:rPr>
          <w:rFonts w:ascii="Pretendard" w:eastAsia="Pretendard" w:hAnsi="Pretendard" w:cs="Pretendard"/>
          <w:color w:val="1D0024"/>
        </w:rPr>
        <w:t xml:space="preserve"> </w:t>
      </w:r>
      <w:r>
        <w:rPr>
          <w:rFonts w:ascii="Pretendard" w:eastAsia="Pretendard" w:hAnsi="Pretendard" w:cs="Pretendard"/>
          <w:color w:val="1D0024"/>
        </w:rPr>
        <w:t>결과가</w:t>
      </w:r>
      <w:r>
        <w:rPr>
          <w:rFonts w:ascii="Pretendard" w:eastAsia="Pretendard" w:hAnsi="Pretendard" w:cs="Pretendard"/>
          <w:color w:val="1D0024"/>
        </w:rPr>
        <w:t xml:space="preserve"> </w:t>
      </w:r>
      <w:r>
        <w:rPr>
          <w:rFonts w:ascii="Pretendard" w:eastAsia="Pretendard" w:hAnsi="Pretendard" w:cs="Pretendard"/>
          <w:color w:val="1D0024"/>
        </w:rPr>
        <w:t>나오고</w:t>
      </w:r>
      <w:r>
        <w:rPr>
          <w:rFonts w:ascii="Pretendard" w:eastAsia="Pretendard" w:hAnsi="Pretendard" w:cs="Pretendard"/>
          <w:color w:val="1D0024"/>
        </w:rPr>
        <w:t xml:space="preserve"> </w:t>
      </w:r>
      <w:r>
        <w:rPr>
          <w:rFonts w:ascii="Pretendard" w:eastAsia="Pretendard" w:hAnsi="Pretendard" w:cs="Pretendard"/>
          <w:color w:val="1D0024"/>
        </w:rPr>
        <w:t>참여</w:t>
      </w:r>
      <w:r>
        <w:rPr>
          <w:rFonts w:ascii="Pretendard" w:eastAsia="Pretendard" w:hAnsi="Pretendard" w:cs="Pretendard"/>
          <w:color w:val="1D0024"/>
        </w:rPr>
        <w:t xml:space="preserve"> </w:t>
      </w:r>
      <w:r>
        <w:rPr>
          <w:rFonts w:ascii="Pretendard" w:eastAsia="Pretendard" w:hAnsi="Pretendard" w:cs="Pretendard"/>
          <w:color w:val="1D0024"/>
        </w:rPr>
        <w:t>병원이</w:t>
      </w:r>
      <w:r>
        <w:rPr>
          <w:rFonts w:ascii="Pretendard" w:eastAsia="Pretendard" w:hAnsi="Pretendard" w:cs="Pretendard"/>
          <w:color w:val="1D0024"/>
        </w:rPr>
        <w:t xml:space="preserve"> </w:t>
      </w:r>
      <w:r>
        <w:rPr>
          <w:rFonts w:ascii="Pretendard" w:eastAsia="Pretendard" w:hAnsi="Pretendard" w:cs="Pretendard"/>
          <w:color w:val="1D0024"/>
        </w:rPr>
        <w:t>늘어나면</w:t>
      </w:r>
      <w:r>
        <w:rPr>
          <w:rFonts w:ascii="Pretendard" w:eastAsia="Pretendard" w:hAnsi="Pretendard" w:cs="Pretendard"/>
          <w:color w:val="1D0024"/>
        </w:rPr>
        <w:t xml:space="preserve">, </w:t>
      </w:r>
      <w:r>
        <w:rPr>
          <w:rFonts w:ascii="Pretendard" w:eastAsia="Pretendard" w:hAnsi="Pretendard" w:cs="Pretendard"/>
          <w:color w:val="1D0024"/>
        </w:rPr>
        <w:t>포털</w:t>
      </w:r>
      <w:r>
        <w:rPr>
          <w:rFonts w:ascii="Pretendard" w:eastAsia="Pretendard" w:hAnsi="Pretendard" w:cs="Pretendard"/>
          <w:color w:val="1D0024"/>
        </w:rPr>
        <w:t xml:space="preserve"> </w:t>
      </w:r>
      <w:r>
        <w:rPr>
          <w:rFonts w:ascii="Pretendard" w:eastAsia="Pretendard" w:hAnsi="Pretendard" w:cs="Pretendard"/>
          <w:color w:val="1D0024"/>
        </w:rPr>
        <w:t>단계는</w:t>
      </w:r>
      <w:r>
        <w:rPr>
          <w:rFonts w:ascii="Pretendard" w:eastAsia="Pretendard" w:hAnsi="Pretendard" w:cs="Pretendard"/>
          <w:color w:val="1D0024"/>
        </w:rPr>
        <w:t xml:space="preserve"> </w:t>
      </w:r>
      <w:r>
        <w:rPr>
          <w:rFonts w:ascii="Pretendard" w:eastAsia="Pretendard" w:hAnsi="Pretendard" w:cs="Pretendard"/>
          <w:color w:val="1D0024"/>
        </w:rPr>
        <w:t>그</w:t>
      </w:r>
      <w:r>
        <w:rPr>
          <w:rFonts w:ascii="Pretendard" w:eastAsia="Pretendard" w:hAnsi="Pretendard" w:cs="Pretendard"/>
          <w:color w:val="1D0024"/>
        </w:rPr>
        <w:t xml:space="preserve"> </w:t>
      </w:r>
      <w:r>
        <w:rPr>
          <w:rFonts w:ascii="Pretendard" w:eastAsia="Pretendard" w:hAnsi="Pretendard" w:cs="Pretendard"/>
          <w:color w:val="1D0024"/>
        </w:rPr>
        <w:t>결과를</w:t>
      </w:r>
      <w:r>
        <w:rPr>
          <w:rFonts w:ascii="Pretendard" w:eastAsia="Pretendard" w:hAnsi="Pretendard" w:cs="Pretendard"/>
          <w:color w:val="1D0024"/>
        </w:rPr>
        <w:t xml:space="preserve"> </w:t>
      </w:r>
      <w:r>
        <w:rPr>
          <w:rFonts w:ascii="Pretendard" w:eastAsia="Pretendard" w:hAnsi="Pretendard" w:cs="Pretendard"/>
          <w:color w:val="1D0024"/>
        </w:rPr>
        <w:t>근거로</w:t>
      </w:r>
      <w:r>
        <w:rPr>
          <w:rFonts w:ascii="Pretendard" w:eastAsia="Pretendard" w:hAnsi="Pretendard" w:cs="Pretendard"/>
          <w:color w:val="1D0024"/>
        </w:rPr>
        <w:t xml:space="preserve"> </w:t>
      </w:r>
      <w:r>
        <w:rPr>
          <w:rFonts w:ascii="Pretendard" w:eastAsia="Pretendard" w:hAnsi="Pretendard" w:cs="Pretendard"/>
          <w:color w:val="1D0024"/>
        </w:rPr>
        <w:t>다시</w:t>
      </w:r>
      <w:r>
        <w:rPr>
          <w:rFonts w:ascii="Pretendard" w:eastAsia="Pretendard" w:hAnsi="Pretendard" w:cs="Pretendard"/>
          <w:color w:val="1D0024"/>
        </w:rPr>
        <w:t xml:space="preserve"> </w:t>
      </w:r>
      <w:r>
        <w:rPr>
          <w:rFonts w:ascii="Pretendard" w:eastAsia="Pretendard" w:hAnsi="Pretendard" w:cs="Pretendard"/>
          <w:color w:val="1D0024"/>
        </w:rPr>
        <w:t>제안드리겠습니다</w:t>
      </w:r>
      <w:r>
        <w:rPr>
          <w:rFonts w:ascii="Pretendard" w:eastAsia="Pretendard" w:hAnsi="Pretendard" w:cs="Pretendard"/>
          <w:color w:val="1D0024"/>
        </w:rPr>
        <w:t>.</w:t>
      </w:r>
    </w:p>
    <w:p w14:paraId="30DF0189" w14:textId="77777777" w:rsidR="004B1372" w:rsidRDefault="00BB0BE3">
      <w:pPr>
        <w:keepNext/>
        <w:spacing w:before="360" w:after="160"/>
      </w:pPr>
      <w:r>
        <w:rPr>
          <w:rFonts w:ascii="Pretendard" w:eastAsia="Pretendard" w:hAnsi="Pretendard" w:cs="Pretendard"/>
          <w:b/>
          <w:color w:val="1D0024"/>
          <w:sz w:val="32"/>
        </w:rPr>
        <w:t xml:space="preserve">8. </w:t>
      </w:r>
      <w:r>
        <w:rPr>
          <w:rFonts w:ascii="Pretendard" w:eastAsia="Pretendard" w:hAnsi="Pretendard" w:cs="Pretendard"/>
          <w:b/>
          <w:color w:val="1D0024"/>
          <w:sz w:val="32"/>
        </w:rPr>
        <w:t>대표</w:t>
      </w:r>
      <w:r>
        <w:rPr>
          <w:rFonts w:ascii="Pretendard" w:eastAsia="Pretendard" w:hAnsi="Pretendard" w:cs="Pretendard"/>
          <w:b/>
          <w:color w:val="1D0024"/>
          <w:sz w:val="32"/>
        </w:rPr>
        <w:t xml:space="preserve"> </w:t>
      </w:r>
      <w:r>
        <w:rPr>
          <w:rFonts w:ascii="Pretendard" w:eastAsia="Pretendard" w:hAnsi="Pretendard" w:cs="Pretendard"/>
          <w:b/>
          <w:color w:val="1D0024"/>
          <w:sz w:val="32"/>
        </w:rPr>
        <w:t>보고</w:t>
      </w:r>
      <w:r>
        <w:rPr>
          <w:rFonts w:ascii="Pretendard" w:eastAsia="Pretendard" w:hAnsi="Pretendard" w:cs="Pretendard"/>
          <w:b/>
          <w:color w:val="1D0024"/>
          <w:sz w:val="32"/>
        </w:rPr>
        <w:t xml:space="preserve"> </w:t>
      </w:r>
      <w:r>
        <w:rPr>
          <w:rFonts w:ascii="Pretendard" w:eastAsia="Pretendard" w:hAnsi="Pretendard" w:cs="Pretendard"/>
          <w:b/>
          <w:color w:val="1D0024"/>
          <w:sz w:val="32"/>
        </w:rPr>
        <w:t>시</w:t>
      </w:r>
      <w:r>
        <w:rPr>
          <w:rFonts w:ascii="Pretendard" w:eastAsia="Pretendard" w:hAnsi="Pretendard" w:cs="Pretendard"/>
          <w:b/>
          <w:color w:val="1D0024"/>
          <w:sz w:val="32"/>
        </w:rPr>
        <w:t xml:space="preserve"> </w:t>
      </w:r>
      <w:r>
        <w:rPr>
          <w:rFonts w:ascii="Pretendard" w:eastAsia="Pretendard" w:hAnsi="Pretendard" w:cs="Pretendard"/>
          <w:b/>
          <w:color w:val="1D0024"/>
          <w:sz w:val="32"/>
        </w:rPr>
        <w:t>결정</w:t>
      </w:r>
      <w:r>
        <w:rPr>
          <w:rFonts w:ascii="Pretendard" w:eastAsia="Pretendard" w:hAnsi="Pretendard" w:cs="Pretendard"/>
          <w:b/>
          <w:color w:val="1D0024"/>
          <w:sz w:val="32"/>
        </w:rPr>
        <w:t xml:space="preserve"> </w:t>
      </w:r>
      <w:r>
        <w:rPr>
          <w:rFonts w:ascii="Pretendard" w:eastAsia="Pretendard" w:hAnsi="Pretendard" w:cs="Pretendard"/>
          <w:b/>
          <w:color w:val="1D0024"/>
          <w:sz w:val="32"/>
        </w:rPr>
        <w:t>요청</w:t>
      </w:r>
      <w:r>
        <w:rPr>
          <w:rFonts w:ascii="Pretendard" w:eastAsia="Pretendard" w:hAnsi="Pretendard" w:cs="Pretendard"/>
          <w:b/>
          <w:color w:val="1D0024"/>
          <w:sz w:val="32"/>
        </w:rPr>
        <w:t xml:space="preserve"> </w:t>
      </w:r>
      <w:r>
        <w:rPr>
          <w:rFonts w:ascii="Pretendard" w:eastAsia="Pretendard" w:hAnsi="Pretendard" w:cs="Pretendard"/>
          <w:b/>
          <w:color w:val="1D0024"/>
          <w:sz w:val="32"/>
        </w:rPr>
        <w:t>안건</w:t>
      </w:r>
    </w:p>
    <w:tbl>
      <w:tblPr>
        <w:tblStyle w:val="af9"/>
        <w:tblW w:w="0" w:type="auto"/>
        <w:jc w:val="center"/>
        <w:tblLayout w:type="fixed"/>
        <w:tblLook w:val="04A0" w:firstRow="1" w:lastRow="0" w:firstColumn="1" w:lastColumn="0" w:noHBand="0" w:noVBand="1"/>
      </w:tblPr>
      <w:tblGrid>
        <w:gridCol w:w="680"/>
        <w:gridCol w:w="2154"/>
        <w:gridCol w:w="3969"/>
        <w:gridCol w:w="2835"/>
      </w:tblGrid>
      <w:tr w:rsidR="004B1372" w14:paraId="49624E58" w14:textId="77777777">
        <w:trPr>
          <w:cantSplit/>
          <w:tblHeader/>
          <w:jc w:val="center"/>
        </w:trPr>
        <w:tc>
          <w:tcPr>
            <w:tcW w:w="680" w:type="dxa"/>
            <w:shd w:val="clear" w:color="auto" w:fill="1D0024"/>
          </w:tcPr>
          <w:p w14:paraId="764ABB02" w14:textId="77777777" w:rsidR="004B1372" w:rsidRDefault="00BB0BE3">
            <w:r>
              <w:rPr>
                <w:rFonts w:ascii="Pretendard" w:eastAsia="Pretendard" w:hAnsi="Pretendard" w:cs="Pretendard"/>
                <w:b/>
                <w:color w:val="FFFFFF"/>
                <w:sz w:val="19"/>
              </w:rPr>
              <w:t>번호</w:t>
            </w:r>
          </w:p>
        </w:tc>
        <w:tc>
          <w:tcPr>
            <w:tcW w:w="2154" w:type="dxa"/>
            <w:shd w:val="clear" w:color="auto" w:fill="1D0024"/>
          </w:tcPr>
          <w:p w14:paraId="2BF53E8E" w14:textId="77777777" w:rsidR="004B1372" w:rsidRDefault="00BB0BE3">
            <w:r>
              <w:rPr>
                <w:rFonts w:ascii="Pretendard" w:eastAsia="Pretendard" w:hAnsi="Pretendard" w:cs="Pretendard"/>
                <w:b/>
                <w:color w:val="FFFFFF"/>
                <w:sz w:val="19"/>
              </w:rPr>
              <w:t>결정</w:t>
            </w:r>
            <w:r>
              <w:rPr>
                <w:rFonts w:ascii="Pretendard" w:eastAsia="Pretendard" w:hAnsi="Pretendard" w:cs="Pretendard"/>
                <w:b/>
                <w:color w:val="FFFFFF"/>
                <w:sz w:val="19"/>
              </w:rPr>
              <w:t xml:space="preserve"> </w:t>
            </w:r>
            <w:r>
              <w:rPr>
                <w:rFonts w:ascii="Pretendard" w:eastAsia="Pretendard" w:hAnsi="Pretendard" w:cs="Pretendard"/>
                <w:b/>
                <w:color w:val="FFFFFF"/>
                <w:sz w:val="19"/>
              </w:rPr>
              <w:t>사항</w:t>
            </w:r>
          </w:p>
        </w:tc>
        <w:tc>
          <w:tcPr>
            <w:tcW w:w="3969" w:type="dxa"/>
            <w:shd w:val="clear" w:color="auto" w:fill="1D0024"/>
          </w:tcPr>
          <w:p w14:paraId="7A6D869A" w14:textId="77777777" w:rsidR="004B1372" w:rsidRDefault="00BB0BE3">
            <w:r>
              <w:rPr>
                <w:rFonts w:ascii="Pretendard" w:eastAsia="Pretendard" w:hAnsi="Pretendard" w:cs="Pretendard"/>
                <w:b/>
                <w:color w:val="FFFFFF"/>
                <w:sz w:val="19"/>
              </w:rPr>
              <w:t>권고안</w:t>
            </w:r>
          </w:p>
        </w:tc>
        <w:tc>
          <w:tcPr>
            <w:tcW w:w="2835" w:type="dxa"/>
            <w:shd w:val="clear" w:color="auto" w:fill="1D0024"/>
          </w:tcPr>
          <w:p w14:paraId="56D1CAEA" w14:textId="77777777" w:rsidR="004B1372" w:rsidRDefault="00BB0BE3">
            <w:r>
              <w:rPr>
                <w:rFonts w:ascii="Pretendard" w:eastAsia="Pretendard" w:hAnsi="Pretendard" w:cs="Pretendard"/>
                <w:b/>
                <w:color w:val="FFFFFF"/>
                <w:sz w:val="19"/>
              </w:rPr>
              <w:t>대안</w:t>
            </w:r>
          </w:p>
        </w:tc>
      </w:tr>
      <w:tr w:rsidR="004B1372" w14:paraId="7A47B006" w14:textId="77777777">
        <w:trPr>
          <w:jc w:val="center"/>
        </w:trPr>
        <w:tc>
          <w:tcPr>
            <w:tcW w:w="680" w:type="dxa"/>
          </w:tcPr>
          <w:p w14:paraId="5B646FEA" w14:textId="77777777" w:rsidR="004B1372" w:rsidRDefault="00BB0BE3">
            <w:r>
              <w:rPr>
                <w:rFonts w:ascii="Pretendard" w:eastAsia="Pretendard" w:hAnsi="Pretendard" w:cs="Pretendard"/>
                <w:b/>
                <w:color w:val="1D0024"/>
                <w:sz w:val="19"/>
              </w:rPr>
              <w:t>1</w:t>
            </w:r>
          </w:p>
        </w:tc>
        <w:tc>
          <w:tcPr>
            <w:tcW w:w="2154" w:type="dxa"/>
          </w:tcPr>
          <w:p w14:paraId="37265E11" w14:textId="77777777" w:rsidR="004B1372" w:rsidRDefault="00BB0BE3">
            <w:r>
              <w:rPr>
                <w:rFonts w:ascii="Pretendard" w:eastAsia="Pretendard" w:hAnsi="Pretendard" w:cs="Pretendard"/>
                <w:color w:val="1D0024"/>
                <w:sz w:val="19"/>
              </w:rPr>
              <w:t xml:space="preserve">MOU·POC </w:t>
            </w:r>
            <w:r>
              <w:rPr>
                <w:rFonts w:ascii="Pretendard" w:eastAsia="Pretendard" w:hAnsi="Pretendard" w:cs="Pretendard"/>
                <w:color w:val="1D0024"/>
                <w:sz w:val="19"/>
              </w:rPr>
              <w:t>범위</w:t>
            </w:r>
          </w:p>
        </w:tc>
        <w:tc>
          <w:tcPr>
            <w:tcW w:w="3969" w:type="dxa"/>
          </w:tcPr>
          <w:p w14:paraId="55F387E5" w14:textId="77777777" w:rsidR="004B1372" w:rsidRDefault="00BB0BE3">
            <w:r>
              <w:rPr>
                <w:rFonts w:ascii="Pretendard" w:eastAsia="Pretendard" w:hAnsi="Pretendard" w:cs="Pretendard"/>
                <w:color w:val="1D0024"/>
                <w:sz w:val="19"/>
              </w:rPr>
              <w:t>서포터즈</w:t>
            </w:r>
            <w:r>
              <w:rPr>
                <w:rFonts w:ascii="Pretendard" w:eastAsia="Pretendard" w:hAnsi="Pretendard" w:cs="Pretendard"/>
                <w:color w:val="1D0024"/>
                <w:sz w:val="19"/>
              </w:rPr>
              <w:t xml:space="preserve"> </w:t>
            </w:r>
            <w:r>
              <w:rPr>
                <w:rFonts w:ascii="Pretendard" w:eastAsia="Pretendard" w:hAnsi="Pretendard" w:cs="Pretendard"/>
                <w:color w:val="1D0024"/>
                <w:sz w:val="19"/>
              </w:rPr>
              <w:t>사이트</w:t>
            </w:r>
            <w:r>
              <w:rPr>
                <w:rFonts w:ascii="Pretendard" w:eastAsia="Pretendard" w:hAnsi="Pretendard" w:cs="Pretendard"/>
                <w:color w:val="1D0024"/>
                <w:sz w:val="19"/>
              </w:rPr>
              <w:t xml:space="preserve"> + </w:t>
            </w:r>
            <w:r>
              <w:rPr>
                <w:rFonts w:ascii="Pretendard" w:eastAsia="Pretendard" w:hAnsi="Pretendard" w:cs="Pretendard"/>
                <w:color w:val="1D0024"/>
                <w:sz w:val="19"/>
              </w:rPr>
              <w:t>진단</w:t>
            </w:r>
            <w:r>
              <w:rPr>
                <w:rFonts w:ascii="Pretendard" w:eastAsia="Pretendard" w:hAnsi="Pretendard" w:cs="Pretendard"/>
                <w:color w:val="1D0024"/>
                <w:sz w:val="19"/>
              </w:rPr>
              <w:t>·</w:t>
            </w:r>
            <w:r>
              <w:rPr>
                <w:rFonts w:ascii="Pretendard" w:eastAsia="Pretendard" w:hAnsi="Pretendard" w:cs="Pretendard"/>
                <w:color w:val="1D0024"/>
                <w:sz w:val="19"/>
              </w:rPr>
              <w:t>측정</w:t>
            </w:r>
            <w:r>
              <w:rPr>
                <w:rFonts w:ascii="Pretendard" w:eastAsia="Pretendard" w:hAnsi="Pretendard" w:cs="Pretendard"/>
                <w:color w:val="1D0024"/>
                <w:sz w:val="19"/>
              </w:rPr>
              <w:t>(6-1)</w:t>
            </w:r>
          </w:p>
        </w:tc>
        <w:tc>
          <w:tcPr>
            <w:tcW w:w="2835" w:type="dxa"/>
          </w:tcPr>
          <w:p w14:paraId="7AB12E3C" w14:textId="77777777" w:rsidR="004B1372" w:rsidRDefault="00BB0BE3">
            <w:r>
              <w:rPr>
                <w:rFonts w:ascii="Pretendard" w:eastAsia="Pretendard" w:hAnsi="Pretendard" w:cs="Pretendard"/>
                <w:color w:val="1D0024"/>
                <w:sz w:val="19"/>
              </w:rPr>
              <w:t>PRD 1</w:t>
            </w:r>
            <w:r>
              <w:rPr>
                <w:rFonts w:ascii="Pretendard" w:eastAsia="Pretendard" w:hAnsi="Pretendard" w:cs="Pretendard"/>
                <w:color w:val="1D0024"/>
                <w:sz w:val="19"/>
              </w:rPr>
              <w:t>층</w:t>
            </w:r>
            <w:r>
              <w:rPr>
                <w:rFonts w:ascii="Pretendard" w:eastAsia="Pretendard" w:hAnsi="Pretendard" w:cs="Pretendard"/>
                <w:color w:val="1D0024"/>
                <w:sz w:val="19"/>
              </w:rPr>
              <w:t xml:space="preserve"> </w:t>
            </w:r>
            <w:r>
              <w:rPr>
                <w:rFonts w:ascii="Pretendard" w:eastAsia="Pretendard" w:hAnsi="Pretendard" w:cs="Pretendard"/>
                <w:color w:val="1D0024"/>
                <w:sz w:val="19"/>
              </w:rPr>
              <w:t>포함</w:t>
            </w:r>
          </w:p>
        </w:tc>
      </w:tr>
      <w:tr w:rsidR="004B1372" w14:paraId="180E0F3E" w14:textId="77777777">
        <w:trPr>
          <w:jc w:val="center"/>
        </w:trPr>
        <w:tc>
          <w:tcPr>
            <w:tcW w:w="680" w:type="dxa"/>
          </w:tcPr>
          <w:p w14:paraId="2B38DC87" w14:textId="77777777" w:rsidR="004B1372" w:rsidRDefault="00BB0BE3">
            <w:r>
              <w:rPr>
                <w:rFonts w:ascii="Pretendard" w:eastAsia="Pretendard" w:hAnsi="Pretendard" w:cs="Pretendard"/>
                <w:b/>
                <w:color w:val="1D0024"/>
                <w:sz w:val="19"/>
              </w:rPr>
              <w:t>2</w:t>
            </w:r>
          </w:p>
        </w:tc>
        <w:tc>
          <w:tcPr>
            <w:tcW w:w="2154" w:type="dxa"/>
          </w:tcPr>
          <w:p w14:paraId="3F70F4BE" w14:textId="77777777" w:rsidR="004B1372" w:rsidRDefault="00BB0BE3">
            <w:r>
              <w:rPr>
                <w:rFonts w:ascii="Pretendard" w:eastAsia="Pretendard" w:hAnsi="Pretendard" w:cs="Pretendard"/>
                <w:color w:val="1D0024"/>
                <w:sz w:val="19"/>
              </w:rPr>
              <w:t>플랫폼</w:t>
            </w:r>
            <w:r>
              <w:rPr>
                <w:rFonts w:ascii="Pretendard" w:eastAsia="Pretendard" w:hAnsi="Pretendard" w:cs="Pretendard"/>
                <w:color w:val="1D0024"/>
                <w:sz w:val="19"/>
              </w:rPr>
              <w:t xml:space="preserve"> </w:t>
            </w:r>
            <w:r>
              <w:rPr>
                <w:rFonts w:ascii="Pretendard" w:eastAsia="Pretendard" w:hAnsi="Pretendard" w:cs="Pretendard"/>
                <w:color w:val="1D0024"/>
                <w:sz w:val="19"/>
              </w:rPr>
              <w:t>사업</w:t>
            </w:r>
            <w:r>
              <w:rPr>
                <w:rFonts w:ascii="Pretendard" w:eastAsia="Pretendard" w:hAnsi="Pretendard" w:cs="Pretendard"/>
                <w:color w:val="1D0024"/>
                <w:sz w:val="19"/>
              </w:rPr>
              <w:t xml:space="preserve"> </w:t>
            </w:r>
            <w:r>
              <w:rPr>
                <w:rFonts w:ascii="Pretendard" w:eastAsia="Pretendard" w:hAnsi="Pretendard" w:cs="Pretendard"/>
                <w:color w:val="1D0024"/>
                <w:sz w:val="19"/>
              </w:rPr>
              <w:t>추진</w:t>
            </w:r>
          </w:p>
        </w:tc>
        <w:tc>
          <w:tcPr>
            <w:tcW w:w="3969" w:type="dxa"/>
          </w:tcPr>
          <w:p w14:paraId="6B6A04B9" w14:textId="77777777" w:rsidR="004B1372" w:rsidRDefault="00BB0BE3">
            <w:r>
              <w:rPr>
                <w:rFonts w:ascii="Pretendard" w:eastAsia="Pretendard" w:hAnsi="Pretendard" w:cs="Pretendard"/>
                <w:color w:val="1D0024"/>
                <w:sz w:val="19"/>
              </w:rPr>
              <w:t>이번에는</w:t>
            </w:r>
            <w:r>
              <w:rPr>
                <w:rFonts w:ascii="Pretendard" w:eastAsia="Pretendard" w:hAnsi="Pretendard" w:cs="Pretendard"/>
                <w:color w:val="1D0024"/>
                <w:sz w:val="19"/>
              </w:rPr>
              <w:t xml:space="preserve"> </w:t>
            </w:r>
            <w:r>
              <w:rPr>
                <w:rFonts w:ascii="Pretendard" w:eastAsia="Pretendard" w:hAnsi="Pretendard" w:cs="Pretendard"/>
                <w:color w:val="1D0024"/>
                <w:sz w:val="19"/>
              </w:rPr>
              <w:t>제외</w:t>
            </w:r>
            <w:r>
              <w:rPr>
                <w:rFonts w:ascii="Pretendard" w:eastAsia="Pretendard" w:hAnsi="Pretendard" w:cs="Pretendard"/>
                <w:color w:val="1D0024"/>
                <w:sz w:val="19"/>
              </w:rPr>
              <w:t xml:space="preserve">, 5-1 </w:t>
            </w:r>
            <w:r>
              <w:rPr>
                <w:rFonts w:ascii="Pretendard" w:eastAsia="Pretendard" w:hAnsi="Pretendard" w:cs="Pretendard"/>
                <w:color w:val="1D0024"/>
                <w:sz w:val="19"/>
              </w:rPr>
              <w:t>조건</w:t>
            </w:r>
            <w:r>
              <w:rPr>
                <w:rFonts w:ascii="Pretendard" w:eastAsia="Pretendard" w:hAnsi="Pretendard" w:cs="Pretendard"/>
                <w:color w:val="1D0024"/>
                <w:sz w:val="19"/>
              </w:rPr>
              <w:t xml:space="preserve"> </w:t>
            </w:r>
            <w:r>
              <w:rPr>
                <w:rFonts w:ascii="Pretendard" w:eastAsia="Pretendard" w:hAnsi="Pretendard" w:cs="Pretendard"/>
                <w:color w:val="1D0024"/>
                <w:sz w:val="19"/>
              </w:rPr>
              <w:t>충족</w:t>
            </w:r>
            <w:r>
              <w:rPr>
                <w:rFonts w:ascii="Pretendard" w:eastAsia="Pretendard" w:hAnsi="Pretendard" w:cs="Pretendard"/>
                <w:color w:val="1D0024"/>
                <w:sz w:val="19"/>
              </w:rPr>
              <w:t xml:space="preserve"> </w:t>
            </w:r>
            <w:r>
              <w:rPr>
                <w:rFonts w:ascii="Pretendard" w:eastAsia="Pretendard" w:hAnsi="Pretendard" w:cs="Pretendard"/>
                <w:color w:val="1D0024"/>
                <w:sz w:val="19"/>
              </w:rPr>
              <w:t>시</w:t>
            </w:r>
            <w:r>
              <w:rPr>
                <w:rFonts w:ascii="Pretendard" w:eastAsia="Pretendard" w:hAnsi="Pretendard" w:cs="Pretendard"/>
                <w:color w:val="1D0024"/>
                <w:sz w:val="19"/>
              </w:rPr>
              <w:t xml:space="preserve"> </w:t>
            </w:r>
            <w:r>
              <w:rPr>
                <w:rFonts w:ascii="Pretendard" w:eastAsia="Pretendard" w:hAnsi="Pretendard" w:cs="Pretendard"/>
                <w:color w:val="1D0024"/>
                <w:sz w:val="19"/>
              </w:rPr>
              <w:t>재검토</w:t>
            </w:r>
          </w:p>
        </w:tc>
        <w:tc>
          <w:tcPr>
            <w:tcW w:w="2835" w:type="dxa"/>
          </w:tcPr>
          <w:p w14:paraId="5D441608" w14:textId="77777777" w:rsidR="004B1372" w:rsidRDefault="00BB0BE3">
            <w:r>
              <w:rPr>
                <w:rFonts w:ascii="Pretendard" w:eastAsia="Pretendard" w:hAnsi="Pretendard" w:cs="Pretendard"/>
                <w:color w:val="1D0024"/>
                <w:sz w:val="19"/>
              </w:rPr>
              <w:t>PRD 1</w:t>
            </w:r>
            <w:r>
              <w:rPr>
                <w:rFonts w:ascii="Pretendard" w:eastAsia="Pretendard" w:hAnsi="Pretendard" w:cs="Pretendard"/>
                <w:color w:val="1D0024"/>
                <w:sz w:val="19"/>
              </w:rPr>
              <w:t>단계</w:t>
            </w:r>
            <w:r>
              <w:rPr>
                <w:rFonts w:ascii="Pretendard" w:eastAsia="Pretendard" w:hAnsi="Pretendard" w:cs="Pretendard"/>
                <w:color w:val="1D0024"/>
                <w:sz w:val="19"/>
              </w:rPr>
              <w:t xml:space="preserve"> </w:t>
            </w:r>
            <w:r>
              <w:rPr>
                <w:rFonts w:ascii="Pretendard" w:eastAsia="Pretendard" w:hAnsi="Pretendard" w:cs="Pretendard"/>
                <w:color w:val="1D0024"/>
                <w:sz w:val="19"/>
              </w:rPr>
              <w:t>착수</w:t>
            </w:r>
          </w:p>
        </w:tc>
      </w:tr>
      <w:tr w:rsidR="004B1372" w14:paraId="2550441C" w14:textId="77777777">
        <w:trPr>
          <w:jc w:val="center"/>
        </w:trPr>
        <w:tc>
          <w:tcPr>
            <w:tcW w:w="680" w:type="dxa"/>
          </w:tcPr>
          <w:p w14:paraId="6E6B8B4C" w14:textId="77777777" w:rsidR="004B1372" w:rsidRDefault="00BB0BE3">
            <w:r>
              <w:rPr>
                <w:rFonts w:ascii="Pretendard" w:eastAsia="Pretendard" w:hAnsi="Pretendard" w:cs="Pretendard"/>
                <w:b/>
                <w:color w:val="1D0024"/>
                <w:sz w:val="19"/>
              </w:rPr>
              <w:t>3</w:t>
            </w:r>
          </w:p>
        </w:tc>
        <w:tc>
          <w:tcPr>
            <w:tcW w:w="2154" w:type="dxa"/>
          </w:tcPr>
          <w:p w14:paraId="2ECBD148" w14:textId="77777777" w:rsidR="004B1372" w:rsidRDefault="00BB0BE3">
            <w:r>
              <w:rPr>
                <w:rFonts w:ascii="Pretendard" w:eastAsia="Pretendard" w:hAnsi="Pretendard" w:cs="Pretendard"/>
                <w:color w:val="1D0024"/>
                <w:sz w:val="19"/>
              </w:rPr>
              <w:t xml:space="preserve">POC </w:t>
            </w:r>
            <w:r>
              <w:rPr>
                <w:rFonts w:ascii="Pretendard" w:eastAsia="Pretendard" w:hAnsi="Pretendard" w:cs="Pretendard"/>
                <w:color w:val="1D0024"/>
                <w:sz w:val="19"/>
              </w:rPr>
              <w:t>비용</w:t>
            </w:r>
          </w:p>
        </w:tc>
        <w:tc>
          <w:tcPr>
            <w:tcW w:w="3969" w:type="dxa"/>
          </w:tcPr>
          <w:p w14:paraId="5C287592" w14:textId="77777777" w:rsidR="004B1372" w:rsidRDefault="00BB0BE3">
            <w:r>
              <w:rPr>
                <w:rFonts w:ascii="Pretendard" w:eastAsia="Pretendard" w:hAnsi="Pretendard" w:cs="Pretendard"/>
                <w:color w:val="1D0024"/>
                <w:sz w:val="19"/>
              </w:rPr>
              <w:t>무상</w:t>
            </w:r>
            <w:r>
              <w:rPr>
                <w:rFonts w:ascii="Pretendard" w:eastAsia="Pretendard" w:hAnsi="Pretendard" w:cs="Pretendard"/>
                <w:color w:val="1D0024"/>
                <w:sz w:val="19"/>
              </w:rPr>
              <w:t>, 8</w:t>
            </w:r>
            <w:r>
              <w:rPr>
                <w:rFonts w:ascii="Pretendard" w:eastAsia="Pretendard" w:hAnsi="Pretendard" w:cs="Pretendard"/>
                <w:color w:val="1D0024"/>
                <w:sz w:val="19"/>
              </w:rPr>
              <w:t>주</w:t>
            </w:r>
            <w:r>
              <w:rPr>
                <w:rFonts w:ascii="Pretendard" w:eastAsia="Pretendard" w:hAnsi="Pretendard" w:cs="Pretendard"/>
                <w:color w:val="1D0024"/>
                <w:sz w:val="19"/>
              </w:rPr>
              <w:t xml:space="preserve"> </w:t>
            </w:r>
            <w:r>
              <w:rPr>
                <w:rFonts w:ascii="Pretendard" w:eastAsia="Pretendard" w:hAnsi="Pretendard" w:cs="Pretendard"/>
                <w:color w:val="1D0024"/>
                <w:sz w:val="19"/>
              </w:rPr>
              <w:t>고정</w:t>
            </w:r>
            <w:r>
              <w:rPr>
                <w:rFonts w:ascii="Pretendard" w:eastAsia="Pretendard" w:hAnsi="Pretendard" w:cs="Pretendard"/>
                <w:color w:val="1D0024"/>
                <w:sz w:val="19"/>
              </w:rPr>
              <w:t xml:space="preserve">, </w:t>
            </w:r>
            <w:r>
              <w:rPr>
                <w:rFonts w:ascii="Pretendard" w:eastAsia="Pretendard" w:hAnsi="Pretendard" w:cs="Pretendard"/>
                <w:color w:val="1D0024"/>
                <w:sz w:val="19"/>
              </w:rPr>
              <w:t>홍보</w:t>
            </w:r>
            <w:r>
              <w:rPr>
                <w:rFonts w:ascii="Pretendard" w:eastAsia="Pretendard" w:hAnsi="Pretendard" w:cs="Pretendard"/>
                <w:color w:val="1D0024"/>
                <w:sz w:val="19"/>
              </w:rPr>
              <w:t>·</w:t>
            </w:r>
            <w:r>
              <w:rPr>
                <w:rFonts w:ascii="Pretendard" w:eastAsia="Pretendard" w:hAnsi="Pretendard" w:cs="Pretendard"/>
                <w:color w:val="1D0024"/>
                <w:sz w:val="19"/>
              </w:rPr>
              <w:t>사례</w:t>
            </w:r>
            <w:r>
              <w:rPr>
                <w:rFonts w:ascii="Pretendard" w:eastAsia="Pretendard" w:hAnsi="Pretendard" w:cs="Pretendard"/>
                <w:color w:val="1D0024"/>
                <w:sz w:val="19"/>
              </w:rPr>
              <w:t xml:space="preserve"> </w:t>
            </w:r>
            <w:r>
              <w:rPr>
                <w:rFonts w:ascii="Pretendard" w:eastAsia="Pretendard" w:hAnsi="Pretendard" w:cs="Pretendard"/>
                <w:color w:val="1D0024"/>
                <w:sz w:val="19"/>
              </w:rPr>
              <w:t>사용권을</w:t>
            </w:r>
            <w:r>
              <w:rPr>
                <w:rFonts w:ascii="Pretendard" w:eastAsia="Pretendard" w:hAnsi="Pretendard" w:cs="Pretendard"/>
                <w:color w:val="1D0024"/>
                <w:sz w:val="19"/>
              </w:rPr>
              <w:t xml:space="preserve"> </w:t>
            </w:r>
            <w:r>
              <w:rPr>
                <w:rFonts w:ascii="Pretendard" w:eastAsia="Pretendard" w:hAnsi="Pretendard" w:cs="Pretendard"/>
                <w:color w:val="1D0024"/>
                <w:sz w:val="19"/>
              </w:rPr>
              <w:t>대가로</w:t>
            </w:r>
          </w:p>
        </w:tc>
        <w:tc>
          <w:tcPr>
            <w:tcW w:w="2835" w:type="dxa"/>
          </w:tcPr>
          <w:p w14:paraId="173347A5" w14:textId="77777777" w:rsidR="004B1372" w:rsidRDefault="00BB0BE3">
            <w:r>
              <w:rPr>
                <w:rFonts w:ascii="Pretendard" w:eastAsia="Pretendard" w:hAnsi="Pretendard" w:cs="Pretendard"/>
                <w:color w:val="1D0024"/>
                <w:sz w:val="19"/>
              </w:rPr>
              <w:t>유료</w:t>
            </w:r>
            <w:r>
              <w:rPr>
                <w:rFonts w:ascii="Pretendard" w:eastAsia="Pretendard" w:hAnsi="Pretendard" w:cs="Pretendard"/>
                <w:color w:val="1D0024"/>
                <w:sz w:val="19"/>
              </w:rPr>
              <w:t xml:space="preserve"> POC(</w:t>
            </w:r>
            <w:r>
              <w:rPr>
                <w:rFonts w:ascii="Pretendard" w:eastAsia="Pretendard" w:hAnsi="Pretendard" w:cs="Pretendard"/>
                <w:color w:val="1D0024"/>
                <w:sz w:val="19"/>
              </w:rPr>
              <w:t>최소</w:t>
            </w:r>
            <w:r>
              <w:rPr>
                <w:rFonts w:ascii="Pretendard" w:eastAsia="Pretendard" w:hAnsi="Pretendard" w:cs="Pretendard"/>
                <w:color w:val="1D0024"/>
                <w:sz w:val="19"/>
              </w:rPr>
              <w:t xml:space="preserve"> </w:t>
            </w:r>
            <w:r>
              <w:rPr>
                <w:rFonts w:ascii="Pretendard" w:eastAsia="Pretendard" w:hAnsi="Pretendard" w:cs="Pretendard"/>
                <w:color w:val="1D0024"/>
                <w:sz w:val="19"/>
              </w:rPr>
              <w:t>금액</w:t>
            </w:r>
            <w:r>
              <w:rPr>
                <w:rFonts w:ascii="Pretendard" w:eastAsia="Pretendard" w:hAnsi="Pretendard" w:cs="Pretendard"/>
                <w:color w:val="1D0024"/>
                <w:sz w:val="19"/>
              </w:rPr>
              <w:t xml:space="preserve"> </w:t>
            </w:r>
            <w:r>
              <w:rPr>
                <w:rFonts w:ascii="Pretendard" w:eastAsia="Pretendard" w:hAnsi="Pretendard" w:cs="Pretendard"/>
                <w:color w:val="1D0024"/>
                <w:sz w:val="19"/>
              </w:rPr>
              <w:t>제시</w:t>
            </w:r>
            <w:r>
              <w:rPr>
                <w:rFonts w:ascii="Pretendard" w:eastAsia="Pretendard" w:hAnsi="Pretendard" w:cs="Pretendard"/>
                <w:color w:val="1D0024"/>
                <w:sz w:val="19"/>
              </w:rPr>
              <w:t>)</w:t>
            </w:r>
          </w:p>
        </w:tc>
      </w:tr>
      <w:tr w:rsidR="004B1372" w14:paraId="74198977" w14:textId="77777777">
        <w:trPr>
          <w:jc w:val="center"/>
        </w:trPr>
        <w:tc>
          <w:tcPr>
            <w:tcW w:w="680" w:type="dxa"/>
          </w:tcPr>
          <w:p w14:paraId="13519E5F" w14:textId="77777777" w:rsidR="004B1372" w:rsidRDefault="00BB0BE3">
            <w:r>
              <w:rPr>
                <w:rFonts w:ascii="Pretendard" w:eastAsia="Pretendard" w:hAnsi="Pretendard" w:cs="Pretendard"/>
                <w:b/>
                <w:color w:val="1D0024"/>
                <w:sz w:val="19"/>
              </w:rPr>
              <w:t>4</w:t>
            </w:r>
          </w:p>
        </w:tc>
        <w:tc>
          <w:tcPr>
            <w:tcW w:w="2154" w:type="dxa"/>
          </w:tcPr>
          <w:p w14:paraId="3D355ED4" w14:textId="77777777" w:rsidR="004B1372" w:rsidRDefault="00BB0BE3">
            <w:r>
              <w:rPr>
                <w:rFonts w:ascii="Pretendard" w:eastAsia="Pretendard" w:hAnsi="Pretendard" w:cs="Pretendard"/>
                <w:color w:val="1D0024"/>
                <w:sz w:val="19"/>
              </w:rPr>
              <w:t>공식</w:t>
            </w:r>
            <w:r>
              <w:rPr>
                <w:rFonts w:ascii="Pretendard" w:eastAsia="Pretendard" w:hAnsi="Pretendard" w:cs="Pretendard"/>
                <w:color w:val="1D0024"/>
                <w:sz w:val="19"/>
              </w:rPr>
              <w:t xml:space="preserve"> </w:t>
            </w:r>
            <w:r>
              <w:rPr>
                <w:rFonts w:ascii="Pretendard" w:eastAsia="Pretendard" w:hAnsi="Pretendard" w:cs="Pretendard"/>
                <w:color w:val="1D0024"/>
                <w:sz w:val="19"/>
              </w:rPr>
              <w:t>홈페이지</w:t>
            </w:r>
            <w:r>
              <w:rPr>
                <w:rFonts w:ascii="Pretendard" w:eastAsia="Pretendard" w:hAnsi="Pretendard" w:cs="Pretendard"/>
                <w:color w:val="1D0024"/>
                <w:sz w:val="19"/>
              </w:rPr>
              <w:t xml:space="preserve"> </w:t>
            </w:r>
            <w:r>
              <w:rPr>
                <w:rFonts w:ascii="Pretendard" w:eastAsia="Pretendard" w:hAnsi="Pretendard" w:cs="Pretendard"/>
                <w:color w:val="1D0024"/>
                <w:sz w:val="19"/>
              </w:rPr>
              <w:t>개선</w:t>
            </w:r>
          </w:p>
        </w:tc>
        <w:tc>
          <w:tcPr>
            <w:tcW w:w="3969" w:type="dxa"/>
          </w:tcPr>
          <w:p w14:paraId="4383CD52" w14:textId="77777777" w:rsidR="004B1372" w:rsidRDefault="00BB0BE3">
            <w:r>
              <w:rPr>
                <w:rFonts w:ascii="Pretendard" w:eastAsia="Pretendard" w:hAnsi="Pretendard" w:cs="Pretendard"/>
                <w:color w:val="1D0024"/>
                <w:sz w:val="19"/>
              </w:rPr>
              <w:t>가이드</w:t>
            </w:r>
            <w:r>
              <w:rPr>
                <w:rFonts w:ascii="Pretendard" w:eastAsia="Pretendard" w:hAnsi="Pretendard" w:cs="Pretendard"/>
                <w:color w:val="1D0024"/>
                <w:sz w:val="19"/>
              </w:rPr>
              <w:t xml:space="preserve"> </w:t>
            </w:r>
            <w:r>
              <w:rPr>
                <w:rFonts w:ascii="Pretendard" w:eastAsia="Pretendard" w:hAnsi="Pretendard" w:cs="Pretendard"/>
                <w:color w:val="1D0024"/>
                <w:sz w:val="19"/>
              </w:rPr>
              <w:t>제공</w:t>
            </w:r>
            <w:r>
              <w:rPr>
                <w:rFonts w:ascii="Pretendard" w:eastAsia="Pretendard" w:hAnsi="Pretendard" w:cs="Pretendard"/>
                <w:color w:val="1D0024"/>
                <w:sz w:val="19"/>
              </w:rPr>
              <w:t xml:space="preserve">, </w:t>
            </w:r>
            <w:r>
              <w:rPr>
                <w:rFonts w:ascii="Pretendard" w:eastAsia="Pretendard" w:hAnsi="Pretendard" w:cs="Pretendard"/>
                <w:color w:val="1D0024"/>
                <w:sz w:val="19"/>
              </w:rPr>
              <w:t>적용은</w:t>
            </w:r>
            <w:r>
              <w:rPr>
                <w:rFonts w:ascii="Pretendard" w:eastAsia="Pretendard" w:hAnsi="Pretendard" w:cs="Pretendard"/>
                <w:color w:val="1D0024"/>
                <w:sz w:val="19"/>
              </w:rPr>
              <w:t xml:space="preserve"> </w:t>
            </w:r>
            <w:r>
              <w:rPr>
                <w:rFonts w:ascii="Pretendard" w:eastAsia="Pretendard" w:hAnsi="Pretendard" w:cs="Pretendard"/>
                <w:color w:val="1D0024"/>
                <w:sz w:val="19"/>
              </w:rPr>
              <w:t>병원</w:t>
            </w:r>
          </w:p>
        </w:tc>
        <w:tc>
          <w:tcPr>
            <w:tcW w:w="2835" w:type="dxa"/>
          </w:tcPr>
          <w:p w14:paraId="3268A89E" w14:textId="77777777" w:rsidR="004B1372" w:rsidRDefault="00BB0BE3">
            <w:r>
              <w:rPr>
                <w:rFonts w:ascii="Pretendard" w:eastAsia="Pretendard" w:hAnsi="Pretendard" w:cs="Pretendard"/>
                <w:color w:val="1D0024"/>
                <w:sz w:val="19"/>
              </w:rPr>
              <w:t>직접</w:t>
            </w:r>
            <w:r>
              <w:rPr>
                <w:rFonts w:ascii="Pretendard" w:eastAsia="Pretendard" w:hAnsi="Pretendard" w:cs="Pretendard"/>
                <w:color w:val="1D0024"/>
                <w:sz w:val="19"/>
              </w:rPr>
              <w:t xml:space="preserve"> </w:t>
            </w:r>
            <w:r>
              <w:rPr>
                <w:rFonts w:ascii="Pretendard" w:eastAsia="Pretendard" w:hAnsi="Pretendard" w:cs="Pretendard"/>
                <w:color w:val="1D0024"/>
                <w:sz w:val="19"/>
              </w:rPr>
              <w:t>수정</w:t>
            </w:r>
            <w:r>
              <w:rPr>
                <w:rFonts w:ascii="Pretendard" w:eastAsia="Pretendard" w:hAnsi="Pretendard" w:cs="Pretendard"/>
                <w:color w:val="1D0024"/>
                <w:sz w:val="19"/>
              </w:rPr>
              <w:t>(</w:t>
            </w:r>
            <w:r>
              <w:rPr>
                <w:rFonts w:ascii="Pretendard" w:eastAsia="Pretendard" w:hAnsi="Pretendard" w:cs="Pretendard"/>
                <w:color w:val="1D0024"/>
                <w:sz w:val="19"/>
              </w:rPr>
              <w:t>추가</w:t>
            </w:r>
            <w:r>
              <w:rPr>
                <w:rFonts w:ascii="Pretendard" w:eastAsia="Pretendard" w:hAnsi="Pretendard" w:cs="Pretendard"/>
                <w:color w:val="1D0024"/>
                <w:sz w:val="19"/>
              </w:rPr>
              <w:t xml:space="preserve"> </w:t>
            </w:r>
            <w:r>
              <w:rPr>
                <w:rFonts w:ascii="Pretendard" w:eastAsia="Pretendard" w:hAnsi="Pretendard" w:cs="Pretendard"/>
                <w:color w:val="1D0024"/>
                <w:sz w:val="19"/>
              </w:rPr>
              <w:t>인력</w:t>
            </w:r>
            <w:r>
              <w:rPr>
                <w:rFonts w:ascii="Pretendard" w:eastAsia="Pretendard" w:hAnsi="Pretendard" w:cs="Pretendard"/>
                <w:color w:val="1D0024"/>
                <w:sz w:val="19"/>
              </w:rPr>
              <w:t xml:space="preserve"> </w:t>
            </w:r>
            <w:r>
              <w:rPr>
                <w:rFonts w:ascii="Pretendard" w:eastAsia="Pretendard" w:hAnsi="Pretendard" w:cs="Pretendard"/>
                <w:color w:val="1D0024"/>
                <w:sz w:val="19"/>
              </w:rPr>
              <w:t>필요</w:t>
            </w:r>
            <w:r>
              <w:rPr>
                <w:rFonts w:ascii="Pretendard" w:eastAsia="Pretendard" w:hAnsi="Pretendard" w:cs="Pretendard"/>
                <w:color w:val="1D0024"/>
                <w:sz w:val="19"/>
              </w:rPr>
              <w:t>)</w:t>
            </w:r>
          </w:p>
        </w:tc>
      </w:tr>
      <w:tr w:rsidR="004B1372" w14:paraId="33368CF6" w14:textId="77777777">
        <w:trPr>
          <w:jc w:val="center"/>
        </w:trPr>
        <w:tc>
          <w:tcPr>
            <w:tcW w:w="680" w:type="dxa"/>
          </w:tcPr>
          <w:p w14:paraId="12BB92CB" w14:textId="77777777" w:rsidR="004B1372" w:rsidRDefault="00BB0BE3">
            <w:r>
              <w:rPr>
                <w:rFonts w:ascii="Pretendard" w:eastAsia="Pretendard" w:hAnsi="Pretendard" w:cs="Pretendard"/>
                <w:b/>
                <w:color w:val="1D0024"/>
                <w:sz w:val="19"/>
              </w:rPr>
              <w:t>5</w:t>
            </w:r>
          </w:p>
        </w:tc>
        <w:tc>
          <w:tcPr>
            <w:tcW w:w="2154" w:type="dxa"/>
          </w:tcPr>
          <w:p w14:paraId="40FB3343" w14:textId="77777777" w:rsidR="004B1372" w:rsidRDefault="00BB0BE3">
            <w:r>
              <w:rPr>
                <w:rFonts w:ascii="Pretendard" w:eastAsia="Pretendard" w:hAnsi="Pretendard" w:cs="Pretendard"/>
                <w:color w:val="1D0024"/>
                <w:sz w:val="19"/>
              </w:rPr>
              <w:t>답변엔진</w:t>
            </w:r>
            <w:r>
              <w:rPr>
                <w:rFonts w:ascii="Pretendard" w:eastAsia="Pretendard" w:hAnsi="Pretendard" w:cs="Pretendard"/>
                <w:color w:val="1D0024"/>
                <w:sz w:val="19"/>
              </w:rPr>
              <w:t xml:space="preserve"> </w:t>
            </w:r>
            <w:r>
              <w:rPr>
                <w:rFonts w:ascii="Pretendard" w:eastAsia="Pretendard" w:hAnsi="Pretendard" w:cs="Pretendard"/>
                <w:color w:val="1D0024"/>
                <w:sz w:val="19"/>
              </w:rPr>
              <w:t>추가</w:t>
            </w:r>
          </w:p>
        </w:tc>
        <w:tc>
          <w:tcPr>
            <w:tcW w:w="3969" w:type="dxa"/>
          </w:tcPr>
          <w:p w14:paraId="7FEA700C" w14:textId="77777777" w:rsidR="004B1372" w:rsidRDefault="00BB0BE3">
            <w:r>
              <w:rPr>
                <w:rFonts w:ascii="Pretendard" w:eastAsia="Pretendard" w:hAnsi="Pretendard" w:cs="Pretendard"/>
                <w:color w:val="1D0024"/>
                <w:sz w:val="19"/>
              </w:rPr>
              <w:t>현행</w:t>
            </w:r>
            <w:r>
              <w:rPr>
                <w:rFonts w:ascii="Pretendard" w:eastAsia="Pretendard" w:hAnsi="Pretendard" w:cs="Pretendard"/>
                <w:color w:val="1D0024"/>
                <w:sz w:val="19"/>
              </w:rPr>
              <w:t xml:space="preserve"> 2</w:t>
            </w:r>
            <w:r>
              <w:rPr>
                <w:rFonts w:ascii="Pretendard" w:eastAsia="Pretendard" w:hAnsi="Pretendard" w:cs="Pretendard"/>
                <w:color w:val="1D0024"/>
                <w:sz w:val="19"/>
              </w:rPr>
              <w:t>개</w:t>
            </w:r>
            <w:r>
              <w:rPr>
                <w:rFonts w:ascii="Pretendard" w:eastAsia="Pretendard" w:hAnsi="Pretendard" w:cs="Pretendard"/>
                <w:color w:val="1D0024"/>
                <w:sz w:val="19"/>
              </w:rPr>
              <w:t xml:space="preserve"> </w:t>
            </w:r>
            <w:r>
              <w:rPr>
                <w:rFonts w:ascii="Pretendard" w:eastAsia="Pretendard" w:hAnsi="Pretendard" w:cs="Pretendard"/>
                <w:color w:val="1D0024"/>
                <w:sz w:val="19"/>
              </w:rPr>
              <w:t>유지</w:t>
            </w:r>
            <w:r>
              <w:rPr>
                <w:rFonts w:ascii="Pretendard" w:eastAsia="Pretendard" w:hAnsi="Pretendard" w:cs="Pretendard"/>
                <w:color w:val="1D0024"/>
                <w:sz w:val="19"/>
              </w:rPr>
              <w:t>, Claude</w:t>
            </w:r>
            <w:r>
              <w:rPr>
                <w:rFonts w:ascii="Pretendard" w:eastAsia="Pretendard" w:hAnsi="Pretendard" w:cs="Pretendard"/>
                <w:color w:val="1D0024"/>
                <w:sz w:val="19"/>
              </w:rPr>
              <w:t>는</w:t>
            </w:r>
            <w:r>
              <w:rPr>
                <w:rFonts w:ascii="Pretendard" w:eastAsia="Pretendard" w:hAnsi="Pretendard" w:cs="Pretendard"/>
                <w:color w:val="1D0024"/>
                <w:sz w:val="19"/>
              </w:rPr>
              <w:t xml:space="preserve"> </w:t>
            </w:r>
            <w:r>
              <w:rPr>
                <w:rFonts w:ascii="Pretendard" w:eastAsia="Pretendard" w:hAnsi="Pretendard" w:cs="Pretendard"/>
                <w:color w:val="1D0024"/>
                <w:sz w:val="19"/>
              </w:rPr>
              <w:t>유료</w:t>
            </w:r>
            <w:r>
              <w:rPr>
                <w:rFonts w:ascii="Pretendard" w:eastAsia="Pretendard" w:hAnsi="Pretendard" w:cs="Pretendard"/>
                <w:color w:val="1D0024"/>
                <w:sz w:val="19"/>
              </w:rPr>
              <w:t xml:space="preserve"> </w:t>
            </w:r>
            <w:r>
              <w:rPr>
                <w:rFonts w:ascii="Pretendard" w:eastAsia="Pretendard" w:hAnsi="Pretendard" w:cs="Pretendard"/>
                <w:color w:val="1D0024"/>
                <w:sz w:val="19"/>
              </w:rPr>
              <w:t>옵션</w:t>
            </w:r>
          </w:p>
        </w:tc>
        <w:tc>
          <w:tcPr>
            <w:tcW w:w="2835" w:type="dxa"/>
          </w:tcPr>
          <w:p w14:paraId="5FD96CFA" w14:textId="77777777" w:rsidR="004B1372" w:rsidRDefault="00BB0BE3">
            <w:r>
              <w:rPr>
                <w:rFonts w:ascii="Pretendard" w:eastAsia="Pretendard" w:hAnsi="Pretendard" w:cs="Pretendard"/>
                <w:color w:val="1D0024"/>
                <w:sz w:val="19"/>
              </w:rPr>
              <w:t xml:space="preserve">Claude </w:t>
            </w:r>
            <w:r>
              <w:rPr>
                <w:rFonts w:ascii="Pretendard" w:eastAsia="Pretendard" w:hAnsi="Pretendard" w:cs="Pretendard"/>
                <w:color w:val="1D0024"/>
                <w:sz w:val="19"/>
              </w:rPr>
              <w:t>포함</w:t>
            </w:r>
          </w:p>
        </w:tc>
      </w:tr>
      <w:tr w:rsidR="004B1372" w14:paraId="7B9F5516" w14:textId="77777777">
        <w:trPr>
          <w:jc w:val="center"/>
        </w:trPr>
        <w:tc>
          <w:tcPr>
            <w:tcW w:w="680" w:type="dxa"/>
          </w:tcPr>
          <w:p w14:paraId="4ECA808C" w14:textId="77777777" w:rsidR="004B1372" w:rsidRDefault="00BB0BE3">
            <w:r>
              <w:rPr>
                <w:rFonts w:ascii="Pretendard" w:eastAsia="Pretendard" w:hAnsi="Pretendard" w:cs="Pretendard"/>
                <w:b/>
                <w:color w:val="1D0024"/>
                <w:sz w:val="19"/>
              </w:rPr>
              <w:t>6</w:t>
            </w:r>
          </w:p>
        </w:tc>
        <w:tc>
          <w:tcPr>
            <w:tcW w:w="2154" w:type="dxa"/>
          </w:tcPr>
          <w:p w14:paraId="49B26A21" w14:textId="77777777" w:rsidR="004B1372" w:rsidRDefault="00BB0BE3">
            <w:r>
              <w:rPr>
                <w:rFonts w:ascii="Pretendard" w:eastAsia="Pretendard" w:hAnsi="Pretendard" w:cs="Pretendard"/>
                <w:color w:val="1D0024"/>
                <w:sz w:val="19"/>
              </w:rPr>
              <w:t>색인</w:t>
            </w:r>
            <w:r>
              <w:rPr>
                <w:rFonts w:ascii="Pretendard" w:eastAsia="Pretendard" w:hAnsi="Pretendard" w:cs="Pretendard"/>
                <w:color w:val="1D0024"/>
                <w:sz w:val="19"/>
              </w:rPr>
              <w:t xml:space="preserve"> </w:t>
            </w:r>
            <w:r>
              <w:rPr>
                <w:rFonts w:ascii="Pretendard" w:eastAsia="Pretendard" w:hAnsi="Pretendard" w:cs="Pretendard"/>
                <w:color w:val="1D0024"/>
                <w:sz w:val="19"/>
              </w:rPr>
              <w:t>전환</w:t>
            </w:r>
            <w:r>
              <w:rPr>
                <w:rFonts w:ascii="Pretendard" w:eastAsia="Pretendard" w:hAnsi="Pretendard" w:cs="Pretendard"/>
                <w:color w:val="1D0024"/>
                <w:sz w:val="19"/>
              </w:rPr>
              <w:t xml:space="preserve"> </w:t>
            </w:r>
            <w:r>
              <w:rPr>
                <w:rFonts w:ascii="Pretendard" w:eastAsia="Pretendard" w:hAnsi="Pretendard" w:cs="Pretendard"/>
                <w:color w:val="1D0024"/>
                <w:sz w:val="19"/>
              </w:rPr>
              <w:t>전</w:t>
            </w:r>
            <w:r>
              <w:rPr>
                <w:rFonts w:ascii="Pretendard" w:eastAsia="Pretendard" w:hAnsi="Pretendard" w:cs="Pretendard"/>
                <w:color w:val="1D0024"/>
                <w:sz w:val="19"/>
              </w:rPr>
              <w:t xml:space="preserve"> </w:t>
            </w:r>
            <w:r>
              <w:rPr>
                <w:rFonts w:ascii="Pretendard" w:eastAsia="Pretendard" w:hAnsi="Pretendard" w:cs="Pretendard"/>
                <w:color w:val="1D0024"/>
                <w:sz w:val="19"/>
              </w:rPr>
              <w:t>법률</w:t>
            </w:r>
            <w:r>
              <w:rPr>
                <w:rFonts w:ascii="Pretendard" w:eastAsia="Pretendard" w:hAnsi="Pretendard" w:cs="Pretendard"/>
                <w:color w:val="1D0024"/>
                <w:sz w:val="19"/>
              </w:rPr>
              <w:t xml:space="preserve"> </w:t>
            </w:r>
            <w:r>
              <w:rPr>
                <w:rFonts w:ascii="Pretendard" w:eastAsia="Pretendard" w:hAnsi="Pretendard" w:cs="Pretendard"/>
                <w:color w:val="1D0024"/>
                <w:sz w:val="19"/>
              </w:rPr>
              <w:t>확인</w:t>
            </w:r>
          </w:p>
        </w:tc>
        <w:tc>
          <w:tcPr>
            <w:tcW w:w="3969" w:type="dxa"/>
          </w:tcPr>
          <w:p w14:paraId="5C9E43B6" w14:textId="77777777" w:rsidR="004B1372" w:rsidRDefault="00BB0BE3">
            <w:r>
              <w:rPr>
                <w:rFonts w:ascii="Pretendard" w:eastAsia="Pretendard" w:hAnsi="Pretendard" w:cs="Pretendard"/>
                <w:color w:val="1D0024"/>
                <w:sz w:val="19"/>
              </w:rPr>
              <w:t>사전심의</w:t>
            </w:r>
            <w:r>
              <w:rPr>
                <w:rFonts w:ascii="Pretendard" w:eastAsia="Pretendard" w:hAnsi="Pretendard" w:cs="Pretendard"/>
                <w:color w:val="1D0024"/>
                <w:sz w:val="19"/>
              </w:rPr>
              <w:t>·</w:t>
            </w:r>
            <w:r>
              <w:rPr>
                <w:rFonts w:ascii="Pretendard" w:eastAsia="Pretendard" w:hAnsi="Pretendard" w:cs="Pretendard"/>
                <w:color w:val="1D0024"/>
                <w:sz w:val="19"/>
              </w:rPr>
              <w:t>유치업</w:t>
            </w:r>
            <w:r>
              <w:rPr>
                <w:rFonts w:ascii="Pretendard" w:eastAsia="Pretendard" w:hAnsi="Pretendard" w:cs="Pretendard"/>
                <w:color w:val="1D0024"/>
                <w:sz w:val="19"/>
              </w:rPr>
              <w:t xml:space="preserve"> </w:t>
            </w:r>
            <w:r>
              <w:rPr>
                <w:rFonts w:ascii="Pretendard" w:eastAsia="Pretendard" w:hAnsi="Pretendard" w:cs="Pretendard"/>
                <w:color w:val="1D0024"/>
                <w:sz w:val="19"/>
              </w:rPr>
              <w:t>해당</w:t>
            </w:r>
            <w:r>
              <w:rPr>
                <w:rFonts w:ascii="Pretendard" w:eastAsia="Pretendard" w:hAnsi="Pretendard" w:cs="Pretendard"/>
                <w:color w:val="1D0024"/>
                <w:sz w:val="19"/>
              </w:rPr>
              <w:t xml:space="preserve"> </w:t>
            </w:r>
            <w:r>
              <w:rPr>
                <w:rFonts w:ascii="Pretendard" w:eastAsia="Pretendard" w:hAnsi="Pretendard" w:cs="Pretendard"/>
                <w:color w:val="1D0024"/>
                <w:sz w:val="19"/>
              </w:rPr>
              <w:t>여부</w:t>
            </w:r>
            <w:r>
              <w:rPr>
                <w:rFonts w:ascii="Pretendard" w:eastAsia="Pretendard" w:hAnsi="Pretendard" w:cs="Pretendard"/>
                <w:color w:val="1D0024"/>
                <w:sz w:val="19"/>
              </w:rPr>
              <w:t xml:space="preserve"> </w:t>
            </w:r>
            <w:r>
              <w:rPr>
                <w:rFonts w:ascii="Pretendard" w:eastAsia="Pretendard" w:hAnsi="Pretendard" w:cs="Pretendard"/>
                <w:color w:val="1D0024"/>
                <w:sz w:val="19"/>
              </w:rPr>
              <w:t>변호사</w:t>
            </w:r>
            <w:r>
              <w:rPr>
                <w:rFonts w:ascii="Pretendard" w:eastAsia="Pretendard" w:hAnsi="Pretendard" w:cs="Pretendard"/>
                <w:color w:val="1D0024"/>
                <w:sz w:val="19"/>
              </w:rPr>
              <w:t xml:space="preserve"> </w:t>
            </w:r>
            <w:r>
              <w:rPr>
                <w:rFonts w:ascii="Pretendard" w:eastAsia="Pretendard" w:hAnsi="Pretendard" w:cs="Pretendard"/>
                <w:color w:val="1D0024"/>
                <w:sz w:val="19"/>
              </w:rPr>
              <w:t>확인</w:t>
            </w:r>
            <w:r>
              <w:rPr>
                <w:rFonts w:ascii="Pretendard" w:eastAsia="Pretendard" w:hAnsi="Pretendard" w:cs="Pretendard"/>
                <w:color w:val="1D0024"/>
                <w:sz w:val="19"/>
              </w:rPr>
              <w:t xml:space="preserve"> </w:t>
            </w:r>
            <w:r>
              <w:rPr>
                <w:rFonts w:ascii="Pretendard" w:eastAsia="Pretendard" w:hAnsi="Pretendard" w:cs="Pretendard"/>
                <w:color w:val="1D0024"/>
                <w:sz w:val="19"/>
              </w:rPr>
              <w:t>후</w:t>
            </w:r>
            <w:r>
              <w:rPr>
                <w:rFonts w:ascii="Pretendard" w:eastAsia="Pretendard" w:hAnsi="Pretendard" w:cs="Pretendard"/>
                <w:color w:val="1D0024"/>
                <w:sz w:val="19"/>
              </w:rPr>
              <w:t xml:space="preserve"> </w:t>
            </w:r>
            <w:r>
              <w:rPr>
                <w:rFonts w:ascii="Pretendard" w:eastAsia="Pretendard" w:hAnsi="Pretendard" w:cs="Pretendard"/>
                <w:color w:val="1D0024"/>
                <w:sz w:val="19"/>
              </w:rPr>
              <w:t>전환</w:t>
            </w:r>
          </w:p>
        </w:tc>
        <w:tc>
          <w:tcPr>
            <w:tcW w:w="2835" w:type="dxa"/>
          </w:tcPr>
          <w:p w14:paraId="3E988126" w14:textId="77777777" w:rsidR="004B1372" w:rsidRDefault="00BB0BE3">
            <w:r>
              <w:rPr>
                <w:rFonts w:ascii="Pretendard" w:eastAsia="Pretendard" w:hAnsi="Pretendard" w:cs="Pretendard"/>
                <w:color w:val="1D0024"/>
                <w:sz w:val="19"/>
              </w:rPr>
              <w:t>승인만</w:t>
            </w:r>
            <w:r>
              <w:rPr>
                <w:rFonts w:ascii="Pretendard" w:eastAsia="Pretendard" w:hAnsi="Pretendard" w:cs="Pretendard"/>
                <w:color w:val="1D0024"/>
                <w:sz w:val="19"/>
              </w:rPr>
              <w:t xml:space="preserve"> </w:t>
            </w:r>
            <w:r>
              <w:rPr>
                <w:rFonts w:ascii="Pretendard" w:eastAsia="Pretendard" w:hAnsi="Pretendard" w:cs="Pretendard"/>
                <w:color w:val="1D0024"/>
                <w:sz w:val="19"/>
              </w:rPr>
              <w:t>받고</w:t>
            </w:r>
            <w:r>
              <w:rPr>
                <w:rFonts w:ascii="Pretendard" w:eastAsia="Pretendard" w:hAnsi="Pretendard" w:cs="Pretendard"/>
                <w:color w:val="1D0024"/>
                <w:sz w:val="19"/>
              </w:rPr>
              <w:t xml:space="preserve"> </w:t>
            </w:r>
            <w:r>
              <w:rPr>
                <w:rFonts w:ascii="Pretendard" w:eastAsia="Pretendard" w:hAnsi="Pretendard" w:cs="Pretendard"/>
                <w:color w:val="1D0024"/>
                <w:sz w:val="19"/>
              </w:rPr>
              <w:t>전환</w:t>
            </w:r>
          </w:p>
        </w:tc>
      </w:tr>
      <w:tr w:rsidR="004B1372" w14:paraId="18F91B62" w14:textId="77777777">
        <w:trPr>
          <w:jc w:val="center"/>
        </w:trPr>
        <w:tc>
          <w:tcPr>
            <w:tcW w:w="680" w:type="dxa"/>
          </w:tcPr>
          <w:p w14:paraId="2A90155E" w14:textId="77777777" w:rsidR="004B1372" w:rsidRDefault="00BB0BE3">
            <w:r>
              <w:rPr>
                <w:rFonts w:ascii="Pretendard" w:eastAsia="Pretendard" w:hAnsi="Pretendard" w:cs="Pretendard"/>
                <w:b/>
                <w:color w:val="1D0024"/>
                <w:sz w:val="19"/>
              </w:rPr>
              <w:t>7</w:t>
            </w:r>
          </w:p>
        </w:tc>
        <w:tc>
          <w:tcPr>
            <w:tcW w:w="2154" w:type="dxa"/>
          </w:tcPr>
          <w:p w14:paraId="74909209" w14:textId="77777777" w:rsidR="004B1372" w:rsidRDefault="00BB0BE3">
            <w:r>
              <w:rPr>
                <w:rFonts w:ascii="Pretendard" w:eastAsia="Pretendard" w:hAnsi="Pretendard" w:cs="Pretendard"/>
                <w:color w:val="1D0024"/>
                <w:sz w:val="19"/>
              </w:rPr>
              <w:t xml:space="preserve">MOU </w:t>
            </w:r>
            <w:r>
              <w:rPr>
                <w:rFonts w:ascii="Pretendard" w:eastAsia="Pretendard" w:hAnsi="Pretendard" w:cs="Pretendard"/>
                <w:color w:val="1D0024"/>
                <w:sz w:val="19"/>
              </w:rPr>
              <w:t>순서</w:t>
            </w:r>
          </w:p>
        </w:tc>
        <w:tc>
          <w:tcPr>
            <w:tcW w:w="3969" w:type="dxa"/>
          </w:tcPr>
          <w:p w14:paraId="693F49C5" w14:textId="77777777" w:rsidR="004B1372" w:rsidRDefault="00BB0BE3">
            <w:r>
              <w:rPr>
                <w:rFonts w:ascii="Pretendard" w:eastAsia="Pretendard" w:hAnsi="Pretendard" w:cs="Pretendard"/>
                <w:color w:val="1D0024"/>
                <w:sz w:val="19"/>
              </w:rPr>
              <w:t>범위</w:t>
            </w:r>
            <w:r>
              <w:rPr>
                <w:rFonts w:ascii="Pretendard" w:eastAsia="Pretendard" w:hAnsi="Pretendard" w:cs="Pretendard"/>
                <w:color w:val="1D0024"/>
                <w:sz w:val="19"/>
              </w:rPr>
              <w:t xml:space="preserve"> </w:t>
            </w:r>
            <w:r>
              <w:rPr>
                <w:rFonts w:ascii="Pretendard" w:eastAsia="Pretendard" w:hAnsi="Pretendard" w:cs="Pretendard"/>
                <w:color w:val="1D0024"/>
                <w:sz w:val="19"/>
              </w:rPr>
              <w:t>문서</w:t>
            </w:r>
            <w:r>
              <w:rPr>
                <w:rFonts w:ascii="Pretendard" w:eastAsia="Pretendard" w:hAnsi="Pretendard" w:cs="Pretendard"/>
                <w:color w:val="1D0024"/>
                <w:sz w:val="19"/>
              </w:rPr>
              <w:t xml:space="preserve"> </w:t>
            </w:r>
            <w:r>
              <w:rPr>
                <w:rFonts w:ascii="Pretendard" w:eastAsia="Pretendard" w:hAnsi="Pretendard" w:cs="Pretendard"/>
                <w:color w:val="1D0024"/>
                <w:sz w:val="19"/>
              </w:rPr>
              <w:t>합의</w:t>
            </w:r>
            <w:r>
              <w:rPr>
                <w:rFonts w:ascii="Pretendard" w:eastAsia="Pretendard" w:hAnsi="Pretendard" w:cs="Pretendard"/>
                <w:color w:val="1D0024"/>
                <w:sz w:val="19"/>
              </w:rPr>
              <w:t xml:space="preserve"> → MOU → </w:t>
            </w:r>
            <w:r>
              <w:rPr>
                <w:rFonts w:ascii="Pretendard" w:eastAsia="Pretendard" w:hAnsi="Pretendard" w:cs="Pretendard"/>
                <w:color w:val="1D0024"/>
                <w:sz w:val="19"/>
              </w:rPr>
              <w:t>홍보</w:t>
            </w:r>
            <w:r>
              <w:rPr>
                <w:rFonts w:ascii="Pretendard" w:eastAsia="Pretendard" w:hAnsi="Pretendard" w:cs="Pretendard"/>
                <w:color w:val="1D0024"/>
                <w:sz w:val="19"/>
              </w:rPr>
              <w:t xml:space="preserve"> </w:t>
            </w:r>
            <w:r>
              <w:rPr>
                <w:rFonts w:ascii="Pretendard" w:eastAsia="Pretendard" w:hAnsi="Pretendard" w:cs="Pretendard"/>
                <w:color w:val="1D0024"/>
                <w:sz w:val="19"/>
              </w:rPr>
              <w:t>기사</w:t>
            </w:r>
          </w:p>
        </w:tc>
        <w:tc>
          <w:tcPr>
            <w:tcW w:w="2835" w:type="dxa"/>
          </w:tcPr>
          <w:p w14:paraId="3BFDF6FD" w14:textId="77777777" w:rsidR="004B1372" w:rsidRDefault="00BB0BE3">
            <w:r>
              <w:rPr>
                <w:rFonts w:ascii="Pretendard" w:eastAsia="Pretendard" w:hAnsi="Pretendard" w:cs="Pretendard"/>
                <w:color w:val="1D0024"/>
                <w:sz w:val="19"/>
              </w:rPr>
              <w:t xml:space="preserve">MOU </w:t>
            </w:r>
            <w:r>
              <w:rPr>
                <w:rFonts w:ascii="Pretendard" w:eastAsia="Pretendard" w:hAnsi="Pretendard" w:cs="Pretendard"/>
                <w:color w:val="1D0024"/>
                <w:sz w:val="19"/>
              </w:rPr>
              <w:t>먼저</w:t>
            </w:r>
            <w:r>
              <w:rPr>
                <w:rFonts w:ascii="Pretendard" w:eastAsia="Pretendard" w:hAnsi="Pretendard" w:cs="Pretendard"/>
                <w:color w:val="1D0024"/>
                <w:sz w:val="19"/>
              </w:rPr>
              <w:t xml:space="preserve">, </w:t>
            </w:r>
            <w:r>
              <w:rPr>
                <w:rFonts w:ascii="Pretendard" w:eastAsia="Pretendard" w:hAnsi="Pretendard" w:cs="Pretendard"/>
                <w:color w:val="1D0024"/>
                <w:sz w:val="19"/>
              </w:rPr>
              <w:t>범위는</w:t>
            </w:r>
            <w:r>
              <w:rPr>
                <w:rFonts w:ascii="Pretendard" w:eastAsia="Pretendard" w:hAnsi="Pretendard" w:cs="Pretendard"/>
                <w:color w:val="1D0024"/>
                <w:sz w:val="19"/>
              </w:rPr>
              <w:t xml:space="preserve"> </w:t>
            </w:r>
            <w:r>
              <w:rPr>
                <w:rFonts w:ascii="Pretendard" w:eastAsia="Pretendard" w:hAnsi="Pretendard" w:cs="Pretendard"/>
                <w:color w:val="1D0024"/>
                <w:sz w:val="19"/>
              </w:rPr>
              <w:t>부속서</w:t>
            </w:r>
          </w:p>
        </w:tc>
      </w:tr>
      <w:tr w:rsidR="004B1372" w14:paraId="1754FCB6" w14:textId="77777777">
        <w:trPr>
          <w:jc w:val="center"/>
        </w:trPr>
        <w:tc>
          <w:tcPr>
            <w:tcW w:w="680" w:type="dxa"/>
          </w:tcPr>
          <w:p w14:paraId="279C3F6B" w14:textId="77777777" w:rsidR="004B1372" w:rsidRDefault="00BB0BE3">
            <w:r>
              <w:rPr>
                <w:rFonts w:ascii="Pretendard" w:eastAsia="Pretendard" w:hAnsi="Pretendard" w:cs="Pretendard"/>
                <w:b/>
                <w:color w:val="1D0024"/>
                <w:sz w:val="19"/>
              </w:rPr>
              <w:t>8</w:t>
            </w:r>
          </w:p>
        </w:tc>
        <w:tc>
          <w:tcPr>
            <w:tcW w:w="2154" w:type="dxa"/>
          </w:tcPr>
          <w:p w14:paraId="3039A3EB" w14:textId="77777777" w:rsidR="004B1372" w:rsidRDefault="00BB0BE3">
            <w:r>
              <w:rPr>
                <w:rFonts w:ascii="Pretendard" w:eastAsia="Pretendard" w:hAnsi="Pretendard" w:cs="Pretendard"/>
                <w:color w:val="1D0024"/>
                <w:sz w:val="19"/>
              </w:rPr>
              <w:t>미팅</w:t>
            </w:r>
            <w:r>
              <w:rPr>
                <w:rFonts w:ascii="Pretendard" w:eastAsia="Pretendard" w:hAnsi="Pretendard" w:cs="Pretendard"/>
                <w:color w:val="1D0024"/>
                <w:sz w:val="19"/>
              </w:rPr>
              <w:t xml:space="preserve"> </w:t>
            </w:r>
            <w:r>
              <w:rPr>
                <w:rFonts w:ascii="Pretendard" w:eastAsia="Pretendard" w:hAnsi="Pretendard" w:cs="Pretendard"/>
                <w:color w:val="1D0024"/>
                <w:sz w:val="19"/>
              </w:rPr>
              <w:t>참석</w:t>
            </w:r>
          </w:p>
        </w:tc>
        <w:tc>
          <w:tcPr>
            <w:tcW w:w="3969" w:type="dxa"/>
          </w:tcPr>
          <w:p w14:paraId="2E52431E" w14:textId="77777777" w:rsidR="004B1372" w:rsidRDefault="00BB0BE3">
            <w:r>
              <w:rPr>
                <w:rFonts w:ascii="Pretendard" w:eastAsia="Pretendard" w:hAnsi="Pretendard" w:cs="Pretendard"/>
                <w:color w:val="1D0024"/>
                <w:sz w:val="19"/>
              </w:rPr>
              <w:t>문서</w:t>
            </w:r>
            <w:r>
              <w:rPr>
                <w:rFonts w:ascii="Pretendard" w:eastAsia="Pretendard" w:hAnsi="Pretendard" w:cs="Pretendard"/>
                <w:color w:val="1D0024"/>
                <w:sz w:val="19"/>
              </w:rPr>
              <w:t xml:space="preserve"> </w:t>
            </w:r>
            <w:r>
              <w:rPr>
                <w:rFonts w:ascii="Pretendard" w:eastAsia="Pretendard" w:hAnsi="Pretendard" w:cs="Pretendard"/>
                <w:color w:val="1D0024"/>
                <w:sz w:val="19"/>
              </w:rPr>
              <w:t>합의</w:t>
            </w:r>
            <w:r>
              <w:rPr>
                <w:rFonts w:ascii="Pretendard" w:eastAsia="Pretendard" w:hAnsi="Pretendard" w:cs="Pretendard"/>
                <w:color w:val="1D0024"/>
                <w:sz w:val="19"/>
              </w:rPr>
              <w:t xml:space="preserve"> </w:t>
            </w:r>
            <w:r>
              <w:rPr>
                <w:rFonts w:ascii="Pretendard" w:eastAsia="Pretendard" w:hAnsi="Pretendard" w:cs="Pretendard"/>
                <w:color w:val="1D0024"/>
                <w:sz w:val="19"/>
              </w:rPr>
              <w:t>후</w:t>
            </w:r>
            <w:r>
              <w:rPr>
                <w:rFonts w:ascii="Pretendard" w:eastAsia="Pretendard" w:hAnsi="Pretendard" w:cs="Pretendard"/>
                <w:color w:val="1D0024"/>
                <w:sz w:val="19"/>
              </w:rPr>
              <w:t xml:space="preserve"> </w:t>
            </w:r>
            <w:r>
              <w:rPr>
                <w:rFonts w:ascii="Pretendard" w:eastAsia="Pretendard" w:hAnsi="Pretendard" w:cs="Pretendard"/>
                <w:color w:val="1D0024"/>
                <w:sz w:val="19"/>
              </w:rPr>
              <w:t>실행</w:t>
            </w:r>
            <w:r>
              <w:rPr>
                <w:rFonts w:ascii="Pretendard" w:eastAsia="Pretendard" w:hAnsi="Pretendard" w:cs="Pretendard"/>
                <w:color w:val="1D0024"/>
                <w:sz w:val="19"/>
              </w:rPr>
              <w:t xml:space="preserve"> </w:t>
            </w:r>
            <w:r>
              <w:rPr>
                <w:rFonts w:ascii="Pretendard" w:eastAsia="Pretendard" w:hAnsi="Pretendard" w:cs="Pretendard"/>
                <w:color w:val="1D0024"/>
                <w:sz w:val="19"/>
              </w:rPr>
              <w:t>단계에서</w:t>
            </w:r>
            <w:r>
              <w:rPr>
                <w:rFonts w:ascii="Pretendard" w:eastAsia="Pretendard" w:hAnsi="Pretendard" w:cs="Pretendard"/>
                <w:color w:val="1D0024"/>
                <w:sz w:val="19"/>
              </w:rPr>
              <w:t xml:space="preserve"> </w:t>
            </w:r>
            <w:r>
              <w:rPr>
                <w:rFonts w:ascii="Pretendard" w:eastAsia="Pretendard" w:hAnsi="Pretendard" w:cs="Pretendard"/>
                <w:color w:val="1D0024"/>
                <w:sz w:val="19"/>
              </w:rPr>
              <w:t>참석</w:t>
            </w:r>
          </w:p>
        </w:tc>
        <w:tc>
          <w:tcPr>
            <w:tcW w:w="2835" w:type="dxa"/>
          </w:tcPr>
          <w:p w14:paraId="24E59A16" w14:textId="77777777" w:rsidR="004B1372" w:rsidRDefault="00BB0BE3">
            <w:r>
              <w:rPr>
                <w:rFonts w:ascii="Pretendard" w:eastAsia="Pretendard" w:hAnsi="Pretendard" w:cs="Pretendard"/>
                <w:color w:val="1D0024"/>
                <w:sz w:val="19"/>
              </w:rPr>
              <w:t>이번</w:t>
            </w:r>
            <w:r>
              <w:rPr>
                <w:rFonts w:ascii="Pretendard" w:eastAsia="Pretendard" w:hAnsi="Pretendard" w:cs="Pretendard"/>
                <w:color w:val="1D0024"/>
                <w:sz w:val="19"/>
              </w:rPr>
              <w:t xml:space="preserve"> </w:t>
            </w:r>
            <w:r>
              <w:rPr>
                <w:rFonts w:ascii="Pretendard" w:eastAsia="Pretendard" w:hAnsi="Pretendard" w:cs="Pretendard"/>
                <w:color w:val="1D0024"/>
                <w:sz w:val="19"/>
              </w:rPr>
              <w:t>조율</w:t>
            </w:r>
            <w:r>
              <w:rPr>
                <w:rFonts w:ascii="Pretendard" w:eastAsia="Pretendard" w:hAnsi="Pretendard" w:cs="Pretendard"/>
                <w:color w:val="1D0024"/>
                <w:sz w:val="19"/>
              </w:rPr>
              <w:t xml:space="preserve"> </w:t>
            </w:r>
            <w:r>
              <w:rPr>
                <w:rFonts w:ascii="Pretendard" w:eastAsia="Pretendard" w:hAnsi="Pretendard" w:cs="Pretendard"/>
                <w:color w:val="1D0024"/>
                <w:sz w:val="19"/>
              </w:rPr>
              <w:t>미팅부터</w:t>
            </w:r>
            <w:r>
              <w:rPr>
                <w:rFonts w:ascii="Pretendard" w:eastAsia="Pretendard" w:hAnsi="Pretendard" w:cs="Pretendard"/>
                <w:color w:val="1D0024"/>
                <w:sz w:val="19"/>
              </w:rPr>
              <w:t xml:space="preserve"> </w:t>
            </w:r>
            <w:r>
              <w:rPr>
                <w:rFonts w:ascii="Pretendard" w:eastAsia="Pretendard" w:hAnsi="Pretendard" w:cs="Pretendard"/>
                <w:color w:val="1D0024"/>
                <w:sz w:val="19"/>
              </w:rPr>
              <w:t>참석</w:t>
            </w:r>
          </w:p>
        </w:tc>
      </w:tr>
    </w:tbl>
    <w:p w14:paraId="326F86DE" w14:textId="77777777" w:rsidR="004B1372" w:rsidRDefault="004B1372">
      <w:pPr>
        <w:spacing w:after="40"/>
      </w:pPr>
    </w:p>
    <w:p w14:paraId="7B95C7B0" w14:textId="77777777" w:rsidR="004B1372" w:rsidRDefault="00BB0BE3">
      <w:pPr>
        <w:keepNext/>
        <w:spacing w:before="360" w:after="160"/>
      </w:pPr>
      <w:r>
        <w:rPr>
          <w:rFonts w:ascii="Pretendard" w:eastAsia="Pretendard" w:hAnsi="Pretendard" w:cs="Pretendard"/>
          <w:b/>
          <w:color w:val="1D0024"/>
          <w:sz w:val="32"/>
        </w:rPr>
        <w:t xml:space="preserve">9. </w:t>
      </w:r>
      <w:r>
        <w:rPr>
          <w:rFonts w:ascii="Pretendard" w:eastAsia="Pretendard" w:hAnsi="Pretendard" w:cs="Pretendard"/>
          <w:b/>
          <w:color w:val="1D0024"/>
          <w:sz w:val="32"/>
        </w:rPr>
        <w:t>뷰성형외과</w:t>
      </w:r>
      <w:r>
        <w:rPr>
          <w:rFonts w:ascii="Pretendard" w:eastAsia="Pretendard" w:hAnsi="Pretendard" w:cs="Pretendard"/>
          <w:b/>
          <w:color w:val="1D0024"/>
          <w:sz w:val="32"/>
        </w:rPr>
        <w:t xml:space="preserve"> </w:t>
      </w:r>
      <w:r>
        <w:rPr>
          <w:rFonts w:ascii="Pretendard" w:eastAsia="Pretendard" w:hAnsi="Pretendard" w:cs="Pretendard"/>
          <w:b/>
          <w:color w:val="1D0024"/>
          <w:sz w:val="32"/>
        </w:rPr>
        <w:t>미팅에서</w:t>
      </w:r>
      <w:r>
        <w:rPr>
          <w:rFonts w:ascii="Pretendard" w:eastAsia="Pretendard" w:hAnsi="Pretendard" w:cs="Pretendard"/>
          <w:b/>
          <w:color w:val="1D0024"/>
          <w:sz w:val="32"/>
        </w:rPr>
        <w:t xml:space="preserve"> </w:t>
      </w:r>
      <w:r>
        <w:rPr>
          <w:rFonts w:ascii="Pretendard" w:eastAsia="Pretendard" w:hAnsi="Pretendard" w:cs="Pretendard"/>
          <w:b/>
          <w:color w:val="1D0024"/>
          <w:sz w:val="32"/>
        </w:rPr>
        <w:t>확인할</w:t>
      </w:r>
      <w:r>
        <w:rPr>
          <w:rFonts w:ascii="Pretendard" w:eastAsia="Pretendard" w:hAnsi="Pretendard" w:cs="Pretendard"/>
          <w:b/>
          <w:color w:val="1D0024"/>
          <w:sz w:val="32"/>
        </w:rPr>
        <w:t xml:space="preserve"> </w:t>
      </w:r>
      <w:r>
        <w:rPr>
          <w:rFonts w:ascii="Pretendard" w:eastAsia="Pretendard" w:hAnsi="Pretendard" w:cs="Pretendard"/>
          <w:b/>
          <w:color w:val="1D0024"/>
          <w:sz w:val="32"/>
        </w:rPr>
        <w:t>질문</w:t>
      </w:r>
    </w:p>
    <w:p w14:paraId="3C1AB15C" w14:textId="77777777" w:rsidR="004B1372" w:rsidRDefault="00BB0BE3">
      <w:pPr>
        <w:pStyle w:val="a0"/>
        <w:spacing w:after="60" w:line="312" w:lineRule="auto"/>
      </w:pPr>
      <w:r>
        <w:rPr>
          <w:rFonts w:ascii="Pretendard" w:eastAsia="Pretendard" w:hAnsi="Pretendard" w:cs="Pretendard"/>
          <w:color w:val="1D0024"/>
          <w:sz w:val="21"/>
        </w:rPr>
        <w:t>MOU</w:t>
      </w:r>
      <w:r>
        <w:rPr>
          <w:rFonts w:ascii="Pretendard" w:eastAsia="Pretendard" w:hAnsi="Pretendard" w:cs="Pretendard"/>
          <w:color w:val="1D0024"/>
          <w:sz w:val="21"/>
        </w:rPr>
        <w:t>로</w:t>
      </w:r>
      <w:r>
        <w:rPr>
          <w:rFonts w:ascii="Pretendard" w:eastAsia="Pretendard" w:hAnsi="Pretendard" w:cs="Pretendard"/>
          <w:color w:val="1D0024"/>
          <w:sz w:val="21"/>
        </w:rPr>
        <w:t xml:space="preserve"> </w:t>
      </w:r>
      <w:r>
        <w:rPr>
          <w:rFonts w:ascii="Pretendard" w:eastAsia="Pretendard" w:hAnsi="Pretendard" w:cs="Pretendard"/>
          <w:color w:val="1D0024"/>
          <w:sz w:val="21"/>
        </w:rPr>
        <w:t>원하는</w:t>
      </w:r>
      <w:r>
        <w:rPr>
          <w:rFonts w:ascii="Pretendard" w:eastAsia="Pretendard" w:hAnsi="Pretendard" w:cs="Pretendard"/>
          <w:color w:val="1D0024"/>
          <w:sz w:val="21"/>
        </w:rPr>
        <w:t xml:space="preserve"> </w:t>
      </w:r>
      <w:r>
        <w:rPr>
          <w:rFonts w:ascii="Pretendard" w:eastAsia="Pretendard" w:hAnsi="Pretendard" w:cs="Pretendard"/>
          <w:color w:val="1D0024"/>
          <w:sz w:val="21"/>
        </w:rPr>
        <w:t>결과의</w:t>
      </w:r>
      <w:r>
        <w:rPr>
          <w:rFonts w:ascii="Pretendard" w:eastAsia="Pretendard" w:hAnsi="Pretendard" w:cs="Pretendard"/>
          <w:color w:val="1D0024"/>
          <w:sz w:val="21"/>
        </w:rPr>
        <w:t xml:space="preserve"> </w:t>
      </w:r>
      <w:r>
        <w:rPr>
          <w:rFonts w:ascii="Pretendard" w:eastAsia="Pretendard" w:hAnsi="Pretendard" w:cs="Pretendard"/>
          <w:color w:val="1D0024"/>
          <w:sz w:val="21"/>
        </w:rPr>
        <w:t>우선순위</w:t>
      </w:r>
      <w:r>
        <w:rPr>
          <w:rFonts w:ascii="Pretendard" w:eastAsia="Pretendard" w:hAnsi="Pretendard" w:cs="Pretendard"/>
          <w:color w:val="1D0024"/>
          <w:sz w:val="21"/>
        </w:rPr>
        <w:t xml:space="preserve">: </w:t>
      </w:r>
      <w:r>
        <w:rPr>
          <w:rFonts w:ascii="Pretendard" w:eastAsia="Pretendard" w:hAnsi="Pretendard" w:cs="Pretendard"/>
          <w:color w:val="1D0024"/>
          <w:sz w:val="21"/>
        </w:rPr>
        <w:t>홍보</w:t>
      </w:r>
      <w:r>
        <w:rPr>
          <w:rFonts w:ascii="Pretendard" w:eastAsia="Pretendard" w:hAnsi="Pretendard" w:cs="Pretendard"/>
          <w:color w:val="1D0024"/>
          <w:sz w:val="21"/>
        </w:rPr>
        <w:t xml:space="preserve">, </w:t>
      </w:r>
      <w:r>
        <w:rPr>
          <w:rFonts w:ascii="Pretendard" w:eastAsia="Pretendard" w:hAnsi="Pretendard" w:cs="Pretendard"/>
          <w:color w:val="1D0024"/>
          <w:sz w:val="21"/>
        </w:rPr>
        <w:t>외국인</w:t>
      </w:r>
      <w:r>
        <w:rPr>
          <w:rFonts w:ascii="Pretendard" w:eastAsia="Pretendard" w:hAnsi="Pretendard" w:cs="Pretendard"/>
          <w:color w:val="1D0024"/>
          <w:sz w:val="21"/>
        </w:rPr>
        <w:t xml:space="preserve"> </w:t>
      </w:r>
      <w:r>
        <w:rPr>
          <w:rFonts w:ascii="Pretendard" w:eastAsia="Pretendard" w:hAnsi="Pretendard" w:cs="Pretendard"/>
          <w:color w:val="1D0024"/>
          <w:sz w:val="21"/>
        </w:rPr>
        <w:t>환자</w:t>
      </w:r>
      <w:r>
        <w:rPr>
          <w:rFonts w:ascii="Pretendard" w:eastAsia="Pretendard" w:hAnsi="Pretendard" w:cs="Pretendard"/>
          <w:color w:val="1D0024"/>
          <w:sz w:val="21"/>
        </w:rPr>
        <w:t xml:space="preserve"> </w:t>
      </w:r>
      <w:r>
        <w:rPr>
          <w:rFonts w:ascii="Pretendard" w:eastAsia="Pretendard" w:hAnsi="Pretendard" w:cs="Pretendard"/>
          <w:color w:val="1D0024"/>
          <w:sz w:val="21"/>
        </w:rPr>
        <w:t>유입</w:t>
      </w:r>
      <w:r>
        <w:rPr>
          <w:rFonts w:ascii="Pretendard" w:eastAsia="Pretendard" w:hAnsi="Pretendard" w:cs="Pretendard"/>
          <w:color w:val="1D0024"/>
          <w:sz w:val="21"/>
        </w:rPr>
        <w:t xml:space="preserve">, </w:t>
      </w:r>
      <w:r>
        <w:rPr>
          <w:rFonts w:ascii="Pretendard" w:eastAsia="Pretendard" w:hAnsi="Pretendard" w:cs="Pretendard"/>
          <w:color w:val="1D0024"/>
          <w:sz w:val="21"/>
        </w:rPr>
        <w:t>포털</w:t>
      </w:r>
      <w:r>
        <w:rPr>
          <w:rFonts w:ascii="Pretendard" w:eastAsia="Pretendard" w:hAnsi="Pretendard" w:cs="Pretendard"/>
          <w:color w:val="1D0024"/>
          <w:sz w:val="21"/>
        </w:rPr>
        <w:t xml:space="preserve"> </w:t>
      </w:r>
      <w:r>
        <w:rPr>
          <w:rFonts w:ascii="Pretendard" w:eastAsia="Pretendard" w:hAnsi="Pretendard" w:cs="Pretendard"/>
          <w:color w:val="1D0024"/>
          <w:sz w:val="21"/>
        </w:rPr>
        <w:t>참여</w:t>
      </w:r>
    </w:p>
    <w:p w14:paraId="6712EB04" w14:textId="77777777" w:rsidR="004B1372" w:rsidRDefault="00BB0BE3">
      <w:pPr>
        <w:pStyle w:val="a0"/>
        <w:spacing w:after="60" w:line="312" w:lineRule="auto"/>
      </w:pPr>
      <w:r>
        <w:rPr>
          <w:rFonts w:ascii="Pretendard" w:eastAsia="Pretendard" w:hAnsi="Pretendard" w:cs="Pretendard"/>
          <w:color w:val="1D0024"/>
          <w:sz w:val="21"/>
        </w:rPr>
        <w:t>원장</w:t>
      </w:r>
      <w:r>
        <w:rPr>
          <w:rFonts w:ascii="Pretendard" w:eastAsia="Pretendard" w:hAnsi="Pretendard" w:cs="Pretendard"/>
          <w:color w:val="1D0024"/>
          <w:sz w:val="21"/>
        </w:rPr>
        <w:t xml:space="preserve"> </w:t>
      </w:r>
      <w:r>
        <w:rPr>
          <w:rFonts w:ascii="Pretendard" w:eastAsia="Pretendard" w:hAnsi="Pretendard" w:cs="Pretendard"/>
          <w:color w:val="1D0024"/>
          <w:sz w:val="21"/>
        </w:rPr>
        <w:t>검토</w:t>
      </w:r>
      <w:r>
        <w:rPr>
          <w:rFonts w:ascii="Pretendard" w:eastAsia="Pretendard" w:hAnsi="Pretendard" w:cs="Pretendard"/>
          <w:color w:val="1D0024"/>
          <w:sz w:val="21"/>
        </w:rPr>
        <w:t>·</w:t>
      </w:r>
      <w:r>
        <w:rPr>
          <w:rFonts w:ascii="Pretendard" w:eastAsia="Pretendard" w:hAnsi="Pretendard" w:cs="Pretendard"/>
          <w:color w:val="1D0024"/>
          <w:sz w:val="21"/>
        </w:rPr>
        <w:t>승인</w:t>
      </w:r>
      <w:r>
        <w:rPr>
          <w:rFonts w:ascii="Pretendard" w:eastAsia="Pretendard" w:hAnsi="Pretendard" w:cs="Pretendard"/>
          <w:color w:val="1D0024"/>
          <w:sz w:val="21"/>
        </w:rPr>
        <w:t xml:space="preserve"> </w:t>
      </w:r>
      <w:r>
        <w:rPr>
          <w:rFonts w:ascii="Pretendard" w:eastAsia="Pretendard" w:hAnsi="Pretendard" w:cs="Pretendard"/>
          <w:color w:val="1D0024"/>
          <w:sz w:val="21"/>
        </w:rPr>
        <w:t>담당자와</w:t>
      </w:r>
      <w:r>
        <w:rPr>
          <w:rFonts w:ascii="Pretendard" w:eastAsia="Pretendard" w:hAnsi="Pretendard" w:cs="Pretendard"/>
          <w:color w:val="1D0024"/>
          <w:sz w:val="21"/>
        </w:rPr>
        <w:t xml:space="preserve"> </w:t>
      </w:r>
      <w:r>
        <w:rPr>
          <w:rFonts w:ascii="Pretendard" w:eastAsia="Pretendard" w:hAnsi="Pretendard" w:cs="Pretendard"/>
          <w:color w:val="1D0024"/>
          <w:sz w:val="21"/>
        </w:rPr>
        <w:t>주기</w:t>
      </w:r>
    </w:p>
    <w:p w14:paraId="5BCED510" w14:textId="77777777" w:rsidR="004B1372" w:rsidRDefault="00BB0BE3">
      <w:pPr>
        <w:pStyle w:val="a0"/>
        <w:spacing w:after="60" w:line="312" w:lineRule="auto"/>
      </w:pPr>
      <w:r>
        <w:rPr>
          <w:rFonts w:ascii="Pretendard" w:eastAsia="Pretendard" w:hAnsi="Pretendard" w:cs="Pretendard"/>
          <w:color w:val="1D0024"/>
          <w:sz w:val="21"/>
        </w:rPr>
        <w:lastRenderedPageBreak/>
        <w:t>홍보</w:t>
      </w:r>
      <w:r>
        <w:rPr>
          <w:rFonts w:ascii="Pretendard" w:eastAsia="Pretendard" w:hAnsi="Pretendard" w:cs="Pretendard"/>
          <w:color w:val="1D0024"/>
          <w:sz w:val="21"/>
        </w:rPr>
        <w:t xml:space="preserve"> </w:t>
      </w:r>
      <w:r>
        <w:rPr>
          <w:rFonts w:ascii="Pretendard" w:eastAsia="Pretendard" w:hAnsi="Pretendard" w:cs="Pretendard"/>
          <w:color w:val="1D0024"/>
          <w:sz w:val="21"/>
        </w:rPr>
        <w:t>기사에</w:t>
      </w:r>
      <w:r>
        <w:rPr>
          <w:rFonts w:ascii="Pretendard" w:eastAsia="Pretendard" w:hAnsi="Pretendard" w:cs="Pretendard"/>
          <w:color w:val="1D0024"/>
          <w:sz w:val="21"/>
        </w:rPr>
        <w:t xml:space="preserve"> </w:t>
      </w:r>
      <w:r>
        <w:rPr>
          <w:rFonts w:ascii="Pretendard" w:eastAsia="Pretendard" w:hAnsi="Pretendard" w:cs="Pretendard"/>
          <w:color w:val="1D0024"/>
          <w:sz w:val="21"/>
        </w:rPr>
        <w:t>병원명과</w:t>
      </w:r>
      <w:r>
        <w:rPr>
          <w:rFonts w:ascii="Pretendard" w:eastAsia="Pretendard" w:hAnsi="Pretendard" w:cs="Pretendard"/>
          <w:color w:val="1D0024"/>
          <w:sz w:val="21"/>
        </w:rPr>
        <w:t xml:space="preserve"> </w:t>
      </w:r>
      <w:r>
        <w:rPr>
          <w:rFonts w:ascii="Pretendard" w:eastAsia="Pretendard" w:hAnsi="Pretendard" w:cs="Pretendard"/>
          <w:color w:val="1D0024"/>
          <w:sz w:val="21"/>
        </w:rPr>
        <w:t>수치를</w:t>
      </w:r>
      <w:r>
        <w:rPr>
          <w:rFonts w:ascii="Pretendard" w:eastAsia="Pretendard" w:hAnsi="Pretendard" w:cs="Pretendard"/>
          <w:color w:val="1D0024"/>
          <w:sz w:val="21"/>
        </w:rPr>
        <w:t xml:space="preserve"> </w:t>
      </w:r>
      <w:r>
        <w:rPr>
          <w:rFonts w:ascii="Pretendard" w:eastAsia="Pretendard" w:hAnsi="Pretendard" w:cs="Pretendard"/>
          <w:color w:val="1D0024"/>
          <w:sz w:val="21"/>
        </w:rPr>
        <w:t>공개할</w:t>
      </w:r>
      <w:r>
        <w:rPr>
          <w:rFonts w:ascii="Pretendard" w:eastAsia="Pretendard" w:hAnsi="Pretendard" w:cs="Pretendard"/>
          <w:color w:val="1D0024"/>
          <w:sz w:val="21"/>
        </w:rPr>
        <w:t xml:space="preserve"> </w:t>
      </w:r>
      <w:r>
        <w:rPr>
          <w:rFonts w:ascii="Pretendard" w:eastAsia="Pretendard" w:hAnsi="Pretendard" w:cs="Pretendard"/>
          <w:color w:val="1D0024"/>
          <w:sz w:val="21"/>
        </w:rPr>
        <w:t>범위</w:t>
      </w:r>
    </w:p>
    <w:p w14:paraId="28D0B422" w14:textId="77777777" w:rsidR="004B1372" w:rsidRDefault="00BB0BE3">
      <w:pPr>
        <w:pStyle w:val="a0"/>
        <w:spacing w:after="60" w:line="312" w:lineRule="auto"/>
      </w:pPr>
      <w:r>
        <w:rPr>
          <w:rFonts w:ascii="Pretendard" w:eastAsia="Pretendard" w:hAnsi="Pretendard" w:cs="Pretendard"/>
          <w:color w:val="1D0024"/>
          <w:sz w:val="21"/>
        </w:rPr>
        <w:t>공식</w:t>
      </w:r>
      <w:r>
        <w:rPr>
          <w:rFonts w:ascii="Pretendard" w:eastAsia="Pretendard" w:hAnsi="Pretendard" w:cs="Pretendard"/>
          <w:color w:val="1D0024"/>
          <w:sz w:val="21"/>
        </w:rPr>
        <w:t xml:space="preserve"> </w:t>
      </w:r>
      <w:r>
        <w:rPr>
          <w:rFonts w:ascii="Pretendard" w:eastAsia="Pretendard" w:hAnsi="Pretendard" w:cs="Pretendard"/>
          <w:color w:val="1D0024"/>
          <w:sz w:val="21"/>
        </w:rPr>
        <w:t>홈페이지</w:t>
      </w:r>
      <w:r>
        <w:rPr>
          <w:rFonts w:ascii="Pretendard" w:eastAsia="Pretendard" w:hAnsi="Pretendard" w:cs="Pretendard"/>
          <w:color w:val="1D0024"/>
          <w:sz w:val="21"/>
        </w:rPr>
        <w:t xml:space="preserve"> </w:t>
      </w:r>
      <w:r>
        <w:rPr>
          <w:rFonts w:ascii="Pretendard" w:eastAsia="Pretendard" w:hAnsi="Pretendard" w:cs="Pretendard"/>
          <w:color w:val="1D0024"/>
          <w:sz w:val="21"/>
        </w:rPr>
        <w:t>수정</w:t>
      </w:r>
      <w:r>
        <w:rPr>
          <w:rFonts w:ascii="Pretendard" w:eastAsia="Pretendard" w:hAnsi="Pretendard" w:cs="Pretendard"/>
          <w:color w:val="1D0024"/>
          <w:sz w:val="21"/>
        </w:rPr>
        <w:t xml:space="preserve"> </w:t>
      </w:r>
      <w:r>
        <w:rPr>
          <w:rFonts w:ascii="Pretendard" w:eastAsia="Pretendard" w:hAnsi="Pretendard" w:cs="Pretendard"/>
          <w:color w:val="1D0024"/>
          <w:sz w:val="21"/>
        </w:rPr>
        <w:t>권한과</w:t>
      </w:r>
      <w:r>
        <w:rPr>
          <w:rFonts w:ascii="Pretendard" w:eastAsia="Pretendard" w:hAnsi="Pretendard" w:cs="Pretendard"/>
          <w:color w:val="1D0024"/>
          <w:sz w:val="21"/>
        </w:rPr>
        <w:t xml:space="preserve"> </w:t>
      </w:r>
      <w:r>
        <w:rPr>
          <w:rFonts w:ascii="Pretendard" w:eastAsia="Pretendard" w:hAnsi="Pretendard" w:cs="Pretendard"/>
          <w:color w:val="1D0024"/>
          <w:sz w:val="21"/>
        </w:rPr>
        <w:t>담당자</w:t>
      </w:r>
    </w:p>
    <w:p w14:paraId="699B56B6" w14:textId="77777777" w:rsidR="004B1372" w:rsidRDefault="00BB0BE3">
      <w:pPr>
        <w:pStyle w:val="a0"/>
        <w:spacing w:after="60" w:line="312" w:lineRule="auto"/>
      </w:pPr>
      <w:r>
        <w:rPr>
          <w:rFonts w:ascii="Pretendard" w:eastAsia="Pretendard" w:hAnsi="Pretendard" w:cs="Pretendard"/>
          <w:color w:val="1D0024"/>
          <w:sz w:val="21"/>
        </w:rPr>
        <w:t>소개</w:t>
      </w:r>
      <w:r>
        <w:rPr>
          <w:rFonts w:ascii="Pretendard" w:eastAsia="Pretendard" w:hAnsi="Pretendard" w:cs="Pretendard"/>
          <w:color w:val="1D0024"/>
          <w:sz w:val="21"/>
        </w:rPr>
        <w:t xml:space="preserve"> </w:t>
      </w:r>
      <w:r>
        <w:rPr>
          <w:rFonts w:ascii="Pretendard" w:eastAsia="Pretendard" w:hAnsi="Pretendard" w:cs="Pretendard"/>
          <w:color w:val="1D0024"/>
          <w:sz w:val="21"/>
        </w:rPr>
        <w:t>가능한</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명단</w:t>
      </w:r>
      <w:r>
        <w:rPr>
          <w:rFonts w:ascii="Pretendard" w:eastAsia="Pretendard" w:hAnsi="Pretendard" w:cs="Pretendard"/>
          <w:color w:val="1D0024"/>
          <w:sz w:val="21"/>
        </w:rPr>
        <w:t xml:space="preserve">, </w:t>
      </w:r>
      <w:r>
        <w:rPr>
          <w:rFonts w:ascii="Pretendard" w:eastAsia="Pretendard" w:hAnsi="Pretendard" w:cs="Pretendard"/>
          <w:color w:val="1D0024"/>
          <w:sz w:val="21"/>
        </w:rPr>
        <w:t>병원</w:t>
      </w:r>
      <w:r>
        <w:rPr>
          <w:rFonts w:ascii="Pretendard" w:eastAsia="Pretendard" w:hAnsi="Pretendard" w:cs="Pretendard"/>
          <w:color w:val="1D0024"/>
          <w:sz w:val="21"/>
        </w:rPr>
        <w:t xml:space="preserve"> </w:t>
      </w:r>
      <w:r>
        <w:rPr>
          <w:rFonts w:ascii="Pretendard" w:eastAsia="Pretendard" w:hAnsi="Pretendard" w:cs="Pretendard"/>
          <w:color w:val="1D0024"/>
          <w:sz w:val="21"/>
        </w:rPr>
        <w:t>수</w:t>
      </w:r>
      <w:r>
        <w:rPr>
          <w:rFonts w:ascii="Pretendard" w:eastAsia="Pretendard" w:hAnsi="Pretendard" w:cs="Pretendard"/>
          <w:color w:val="1D0024"/>
          <w:sz w:val="21"/>
        </w:rPr>
        <w:t xml:space="preserve">, </w:t>
      </w:r>
      <w:r>
        <w:rPr>
          <w:rFonts w:ascii="Pretendard" w:eastAsia="Pretendard" w:hAnsi="Pretendard" w:cs="Pretendard"/>
          <w:color w:val="1D0024"/>
          <w:sz w:val="21"/>
        </w:rPr>
        <w:t>현재</w:t>
      </w:r>
      <w:r>
        <w:rPr>
          <w:rFonts w:ascii="Pretendard" w:eastAsia="Pretendard" w:hAnsi="Pretendard" w:cs="Pretendard"/>
          <w:color w:val="1D0024"/>
          <w:sz w:val="21"/>
        </w:rPr>
        <w:t xml:space="preserve"> </w:t>
      </w:r>
      <w:r>
        <w:rPr>
          <w:rFonts w:ascii="Pretendard" w:eastAsia="Pretendard" w:hAnsi="Pretendard" w:cs="Pretendard"/>
          <w:color w:val="1D0024"/>
          <w:sz w:val="21"/>
        </w:rPr>
        <w:t>관계</w:t>
      </w:r>
      <w:r>
        <w:rPr>
          <w:rFonts w:ascii="Pretendard" w:eastAsia="Pretendard" w:hAnsi="Pretendard" w:cs="Pretendard"/>
          <w:color w:val="1D0024"/>
          <w:sz w:val="21"/>
        </w:rPr>
        <w:t xml:space="preserve"> </w:t>
      </w:r>
      <w:r>
        <w:rPr>
          <w:rFonts w:ascii="Pretendard" w:eastAsia="Pretendard" w:hAnsi="Pretendard" w:cs="Pretendard"/>
          <w:color w:val="1D0024"/>
          <w:sz w:val="21"/>
        </w:rPr>
        <w:t>단계</w:t>
      </w:r>
    </w:p>
    <w:p w14:paraId="075A8692" w14:textId="77777777" w:rsidR="004B1372" w:rsidRDefault="00BB0BE3">
      <w:pPr>
        <w:pStyle w:val="a0"/>
        <w:spacing w:after="60" w:line="312" w:lineRule="auto"/>
      </w:pPr>
      <w:r>
        <w:rPr>
          <w:rFonts w:ascii="Pretendard" w:eastAsia="Pretendard" w:hAnsi="Pretendard" w:cs="Pretendard"/>
          <w:color w:val="1D0024"/>
          <w:sz w:val="21"/>
        </w:rPr>
        <w:t>포털을</w:t>
      </w:r>
      <w:r>
        <w:rPr>
          <w:rFonts w:ascii="Pretendard" w:eastAsia="Pretendard" w:hAnsi="Pretendard" w:cs="Pretendard"/>
          <w:color w:val="1D0024"/>
          <w:sz w:val="21"/>
        </w:rPr>
        <w:t xml:space="preserve"> </w:t>
      </w:r>
      <w:r>
        <w:rPr>
          <w:rFonts w:ascii="Pretendard" w:eastAsia="Pretendard" w:hAnsi="Pretendard" w:cs="Pretendard"/>
          <w:color w:val="1D0024"/>
          <w:sz w:val="21"/>
        </w:rPr>
        <w:t>원한다면</w:t>
      </w:r>
      <w:r>
        <w:rPr>
          <w:rFonts w:ascii="Pretendard" w:eastAsia="Pretendard" w:hAnsi="Pretendard" w:cs="Pretendard"/>
          <w:color w:val="1D0024"/>
          <w:sz w:val="21"/>
        </w:rPr>
        <w:t xml:space="preserve"> </w:t>
      </w:r>
      <w:r>
        <w:rPr>
          <w:rFonts w:ascii="Pretendard" w:eastAsia="Pretendard" w:hAnsi="Pretendard" w:cs="Pretendard"/>
          <w:color w:val="1D0024"/>
          <w:sz w:val="21"/>
        </w:rPr>
        <w:t>비용</w:t>
      </w:r>
      <w:r>
        <w:rPr>
          <w:rFonts w:ascii="Pretendard" w:eastAsia="Pretendard" w:hAnsi="Pretendard" w:cs="Pretendard"/>
          <w:color w:val="1D0024"/>
          <w:sz w:val="21"/>
        </w:rPr>
        <w:t xml:space="preserve"> </w:t>
      </w:r>
      <w:r>
        <w:rPr>
          <w:rFonts w:ascii="Pretendard" w:eastAsia="Pretendard" w:hAnsi="Pretendard" w:cs="Pretendard"/>
          <w:color w:val="1D0024"/>
          <w:sz w:val="21"/>
        </w:rPr>
        <w:t>분담이나</w:t>
      </w:r>
      <w:r>
        <w:rPr>
          <w:rFonts w:ascii="Pretendard" w:eastAsia="Pretendard" w:hAnsi="Pretendard" w:cs="Pretendard"/>
          <w:color w:val="1D0024"/>
          <w:sz w:val="21"/>
        </w:rPr>
        <w:t xml:space="preserve"> </w:t>
      </w:r>
      <w:r>
        <w:rPr>
          <w:rFonts w:ascii="Pretendard" w:eastAsia="Pretendard" w:hAnsi="Pretendard" w:cs="Pretendard"/>
          <w:color w:val="1D0024"/>
          <w:sz w:val="21"/>
        </w:rPr>
        <w:t>투자</w:t>
      </w:r>
      <w:r>
        <w:rPr>
          <w:rFonts w:ascii="Pretendard" w:eastAsia="Pretendard" w:hAnsi="Pretendard" w:cs="Pretendard"/>
          <w:color w:val="1D0024"/>
          <w:sz w:val="21"/>
        </w:rPr>
        <w:t xml:space="preserve"> </w:t>
      </w:r>
      <w:r>
        <w:rPr>
          <w:rFonts w:ascii="Pretendard" w:eastAsia="Pretendard" w:hAnsi="Pretendard" w:cs="Pretendard"/>
          <w:color w:val="1D0024"/>
          <w:sz w:val="21"/>
        </w:rPr>
        <w:t>의향</w:t>
      </w:r>
    </w:p>
    <w:p w14:paraId="36E94B95" w14:textId="77777777" w:rsidR="004B1372" w:rsidRDefault="00BB0BE3">
      <w:pPr>
        <w:keepNext/>
        <w:spacing w:before="360" w:after="160"/>
      </w:pPr>
      <w:r>
        <w:rPr>
          <w:rFonts w:ascii="Pretendard" w:eastAsia="Pretendard" w:hAnsi="Pretendard" w:cs="Pretendard"/>
          <w:b/>
          <w:color w:val="1D0024"/>
          <w:sz w:val="32"/>
        </w:rPr>
        <w:t xml:space="preserve">10. </w:t>
      </w:r>
      <w:r>
        <w:rPr>
          <w:rFonts w:ascii="Pretendard" w:eastAsia="Pretendard" w:hAnsi="Pretendard" w:cs="Pretendard"/>
          <w:b/>
          <w:color w:val="1D0024"/>
          <w:sz w:val="32"/>
        </w:rPr>
        <w:t>다음</w:t>
      </w:r>
      <w:r>
        <w:rPr>
          <w:rFonts w:ascii="Pretendard" w:eastAsia="Pretendard" w:hAnsi="Pretendard" w:cs="Pretendard"/>
          <w:b/>
          <w:color w:val="1D0024"/>
          <w:sz w:val="32"/>
        </w:rPr>
        <w:t xml:space="preserve"> </w:t>
      </w:r>
      <w:r>
        <w:rPr>
          <w:rFonts w:ascii="Pretendard" w:eastAsia="Pretendard" w:hAnsi="Pretendard" w:cs="Pretendard"/>
          <w:b/>
          <w:color w:val="1D0024"/>
          <w:sz w:val="32"/>
        </w:rPr>
        <w:t>액션</w:t>
      </w:r>
    </w:p>
    <w:tbl>
      <w:tblPr>
        <w:tblStyle w:val="af9"/>
        <w:tblW w:w="0" w:type="auto"/>
        <w:jc w:val="center"/>
        <w:tblLayout w:type="fixed"/>
        <w:tblLook w:val="04A0" w:firstRow="1" w:lastRow="0" w:firstColumn="1" w:lastColumn="0" w:noHBand="0" w:noVBand="1"/>
      </w:tblPr>
      <w:tblGrid>
        <w:gridCol w:w="1361"/>
        <w:gridCol w:w="6009"/>
        <w:gridCol w:w="2268"/>
      </w:tblGrid>
      <w:tr w:rsidR="004B1372" w14:paraId="630C842F" w14:textId="77777777">
        <w:trPr>
          <w:cantSplit/>
          <w:tblHeader/>
          <w:jc w:val="center"/>
        </w:trPr>
        <w:tc>
          <w:tcPr>
            <w:tcW w:w="1361" w:type="dxa"/>
            <w:shd w:val="clear" w:color="auto" w:fill="1D0024"/>
          </w:tcPr>
          <w:p w14:paraId="2F0563FA" w14:textId="77777777" w:rsidR="004B1372" w:rsidRDefault="00BB0BE3">
            <w:r>
              <w:rPr>
                <w:rFonts w:ascii="Pretendard" w:eastAsia="Pretendard" w:hAnsi="Pretendard" w:cs="Pretendard"/>
                <w:b/>
                <w:color w:val="FFFFFF"/>
                <w:sz w:val="19"/>
              </w:rPr>
              <w:t>날짜</w:t>
            </w:r>
          </w:p>
        </w:tc>
        <w:tc>
          <w:tcPr>
            <w:tcW w:w="6009" w:type="dxa"/>
            <w:shd w:val="clear" w:color="auto" w:fill="1D0024"/>
          </w:tcPr>
          <w:p w14:paraId="7CD94748" w14:textId="77777777" w:rsidR="004B1372" w:rsidRDefault="00BB0BE3">
            <w:r>
              <w:rPr>
                <w:rFonts w:ascii="Pretendard" w:eastAsia="Pretendard" w:hAnsi="Pretendard" w:cs="Pretendard"/>
                <w:b/>
                <w:color w:val="FFFFFF"/>
                <w:sz w:val="19"/>
              </w:rPr>
              <w:t>할</w:t>
            </w:r>
            <w:r>
              <w:rPr>
                <w:rFonts w:ascii="Pretendard" w:eastAsia="Pretendard" w:hAnsi="Pretendard" w:cs="Pretendard"/>
                <w:b/>
                <w:color w:val="FFFFFF"/>
                <w:sz w:val="19"/>
              </w:rPr>
              <w:t xml:space="preserve"> </w:t>
            </w:r>
            <w:r>
              <w:rPr>
                <w:rFonts w:ascii="Pretendard" w:eastAsia="Pretendard" w:hAnsi="Pretendard" w:cs="Pretendard"/>
                <w:b/>
                <w:color w:val="FFFFFF"/>
                <w:sz w:val="19"/>
              </w:rPr>
              <w:t>일</w:t>
            </w:r>
          </w:p>
        </w:tc>
        <w:tc>
          <w:tcPr>
            <w:tcW w:w="2268" w:type="dxa"/>
            <w:shd w:val="clear" w:color="auto" w:fill="1D0024"/>
          </w:tcPr>
          <w:p w14:paraId="369090B7" w14:textId="77777777" w:rsidR="004B1372" w:rsidRDefault="00BB0BE3">
            <w:r>
              <w:rPr>
                <w:rFonts w:ascii="Pretendard" w:eastAsia="Pretendard" w:hAnsi="Pretendard" w:cs="Pretendard"/>
                <w:b/>
                <w:color w:val="FFFFFF"/>
                <w:sz w:val="19"/>
              </w:rPr>
              <w:t>담당</w:t>
            </w:r>
          </w:p>
        </w:tc>
      </w:tr>
      <w:tr w:rsidR="004B1372" w14:paraId="6D4D4E37" w14:textId="77777777">
        <w:trPr>
          <w:jc w:val="center"/>
        </w:trPr>
        <w:tc>
          <w:tcPr>
            <w:tcW w:w="1361" w:type="dxa"/>
          </w:tcPr>
          <w:p w14:paraId="7237F8C1" w14:textId="77777777" w:rsidR="004B1372" w:rsidRDefault="00BB0BE3">
            <w:r>
              <w:rPr>
                <w:rFonts w:ascii="Pretendard" w:eastAsia="Pretendard" w:hAnsi="Pretendard" w:cs="Pretendard"/>
                <w:b/>
                <w:color w:val="1D0024"/>
                <w:sz w:val="19"/>
              </w:rPr>
              <w:t>9/15(</w:t>
            </w:r>
            <w:r>
              <w:rPr>
                <w:rFonts w:ascii="Pretendard" w:eastAsia="Pretendard" w:hAnsi="Pretendard" w:cs="Pretendard"/>
                <w:b/>
                <w:color w:val="1D0024"/>
                <w:sz w:val="19"/>
              </w:rPr>
              <w:t>화</w:t>
            </w:r>
            <w:r>
              <w:rPr>
                <w:rFonts w:ascii="Pretendard" w:eastAsia="Pretendard" w:hAnsi="Pretendard" w:cs="Pretendard"/>
                <w:b/>
                <w:color w:val="1D0024"/>
                <w:sz w:val="19"/>
              </w:rPr>
              <w:t>)</w:t>
            </w:r>
          </w:p>
        </w:tc>
        <w:tc>
          <w:tcPr>
            <w:tcW w:w="6009" w:type="dxa"/>
          </w:tcPr>
          <w:p w14:paraId="684F03B7" w14:textId="77777777" w:rsidR="004B1372" w:rsidRDefault="00BB0BE3">
            <w:r>
              <w:rPr>
                <w:rFonts w:ascii="Pretendard" w:eastAsia="Pretendard" w:hAnsi="Pretendard" w:cs="Pretendard"/>
                <w:color w:val="1D0024"/>
                <w:sz w:val="19"/>
              </w:rPr>
              <w:t>사이트</w:t>
            </w:r>
            <w:r>
              <w:rPr>
                <w:rFonts w:ascii="Pretendard" w:eastAsia="Pretendard" w:hAnsi="Pretendard" w:cs="Pretendard"/>
                <w:color w:val="1D0024"/>
                <w:sz w:val="19"/>
              </w:rPr>
              <w:t xml:space="preserve"> URL management </w:t>
            </w:r>
            <w:r>
              <w:rPr>
                <w:rFonts w:ascii="Pretendard" w:eastAsia="Pretendard" w:hAnsi="Pretendard" w:cs="Pretendard"/>
                <w:color w:val="1D0024"/>
                <w:sz w:val="19"/>
              </w:rPr>
              <w:t>방</w:t>
            </w:r>
            <w:r>
              <w:rPr>
                <w:rFonts w:ascii="Pretendard" w:eastAsia="Pretendard" w:hAnsi="Pretendard" w:cs="Pretendard"/>
                <w:color w:val="1D0024"/>
                <w:sz w:val="19"/>
              </w:rPr>
              <w:t xml:space="preserve"> </w:t>
            </w:r>
            <w:r>
              <w:rPr>
                <w:rFonts w:ascii="Pretendard" w:eastAsia="Pretendard" w:hAnsi="Pretendard" w:cs="Pretendard"/>
                <w:color w:val="1D0024"/>
                <w:sz w:val="19"/>
              </w:rPr>
              <w:t>공유</w:t>
            </w:r>
          </w:p>
        </w:tc>
        <w:tc>
          <w:tcPr>
            <w:tcW w:w="2268" w:type="dxa"/>
          </w:tcPr>
          <w:p w14:paraId="3A4E6A35" w14:textId="77777777" w:rsidR="004B1372" w:rsidRDefault="00BB0BE3">
            <w:r>
              <w:rPr>
                <w:rFonts w:ascii="Pretendard" w:eastAsia="Pretendard" w:hAnsi="Pretendard" w:cs="Pretendard"/>
                <w:color w:val="1D0024"/>
                <w:sz w:val="19"/>
              </w:rPr>
              <w:t>감본부장</w:t>
            </w:r>
          </w:p>
        </w:tc>
      </w:tr>
      <w:tr w:rsidR="004B1372" w14:paraId="3727EFB8" w14:textId="77777777">
        <w:trPr>
          <w:jc w:val="center"/>
        </w:trPr>
        <w:tc>
          <w:tcPr>
            <w:tcW w:w="1361" w:type="dxa"/>
          </w:tcPr>
          <w:p w14:paraId="49BE8173" w14:textId="77777777" w:rsidR="004B1372" w:rsidRDefault="00BB0BE3">
            <w:r>
              <w:rPr>
                <w:rFonts w:ascii="Pretendard" w:eastAsia="Pretendard" w:hAnsi="Pretendard" w:cs="Pretendard"/>
                <w:b/>
                <w:color w:val="1D0024"/>
                <w:sz w:val="19"/>
              </w:rPr>
              <w:t>9/16(</w:t>
            </w:r>
            <w:r>
              <w:rPr>
                <w:rFonts w:ascii="Pretendard" w:eastAsia="Pretendard" w:hAnsi="Pretendard" w:cs="Pretendard"/>
                <w:b/>
                <w:color w:val="1D0024"/>
                <w:sz w:val="19"/>
              </w:rPr>
              <w:t>수</w:t>
            </w:r>
            <w:r>
              <w:rPr>
                <w:rFonts w:ascii="Pretendard" w:eastAsia="Pretendard" w:hAnsi="Pretendard" w:cs="Pretendard"/>
                <w:b/>
                <w:color w:val="1D0024"/>
                <w:sz w:val="19"/>
              </w:rPr>
              <w:t>)</w:t>
            </w:r>
          </w:p>
        </w:tc>
        <w:tc>
          <w:tcPr>
            <w:tcW w:w="6009" w:type="dxa"/>
          </w:tcPr>
          <w:p w14:paraId="2C790127" w14:textId="77777777" w:rsidR="004B1372" w:rsidRDefault="00BB0BE3">
            <w:r>
              <w:rPr>
                <w:rFonts w:ascii="Pretendard" w:eastAsia="Pretendard" w:hAnsi="Pretendard" w:cs="Pretendard"/>
                <w:color w:val="1D0024"/>
                <w:sz w:val="19"/>
              </w:rPr>
              <w:t>이</w:t>
            </w:r>
            <w:r>
              <w:rPr>
                <w:rFonts w:ascii="Pretendard" w:eastAsia="Pretendard" w:hAnsi="Pretendard" w:cs="Pretendard"/>
                <w:color w:val="1D0024"/>
                <w:sz w:val="19"/>
              </w:rPr>
              <w:t xml:space="preserve"> </w:t>
            </w:r>
            <w:r>
              <w:rPr>
                <w:rFonts w:ascii="Pretendard" w:eastAsia="Pretendard" w:hAnsi="Pretendard" w:cs="Pretendard"/>
                <w:color w:val="1D0024"/>
                <w:sz w:val="19"/>
              </w:rPr>
              <w:t>문서</w:t>
            </w:r>
            <w:r>
              <w:rPr>
                <w:rFonts w:ascii="Pretendard" w:eastAsia="Pretendard" w:hAnsi="Pretendard" w:cs="Pretendard"/>
                <w:color w:val="1D0024"/>
                <w:sz w:val="19"/>
              </w:rPr>
              <w:t xml:space="preserve"> </w:t>
            </w:r>
            <w:r>
              <w:rPr>
                <w:rFonts w:ascii="Pretendard" w:eastAsia="Pretendard" w:hAnsi="Pretendard" w:cs="Pretendard"/>
                <w:color w:val="1D0024"/>
                <w:sz w:val="19"/>
              </w:rPr>
              <w:t>대표</w:t>
            </w:r>
            <w:r>
              <w:rPr>
                <w:rFonts w:ascii="Pretendard" w:eastAsia="Pretendard" w:hAnsi="Pretendard" w:cs="Pretendard"/>
                <w:color w:val="1D0024"/>
                <w:sz w:val="19"/>
              </w:rPr>
              <w:t xml:space="preserve"> </w:t>
            </w:r>
            <w:r>
              <w:rPr>
                <w:rFonts w:ascii="Pretendard" w:eastAsia="Pretendard" w:hAnsi="Pretendard" w:cs="Pretendard"/>
                <w:color w:val="1D0024"/>
                <w:sz w:val="19"/>
              </w:rPr>
              <w:t>보고</w:t>
            </w:r>
            <w:r>
              <w:rPr>
                <w:rFonts w:ascii="Pretendard" w:eastAsia="Pretendard" w:hAnsi="Pretendard" w:cs="Pretendard"/>
                <w:color w:val="1D0024"/>
                <w:sz w:val="19"/>
              </w:rPr>
              <w:t>, 8</w:t>
            </w:r>
            <w:r>
              <w:rPr>
                <w:rFonts w:ascii="Pretendard" w:eastAsia="Pretendard" w:hAnsi="Pretendard" w:cs="Pretendard"/>
                <w:color w:val="1D0024"/>
                <w:sz w:val="19"/>
              </w:rPr>
              <w:t>장</w:t>
            </w:r>
            <w:r>
              <w:rPr>
                <w:rFonts w:ascii="Pretendard" w:eastAsia="Pretendard" w:hAnsi="Pretendard" w:cs="Pretendard"/>
                <w:color w:val="1D0024"/>
                <w:sz w:val="19"/>
              </w:rPr>
              <w:t xml:space="preserve"> </w:t>
            </w:r>
            <w:r>
              <w:rPr>
                <w:rFonts w:ascii="Pretendard" w:eastAsia="Pretendard" w:hAnsi="Pretendard" w:cs="Pretendard"/>
                <w:color w:val="1D0024"/>
                <w:sz w:val="19"/>
              </w:rPr>
              <w:t>안건</w:t>
            </w:r>
            <w:r>
              <w:rPr>
                <w:rFonts w:ascii="Pretendard" w:eastAsia="Pretendard" w:hAnsi="Pretendard" w:cs="Pretendard"/>
                <w:color w:val="1D0024"/>
                <w:sz w:val="19"/>
              </w:rPr>
              <w:t xml:space="preserve"> </w:t>
            </w:r>
            <w:r>
              <w:rPr>
                <w:rFonts w:ascii="Pretendard" w:eastAsia="Pretendard" w:hAnsi="Pretendard" w:cs="Pretendard"/>
                <w:color w:val="1D0024"/>
                <w:sz w:val="19"/>
              </w:rPr>
              <w:t>결정</w:t>
            </w:r>
          </w:p>
        </w:tc>
        <w:tc>
          <w:tcPr>
            <w:tcW w:w="2268" w:type="dxa"/>
          </w:tcPr>
          <w:p w14:paraId="392E0FFB" w14:textId="77777777" w:rsidR="004B1372" w:rsidRDefault="00BB0BE3">
            <w:r>
              <w:rPr>
                <w:rFonts w:ascii="Pretendard" w:eastAsia="Pretendard" w:hAnsi="Pretendard" w:cs="Pretendard"/>
                <w:color w:val="1D0024"/>
                <w:sz w:val="19"/>
              </w:rPr>
              <w:t>감본부장</w:t>
            </w:r>
            <w:r>
              <w:rPr>
                <w:rFonts w:ascii="Pretendard" w:eastAsia="Pretendard" w:hAnsi="Pretendard" w:cs="Pretendard"/>
                <w:color w:val="1D0024"/>
                <w:sz w:val="19"/>
              </w:rPr>
              <w:t xml:space="preserve"> → </w:t>
            </w:r>
            <w:r>
              <w:rPr>
                <w:rFonts w:ascii="Pretendard" w:eastAsia="Pretendard" w:hAnsi="Pretendard" w:cs="Pretendard"/>
                <w:color w:val="1D0024"/>
                <w:sz w:val="19"/>
              </w:rPr>
              <w:t>대표</w:t>
            </w:r>
          </w:p>
        </w:tc>
      </w:tr>
      <w:tr w:rsidR="004B1372" w14:paraId="0292B7A5" w14:textId="77777777">
        <w:trPr>
          <w:jc w:val="center"/>
        </w:trPr>
        <w:tc>
          <w:tcPr>
            <w:tcW w:w="1361" w:type="dxa"/>
          </w:tcPr>
          <w:p w14:paraId="12243007" w14:textId="77777777" w:rsidR="004B1372" w:rsidRDefault="00BB0BE3">
            <w:r>
              <w:rPr>
                <w:rFonts w:ascii="Pretendard" w:eastAsia="Pretendard" w:hAnsi="Pretendard" w:cs="Pretendard"/>
                <w:b/>
                <w:color w:val="1D0024"/>
                <w:sz w:val="19"/>
              </w:rPr>
              <w:t>9/17(</w:t>
            </w:r>
            <w:r>
              <w:rPr>
                <w:rFonts w:ascii="Pretendard" w:eastAsia="Pretendard" w:hAnsi="Pretendard" w:cs="Pretendard"/>
                <w:b/>
                <w:color w:val="1D0024"/>
                <w:sz w:val="19"/>
              </w:rPr>
              <w:t>목</w:t>
            </w:r>
            <w:r>
              <w:rPr>
                <w:rFonts w:ascii="Pretendard" w:eastAsia="Pretendard" w:hAnsi="Pretendard" w:cs="Pretendard"/>
                <w:b/>
                <w:color w:val="1D0024"/>
                <w:sz w:val="19"/>
              </w:rPr>
              <w:t>)</w:t>
            </w:r>
          </w:p>
        </w:tc>
        <w:tc>
          <w:tcPr>
            <w:tcW w:w="6009" w:type="dxa"/>
          </w:tcPr>
          <w:p w14:paraId="11532947" w14:textId="77777777" w:rsidR="004B1372" w:rsidRDefault="00BB0BE3">
            <w:r>
              <w:rPr>
                <w:rFonts w:ascii="Pretendard" w:eastAsia="Pretendard" w:hAnsi="Pretendard" w:cs="Pretendard"/>
                <w:color w:val="1D0024"/>
                <w:sz w:val="19"/>
              </w:rPr>
              <w:t>결정안으로</w:t>
            </w:r>
            <w:r>
              <w:rPr>
                <w:rFonts w:ascii="Pretendard" w:eastAsia="Pretendard" w:hAnsi="Pretendard" w:cs="Pretendard"/>
                <w:color w:val="1D0024"/>
                <w:sz w:val="19"/>
              </w:rPr>
              <w:t xml:space="preserve"> </w:t>
            </w:r>
            <w:r>
              <w:rPr>
                <w:rFonts w:ascii="Pretendard" w:eastAsia="Pretendard" w:hAnsi="Pretendard" w:cs="Pretendard"/>
                <w:color w:val="1D0024"/>
                <w:sz w:val="19"/>
              </w:rPr>
              <w:t>범위</w:t>
            </w:r>
            <w:r>
              <w:rPr>
                <w:rFonts w:ascii="Pretendard" w:eastAsia="Pretendard" w:hAnsi="Pretendard" w:cs="Pretendard"/>
                <w:color w:val="1D0024"/>
                <w:sz w:val="19"/>
              </w:rPr>
              <w:t xml:space="preserve"> </w:t>
            </w:r>
            <w:r>
              <w:rPr>
                <w:rFonts w:ascii="Pretendard" w:eastAsia="Pretendard" w:hAnsi="Pretendard" w:cs="Pretendard"/>
                <w:color w:val="1D0024"/>
                <w:sz w:val="19"/>
              </w:rPr>
              <w:t>문서</w:t>
            </w:r>
            <w:r>
              <w:rPr>
                <w:rFonts w:ascii="Pretendard" w:eastAsia="Pretendard" w:hAnsi="Pretendard" w:cs="Pretendard"/>
                <w:color w:val="1D0024"/>
                <w:sz w:val="19"/>
              </w:rPr>
              <w:t xml:space="preserve"> </w:t>
            </w:r>
            <w:r>
              <w:rPr>
                <w:rFonts w:ascii="Pretendard" w:eastAsia="Pretendard" w:hAnsi="Pretendard" w:cs="Pretendard"/>
                <w:color w:val="1D0024"/>
                <w:sz w:val="19"/>
              </w:rPr>
              <w:t>확정</w:t>
            </w:r>
            <w:r>
              <w:rPr>
                <w:rFonts w:ascii="Pretendard" w:eastAsia="Pretendard" w:hAnsi="Pretendard" w:cs="Pretendard"/>
                <w:color w:val="1D0024"/>
                <w:sz w:val="19"/>
              </w:rPr>
              <w:t xml:space="preserve">, </w:t>
            </w:r>
            <w:r>
              <w:rPr>
                <w:rFonts w:ascii="Pretendard" w:eastAsia="Pretendard" w:hAnsi="Pretendard" w:cs="Pretendard"/>
                <w:color w:val="1D0024"/>
                <w:sz w:val="19"/>
              </w:rPr>
              <w:t>뷰성형외과</w:t>
            </w:r>
            <w:r>
              <w:rPr>
                <w:rFonts w:ascii="Pretendard" w:eastAsia="Pretendard" w:hAnsi="Pretendard" w:cs="Pretendard"/>
                <w:color w:val="1D0024"/>
                <w:sz w:val="19"/>
              </w:rPr>
              <w:t xml:space="preserve"> </w:t>
            </w:r>
            <w:r>
              <w:rPr>
                <w:rFonts w:ascii="Pretendard" w:eastAsia="Pretendard" w:hAnsi="Pretendard" w:cs="Pretendard"/>
                <w:color w:val="1D0024"/>
                <w:sz w:val="19"/>
              </w:rPr>
              <w:t>전달</w:t>
            </w:r>
          </w:p>
        </w:tc>
        <w:tc>
          <w:tcPr>
            <w:tcW w:w="2268" w:type="dxa"/>
          </w:tcPr>
          <w:p w14:paraId="3E634D21" w14:textId="77777777" w:rsidR="004B1372" w:rsidRDefault="00BB0BE3">
            <w:r>
              <w:rPr>
                <w:rFonts w:ascii="Pretendard" w:eastAsia="Pretendard" w:hAnsi="Pretendard" w:cs="Pretendard"/>
                <w:color w:val="1D0024"/>
                <w:sz w:val="19"/>
              </w:rPr>
              <w:t>감본부장</w:t>
            </w:r>
            <w:r>
              <w:rPr>
                <w:rFonts w:ascii="Pretendard" w:eastAsia="Pretendard" w:hAnsi="Pretendard" w:cs="Pretendard"/>
                <w:color w:val="1D0024"/>
                <w:sz w:val="19"/>
              </w:rPr>
              <w:t xml:space="preserve">, </w:t>
            </w:r>
            <w:r>
              <w:rPr>
                <w:rFonts w:ascii="Pretendard" w:eastAsia="Pretendard" w:hAnsi="Pretendard" w:cs="Pretendard"/>
                <w:color w:val="1D0024"/>
                <w:sz w:val="19"/>
              </w:rPr>
              <w:t>황본부장</w:t>
            </w:r>
          </w:p>
        </w:tc>
      </w:tr>
      <w:tr w:rsidR="004B1372" w14:paraId="20B6B322" w14:textId="77777777">
        <w:trPr>
          <w:jc w:val="center"/>
        </w:trPr>
        <w:tc>
          <w:tcPr>
            <w:tcW w:w="1361" w:type="dxa"/>
          </w:tcPr>
          <w:p w14:paraId="519BE173" w14:textId="77777777" w:rsidR="004B1372" w:rsidRDefault="00BB0BE3">
            <w:r>
              <w:rPr>
                <w:rFonts w:ascii="Pretendard" w:eastAsia="Pretendard" w:hAnsi="Pretendard" w:cs="Pretendard"/>
                <w:b/>
                <w:color w:val="1D0024"/>
                <w:sz w:val="19"/>
              </w:rPr>
              <w:t>9/18(</w:t>
            </w:r>
            <w:r>
              <w:rPr>
                <w:rFonts w:ascii="Pretendard" w:eastAsia="Pretendard" w:hAnsi="Pretendard" w:cs="Pretendard"/>
                <w:b/>
                <w:color w:val="1D0024"/>
                <w:sz w:val="19"/>
              </w:rPr>
              <w:t>금</w:t>
            </w:r>
            <w:r>
              <w:rPr>
                <w:rFonts w:ascii="Pretendard" w:eastAsia="Pretendard" w:hAnsi="Pretendard" w:cs="Pretendard"/>
                <w:b/>
                <w:color w:val="1D0024"/>
                <w:sz w:val="19"/>
              </w:rPr>
              <w:t>)</w:t>
            </w:r>
          </w:p>
        </w:tc>
        <w:tc>
          <w:tcPr>
            <w:tcW w:w="6009" w:type="dxa"/>
          </w:tcPr>
          <w:p w14:paraId="6424CE92" w14:textId="77777777" w:rsidR="004B1372" w:rsidRDefault="00BB0BE3">
            <w:r>
              <w:rPr>
                <w:rFonts w:ascii="Pretendard" w:eastAsia="Pretendard" w:hAnsi="Pretendard" w:cs="Pretendard"/>
                <w:color w:val="1D0024"/>
                <w:sz w:val="19"/>
              </w:rPr>
              <w:t>연구소</w:t>
            </w:r>
            <w:r>
              <w:rPr>
                <w:rFonts w:ascii="Pretendard" w:eastAsia="Pretendard" w:hAnsi="Pretendard" w:cs="Pretendard"/>
                <w:color w:val="1D0024"/>
                <w:sz w:val="19"/>
              </w:rPr>
              <w:t xml:space="preserve"> </w:t>
            </w:r>
            <w:r>
              <w:rPr>
                <w:rFonts w:ascii="Pretendard" w:eastAsia="Pretendard" w:hAnsi="Pretendard" w:cs="Pretendard"/>
                <w:color w:val="1D0024"/>
                <w:sz w:val="19"/>
              </w:rPr>
              <w:t>회의</w:t>
            </w:r>
            <w:r>
              <w:rPr>
                <w:rFonts w:ascii="Pretendard" w:eastAsia="Pretendard" w:hAnsi="Pretendard" w:cs="Pretendard"/>
                <w:color w:val="1D0024"/>
                <w:sz w:val="19"/>
              </w:rPr>
              <w:t xml:space="preserve">: </w:t>
            </w:r>
            <w:r>
              <w:rPr>
                <w:rFonts w:ascii="Pretendard" w:eastAsia="Pretendard" w:hAnsi="Pretendard" w:cs="Pretendard"/>
                <w:color w:val="1D0024"/>
                <w:sz w:val="19"/>
              </w:rPr>
              <w:t>병원별</w:t>
            </w:r>
            <w:r>
              <w:rPr>
                <w:rFonts w:ascii="Pretendard" w:eastAsia="Pretendard" w:hAnsi="Pretendard" w:cs="Pretendard"/>
                <w:color w:val="1D0024"/>
                <w:sz w:val="19"/>
              </w:rPr>
              <w:t xml:space="preserve"> </w:t>
            </w:r>
            <w:r>
              <w:rPr>
                <w:rFonts w:ascii="Pretendard" w:eastAsia="Pretendard" w:hAnsi="Pretendard" w:cs="Pretendard"/>
                <w:color w:val="1D0024"/>
                <w:sz w:val="19"/>
              </w:rPr>
              <w:t>자동화</w:t>
            </w:r>
            <w:r>
              <w:rPr>
                <w:rFonts w:ascii="Pretendard" w:eastAsia="Pretendard" w:hAnsi="Pretendard" w:cs="Pretendard"/>
                <w:color w:val="1D0024"/>
                <w:sz w:val="19"/>
              </w:rPr>
              <w:t xml:space="preserve"> </w:t>
            </w:r>
            <w:r>
              <w:rPr>
                <w:rFonts w:ascii="Pretendard" w:eastAsia="Pretendard" w:hAnsi="Pretendard" w:cs="Pretendard"/>
                <w:color w:val="1D0024"/>
                <w:sz w:val="19"/>
              </w:rPr>
              <w:t>수준</w:t>
            </w:r>
            <w:r>
              <w:rPr>
                <w:rFonts w:ascii="Pretendard" w:eastAsia="Pretendard" w:hAnsi="Pretendard" w:cs="Pretendard"/>
                <w:color w:val="1D0024"/>
                <w:sz w:val="19"/>
              </w:rPr>
              <w:t xml:space="preserve"> </w:t>
            </w:r>
            <w:r>
              <w:rPr>
                <w:rFonts w:ascii="Pretendard" w:eastAsia="Pretendard" w:hAnsi="Pretendard" w:cs="Pretendard"/>
                <w:color w:val="1D0024"/>
                <w:sz w:val="19"/>
              </w:rPr>
              <w:t>시연</w:t>
            </w:r>
            <w:r>
              <w:rPr>
                <w:rFonts w:ascii="Pretendard" w:eastAsia="Pretendard" w:hAnsi="Pretendard" w:cs="Pretendard"/>
                <w:color w:val="1D0024"/>
                <w:sz w:val="19"/>
              </w:rPr>
              <w:t xml:space="preserve">(60~70% </w:t>
            </w:r>
            <w:r>
              <w:rPr>
                <w:rFonts w:ascii="Pretendard" w:eastAsia="Pretendard" w:hAnsi="Pretendard" w:cs="Pretendard"/>
                <w:color w:val="1D0024"/>
                <w:sz w:val="19"/>
              </w:rPr>
              <w:t>구간</w:t>
            </w:r>
            <w:r>
              <w:rPr>
                <w:rFonts w:ascii="Pretendard" w:eastAsia="Pretendard" w:hAnsi="Pretendard" w:cs="Pretendard"/>
                <w:color w:val="1D0024"/>
                <w:sz w:val="19"/>
              </w:rPr>
              <w:t xml:space="preserve"> </w:t>
            </w:r>
            <w:r>
              <w:rPr>
                <w:rFonts w:ascii="Pretendard" w:eastAsia="Pretendard" w:hAnsi="Pretendard" w:cs="Pretendard"/>
                <w:color w:val="1D0024"/>
                <w:sz w:val="19"/>
              </w:rPr>
              <w:t>사례</w:t>
            </w:r>
            <w:r>
              <w:rPr>
                <w:rFonts w:ascii="Pretendard" w:eastAsia="Pretendard" w:hAnsi="Pretendard" w:cs="Pretendard"/>
                <w:color w:val="1D0024"/>
                <w:sz w:val="19"/>
              </w:rPr>
              <w:t xml:space="preserve"> </w:t>
            </w:r>
            <w:r>
              <w:rPr>
                <w:rFonts w:ascii="Pretendard" w:eastAsia="Pretendard" w:hAnsi="Pretendard" w:cs="Pretendard"/>
                <w:color w:val="1D0024"/>
                <w:sz w:val="19"/>
              </w:rPr>
              <w:t>포함</w:t>
            </w:r>
            <w:r>
              <w:rPr>
                <w:rFonts w:ascii="Pretendard" w:eastAsia="Pretendard" w:hAnsi="Pretendard" w:cs="Pretendard"/>
                <w:color w:val="1D0024"/>
                <w:sz w:val="19"/>
              </w:rPr>
              <w:t>)</w:t>
            </w:r>
          </w:p>
        </w:tc>
        <w:tc>
          <w:tcPr>
            <w:tcW w:w="2268" w:type="dxa"/>
          </w:tcPr>
          <w:p w14:paraId="7315A70E" w14:textId="77777777" w:rsidR="004B1372" w:rsidRDefault="00BB0BE3">
            <w:r>
              <w:rPr>
                <w:rFonts w:ascii="Pretendard" w:eastAsia="Pretendard" w:hAnsi="Pretendard" w:cs="Pretendard"/>
                <w:color w:val="1D0024"/>
                <w:sz w:val="19"/>
              </w:rPr>
              <w:t>감본부장</w:t>
            </w:r>
          </w:p>
        </w:tc>
      </w:tr>
      <w:tr w:rsidR="004B1372" w14:paraId="0EE3AD9D" w14:textId="77777777">
        <w:trPr>
          <w:jc w:val="center"/>
        </w:trPr>
        <w:tc>
          <w:tcPr>
            <w:tcW w:w="1361" w:type="dxa"/>
          </w:tcPr>
          <w:p w14:paraId="1C02DA2C" w14:textId="77777777" w:rsidR="004B1372" w:rsidRDefault="00BB0BE3">
            <w:r>
              <w:rPr>
                <w:rFonts w:ascii="Pretendard" w:eastAsia="Pretendard" w:hAnsi="Pretendard" w:cs="Pretendard"/>
                <w:b/>
                <w:color w:val="1D0024"/>
                <w:sz w:val="19"/>
              </w:rPr>
              <w:t>합의</w:t>
            </w:r>
            <w:r>
              <w:rPr>
                <w:rFonts w:ascii="Pretendard" w:eastAsia="Pretendard" w:hAnsi="Pretendard" w:cs="Pretendard"/>
                <w:b/>
                <w:color w:val="1D0024"/>
                <w:sz w:val="19"/>
              </w:rPr>
              <w:t xml:space="preserve"> </w:t>
            </w:r>
            <w:r>
              <w:rPr>
                <w:rFonts w:ascii="Pretendard" w:eastAsia="Pretendard" w:hAnsi="Pretendard" w:cs="Pretendard"/>
                <w:b/>
                <w:color w:val="1D0024"/>
                <w:sz w:val="19"/>
              </w:rPr>
              <w:t>후</w:t>
            </w:r>
          </w:p>
        </w:tc>
        <w:tc>
          <w:tcPr>
            <w:tcW w:w="6009" w:type="dxa"/>
          </w:tcPr>
          <w:p w14:paraId="34789404" w14:textId="77777777" w:rsidR="004B1372" w:rsidRDefault="00BB0BE3">
            <w:r>
              <w:rPr>
                <w:rFonts w:ascii="Pretendard" w:eastAsia="Pretendard" w:hAnsi="Pretendard" w:cs="Pretendard"/>
                <w:color w:val="1D0024"/>
                <w:sz w:val="19"/>
              </w:rPr>
              <w:t>변호사</w:t>
            </w:r>
            <w:r>
              <w:rPr>
                <w:rFonts w:ascii="Pretendard" w:eastAsia="Pretendard" w:hAnsi="Pretendard" w:cs="Pretendard"/>
                <w:color w:val="1D0024"/>
                <w:sz w:val="19"/>
              </w:rPr>
              <w:t xml:space="preserve"> </w:t>
            </w:r>
            <w:r>
              <w:rPr>
                <w:rFonts w:ascii="Pretendard" w:eastAsia="Pretendard" w:hAnsi="Pretendard" w:cs="Pretendard"/>
                <w:color w:val="1D0024"/>
                <w:sz w:val="19"/>
              </w:rPr>
              <w:t>확인</w:t>
            </w:r>
            <w:r>
              <w:rPr>
                <w:rFonts w:ascii="Pretendard" w:eastAsia="Pretendard" w:hAnsi="Pretendard" w:cs="Pretendard"/>
                <w:color w:val="1D0024"/>
                <w:sz w:val="19"/>
              </w:rPr>
              <w:t xml:space="preserve"> 2</w:t>
            </w:r>
            <w:r>
              <w:rPr>
                <w:rFonts w:ascii="Pretendard" w:eastAsia="Pretendard" w:hAnsi="Pretendard" w:cs="Pretendard"/>
                <w:color w:val="1D0024"/>
                <w:sz w:val="19"/>
              </w:rPr>
              <w:t>건</w:t>
            </w:r>
            <w:r>
              <w:rPr>
                <w:rFonts w:ascii="Pretendard" w:eastAsia="Pretendard" w:hAnsi="Pretendard" w:cs="Pretendard"/>
                <w:color w:val="1D0024"/>
                <w:sz w:val="19"/>
              </w:rPr>
              <w:t xml:space="preserve"> </w:t>
            </w:r>
            <w:r>
              <w:rPr>
                <w:rFonts w:ascii="Pretendard" w:eastAsia="Pretendard" w:hAnsi="Pretendard" w:cs="Pretendard"/>
                <w:color w:val="1D0024"/>
                <w:sz w:val="19"/>
              </w:rPr>
              <w:t>요청</w:t>
            </w:r>
            <w:r>
              <w:rPr>
                <w:rFonts w:ascii="Pretendard" w:eastAsia="Pretendard" w:hAnsi="Pretendard" w:cs="Pretendard"/>
                <w:color w:val="1D0024"/>
                <w:sz w:val="19"/>
              </w:rPr>
              <w:t xml:space="preserve">, </w:t>
            </w:r>
            <w:r>
              <w:rPr>
                <w:rFonts w:ascii="Pretendard" w:eastAsia="Pretendard" w:hAnsi="Pretendard" w:cs="Pretendard"/>
                <w:color w:val="1D0024"/>
                <w:sz w:val="19"/>
              </w:rPr>
              <w:t>병원</w:t>
            </w:r>
            <w:r>
              <w:rPr>
                <w:rFonts w:ascii="Pretendard" w:eastAsia="Pretendard" w:hAnsi="Pretendard" w:cs="Pretendard"/>
                <w:color w:val="1D0024"/>
                <w:sz w:val="19"/>
              </w:rPr>
              <w:t xml:space="preserve"> </w:t>
            </w:r>
            <w:r>
              <w:rPr>
                <w:rFonts w:ascii="Pretendard" w:eastAsia="Pretendard" w:hAnsi="Pretendard" w:cs="Pretendard"/>
                <w:color w:val="1D0024"/>
                <w:sz w:val="19"/>
              </w:rPr>
              <w:t>승인</w:t>
            </w:r>
            <w:r>
              <w:rPr>
                <w:rFonts w:ascii="Pretendard" w:eastAsia="Pretendard" w:hAnsi="Pretendard" w:cs="Pretendard"/>
                <w:color w:val="1D0024"/>
                <w:sz w:val="19"/>
              </w:rPr>
              <w:t xml:space="preserve"> </w:t>
            </w:r>
            <w:r>
              <w:rPr>
                <w:rFonts w:ascii="Pretendard" w:eastAsia="Pretendard" w:hAnsi="Pretendard" w:cs="Pretendard"/>
                <w:color w:val="1D0024"/>
                <w:sz w:val="19"/>
              </w:rPr>
              <w:t>요청서</w:t>
            </w:r>
            <w:r>
              <w:rPr>
                <w:rFonts w:ascii="Pretendard" w:eastAsia="Pretendard" w:hAnsi="Pretendard" w:cs="Pretendard"/>
                <w:color w:val="1D0024"/>
                <w:sz w:val="19"/>
              </w:rPr>
              <w:t xml:space="preserve"> </w:t>
            </w:r>
            <w:r>
              <w:rPr>
                <w:rFonts w:ascii="Pretendard" w:eastAsia="Pretendard" w:hAnsi="Pretendard" w:cs="Pretendard"/>
                <w:color w:val="1D0024"/>
                <w:sz w:val="19"/>
              </w:rPr>
              <w:t>발송</w:t>
            </w:r>
          </w:p>
        </w:tc>
        <w:tc>
          <w:tcPr>
            <w:tcW w:w="2268" w:type="dxa"/>
          </w:tcPr>
          <w:p w14:paraId="10D3229D" w14:textId="77777777" w:rsidR="004B1372" w:rsidRDefault="00BB0BE3">
            <w:r>
              <w:rPr>
                <w:rFonts w:ascii="Pretendard" w:eastAsia="Pretendard" w:hAnsi="Pretendard" w:cs="Pretendard"/>
                <w:color w:val="1D0024"/>
                <w:sz w:val="19"/>
              </w:rPr>
              <w:t>감본부장</w:t>
            </w:r>
          </w:p>
        </w:tc>
      </w:tr>
    </w:tbl>
    <w:p w14:paraId="4F882BF0" w14:textId="77777777" w:rsidR="004B1372" w:rsidRDefault="004B1372">
      <w:pPr>
        <w:spacing w:after="40"/>
      </w:pPr>
    </w:p>
    <w:p w14:paraId="360A701A" w14:textId="77777777" w:rsidR="004B1372" w:rsidRDefault="00BB0BE3">
      <w:pPr>
        <w:keepNext/>
        <w:spacing w:before="360" w:after="160"/>
      </w:pPr>
      <w:r>
        <w:rPr>
          <w:rFonts w:ascii="Pretendard" w:eastAsia="Pretendard" w:hAnsi="Pretendard" w:cs="Pretendard"/>
          <w:b/>
          <w:color w:val="1D0024"/>
          <w:sz w:val="32"/>
        </w:rPr>
        <w:t>부록</w:t>
      </w:r>
      <w:r>
        <w:rPr>
          <w:rFonts w:ascii="Pretendard" w:eastAsia="Pretendard" w:hAnsi="Pretendard" w:cs="Pretendard"/>
          <w:b/>
          <w:color w:val="1D0024"/>
          <w:sz w:val="32"/>
        </w:rPr>
        <w:t xml:space="preserve">. </w:t>
      </w:r>
      <w:r>
        <w:rPr>
          <w:rFonts w:ascii="Pretendard" w:eastAsia="Pretendard" w:hAnsi="Pretendard" w:cs="Pretendard"/>
          <w:b/>
          <w:color w:val="1D0024"/>
          <w:sz w:val="32"/>
        </w:rPr>
        <w:t>출처</w:t>
      </w:r>
    </w:p>
    <w:p w14:paraId="497B6E16" w14:textId="77777777" w:rsidR="004B1372" w:rsidRDefault="00BB0BE3">
      <w:pPr>
        <w:keepNext/>
        <w:spacing w:before="200" w:after="160"/>
      </w:pPr>
      <w:r>
        <w:rPr>
          <w:rFonts w:ascii="Pretendard" w:eastAsia="Pretendard" w:hAnsi="Pretendard" w:cs="Pretendard"/>
          <w:b/>
          <w:color w:val="4F1DA1"/>
          <w:sz w:val="26"/>
        </w:rPr>
        <w:t>내부</w:t>
      </w:r>
      <w:r>
        <w:rPr>
          <w:rFonts w:ascii="Pretendard" w:eastAsia="Pretendard" w:hAnsi="Pretendard" w:cs="Pretendard"/>
          <w:b/>
          <w:color w:val="4F1DA1"/>
          <w:sz w:val="26"/>
        </w:rPr>
        <w:t xml:space="preserve"> </w:t>
      </w:r>
      <w:r>
        <w:rPr>
          <w:rFonts w:ascii="Pretendard" w:eastAsia="Pretendard" w:hAnsi="Pretendard" w:cs="Pretendard"/>
          <w:b/>
          <w:color w:val="4F1DA1"/>
          <w:sz w:val="26"/>
        </w:rPr>
        <w:t>자료</w:t>
      </w:r>
    </w:p>
    <w:p w14:paraId="1F3B1743" w14:textId="77777777" w:rsidR="004B1372" w:rsidRDefault="00BB0BE3">
      <w:pPr>
        <w:spacing w:after="40"/>
      </w:pPr>
      <w:r>
        <w:rPr>
          <w:rFonts w:ascii="Pretendard" w:eastAsia="Pretendard" w:hAnsi="Pretendard" w:cs="Pretendard"/>
          <w:color w:val="555560"/>
          <w:sz w:val="18"/>
        </w:rPr>
        <w:t>Global Medical Hub PRD v0.2: docs/prd/INFINITH_Global_Medical_Hub_PRD_v0.2.html (2026-09-09)</w:t>
      </w:r>
    </w:p>
    <w:p w14:paraId="38F833F1" w14:textId="77777777" w:rsidR="004B1372" w:rsidRDefault="00BB0BE3">
      <w:pPr>
        <w:spacing w:after="40"/>
      </w:pPr>
      <w:r>
        <w:rPr>
          <w:rFonts w:ascii="Pretendard" w:eastAsia="Pretendard" w:hAnsi="Pretendard" w:cs="Pretendard"/>
          <w:color w:val="555560"/>
          <w:sz w:val="18"/>
        </w:rPr>
        <w:t>뷰성형외과</w:t>
      </w:r>
      <w:r>
        <w:rPr>
          <w:rFonts w:ascii="Pretendard" w:eastAsia="Pretendard" w:hAnsi="Pretendard" w:cs="Pretendard"/>
          <w:color w:val="555560"/>
          <w:sz w:val="18"/>
        </w:rPr>
        <w:t xml:space="preserve"> POC </w:t>
      </w:r>
      <w:r>
        <w:rPr>
          <w:rFonts w:ascii="Pretendard" w:eastAsia="Pretendard" w:hAnsi="Pretendard" w:cs="Pretendard"/>
          <w:color w:val="555560"/>
          <w:sz w:val="18"/>
        </w:rPr>
        <w:t>제안서</w:t>
      </w:r>
      <w:r>
        <w:rPr>
          <w:rFonts w:ascii="Pretendard" w:eastAsia="Pretendard" w:hAnsi="Pretendard" w:cs="Pretendard"/>
          <w:color w:val="555560"/>
          <w:sz w:val="18"/>
        </w:rPr>
        <w:t>: docs/reports/viewclinic/02_poc_proposal/Viewclinic_POC_Proposal.pptx (2026-09-01)</w:t>
      </w:r>
    </w:p>
    <w:p w14:paraId="24ED6CC9" w14:textId="77777777" w:rsidR="004B1372" w:rsidRDefault="00BB0BE3">
      <w:pPr>
        <w:spacing w:after="40"/>
      </w:pPr>
      <w:r>
        <w:rPr>
          <w:rFonts w:ascii="Pretendard" w:eastAsia="Pretendard" w:hAnsi="Pretendard" w:cs="Pretendard"/>
          <w:color w:val="555560"/>
          <w:sz w:val="18"/>
        </w:rPr>
        <w:t>서포터즈</w:t>
      </w:r>
      <w:r>
        <w:rPr>
          <w:rFonts w:ascii="Pretendard" w:eastAsia="Pretendard" w:hAnsi="Pretendard" w:cs="Pretendard"/>
          <w:color w:val="555560"/>
          <w:sz w:val="18"/>
        </w:rPr>
        <w:t xml:space="preserve"> </w:t>
      </w:r>
      <w:r>
        <w:rPr>
          <w:rFonts w:ascii="Pretendard" w:eastAsia="Pretendard" w:hAnsi="Pretendard" w:cs="Pretendard"/>
          <w:color w:val="555560"/>
          <w:sz w:val="18"/>
        </w:rPr>
        <w:t>색인</w:t>
      </w:r>
      <w:r>
        <w:rPr>
          <w:rFonts w:ascii="Pretendard" w:eastAsia="Pretendard" w:hAnsi="Pretendard" w:cs="Pretendard"/>
          <w:color w:val="555560"/>
          <w:sz w:val="18"/>
        </w:rPr>
        <w:t xml:space="preserve"> </w:t>
      </w:r>
      <w:r>
        <w:rPr>
          <w:rFonts w:ascii="Pretendard" w:eastAsia="Pretendard" w:hAnsi="Pretendard" w:cs="Pretendard"/>
          <w:color w:val="555560"/>
          <w:sz w:val="18"/>
        </w:rPr>
        <w:t>보류</w:t>
      </w:r>
      <w:r>
        <w:rPr>
          <w:rFonts w:ascii="Pretendard" w:eastAsia="Pretendard" w:hAnsi="Pretendard" w:cs="Pretendard"/>
          <w:color w:val="555560"/>
          <w:sz w:val="18"/>
        </w:rPr>
        <w:t xml:space="preserve"> </w:t>
      </w:r>
      <w:r>
        <w:rPr>
          <w:rFonts w:ascii="Pretendard" w:eastAsia="Pretendard" w:hAnsi="Pretendard" w:cs="Pretendard"/>
          <w:color w:val="555560"/>
          <w:sz w:val="18"/>
        </w:rPr>
        <w:t>사유</w:t>
      </w:r>
      <w:r>
        <w:rPr>
          <w:rFonts w:ascii="Pretendard" w:eastAsia="Pretendard" w:hAnsi="Pretendard" w:cs="Pretendard"/>
          <w:color w:val="555560"/>
          <w:sz w:val="18"/>
        </w:rPr>
        <w:t xml:space="preserve"> </w:t>
      </w:r>
      <w:r>
        <w:rPr>
          <w:rFonts w:ascii="Pretendard" w:eastAsia="Pretendard" w:hAnsi="Pretendard" w:cs="Pretendard"/>
          <w:color w:val="555560"/>
          <w:sz w:val="18"/>
        </w:rPr>
        <w:t>보고</w:t>
      </w:r>
      <w:r>
        <w:rPr>
          <w:rFonts w:ascii="Pretendard" w:eastAsia="Pretendard" w:hAnsi="Pretendard" w:cs="Pretendard"/>
          <w:color w:val="555560"/>
          <w:sz w:val="18"/>
        </w:rPr>
        <w:t>: docs/business/INFINITH_</w:t>
      </w:r>
      <w:r>
        <w:rPr>
          <w:rFonts w:ascii="Pretendard" w:eastAsia="Pretendard" w:hAnsi="Pretendard" w:cs="Pretendard"/>
          <w:color w:val="555560"/>
          <w:sz w:val="18"/>
        </w:rPr>
        <w:t>서포터즈</w:t>
      </w:r>
      <w:r>
        <w:rPr>
          <w:rFonts w:ascii="Pretendard" w:eastAsia="Pretendard" w:hAnsi="Pretendard" w:cs="Pretendard"/>
          <w:color w:val="555560"/>
          <w:sz w:val="18"/>
        </w:rPr>
        <w:t>_</w:t>
      </w:r>
      <w:r>
        <w:rPr>
          <w:rFonts w:ascii="Pretendard" w:eastAsia="Pretendard" w:hAnsi="Pretendard" w:cs="Pretendard"/>
          <w:color w:val="555560"/>
          <w:sz w:val="18"/>
        </w:rPr>
        <w:t>색인보류</w:t>
      </w:r>
      <w:r>
        <w:rPr>
          <w:rFonts w:ascii="Pretendard" w:eastAsia="Pretendard" w:hAnsi="Pretendard" w:cs="Pretendard"/>
          <w:color w:val="555560"/>
          <w:sz w:val="18"/>
        </w:rPr>
        <w:t>_</w:t>
      </w:r>
      <w:r>
        <w:rPr>
          <w:rFonts w:ascii="Pretendard" w:eastAsia="Pretendard" w:hAnsi="Pretendard" w:cs="Pretendard"/>
          <w:color w:val="555560"/>
          <w:sz w:val="18"/>
        </w:rPr>
        <w:t>사유보고</w:t>
      </w:r>
      <w:r>
        <w:rPr>
          <w:rFonts w:ascii="Pretendard" w:eastAsia="Pretendard" w:hAnsi="Pretendard" w:cs="Pretendard"/>
          <w:color w:val="555560"/>
          <w:sz w:val="18"/>
        </w:rPr>
        <w:t>_2026-09-14.docx</w:t>
      </w:r>
    </w:p>
    <w:p w14:paraId="43731264" w14:textId="77777777" w:rsidR="004B1372" w:rsidRDefault="00BB0BE3">
      <w:pPr>
        <w:spacing w:after="40"/>
      </w:pPr>
      <w:r>
        <w:rPr>
          <w:rFonts w:ascii="Pretendard" w:eastAsia="Pretendard" w:hAnsi="Pretendard" w:cs="Pretendard"/>
          <w:color w:val="555560"/>
          <w:sz w:val="18"/>
        </w:rPr>
        <w:t>답변엔진</w:t>
      </w:r>
      <w:r>
        <w:rPr>
          <w:rFonts w:ascii="Pretendard" w:eastAsia="Pretendard" w:hAnsi="Pretendard" w:cs="Pretendard"/>
          <w:color w:val="555560"/>
          <w:sz w:val="18"/>
        </w:rPr>
        <w:t xml:space="preserve"> </w:t>
      </w:r>
      <w:r>
        <w:rPr>
          <w:rFonts w:ascii="Pretendard" w:eastAsia="Pretendard" w:hAnsi="Pretendard" w:cs="Pretendard"/>
          <w:color w:val="555560"/>
          <w:sz w:val="18"/>
        </w:rPr>
        <w:t>확장</w:t>
      </w:r>
      <w:r>
        <w:rPr>
          <w:rFonts w:ascii="Pretendard" w:eastAsia="Pretendard" w:hAnsi="Pretendard" w:cs="Pretendard"/>
          <w:color w:val="555560"/>
          <w:sz w:val="18"/>
        </w:rPr>
        <w:t xml:space="preserve"> </w:t>
      </w:r>
      <w:r>
        <w:rPr>
          <w:rFonts w:ascii="Pretendard" w:eastAsia="Pretendard" w:hAnsi="Pretendard" w:cs="Pretendard"/>
          <w:color w:val="555560"/>
          <w:sz w:val="18"/>
        </w:rPr>
        <w:t>검토</w:t>
      </w:r>
      <w:r>
        <w:rPr>
          <w:rFonts w:ascii="Pretendard" w:eastAsia="Pretendard" w:hAnsi="Pretendard" w:cs="Pretendard"/>
          <w:color w:val="555560"/>
          <w:sz w:val="18"/>
        </w:rPr>
        <w:t xml:space="preserve"> </w:t>
      </w:r>
      <w:r>
        <w:rPr>
          <w:rFonts w:ascii="Pretendard" w:eastAsia="Pretendard" w:hAnsi="Pretendard" w:cs="Pretendard"/>
          <w:color w:val="555560"/>
          <w:sz w:val="18"/>
        </w:rPr>
        <w:t>보고서</w:t>
      </w:r>
      <w:r>
        <w:rPr>
          <w:rFonts w:ascii="Pretendard" w:eastAsia="Pretendard" w:hAnsi="Pretendard" w:cs="Pretendard"/>
          <w:color w:val="555560"/>
          <w:sz w:val="18"/>
        </w:rPr>
        <w:t>: docs/reports/answer_engines/INFINITH_</w:t>
      </w:r>
      <w:r>
        <w:rPr>
          <w:rFonts w:ascii="Pretendard" w:eastAsia="Pretendard" w:hAnsi="Pretendard" w:cs="Pretendard"/>
          <w:color w:val="555560"/>
          <w:sz w:val="18"/>
        </w:rPr>
        <w:t>답변엔진</w:t>
      </w:r>
      <w:r>
        <w:rPr>
          <w:rFonts w:ascii="Pretendard" w:eastAsia="Pretendard" w:hAnsi="Pretendard" w:cs="Pretendard"/>
          <w:color w:val="555560"/>
          <w:sz w:val="18"/>
        </w:rPr>
        <w:t>_</w:t>
      </w:r>
      <w:r>
        <w:rPr>
          <w:rFonts w:ascii="Pretendard" w:eastAsia="Pretendard" w:hAnsi="Pretendard" w:cs="Pretendard"/>
          <w:color w:val="555560"/>
          <w:sz w:val="18"/>
        </w:rPr>
        <w:t>확장검토</w:t>
      </w:r>
      <w:r>
        <w:rPr>
          <w:rFonts w:ascii="Pretendard" w:eastAsia="Pretendard" w:hAnsi="Pretendard" w:cs="Pretendard"/>
          <w:color w:val="555560"/>
          <w:sz w:val="18"/>
        </w:rPr>
        <w:t>_2026-09-15.docx</w:t>
      </w:r>
    </w:p>
    <w:p w14:paraId="30956916" w14:textId="77777777" w:rsidR="004B1372" w:rsidRDefault="00BB0BE3">
      <w:pPr>
        <w:spacing w:after="40"/>
      </w:pPr>
      <w:r>
        <w:rPr>
          <w:rFonts w:ascii="Pretendard" w:eastAsia="Pretendard" w:hAnsi="Pretendard" w:cs="Pretendard"/>
          <w:color w:val="555560"/>
          <w:sz w:val="18"/>
        </w:rPr>
        <w:t xml:space="preserve">AI </w:t>
      </w:r>
      <w:r>
        <w:rPr>
          <w:rFonts w:ascii="Pretendard" w:eastAsia="Pretendard" w:hAnsi="Pretendard" w:cs="Pretendard"/>
          <w:color w:val="555560"/>
          <w:sz w:val="18"/>
        </w:rPr>
        <w:t>답변</w:t>
      </w:r>
      <w:r>
        <w:rPr>
          <w:rFonts w:ascii="Pretendard" w:eastAsia="Pretendard" w:hAnsi="Pretendard" w:cs="Pretendard"/>
          <w:color w:val="555560"/>
          <w:sz w:val="18"/>
        </w:rPr>
        <w:t xml:space="preserve"> </w:t>
      </w:r>
      <w:r>
        <w:rPr>
          <w:rFonts w:ascii="Pretendard" w:eastAsia="Pretendard" w:hAnsi="Pretendard" w:cs="Pretendard"/>
          <w:color w:val="555560"/>
          <w:sz w:val="18"/>
        </w:rPr>
        <w:t>인용</w:t>
      </w:r>
      <w:r>
        <w:rPr>
          <w:rFonts w:ascii="Pretendard" w:eastAsia="Pretendard" w:hAnsi="Pretendard" w:cs="Pretendard"/>
          <w:color w:val="555560"/>
          <w:sz w:val="18"/>
        </w:rPr>
        <w:t xml:space="preserve"> </w:t>
      </w:r>
      <w:r>
        <w:rPr>
          <w:rFonts w:ascii="Pretendard" w:eastAsia="Pretendard" w:hAnsi="Pretendard" w:cs="Pretendard"/>
          <w:color w:val="555560"/>
          <w:sz w:val="18"/>
        </w:rPr>
        <w:t>원자료</w:t>
      </w:r>
      <w:r>
        <w:rPr>
          <w:rFonts w:ascii="Pretendard" w:eastAsia="Pretendard" w:hAnsi="Pretendard" w:cs="Pretendard"/>
          <w:color w:val="555560"/>
          <w:sz w:val="18"/>
        </w:rPr>
        <w:t>: scripts/out/qb_openai_results.jsonl, qb_perplexity_results.jsonl (2026-09-01), docs/reports/viewclinic/05_global_en/qb_en_*_results.jsonl (2026-09-10)</w:t>
      </w:r>
    </w:p>
    <w:p w14:paraId="6EED33E7" w14:textId="77777777" w:rsidR="004B1372" w:rsidRDefault="00BB0BE3">
      <w:pPr>
        <w:keepNext/>
        <w:spacing w:before="200" w:after="160"/>
      </w:pPr>
      <w:r>
        <w:rPr>
          <w:rFonts w:ascii="Pretendard" w:eastAsia="Pretendard" w:hAnsi="Pretendard" w:cs="Pretendard"/>
          <w:b/>
          <w:color w:val="4F1DA1"/>
          <w:sz w:val="26"/>
        </w:rPr>
        <w:t>시장</w:t>
      </w:r>
      <w:r>
        <w:rPr>
          <w:rFonts w:ascii="Pretendard" w:eastAsia="Pretendard" w:hAnsi="Pretendard" w:cs="Pretendard"/>
          <w:b/>
          <w:color w:val="4F1DA1"/>
          <w:sz w:val="26"/>
        </w:rPr>
        <w:t>·</w:t>
      </w:r>
      <w:r>
        <w:rPr>
          <w:rFonts w:ascii="Pretendard" w:eastAsia="Pretendard" w:hAnsi="Pretendard" w:cs="Pretendard"/>
          <w:b/>
          <w:color w:val="4F1DA1"/>
          <w:sz w:val="26"/>
        </w:rPr>
        <w:t>규제</w:t>
      </w:r>
    </w:p>
    <w:p w14:paraId="1CED06A0" w14:textId="77777777" w:rsidR="004B1372" w:rsidRDefault="00BB0BE3">
      <w:pPr>
        <w:spacing w:after="40"/>
      </w:pPr>
      <w:r>
        <w:rPr>
          <w:rFonts w:ascii="Pretendard" w:eastAsia="Pretendard" w:hAnsi="Pretendard" w:cs="Pretendard"/>
          <w:color w:val="555560"/>
          <w:sz w:val="18"/>
        </w:rPr>
        <w:t>보건복지부</w:t>
      </w:r>
      <w:r>
        <w:rPr>
          <w:rFonts w:ascii="Pretendard" w:eastAsia="Pretendard" w:hAnsi="Pretendard" w:cs="Pretendard"/>
          <w:color w:val="555560"/>
          <w:sz w:val="18"/>
        </w:rPr>
        <w:t xml:space="preserve"> 2025 </w:t>
      </w:r>
      <w:r>
        <w:rPr>
          <w:rFonts w:ascii="Pretendard" w:eastAsia="Pretendard" w:hAnsi="Pretendard" w:cs="Pretendard"/>
          <w:color w:val="555560"/>
          <w:sz w:val="18"/>
        </w:rPr>
        <w:t>외국인환자</w:t>
      </w:r>
      <w:r>
        <w:rPr>
          <w:rFonts w:ascii="Pretendard" w:eastAsia="Pretendard" w:hAnsi="Pretendard" w:cs="Pretendard"/>
          <w:color w:val="555560"/>
          <w:sz w:val="18"/>
        </w:rPr>
        <w:t xml:space="preserve"> </w:t>
      </w:r>
      <w:r>
        <w:rPr>
          <w:rFonts w:ascii="Pretendard" w:eastAsia="Pretendard" w:hAnsi="Pretendard" w:cs="Pretendard"/>
          <w:color w:val="555560"/>
          <w:sz w:val="18"/>
        </w:rPr>
        <w:t>유치</w:t>
      </w:r>
      <w:r>
        <w:rPr>
          <w:rFonts w:ascii="Pretendard" w:eastAsia="Pretendard" w:hAnsi="Pretendard" w:cs="Pretendard"/>
          <w:color w:val="555560"/>
          <w:sz w:val="18"/>
        </w:rPr>
        <w:t xml:space="preserve"> </w:t>
      </w:r>
      <w:r>
        <w:rPr>
          <w:rFonts w:ascii="Pretendard" w:eastAsia="Pretendard" w:hAnsi="Pretendard" w:cs="Pretendard"/>
          <w:color w:val="555560"/>
          <w:sz w:val="18"/>
        </w:rPr>
        <w:t>실적</w:t>
      </w:r>
      <w:r>
        <w:rPr>
          <w:rFonts w:ascii="Pretendard" w:eastAsia="Pretendard" w:hAnsi="Pretendard" w:cs="Pretendard"/>
          <w:color w:val="555560"/>
          <w:sz w:val="18"/>
        </w:rPr>
        <w:t xml:space="preserve"> https://www.mohw.go.kr/board.es?mid=a10503010100&amp;bid=0027&amp;act=view&amp;list_no=1490280 (2026-04)</w:t>
      </w:r>
    </w:p>
    <w:p w14:paraId="4C23FC92" w14:textId="77777777" w:rsidR="004B1372" w:rsidRDefault="00BB0BE3">
      <w:pPr>
        <w:spacing w:after="40"/>
      </w:pPr>
      <w:r>
        <w:rPr>
          <w:rFonts w:ascii="Pretendard" w:eastAsia="Pretendard" w:hAnsi="Pretendard" w:cs="Pretendard"/>
          <w:color w:val="555560"/>
          <w:sz w:val="18"/>
        </w:rPr>
        <w:t>보건복지부</w:t>
      </w:r>
      <w:r>
        <w:rPr>
          <w:rFonts w:ascii="Pretendard" w:eastAsia="Pretendard" w:hAnsi="Pretendard" w:cs="Pretendard"/>
          <w:color w:val="555560"/>
          <w:sz w:val="18"/>
        </w:rPr>
        <w:t xml:space="preserve"> 2024 </w:t>
      </w:r>
      <w:r>
        <w:rPr>
          <w:rFonts w:ascii="Pretendard" w:eastAsia="Pretendard" w:hAnsi="Pretendard" w:cs="Pretendard"/>
          <w:color w:val="555560"/>
          <w:sz w:val="18"/>
        </w:rPr>
        <w:t>실적</w:t>
      </w:r>
      <w:r>
        <w:rPr>
          <w:rFonts w:ascii="Pretendard" w:eastAsia="Pretendard" w:hAnsi="Pretendard" w:cs="Pretendard"/>
          <w:color w:val="555560"/>
          <w:sz w:val="18"/>
        </w:rPr>
        <w:t xml:space="preserve"> https://www.mohw.go.kr/board.es?mid=a10503000000&amp;bid=0027&amp;act=view&amp;list_no=1485191 (2025-04)</w:t>
      </w:r>
    </w:p>
    <w:p w14:paraId="1B9D3BB7" w14:textId="77777777" w:rsidR="004B1372" w:rsidRDefault="00BB0BE3">
      <w:pPr>
        <w:spacing w:after="40"/>
      </w:pPr>
      <w:r>
        <w:rPr>
          <w:rFonts w:ascii="Pretendard" w:eastAsia="Pretendard" w:hAnsi="Pretendard" w:cs="Pretendard"/>
          <w:color w:val="555560"/>
          <w:sz w:val="18"/>
        </w:rPr>
        <w:t xml:space="preserve">2026 </w:t>
      </w:r>
      <w:r>
        <w:rPr>
          <w:rFonts w:ascii="Pretendard" w:eastAsia="Pretendard" w:hAnsi="Pretendard" w:cs="Pretendard"/>
          <w:color w:val="555560"/>
          <w:sz w:val="18"/>
        </w:rPr>
        <w:t>상반기</w:t>
      </w:r>
      <w:r>
        <w:rPr>
          <w:rFonts w:ascii="Pretendard" w:eastAsia="Pretendard" w:hAnsi="Pretendard" w:cs="Pretendard"/>
          <w:color w:val="555560"/>
          <w:sz w:val="18"/>
        </w:rPr>
        <w:t xml:space="preserve"> </w:t>
      </w:r>
      <w:r>
        <w:rPr>
          <w:rFonts w:ascii="Pretendard" w:eastAsia="Pretendard" w:hAnsi="Pretendard" w:cs="Pretendard"/>
          <w:color w:val="555560"/>
          <w:sz w:val="18"/>
        </w:rPr>
        <w:t>외국인</w:t>
      </w:r>
      <w:r>
        <w:rPr>
          <w:rFonts w:ascii="Pretendard" w:eastAsia="Pretendard" w:hAnsi="Pretendard" w:cs="Pretendard"/>
          <w:color w:val="555560"/>
          <w:sz w:val="18"/>
        </w:rPr>
        <w:t xml:space="preserve"> </w:t>
      </w:r>
      <w:r>
        <w:rPr>
          <w:rFonts w:ascii="Pretendard" w:eastAsia="Pretendard" w:hAnsi="Pretendard" w:cs="Pretendard"/>
          <w:color w:val="555560"/>
          <w:sz w:val="18"/>
        </w:rPr>
        <w:t>카드</w:t>
      </w:r>
      <w:r>
        <w:rPr>
          <w:rFonts w:ascii="Pretendard" w:eastAsia="Pretendard" w:hAnsi="Pretendard" w:cs="Pretendard"/>
          <w:color w:val="555560"/>
          <w:sz w:val="18"/>
        </w:rPr>
        <w:t xml:space="preserve"> </w:t>
      </w:r>
      <w:r>
        <w:rPr>
          <w:rFonts w:ascii="Pretendard" w:eastAsia="Pretendard" w:hAnsi="Pretendard" w:cs="Pretendard"/>
          <w:color w:val="555560"/>
          <w:sz w:val="18"/>
        </w:rPr>
        <w:t>결제</w:t>
      </w:r>
      <w:r>
        <w:rPr>
          <w:rFonts w:ascii="Pretendard" w:eastAsia="Pretendard" w:hAnsi="Pretendard" w:cs="Pretendard"/>
          <w:color w:val="555560"/>
          <w:sz w:val="18"/>
        </w:rPr>
        <w:t xml:space="preserve"> https://www.medicaldaily.co.kr/post/22664 (2026-08-27)</w:t>
      </w:r>
    </w:p>
    <w:p w14:paraId="7A08AAAD" w14:textId="77777777" w:rsidR="004B1372" w:rsidRDefault="00BB0BE3">
      <w:pPr>
        <w:spacing w:after="40"/>
      </w:pPr>
      <w:r>
        <w:rPr>
          <w:rFonts w:ascii="Pretendard" w:eastAsia="Pretendard" w:hAnsi="Pretendard" w:cs="Pretendard"/>
          <w:color w:val="555560"/>
          <w:sz w:val="18"/>
        </w:rPr>
        <w:t>부가세</w:t>
      </w:r>
      <w:r>
        <w:rPr>
          <w:rFonts w:ascii="Pretendard" w:eastAsia="Pretendard" w:hAnsi="Pretendard" w:cs="Pretendard"/>
          <w:color w:val="555560"/>
          <w:sz w:val="18"/>
        </w:rPr>
        <w:t xml:space="preserve"> </w:t>
      </w:r>
      <w:r>
        <w:rPr>
          <w:rFonts w:ascii="Pretendard" w:eastAsia="Pretendard" w:hAnsi="Pretendard" w:cs="Pretendard"/>
          <w:color w:val="555560"/>
          <w:sz w:val="18"/>
        </w:rPr>
        <w:t>환급</w:t>
      </w:r>
      <w:r>
        <w:rPr>
          <w:rFonts w:ascii="Pretendard" w:eastAsia="Pretendard" w:hAnsi="Pretendard" w:cs="Pretendard"/>
          <w:color w:val="555560"/>
          <w:sz w:val="18"/>
        </w:rPr>
        <w:t xml:space="preserve"> </w:t>
      </w:r>
      <w:r>
        <w:rPr>
          <w:rFonts w:ascii="Pretendard" w:eastAsia="Pretendard" w:hAnsi="Pretendard" w:cs="Pretendard"/>
          <w:color w:val="555560"/>
          <w:sz w:val="18"/>
        </w:rPr>
        <w:t>종료</w:t>
      </w:r>
      <w:r>
        <w:rPr>
          <w:rFonts w:ascii="Pretendard" w:eastAsia="Pretendard" w:hAnsi="Pretendard" w:cs="Pretendard"/>
          <w:color w:val="555560"/>
          <w:sz w:val="18"/>
        </w:rPr>
        <w:t xml:space="preserve"> </w:t>
      </w:r>
      <w:r>
        <w:rPr>
          <w:rFonts w:ascii="Pretendard" w:eastAsia="Pretendard" w:hAnsi="Pretendard" w:cs="Pretendard"/>
          <w:color w:val="555560"/>
          <w:sz w:val="18"/>
        </w:rPr>
        <w:t>후</w:t>
      </w:r>
      <w:r>
        <w:rPr>
          <w:rFonts w:ascii="Pretendard" w:eastAsia="Pretendard" w:hAnsi="Pretendard" w:cs="Pretendard"/>
          <w:color w:val="555560"/>
          <w:sz w:val="18"/>
        </w:rPr>
        <w:t xml:space="preserve"> </w:t>
      </w:r>
      <w:r>
        <w:rPr>
          <w:rFonts w:ascii="Pretendard" w:eastAsia="Pretendard" w:hAnsi="Pretendard" w:cs="Pretendard"/>
          <w:color w:val="555560"/>
          <w:sz w:val="18"/>
        </w:rPr>
        <w:t>동향</w:t>
      </w:r>
      <w:r>
        <w:rPr>
          <w:rFonts w:ascii="Pretendard" w:eastAsia="Pretendard" w:hAnsi="Pretendard" w:cs="Pretendard"/>
          <w:color w:val="555560"/>
          <w:sz w:val="18"/>
        </w:rPr>
        <w:t xml:space="preserve"> https://www.hankyung.com/article/2026081424556 (2026-08-14)</w:t>
      </w:r>
    </w:p>
    <w:p w14:paraId="3988AED3" w14:textId="77777777" w:rsidR="004B1372" w:rsidRDefault="00BB0BE3">
      <w:pPr>
        <w:spacing w:after="40"/>
      </w:pPr>
      <w:r>
        <w:rPr>
          <w:rFonts w:ascii="Pretendard" w:eastAsia="Pretendard" w:hAnsi="Pretendard" w:cs="Pretendard"/>
          <w:color w:val="555560"/>
          <w:sz w:val="18"/>
        </w:rPr>
        <w:t>유치</w:t>
      </w:r>
      <w:r>
        <w:rPr>
          <w:rFonts w:ascii="Pretendard" w:eastAsia="Pretendard" w:hAnsi="Pretendard" w:cs="Pretendard"/>
          <w:color w:val="555560"/>
          <w:sz w:val="18"/>
        </w:rPr>
        <w:t xml:space="preserve"> </w:t>
      </w:r>
      <w:r>
        <w:rPr>
          <w:rFonts w:ascii="Pretendard" w:eastAsia="Pretendard" w:hAnsi="Pretendard" w:cs="Pretendard"/>
          <w:color w:val="555560"/>
          <w:sz w:val="18"/>
        </w:rPr>
        <w:t>수수료</w:t>
      </w:r>
      <w:r>
        <w:rPr>
          <w:rFonts w:ascii="Pretendard" w:eastAsia="Pretendard" w:hAnsi="Pretendard" w:cs="Pretendard"/>
          <w:color w:val="555560"/>
          <w:sz w:val="18"/>
        </w:rPr>
        <w:t xml:space="preserve"> </w:t>
      </w:r>
      <w:r>
        <w:rPr>
          <w:rFonts w:ascii="Pretendard" w:eastAsia="Pretendard" w:hAnsi="Pretendard" w:cs="Pretendard"/>
          <w:color w:val="555560"/>
          <w:sz w:val="18"/>
        </w:rPr>
        <w:t>고시</w:t>
      </w:r>
      <w:r>
        <w:rPr>
          <w:rFonts w:ascii="Pretendard" w:eastAsia="Pretendard" w:hAnsi="Pretendard" w:cs="Pretendard"/>
          <w:color w:val="555560"/>
          <w:sz w:val="18"/>
        </w:rPr>
        <w:t xml:space="preserve"> </w:t>
      </w:r>
      <w:r>
        <w:rPr>
          <w:rFonts w:ascii="Pretendard" w:eastAsia="Pretendard" w:hAnsi="Pretendard" w:cs="Pretendard"/>
          <w:color w:val="555560"/>
          <w:sz w:val="18"/>
        </w:rPr>
        <w:t>제</w:t>
      </w:r>
      <w:r>
        <w:rPr>
          <w:rFonts w:ascii="Pretendard" w:eastAsia="Pretendard" w:hAnsi="Pretendard" w:cs="Pretendard"/>
          <w:color w:val="555560"/>
          <w:sz w:val="18"/>
        </w:rPr>
        <w:t>2024-79</w:t>
      </w:r>
      <w:r>
        <w:rPr>
          <w:rFonts w:ascii="Pretendard" w:eastAsia="Pretendard" w:hAnsi="Pretendard" w:cs="Pretendard"/>
          <w:color w:val="555560"/>
          <w:sz w:val="18"/>
        </w:rPr>
        <w:t>호</w:t>
      </w:r>
      <w:r>
        <w:rPr>
          <w:rFonts w:ascii="Pretendard" w:eastAsia="Pretendard" w:hAnsi="Pretendard" w:cs="Pretendard"/>
          <w:color w:val="555560"/>
          <w:sz w:val="18"/>
        </w:rPr>
        <w:t xml:space="preserve"> https://www.mohw.go.kr/boardDownload.es?bid=0026&amp;list_no=1481343&amp;seq=1 (2024-05-08, </w:t>
      </w:r>
      <w:r>
        <w:rPr>
          <w:rFonts w:ascii="Pretendard" w:eastAsia="Pretendard" w:hAnsi="Pretendard" w:cs="Pretendard"/>
          <w:color w:val="555560"/>
          <w:sz w:val="18"/>
        </w:rPr>
        <w:t>현행</w:t>
      </w:r>
      <w:r>
        <w:rPr>
          <w:rFonts w:ascii="Pretendard" w:eastAsia="Pretendard" w:hAnsi="Pretendard" w:cs="Pretendard"/>
          <w:color w:val="555560"/>
          <w:sz w:val="18"/>
        </w:rPr>
        <w:t xml:space="preserve"> </w:t>
      </w:r>
      <w:r>
        <w:rPr>
          <w:rFonts w:ascii="Pretendard" w:eastAsia="Pretendard" w:hAnsi="Pretendard" w:cs="Pretendard"/>
          <w:color w:val="555560"/>
          <w:sz w:val="18"/>
        </w:rPr>
        <w:t>제</w:t>
      </w:r>
      <w:r>
        <w:rPr>
          <w:rFonts w:ascii="Pretendard" w:eastAsia="Pretendard" w:hAnsi="Pretendard" w:cs="Pretendard"/>
          <w:color w:val="555560"/>
          <w:sz w:val="18"/>
        </w:rPr>
        <w:t>2025-72</w:t>
      </w:r>
      <w:r>
        <w:rPr>
          <w:rFonts w:ascii="Pretendard" w:eastAsia="Pretendard" w:hAnsi="Pretendard" w:cs="Pretendard"/>
          <w:color w:val="555560"/>
          <w:sz w:val="18"/>
        </w:rPr>
        <w:t>호</w:t>
      </w:r>
      <w:r>
        <w:rPr>
          <w:rFonts w:ascii="Pretendard" w:eastAsia="Pretendard" w:hAnsi="Pretendard" w:cs="Pretendard"/>
          <w:color w:val="555560"/>
          <w:sz w:val="18"/>
        </w:rPr>
        <w:t xml:space="preserve"> </w:t>
      </w:r>
      <w:r>
        <w:rPr>
          <w:rFonts w:ascii="Pretendard" w:eastAsia="Pretendard" w:hAnsi="Pretendard" w:cs="Pretendard"/>
          <w:color w:val="555560"/>
          <w:sz w:val="18"/>
        </w:rPr>
        <w:t>본문</w:t>
      </w:r>
      <w:r>
        <w:rPr>
          <w:rFonts w:ascii="Pretendard" w:eastAsia="Pretendard" w:hAnsi="Pretendard" w:cs="Pretendard"/>
          <w:color w:val="555560"/>
          <w:sz w:val="18"/>
        </w:rPr>
        <w:t xml:space="preserve"> </w:t>
      </w:r>
      <w:r>
        <w:rPr>
          <w:rFonts w:ascii="Pretendard" w:eastAsia="Pretendard" w:hAnsi="Pretendard" w:cs="Pretendard"/>
          <w:color w:val="555560"/>
          <w:sz w:val="18"/>
        </w:rPr>
        <w:t>미대조</w:t>
      </w:r>
      <w:r>
        <w:rPr>
          <w:rFonts w:ascii="Pretendard" w:eastAsia="Pretendard" w:hAnsi="Pretendard" w:cs="Pretendard"/>
          <w:color w:val="555560"/>
          <w:sz w:val="18"/>
        </w:rPr>
        <w:t>)</w:t>
      </w:r>
    </w:p>
    <w:p w14:paraId="4BA7B7C8" w14:textId="77777777" w:rsidR="004B1372" w:rsidRDefault="00BB0BE3">
      <w:pPr>
        <w:spacing w:after="40"/>
      </w:pPr>
      <w:r>
        <w:rPr>
          <w:rFonts w:ascii="Pretendard" w:eastAsia="Pretendard" w:hAnsi="Pretendard" w:cs="Pretendard"/>
          <w:color w:val="555560"/>
          <w:sz w:val="18"/>
        </w:rPr>
        <w:t>의료해외진출법</w:t>
      </w:r>
      <w:r>
        <w:rPr>
          <w:rFonts w:ascii="Pretendard" w:eastAsia="Pretendard" w:hAnsi="Pretendard" w:cs="Pretendard"/>
          <w:color w:val="555560"/>
          <w:sz w:val="18"/>
        </w:rPr>
        <w:t>·</w:t>
      </w:r>
      <w:r>
        <w:rPr>
          <w:rFonts w:ascii="Pretendard" w:eastAsia="Pretendard" w:hAnsi="Pretendard" w:cs="Pretendard"/>
          <w:color w:val="555560"/>
          <w:sz w:val="18"/>
        </w:rPr>
        <w:t>시행령</w:t>
      </w:r>
      <w:r>
        <w:rPr>
          <w:rFonts w:ascii="Pretendard" w:eastAsia="Pretendard" w:hAnsi="Pretendard" w:cs="Pretendard"/>
          <w:color w:val="555560"/>
          <w:sz w:val="18"/>
        </w:rPr>
        <w:t>·</w:t>
      </w:r>
      <w:r>
        <w:rPr>
          <w:rFonts w:ascii="Pretendard" w:eastAsia="Pretendard" w:hAnsi="Pretendard" w:cs="Pretendard"/>
          <w:color w:val="555560"/>
          <w:sz w:val="18"/>
        </w:rPr>
        <w:t>시행규칙</w:t>
      </w:r>
      <w:r>
        <w:rPr>
          <w:rFonts w:ascii="Pretendard" w:eastAsia="Pretendard" w:hAnsi="Pretendard" w:cs="Pretendard"/>
          <w:color w:val="555560"/>
          <w:sz w:val="18"/>
        </w:rPr>
        <w:t xml:space="preserve">, </w:t>
      </w:r>
      <w:r>
        <w:rPr>
          <w:rFonts w:ascii="Pretendard" w:eastAsia="Pretendard" w:hAnsi="Pretendard" w:cs="Pretendard"/>
          <w:color w:val="555560"/>
          <w:sz w:val="18"/>
        </w:rPr>
        <w:t>의료법</w:t>
      </w:r>
      <w:r>
        <w:rPr>
          <w:rFonts w:ascii="Pretendard" w:eastAsia="Pretendard" w:hAnsi="Pretendard" w:cs="Pretendard"/>
          <w:color w:val="555560"/>
          <w:sz w:val="18"/>
        </w:rPr>
        <w:t xml:space="preserve">, </w:t>
      </w:r>
      <w:r>
        <w:rPr>
          <w:rFonts w:ascii="Pretendard" w:eastAsia="Pretendard" w:hAnsi="Pretendard" w:cs="Pretendard"/>
          <w:color w:val="555560"/>
          <w:sz w:val="18"/>
        </w:rPr>
        <w:t>개인정보보호법</w:t>
      </w:r>
      <w:r>
        <w:rPr>
          <w:rFonts w:ascii="Pretendard" w:eastAsia="Pretendard" w:hAnsi="Pretendard" w:cs="Pretendard"/>
          <w:color w:val="555560"/>
          <w:sz w:val="18"/>
        </w:rPr>
        <w:t xml:space="preserve">, </w:t>
      </w:r>
      <w:r>
        <w:rPr>
          <w:rFonts w:ascii="Pretendard" w:eastAsia="Pretendard" w:hAnsi="Pretendard" w:cs="Pretendard"/>
          <w:color w:val="555560"/>
          <w:sz w:val="18"/>
        </w:rPr>
        <w:t>관광진흥법</w:t>
      </w:r>
      <w:r>
        <w:rPr>
          <w:rFonts w:ascii="Pretendard" w:eastAsia="Pretendard" w:hAnsi="Pretendard" w:cs="Pretendard"/>
          <w:color w:val="555560"/>
          <w:sz w:val="18"/>
        </w:rPr>
        <w:t xml:space="preserve"> </w:t>
      </w:r>
      <w:r>
        <w:rPr>
          <w:rFonts w:ascii="Pretendard" w:eastAsia="Pretendard" w:hAnsi="Pretendard" w:cs="Pretendard"/>
          <w:color w:val="555560"/>
          <w:sz w:val="18"/>
        </w:rPr>
        <w:t>시행령</w:t>
      </w:r>
      <w:r>
        <w:rPr>
          <w:rFonts w:ascii="Pretendard" w:eastAsia="Pretendard" w:hAnsi="Pretendard" w:cs="Pretendard"/>
          <w:color w:val="555560"/>
          <w:sz w:val="18"/>
        </w:rPr>
        <w:t xml:space="preserve">: </w:t>
      </w:r>
      <w:r>
        <w:rPr>
          <w:rFonts w:ascii="Pretendard" w:eastAsia="Pretendard" w:hAnsi="Pretendard" w:cs="Pretendard"/>
          <w:color w:val="555560"/>
          <w:sz w:val="18"/>
        </w:rPr>
        <w:t>국가법령정보센터</w:t>
      </w:r>
      <w:r>
        <w:rPr>
          <w:rFonts w:ascii="Pretendard" w:eastAsia="Pretendard" w:hAnsi="Pretendard" w:cs="Pretendard"/>
          <w:color w:val="555560"/>
          <w:sz w:val="18"/>
        </w:rPr>
        <w:t xml:space="preserve"> law.go.kr</w:t>
      </w:r>
    </w:p>
    <w:p w14:paraId="7C425968" w14:textId="77777777" w:rsidR="004B1372" w:rsidRDefault="00BB0BE3">
      <w:pPr>
        <w:spacing w:after="40"/>
      </w:pPr>
      <w:r>
        <w:rPr>
          <w:rFonts w:ascii="Pretendard" w:eastAsia="Pretendard" w:hAnsi="Pretendard" w:cs="Pretendard"/>
          <w:color w:val="555560"/>
          <w:sz w:val="18"/>
        </w:rPr>
        <w:t>대법원</w:t>
      </w:r>
      <w:r>
        <w:rPr>
          <w:rFonts w:ascii="Pretendard" w:eastAsia="Pretendard" w:hAnsi="Pretendard" w:cs="Pretendard"/>
          <w:color w:val="555560"/>
          <w:sz w:val="18"/>
        </w:rPr>
        <w:t xml:space="preserve"> 2018</w:t>
      </w:r>
      <w:r>
        <w:rPr>
          <w:rFonts w:ascii="Pretendard" w:eastAsia="Pretendard" w:hAnsi="Pretendard" w:cs="Pretendard"/>
          <w:color w:val="555560"/>
          <w:sz w:val="18"/>
        </w:rPr>
        <w:t>도</w:t>
      </w:r>
      <w:r>
        <w:rPr>
          <w:rFonts w:ascii="Pretendard" w:eastAsia="Pretendard" w:hAnsi="Pretendard" w:cs="Pretendard"/>
          <w:color w:val="555560"/>
          <w:sz w:val="18"/>
        </w:rPr>
        <w:t>20928 https://www.scourt.go.kr/portal/news/NewsViewAction.work?seqnum=6637&amp;gubun=4</w:t>
      </w:r>
    </w:p>
    <w:p w14:paraId="186CDE40" w14:textId="77777777" w:rsidR="004B1372" w:rsidRDefault="00BB0BE3">
      <w:pPr>
        <w:spacing w:after="40"/>
      </w:pPr>
      <w:r>
        <w:rPr>
          <w:rFonts w:ascii="Pretendard" w:eastAsia="Pretendard" w:hAnsi="Pretendard" w:cs="Pretendard"/>
          <w:color w:val="555560"/>
          <w:sz w:val="18"/>
        </w:rPr>
        <w:t>강남언니</w:t>
      </w:r>
      <w:r>
        <w:rPr>
          <w:rFonts w:ascii="Pretendard" w:eastAsia="Pretendard" w:hAnsi="Pretendard" w:cs="Pretendard"/>
          <w:color w:val="555560"/>
          <w:sz w:val="18"/>
        </w:rPr>
        <w:t xml:space="preserve"> </w:t>
      </w:r>
      <w:r>
        <w:rPr>
          <w:rFonts w:ascii="Pretendard" w:eastAsia="Pretendard" w:hAnsi="Pretendard" w:cs="Pretendard"/>
          <w:color w:val="555560"/>
          <w:sz w:val="18"/>
        </w:rPr>
        <w:t>의료법</w:t>
      </w:r>
      <w:r>
        <w:rPr>
          <w:rFonts w:ascii="Pretendard" w:eastAsia="Pretendard" w:hAnsi="Pretendard" w:cs="Pretendard"/>
          <w:color w:val="555560"/>
          <w:sz w:val="18"/>
        </w:rPr>
        <w:t xml:space="preserve"> </w:t>
      </w:r>
      <w:r>
        <w:rPr>
          <w:rFonts w:ascii="Pretendard" w:eastAsia="Pretendard" w:hAnsi="Pretendard" w:cs="Pretendard"/>
          <w:color w:val="555560"/>
          <w:sz w:val="18"/>
        </w:rPr>
        <w:t>위반</w:t>
      </w:r>
      <w:r>
        <w:rPr>
          <w:rFonts w:ascii="Pretendard" w:eastAsia="Pretendard" w:hAnsi="Pretendard" w:cs="Pretendard"/>
          <w:color w:val="555560"/>
          <w:sz w:val="18"/>
        </w:rPr>
        <w:t xml:space="preserve"> 1</w:t>
      </w:r>
      <w:r>
        <w:rPr>
          <w:rFonts w:ascii="Pretendard" w:eastAsia="Pretendard" w:hAnsi="Pretendard" w:cs="Pretendard"/>
          <w:color w:val="555560"/>
          <w:sz w:val="18"/>
        </w:rPr>
        <w:t>심</w:t>
      </w:r>
      <w:r>
        <w:rPr>
          <w:rFonts w:ascii="Pretendard" w:eastAsia="Pretendard" w:hAnsi="Pretendard" w:cs="Pretendard"/>
          <w:color w:val="555560"/>
          <w:sz w:val="18"/>
        </w:rPr>
        <w:t xml:space="preserve"> https://www.fnnews.com/news/202201271700056405 (2022-01-27), 2</w:t>
      </w:r>
      <w:r>
        <w:rPr>
          <w:rFonts w:ascii="Pretendard" w:eastAsia="Pretendard" w:hAnsi="Pretendard" w:cs="Pretendard"/>
          <w:color w:val="555560"/>
          <w:sz w:val="18"/>
        </w:rPr>
        <w:t>심</w:t>
      </w:r>
      <w:r>
        <w:rPr>
          <w:rFonts w:ascii="Pretendard" w:eastAsia="Pretendard" w:hAnsi="Pretendard" w:cs="Pretendard"/>
          <w:color w:val="555560"/>
          <w:sz w:val="18"/>
        </w:rPr>
        <w:t xml:space="preserve"> https://www.fnnews.com/news/202307061827216638 (2023-07-06)</w:t>
      </w:r>
    </w:p>
    <w:p w14:paraId="2396ED48" w14:textId="77777777" w:rsidR="004B1372" w:rsidRDefault="00BB0BE3">
      <w:pPr>
        <w:spacing w:after="40"/>
      </w:pPr>
      <w:r>
        <w:rPr>
          <w:rFonts w:ascii="Pretendard" w:eastAsia="Pretendard" w:hAnsi="Pretendard" w:cs="Pretendard"/>
          <w:color w:val="555560"/>
          <w:sz w:val="18"/>
        </w:rPr>
        <w:t>미등록</w:t>
      </w:r>
      <w:r>
        <w:rPr>
          <w:rFonts w:ascii="Pretendard" w:eastAsia="Pretendard" w:hAnsi="Pretendard" w:cs="Pretendard"/>
          <w:color w:val="555560"/>
          <w:sz w:val="18"/>
        </w:rPr>
        <w:t xml:space="preserve"> </w:t>
      </w:r>
      <w:r>
        <w:rPr>
          <w:rFonts w:ascii="Pretendard" w:eastAsia="Pretendard" w:hAnsi="Pretendard" w:cs="Pretendard"/>
          <w:color w:val="555560"/>
          <w:sz w:val="18"/>
        </w:rPr>
        <w:t>유치</w:t>
      </w:r>
      <w:r>
        <w:rPr>
          <w:rFonts w:ascii="Pretendard" w:eastAsia="Pretendard" w:hAnsi="Pretendard" w:cs="Pretendard"/>
          <w:color w:val="555560"/>
          <w:sz w:val="18"/>
        </w:rPr>
        <w:t xml:space="preserve"> </w:t>
      </w:r>
      <w:r>
        <w:rPr>
          <w:rFonts w:ascii="Pretendard" w:eastAsia="Pretendard" w:hAnsi="Pretendard" w:cs="Pretendard"/>
          <w:color w:val="555560"/>
          <w:sz w:val="18"/>
        </w:rPr>
        <w:t>병원</w:t>
      </w:r>
      <w:r>
        <w:rPr>
          <w:rFonts w:ascii="Pretendard" w:eastAsia="Pretendard" w:hAnsi="Pretendard" w:cs="Pretendard"/>
          <w:color w:val="555560"/>
          <w:sz w:val="18"/>
        </w:rPr>
        <w:t xml:space="preserve"> </w:t>
      </w:r>
      <w:r>
        <w:rPr>
          <w:rFonts w:ascii="Pretendard" w:eastAsia="Pretendard" w:hAnsi="Pretendard" w:cs="Pretendard"/>
          <w:color w:val="555560"/>
          <w:sz w:val="18"/>
        </w:rPr>
        <w:t>등록취소</w:t>
      </w:r>
      <w:r>
        <w:rPr>
          <w:rFonts w:ascii="Pretendard" w:eastAsia="Pretendard" w:hAnsi="Pretendard" w:cs="Pretendard"/>
          <w:color w:val="555560"/>
          <w:sz w:val="18"/>
        </w:rPr>
        <w:t xml:space="preserve"> </w:t>
      </w:r>
      <w:r>
        <w:rPr>
          <w:rFonts w:ascii="Pretendard" w:eastAsia="Pretendard" w:hAnsi="Pretendard" w:cs="Pretendard"/>
          <w:color w:val="555560"/>
          <w:sz w:val="18"/>
        </w:rPr>
        <w:t>소송</w:t>
      </w:r>
      <w:r>
        <w:rPr>
          <w:rFonts w:ascii="Pretendard" w:eastAsia="Pretendard" w:hAnsi="Pretendard" w:cs="Pretendard"/>
          <w:color w:val="555560"/>
          <w:sz w:val="18"/>
        </w:rPr>
        <w:t xml:space="preserve"> https://www.doctorsnews.co.kr/news/articleView.html?idxno=165135</w:t>
      </w:r>
    </w:p>
    <w:p w14:paraId="7019A730" w14:textId="77777777" w:rsidR="004B1372" w:rsidRDefault="00BB0BE3">
      <w:pPr>
        <w:keepNext/>
        <w:spacing w:before="200" w:after="160"/>
      </w:pPr>
      <w:r>
        <w:rPr>
          <w:rFonts w:ascii="Pretendard" w:eastAsia="Pretendard" w:hAnsi="Pretendard" w:cs="Pretendard"/>
          <w:b/>
          <w:color w:val="4F1DA1"/>
          <w:sz w:val="26"/>
        </w:rPr>
        <w:lastRenderedPageBreak/>
        <w:t>경쟁</w:t>
      </w:r>
      <w:r>
        <w:rPr>
          <w:rFonts w:ascii="Pretendard" w:eastAsia="Pretendard" w:hAnsi="Pretendard" w:cs="Pretendard"/>
          <w:b/>
          <w:color w:val="4F1DA1"/>
          <w:sz w:val="26"/>
        </w:rPr>
        <w:t xml:space="preserve"> </w:t>
      </w:r>
      <w:r>
        <w:rPr>
          <w:rFonts w:ascii="Pretendard" w:eastAsia="Pretendard" w:hAnsi="Pretendard" w:cs="Pretendard"/>
          <w:b/>
          <w:color w:val="4F1DA1"/>
          <w:sz w:val="26"/>
        </w:rPr>
        <w:t>사업자</w:t>
      </w:r>
    </w:p>
    <w:p w14:paraId="232FD9F2" w14:textId="77777777" w:rsidR="004B1372" w:rsidRDefault="00BB0BE3">
      <w:pPr>
        <w:spacing w:after="40"/>
      </w:pPr>
      <w:r>
        <w:rPr>
          <w:rFonts w:ascii="Pretendard" w:eastAsia="Pretendard" w:hAnsi="Pretendard" w:cs="Pretendard"/>
          <w:color w:val="555560"/>
          <w:sz w:val="18"/>
        </w:rPr>
        <w:t>강남언니</w:t>
      </w:r>
      <w:r>
        <w:rPr>
          <w:rFonts w:ascii="Pretendard" w:eastAsia="Pretendard" w:hAnsi="Pretendard" w:cs="Pretendard"/>
          <w:color w:val="555560"/>
          <w:sz w:val="18"/>
        </w:rPr>
        <w:t xml:space="preserve"> </w:t>
      </w:r>
      <w:r>
        <w:rPr>
          <w:rFonts w:ascii="Pretendard" w:eastAsia="Pretendard" w:hAnsi="Pretendard" w:cs="Pretendard"/>
          <w:color w:val="555560"/>
          <w:sz w:val="18"/>
        </w:rPr>
        <w:t>글로벌</w:t>
      </w:r>
      <w:r>
        <w:rPr>
          <w:rFonts w:ascii="Pretendard" w:eastAsia="Pretendard" w:hAnsi="Pretendard" w:cs="Pretendard"/>
          <w:color w:val="555560"/>
          <w:sz w:val="18"/>
        </w:rPr>
        <w:t xml:space="preserve"> </w:t>
      </w:r>
      <w:r>
        <w:rPr>
          <w:rFonts w:ascii="Pretendard" w:eastAsia="Pretendard" w:hAnsi="Pretendard" w:cs="Pretendard"/>
          <w:color w:val="555560"/>
          <w:sz w:val="18"/>
        </w:rPr>
        <w:t>확장</w:t>
      </w:r>
      <w:r>
        <w:rPr>
          <w:rFonts w:ascii="Pretendard" w:eastAsia="Pretendard" w:hAnsi="Pretendard" w:cs="Pretendard"/>
          <w:color w:val="555560"/>
          <w:sz w:val="18"/>
        </w:rPr>
        <w:t xml:space="preserve"> https://zdnet.co.kr/view/?no=20251015091542 (2025-10-15)</w:t>
      </w:r>
    </w:p>
    <w:p w14:paraId="7DC8D5FA" w14:textId="77777777" w:rsidR="004B1372" w:rsidRDefault="00BB0BE3">
      <w:pPr>
        <w:spacing w:after="40"/>
      </w:pPr>
      <w:r>
        <w:rPr>
          <w:rFonts w:ascii="Pretendard" w:eastAsia="Pretendard" w:hAnsi="Pretendard" w:cs="Pretendard"/>
          <w:color w:val="555560"/>
          <w:sz w:val="18"/>
        </w:rPr>
        <w:t>강남언니</w:t>
      </w:r>
      <w:r>
        <w:rPr>
          <w:rFonts w:ascii="Pretendard" w:eastAsia="Pretendard" w:hAnsi="Pretendard" w:cs="Pretendard"/>
          <w:color w:val="555560"/>
          <w:sz w:val="18"/>
        </w:rPr>
        <w:t xml:space="preserve"> </w:t>
      </w:r>
      <w:r>
        <w:rPr>
          <w:rFonts w:ascii="Pretendard" w:eastAsia="Pretendard" w:hAnsi="Pretendard" w:cs="Pretendard"/>
          <w:color w:val="555560"/>
          <w:sz w:val="18"/>
        </w:rPr>
        <w:t>글로벌</w:t>
      </w:r>
      <w:r>
        <w:rPr>
          <w:rFonts w:ascii="Pretendard" w:eastAsia="Pretendard" w:hAnsi="Pretendard" w:cs="Pretendard"/>
          <w:color w:val="555560"/>
          <w:sz w:val="18"/>
        </w:rPr>
        <w:t xml:space="preserve"> </w:t>
      </w:r>
      <w:r>
        <w:rPr>
          <w:rFonts w:ascii="Pretendard" w:eastAsia="Pretendard" w:hAnsi="Pretendard" w:cs="Pretendard"/>
          <w:color w:val="555560"/>
          <w:sz w:val="18"/>
        </w:rPr>
        <w:t>서비스</w:t>
      </w:r>
      <w:r>
        <w:rPr>
          <w:rFonts w:ascii="Pretendard" w:eastAsia="Pretendard" w:hAnsi="Pretendard" w:cs="Pretendard"/>
          <w:color w:val="555560"/>
          <w:sz w:val="18"/>
        </w:rPr>
        <w:t xml:space="preserve"> </w:t>
      </w:r>
      <w:r>
        <w:rPr>
          <w:rFonts w:ascii="Pretendard" w:eastAsia="Pretendard" w:hAnsi="Pretendard" w:cs="Pretendard"/>
          <w:color w:val="555560"/>
          <w:sz w:val="18"/>
        </w:rPr>
        <w:t>소개서</w:t>
      </w:r>
      <w:r>
        <w:rPr>
          <w:rFonts w:ascii="Pretendard" w:eastAsia="Pretendard" w:hAnsi="Pretendard" w:cs="Pretendard"/>
          <w:color w:val="555560"/>
          <w:sz w:val="18"/>
        </w:rPr>
        <w:t xml:space="preserve"> https://docs.channel.io/unni/ko/articles/%EA%B8%80%EB%A1%9C%EB%B2%8C-%EC%84%9C%EB%B9%84%EC%8A%A4-%EC%86%8C%EA%B0%9C%EC%84%9C--a34d448f</w:t>
      </w:r>
    </w:p>
    <w:p w14:paraId="1CC5D973" w14:textId="77777777" w:rsidR="004B1372" w:rsidRDefault="00BB0BE3">
      <w:pPr>
        <w:spacing w:after="40"/>
      </w:pPr>
      <w:r>
        <w:rPr>
          <w:rFonts w:ascii="Pretendard" w:eastAsia="Pretendard" w:hAnsi="Pretendard" w:cs="Pretendard"/>
          <w:color w:val="555560"/>
          <w:sz w:val="18"/>
        </w:rPr>
        <w:t>강남언니</w:t>
      </w:r>
      <w:r>
        <w:rPr>
          <w:rFonts w:ascii="Pretendard" w:eastAsia="Pretendard" w:hAnsi="Pretendard" w:cs="Pretendard"/>
          <w:color w:val="555560"/>
          <w:sz w:val="18"/>
        </w:rPr>
        <w:t xml:space="preserve"> CPV </w:t>
      </w:r>
      <w:r>
        <w:rPr>
          <w:rFonts w:ascii="Pretendard" w:eastAsia="Pretendard" w:hAnsi="Pretendard" w:cs="Pretendard"/>
          <w:color w:val="555560"/>
          <w:sz w:val="18"/>
        </w:rPr>
        <w:t>소개서</w:t>
      </w:r>
      <w:r>
        <w:rPr>
          <w:rFonts w:ascii="Pretendard" w:eastAsia="Pretendard" w:hAnsi="Pretendard" w:cs="Pretendard"/>
          <w:color w:val="555560"/>
          <w:sz w:val="18"/>
        </w:rPr>
        <w:t xml:space="preserve"> https://docs.channel.io/unni/ko/articles/CPV%EA%B3%BC%EA%B8%88-%EB%B0%A9%EC%8B%9D-%EC%86%8C%EA%B0%9C%EC%84%9C--e045a4e3</w:t>
      </w:r>
    </w:p>
    <w:p w14:paraId="6D33CD64" w14:textId="77777777" w:rsidR="004B1372" w:rsidRDefault="00BB0BE3">
      <w:pPr>
        <w:spacing w:after="40"/>
      </w:pPr>
      <w:r>
        <w:rPr>
          <w:rFonts w:ascii="Pretendard" w:eastAsia="Pretendard" w:hAnsi="Pretendard" w:cs="Pretendard"/>
          <w:color w:val="555560"/>
          <w:sz w:val="18"/>
        </w:rPr>
        <w:t>강남언니</w:t>
      </w:r>
      <w:r>
        <w:rPr>
          <w:rFonts w:ascii="Pretendard" w:eastAsia="Pretendard" w:hAnsi="Pretendard" w:cs="Pretendard"/>
          <w:color w:val="555560"/>
          <w:sz w:val="18"/>
        </w:rPr>
        <w:t xml:space="preserve"> </w:t>
      </w:r>
      <w:r>
        <w:rPr>
          <w:rFonts w:ascii="Pretendard" w:eastAsia="Pretendard" w:hAnsi="Pretendard" w:cs="Pretendard"/>
          <w:color w:val="555560"/>
          <w:sz w:val="18"/>
        </w:rPr>
        <w:t>태국</w:t>
      </w:r>
      <w:r>
        <w:rPr>
          <w:rFonts w:ascii="Pretendard" w:eastAsia="Pretendard" w:hAnsi="Pretendard" w:cs="Pretendard"/>
          <w:color w:val="555560"/>
          <w:sz w:val="18"/>
        </w:rPr>
        <w:t xml:space="preserve"> </w:t>
      </w:r>
      <w:r>
        <w:rPr>
          <w:rFonts w:ascii="Pretendard" w:eastAsia="Pretendard" w:hAnsi="Pretendard" w:cs="Pretendard"/>
          <w:color w:val="555560"/>
          <w:sz w:val="18"/>
        </w:rPr>
        <w:t>성장</w:t>
      </w:r>
      <w:r>
        <w:rPr>
          <w:rFonts w:ascii="Pretendard" w:eastAsia="Pretendard" w:hAnsi="Pretendard" w:cs="Pretendard"/>
          <w:color w:val="555560"/>
          <w:sz w:val="18"/>
        </w:rPr>
        <w:t xml:space="preserve"> https://www.news2day.co.kr/article/20250624500218 (2025-06-24)</w:t>
      </w:r>
    </w:p>
    <w:p w14:paraId="775B7381" w14:textId="77777777" w:rsidR="004B1372" w:rsidRDefault="00BB0BE3">
      <w:pPr>
        <w:spacing w:after="40"/>
      </w:pPr>
      <w:r>
        <w:rPr>
          <w:rFonts w:ascii="Pretendard" w:eastAsia="Pretendard" w:hAnsi="Pretendard" w:cs="Pretendard"/>
          <w:color w:val="555560"/>
          <w:sz w:val="18"/>
        </w:rPr>
        <w:t>강남언니</w:t>
      </w:r>
      <w:r>
        <w:rPr>
          <w:rFonts w:ascii="Pretendard" w:eastAsia="Pretendard" w:hAnsi="Pretendard" w:cs="Pretendard"/>
          <w:color w:val="555560"/>
          <w:sz w:val="18"/>
        </w:rPr>
        <w:t xml:space="preserve"> </w:t>
      </w:r>
      <w:r>
        <w:rPr>
          <w:rFonts w:ascii="Pretendard" w:eastAsia="Pretendard" w:hAnsi="Pretendard" w:cs="Pretendard"/>
          <w:color w:val="555560"/>
          <w:sz w:val="18"/>
        </w:rPr>
        <w:t>통역</w:t>
      </w:r>
      <w:r>
        <w:rPr>
          <w:rFonts w:ascii="Pretendard" w:eastAsia="Pretendard" w:hAnsi="Pretendard" w:cs="Pretendard"/>
          <w:color w:val="555560"/>
          <w:sz w:val="18"/>
        </w:rPr>
        <w:t>·</w:t>
      </w:r>
      <w:r>
        <w:rPr>
          <w:rFonts w:ascii="Pretendard" w:eastAsia="Pretendard" w:hAnsi="Pretendard" w:cs="Pretendard"/>
          <w:color w:val="555560"/>
          <w:sz w:val="18"/>
        </w:rPr>
        <w:t>예약</w:t>
      </w:r>
      <w:r>
        <w:rPr>
          <w:rFonts w:ascii="Pretendard" w:eastAsia="Pretendard" w:hAnsi="Pretendard" w:cs="Pretendard"/>
          <w:color w:val="555560"/>
          <w:sz w:val="18"/>
        </w:rPr>
        <w:t xml:space="preserve"> https://www.mt.co.kr/industry/2026/08/12/2026081210155697732 (2026-08-12)</w:t>
      </w:r>
    </w:p>
    <w:p w14:paraId="0A6B1793" w14:textId="77777777" w:rsidR="004B1372" w:rsidRDefault="00BB0BE3">
      <w:pPr>
        <w:spacing w:after="40"/>
      </w:pPr>
      <w:r>
        <w:rPr>
          <w:rFonts w:ascii="Pretendard" w:eastAsia="Pretendard" w:hAnsi="Pretendard" w:cs="Pretendard"/>
          <w:color w:val="555560"/>
          <w:sz w:val="18"/>
        </w:rPr>
        <w:t>강남언니</w:t>
      </w:r>
      <w:r>
        <w:rPr>
          <w:rFonts w:ascii="Pretendard" w:eastAsia="Pretendard" w:hAnsi="Pretendard" w:cs="Pretendard"/>
          <w:color w:val="555560"/>
          <w:sz w:val="18"/>
        </w:rPr>
        <w:t xml:space="preserve"> </w:t>
      </w:r>
      <w:r>
        <w:rPr>
          <w:rFonts w:ascii="Pretendard" w:eastAsia="Pretendard" w:hAnsi="Pretendard" w:cs="Pretendard"/>
          <w:color w:val="555560"/>
          <w:sz w:val="18"/>
        </w:rPr>
        <w:t>통역</w:t>
      </w:r>
      <w:r>
        <w:rPr>
          <w:rFonts w:ascii="Pretendard" w:eastAsia="Pretendard" w:hAnsi="Pretendard" w:cs="Pretendard"/>
          <w:color w:val="555560"/>
          <w:sz w:val="18"/>
        </w:rPr>
        <w:t xml:space="preserve"> </w:t>
      </w:r>
      <w:r>
        <w:rPr>
          <w:rFonts w:ascii="Pretendard" w:eastAsia="Pretendard" w:hAnsi="Pretendard" w:cs="Pretendard"/>
          <w:color w:val="555560"/>
          <w:sz w:val="18"/>
        </w:rPr>
        <w:t>도입</w:t>
      </w:r>
      <w:r>
        <w:rPr>
          <w:rFonts w:ascii="Pretendard" w:eastAsia="Pretendard" w:hAnsi="Pretendard" w:cs="Pretendard"/>
          <w:color w:val="555560"/>
          <w:sz w:val="18"/>
        </w:rPr>
        <w:t xml:space="preserve"> https://zdnet.co.kr/view/?no=20260511103126 (2026-05-11)</w:t>
      </w:r>
    </w:p>
    <w:p w14:paraId="497411AF" w14:textId="77777777" w:rsidR="004B1372" w:rsidRDefault="00BB0BE3">
      <w:pPr>
        <w:spacing w:after="40"/>
      </w:pPr>
      <w:r>
        <w:rPr>
          <w:rFonts w:ascii="Pretendard" w:eastAsia="Pretendard" w:hAnsi="Pretendard" w:cs="Pretendard"/>
          <w:color w:val="555560"/>
          <w:sz w:val="18"/>
        </w:rPr>
        <w:t>강남언니</w:t>
      </w:r>
      <w:r>
        <w:rPr>
          <w:rFonts w:ascii="Pretendard" w:eastAsia="Pretendard" w:hAnsi="Pretendard" w:cs="Pretendard"/>
          <w:color w:val="555560"/>
          <w:sz w:val="18"/>
        </w:rPr>
        <w:t xml:space="preserve"> </w:t>
      </w:r>
      <w:r>
        <w:rPr>
          <w:rFonts w:ascii="Pretendard" w:eastAsia="Pretendard" w:hAnsi="Pretendard" w:cs="Pretendard"/>
          <w:color w:val="555560"/>
          <w:sz w:val="18"/>
        </w:rPr>
        <w:t>실적</w:t>
      </w:r>
      <w:r>
        <w:rPr>
          <w:rFonts w:ascii="Pretendard" w:eastAsia="Pretendard" w:hAnsi="Pretendard" w:cs="Pretendard"/>
          <w:color w:val="555560"/>
          <w:sz w:val="18"/>
        </w:rPr>
        <w:t xml:space="preserve"> https://www.newsspace.kr/news/article.html?no=15572 (</w:t>
      </w:r>
      <w:r>
        <w:rPr>
          <w:rFonts w:ascii="Pretendard" w:eastAsia="Pretendard" w:hAnsi="Pretendard" w:cs="Pretendard"/>
          <w:color w:val="555560"/>
          <w:sz w:val="18"/>
        </w:rPr>
        <w:t>발행일</w:t>
      </w:r>
      <w:r>
        <w:rPr>
          <w:rFonts w:ascii="Pretendard" w:eastAsia="Pretendard" w:hAnsi="Pretendard" w:cs="Pretendard"/>
          <w:color w:val="555560"/>
          <w:sz w:val="18"/>
        </w:rPr>
        <w:t xml:space="preserve"> </w:t>
      </w:r>
      <w:r>
        <w:rPr>
          <w:rFonts w:ascii="Pretendard" w:eastAsia="Pretendard" w:hAnsi="Pretendard" w:cs="Pretendard"/>
          <w:color w:val="555560"/>
          <w:sz w:val="18"/>
        </w:rPr>
        <w:t>미확인</w:t>
      </w:r>
      <w:r>
        <w:rPr>
          <w:rFonts w:ascii="Pretendard" w:eastAsia="Pretendard" w:hAnsi="Pretendard" w:cs="Pretendard"/>
          <w:color w:val="555560"/>
          <w:sz w:val="18"/>
        </w:rPr>
        <w:t>)</w:t>
      </w:r>
    </w:p>
    <w:p w14:paraId="04D731A8" w14:textId="77777777" w:rsidR="004B1372" w:rsidRDefault="00BB0BE3">
      <w:pPr>
        <w:spacing w:after="40"/>
      </w:pPr>
      <w:r>
        <w:rPr>
          <w:rFonts w:ascii="Pretendard" w:eastAsia="Pretendard" w:hAnsi="Pretendard" w:cs="Pretendard"/>
          <w:color w:val="555560"/>
          <w:sz w:val="18"/>
        </w:rPr>
        <w:t>강남언니</w:t>
      </w:r>
      <w:r>
        <w:rPr>
          <w:rFonts w:ascii="Pretendard" w:eastAsia="Pretendard" w:hAnsi="Pretendard" w:cs="Pretendard"/>
          <w:color w:val="555560"/>
          <w:sz w:val="18"/>
        </w:rPr>
        <w:t xml:space="preserve"> </w:t>
      </w:r>
      <w:r>
        <w:rPr>
          <w:rFonts w:ascii="Pretendard" w:eastAsia="Pretendard" w:hAnsi="Pretendard" w:cs="Pretendard"/>
          <w:color w:val="555560"/>
          <w:sz w:val="18"/>
        </w:rPr>
        <w:t>개인정보</w:t>
      </w:r>
      <w:r>
        <w:rPr>
          <w:rFonts w:ascii="Pretendard" w:eastAsia="Pretendard" w:hAnsi="Pretendard" w:cs="Pretendard"/>
          <w:color w:val="555560"/>
          <w:sz w:val="18"/>
        </w:rPr>
        <w:t xml:space="preserve"> </w:t>
      </w:r>
      <w:r>
        <w:rPr>
          <w:rFonts w:ascii="Pretendard" w:eastAsia="Pretendard" w:hAnsi="Pretendard" w:cs="Pretendard"/>
          <w:color w:val="555560"/>
          <w:sz w:val="18"/>
        </w:rPr>
        <w:t>유출</w:t>
      </w:r>
      <w:r>
        <w:rPr>
          <w:rFonts w:ascii="Pretendard" w:eastAsia="Pretendard" w:hAnsi="Pretendard" w:cs="Pretendard"/>
          <w:color w:val="555560"/>
          <w:sz w:val="18"/>
        </w:rPr>
        <w:t xml:space="preserve"> https://www.swtvnews.com/news/newsview.php?ncode=1065595512012384 (2026-09-08)</w:t>
      </w:r>
    </w:p>
    <w:p w14:paraId="4E98ADA8" w14:textId="77777777" w:rsidR="004B1372" w:rsidRDefault="00BB0BE3">
      <w:pPr>
        <w:spacing w:after="40"/>
      </w:pPr>
      <w:r>
        <w:rPr>
          <w:rFonts w:ascii="Pretendard" w:eastAsia="Pretendard" w:hAnsi="Pretendard" w:cs="Pretendard"/>
          <w:color w:val="555560"/>
          <w:sz w:val="18"/>
        </w:rPr>
        <w:t>바비톡</w:t>
      </w:r>
      <w:r>
        <w:rPr>
          <w:rFonts w:ascii="Pretendard" w:eastAsia="Pretendard" w:hAnsi="Pretendard" w:cs="Pretendard"/>
          <w:color w:val="555560"/>
          <w:sz w:val="18"/>
        </w:rPr>
        <w:t xml:space="preserve"> </w:t>
      </w:r>
      <w:r>
        <w:rPr>
          <w:rFonts w:ascii="Pretendard" w:eastAsia="Pretendard" w:hAnsi="Pretendard" w:cs="Pretendard"/>
          <w:color w:val="555560"/>
          <w:sz w:val="18"/>
        </w:rPr>
        <w:t>일본</w:t>
      </w:r>
      <w:r>
        <w:rPr>
          <w:rFonts w:ascii="Pretendard" w:eastAsia="Pretendard" w:hAnsi="Pretendard" w:cs="Pretendard"/>
          <w:color w:val="555560"/>
          <w:sz w:val="18"/>
        </w:rPr>
        <w:t xml:space="preserve"> </w:t>
      </w:r>
      <w:r>
        <w:rPr>
          <w:rFonts w:ascii="Pretendard" w:eastAsia="Pretendard" w:hAnsi="Pretendard" w:cs="Pretendard"/>
          <w:color w:val="555560"/>
          <w:sz w:val="18"/>
        </w:rPr>
        <w:t>진출</w:t>
      </w:r>
      <w:r>
        <w:rPr>
          <w:rFonts w:ascii="Pretendard" w:eastAsia="Pretendard" w:hAnsi="Pretendard" w:cs="Pretendard"/>
          <w:color w:val="555560"/>
          <w:sz w:val="18"/>
        </w:rPr>
        <w:t xml:space="preserve"> https://www.venturesquare.net/1001286 (2025-08)</w:t>
      </w:r>
    </w:p>
    <w:p w14:paraId="524AE5A4" w14:textId="77777777" w:rsidR="004B1372" w:rsidRDefault="00BB0BE3">
      <w:pPr>
        <w:spacing w:after="40"/>
      </w:pPr>
      <w:r>
        <w:rPr>
          <w:rFonts w:ascii="Pretendard" w:eastAsia="Pretendard" w:hAnsi="Pretendard" w:cs="Pretendard"/>
          <w:color w:val="555560"/>
          <w:sz w:val="18"/>
        </w:rPr>
        <w:t>바비톡</w:t>
      </w:r>
      <w:r>
        <w:rPr>
          <w:rFonts w:ascii="Pretendard" w:eastAsia="Pretendard" w:hAnsi="Pretendard" w:cs="Pretendard"/>
          <w:color w:val="555560"/>
          <w:sz w:val="18"/>
        </w:rPr>
        <w:t xml:space="preserve"> </w:t>
      </w:r>
      <w:r>
        <w:rPr>
          <w:rFonts w:ascii="Pretendard" w:eastAsia="Pretendard" w:hAnsi="Pretendard" w:cs="Pretendard"/>
          <w:color w:val="555560"/>
          <w:sz w:val="18"/>
        </w:rPr>
        <w:t>글로벌</w:t>
      </w:r>
      <w:r>
        <w:rPr>
          <w:rFonts w:ascii="Pretendard" w:eastAsia="Pretendard" w:hAnsi="Pretendard" w:cs="Pretendard"/>
          <w:color w:val="555560"/>
          <w:sz w:val="18"/>
        </w:rPr>
        <w:t xml:space="preserve"> </w:t>
      </w:r>
      <w:r>
        <w:rPr>
          <w:rFonts w:ascii="Pretendard" w:eastAsia="Pretendard" w:hAnsi="Pretendard" w:cs="Pretendard"/>
          <w:color w:val="555560"/>
          <w:sz w:val="18"/>
        </w:rPr>
        <w:t>서비스</w:t>
      </w:r>
      <w:r>
        <w:rPr>
          <w:rFonts w:ascii="Pretendard" w:eastAsia="Pretendard" w:hAnsi="Pretendard" w:cs="Pretendard"/>
          <w:color w:val="555560"/>
          <w:sz w:val="18"/>
        </w:rPr>
        <w:t xml:space="preserve"> https://docs.channel.io/f47c5d3a/ko/articles/%EB%B0%94%EB%B9%84%ED%86%A1-%EA%B8%80%EB%A1%9C%EB%B2%8C-%EC%84%9C%EB%B9%84%EC%8A%A4--5dc781ba</w:t>
      </w:r>
    </w:p>
    <w:p w14:paraId="1E5895BA" w14:textId="77777777" w:rsidR="004B1372" w:rsidRDefault="00BB0BE3">
      <w:pPr>
        <w:spacing w:after="40"/>
      </w:pPr>
      <w:r>
        <w:rPr>
          <w:rFonts w:ascii="Pretendard" w:eastAsia="Pretendard" w:hAnsi="Pretendard" w:cs="Pretendard"/>
          <w:color w:val="555560"/>
          <w:sz w:val="18"/>
        </w:rPr>
        <w:t>크리에이트립</w:t>
      </w:r>
      <w:r>
        <w:rPr>
          <w:rFonts w:ascii="Pretendard" w:eastAsia="Pretendard" w:hAnsi="Pretendard" w:cs="Pretendard"/>
          <w:color w:val="555560"/>
          <w:sz w:val="18"/>
        </w:rPr>
        <w:t xml:space="preserve"> </w:t>
      </w:r>
      <w:r>
        <w:rPr>
          <w:rFonts w:ascii="Pretendard" w:eastAsia="Pretendard" w:hAnsi="Pretendard" w:cs="Pretendard"/>
          <w:color w:val="555560"/>
          <w:sz w:val="18"/>
        </w:rPr>
        <w:t>규모</w:t>
      </w:r>
      <w:r>
        <w:rPr>
          <w:rFonts w:ascii="Pretendard" w:eastAsia="Pretendard" w:hAnsi="Pretendard" w:cs="Pretendard"/>
          <w:color w:val="555560"/>
          <w:sz w:val="18"/>
        </w:rPr>
        <w:t xml:space="preserve"> https://www.asiatime.co.kr/article/20250516500383 (2025-05-17), </w:t>
      </w:r>
      <w:r>
        <w:rPr>
          <w:rFonts w:ascii="Pretendard" w:eastAsia="Pretendard" w:hAnsi="Pretendard" w:cs="Pretendard"/>
          <w:color w:val="555560"/>
          <w:sz w:val="18"/>
        </w:rPr>
        <w:t>거래</w:t>
      </w:r>
      <w:r>
        <w:rPr>
          <w:rFonts w:ascii="Pretendard" w:eastAsia="Pretendard" w:hAnsi="Pretendard" w:cs="Pretendard"/>
          <w:color w:val="555560"/>
          <w:sz w:val="18"/>
        </w:rPr>
        <w:t xml:space="preserve"> https://www.mt.co.kr/future/2026/01/29/2026012908442998862 (2026-01-29), </w:t>
      </w:r>
      <w:r>
        <w:rPr>
          <w:rFonts w:ascii="Pretendard" w:eastAsia="Pretendard" w:hAnsi="Pretendard" w:cs="Pretendard"/>
          <w:color w:val="555560"/>
          <w:sz w:val="18"/>
        </w:rPr>
        <w:t>유치업</w:t>
      </w:r>
      <w:r>
        <w:rPr>
          <w:rFonts w:ascii="Pretendard" w:eastAsia="Pretendard" w:hAnsi="Pretendard" w:cs="Pretendard"/>
          <w:color w:val="555560"/>
          <w:sz w:val="18"/>
        </w:rPr>
        <w:t xml:space="preserve"> </w:t>
      </w:r>
      <w:r>
        <w:rPr>
          <w:rFonts w:ascii="Pretendard" w:eastAsia="Pretendard" w:hAnsi="Pretendard" w:cs="Pretendard"/>
          <w:color w:val="555560"/>
          <w:sz w:val="18"/>
        </w:rPr>
        <w:t>등록</w:t>
      </w:r>
      <w:r>
        <w:rPr>
          <w:rFonts w:ascii="Pretendard" w:eastAsia="Pretendard" w:hAnsi="Pretendard" w:cs="Pretendard"/>
          <w:color w:val="555560"/>
          <w:sz w:val="18"/>
        </w:rPr>
        <w:t xml:space="preserve"> https://creatrip.com/en/blog/14800</w:t>
      </w:r>
    </w:p>
    <w:p w14:paraId="4774CF8B" w14:textId="77777777" w:rsidR="004B1372" w:rsidRDefault="00BB0BE3">
      <w:pPr>
        <w:spacing w:after="40"/>
      </w:pPr>
      <w:r>
        <w:rPr>
          <w:rFonts w:ascii="Pretendard" w:eastAsia="Pretendard" w:hAnsi="Pretendard" w:cs="Pretendard"/>
          <w:color w:val="555560"/>
          <w:sz w:val="18"/>
        </w:rPr>
        <w:t>크리에이트립</w:t>
      </w:r>
      <w:r>
        <w:rPr>
          <w:rFonts w:ascii="Pretendard" w:eastAsia="Pretendard" w:hAnsi="Pretendard" w:cs="Pretendard"/>
          <w:color w:val="555560"/>
          <w:sz w:val="18"/>
        </w:rPr>
        <w:t xml:space="preserve"> </w:t>
      </w:r>
      <w:r>
        <w:rPr>
          <w:rFonts w:ascii="Pretendard" w:eastAsia="Pretendard" w:hAnsi="Pretendard" w:cs="Pretendard"/>
          <w:color w:val="555560"/>
          <w:sz w:val="18"/>
        </w:rPr>
        <w:t>투자</w:t>
      </w:r>
      <w:r>
        <w:rPr>
          <w:rFonts w:ascii="Pretendard" w:eastAsia="Pretendard" w:hAnsi="Pretendard" w:cs="Pretendard"/>
          <w:color w:val="555560"/>
          <w:sz w:val="18"/>
        </w:rPr>
        <w:t xml:space="preserve"> https://zdnet.co.kr/view/?no=20240814174433 (2024-08-14)</w:t>
      </w:r>
    </w:p>
    <w:p w14:paraId="674AF291" w14:textId="77777777" w:rsidR="004B1372" w:rsidRDefault="00BB0BE3">
      <w:pPr>
        <w:spacing w:after="40"/>
      </w:pPr>
      <w:r>
        <w:rPr>
          <w:rFonts w:ascii="Pretendard" w:eastAsia="Pretendard" w:hAnsi="Pretendard" w:cs="Pretendard"/>
          <w:color w:val="555560"/>
          <w:sz w:val="18"/>
        </w:rPr>
        <w:t>여신티켓</w:t>
      </w:r>
      <w:r>
        <w:rPr>
          <w:rFonts w:ascii="Pretendard" w:eastAsia="Pretendard" w:hAnsi="Pretendard" w:cs="Pretendard"/>
          <w:color w:val="555560"/>
          <w:sz w:val="18"/>
        </w:rPr>
        <w:t xml:space="preserve"> </w:t>
      </w:r>
      <w:r>
        <w:rPr>
          <w:rFonts w:ascii="Pretendard" w:eastAsia="Pretendard" w:hAnsi="Pretendard" w:cs="Pretendard"/>
          <w:color w:val="555560"/>
          <w:sz w:val="18"/>
        </w:rPr>
        <w:t>글로벌</w:t>
      </w:r>
      <w:r>
        <w:rPr>
          <w:rFonts w:ascii="Pretendard" w:eastAsia="Pretendard" w:hAnsi="Pretendard" w:cs="Pretendard"/>
          <w:color w:val="555560"/>
          <w:sz w:val="18"/>
        </w:rPr>
        <w:t xml:space="preserve"> https://www.enetnews.co.kr/news/articleView.html?idxno=39846</w:t>
      </w:r>
    </w:p>
    <w:p w14:paraId="4148942B" w14:textId="77777777" w:rsidR="004B1372" w:rsidRDefault="00BB0BE3">
      <w:pPr>
        <w:spacing w:after="40"/>
      </w:pPr>
      <w:r>
        <w:rPr>
          <w:rFonts w:ascii="Pretendard" w:eastAsia="Pretendard" w:hAnsi="Pretendard" w:cs="Pretendard"/>
          <w:color w:val="555560"/>
          <w:sz w:val="18"/>
        </w:rPr>
        <w:t>BeautsGO https://www.beautsgo.com/ · https://github.com/BeautsGO/beautsgo-booking</w:t>
      </w:r>
    </w:p>
    <w:p w14:paraId="18691A41" w14:textId="77777777" w:rsidR="004B1372" w:rsidRDefault="00BB0BE3">
      <w:pPr>
        <w:spacing w:after="40"/>
      </w:pPr>
      <w:r>
        <w:rPr>
          <w:rFonts w:ascii="Pretendard" w:eastAsia="Pretendard" w:hAnsi="Pretendard" w:cs="Pretendard"/>
          <w:color w:val="555560"/>
          <w:sz w:val="18"/>
        </w:rPr>
        <w:t xml:space="preserve">Bookimed </w:t>
      </w:r>
      <w:r>
        <w:rPr>
          <w:rFonts w:ascii="Pretendard" w:eastAsia="Pretendard" w:hAnsi="Pretendard" w:cs="Pretendard"/>
          <w:color w:val="555560"/>
          <w:sz w:val="18"/>
        </w:rPr>
        <w:t>보고서</w:t>
      </w:r>
      <w:r>
        <w:rPr>
          <w:rFonts w:ascii="Pretendard" w:eastAsia="Pretendard" w:hAnsi="Pretendard" w:cs="Pretendard"/>
          <w:color w:val="555560"/>
          <w:sz w:val="18"/>
        </w:rPr>
        <w:t xml:space="preserve"> https://us-uk.bookimed.com/b2b-article/medical-tourism-report-bookimed-platform/</w:t>
      </w:r>
    </w:p>
    <w:p w14:paraId="1320E0EB" w14:textId="77777777" w:rsidR="004B1372" w:rsidRDefault="00BB0BE3">
      <w:pPr>
        <w:spacing w:after="40"/>
      </w:pPr>
      <w:r>
        <w:rPr>
          <w:rFonts w:ascii="Pretendard" w:eastAsia="Pretendard" w:hAnsi="Pretendard" w:cs="Pretendard"/>
          <w:color w:val="555560"/>
          <w:sz w:val="18"/>
        </w:rPr>
        <w:t xml:space="preserve">ClinicsOnCall https://clinicsoncall.com (2026-09-15 </w:t>
      </w:r>
      <w:r>
        <w:rPr>
          <w:rFonts w:ascii="Pretendard" w:eastAsia="Pretendard" w:hAnsi="Pretendard" w:cs="Pretendard"/>
          <w:color w:val="555560"/>
          <w:sz w:val="18"/>
        </w:rPr>
        <w:t>조회</w:t>
      </w:r>
      <w:r>
        <w:rPr>
          <w:rFonts w:ascii="Pretendard" w:eastAsia="Pretendard" w:hAnsi="Pretendard" w:cs="Pretendard"/>
          <w:color w:val="555560"/>
          <w:sz w:val="18"/>
        </w:rPr>
        <w:t>)</w:t>
      </w:r>
    </w:p>
    <w:p w14:paraId="6F615EC6" w14:textId="77777777" w:rsidR="004B1372" w:rsidRDefault="00BB0BE3">
      <w:pPr>
        <w:spacing w:after="40"/>
      </w:pPr>
      <w:r>
        <w:rPr>
          <w:rFonts w:ascii="Pretendard" w:eastAsia="Pretendard" w:hAnsi="Pretendard" w:cs="Pretendard"/>
          <w:color w:val="555560"/>
          <w:sz w:val="18"/>
        </w:rPr>
        <w:t xml:space="preserve">Korea Clinic Guide https://koreaclinicguide.com (2026-09-15 </w:t>
      </w:r>
      <w:r>
        <w:rPr>
          <w:rFonts w:ascii="Pretendard" w:eastAsia="Pretendard" w:hAnsi="Pretendard" w:cs="Pretendard"/>
          <w:color w:val="555560"/>
          <w:sz w:val="18"/>
        </w:rPr>
        <w:t>조회</w:t>
      </w:r>
      <w:r>
        <w:rPr>
          <w:rFonts w:ascii="Pretendard" w:eastAsia="Pretendard" w:hAnsi="Pretendard" w:cs="Pretendard"/>
          <w:color w:val="555560"/>
          <w:sz w:val="18"/>
        </w:rPr>
        <w:t>)</w:t>
      </w:r>
    </w:p>
    <w:p w14:paraId="057DD61B" w14:textId="77777777" w:rsidR="004B1372" w:rsidRDefault="00BB0BE3">
      <w:pPr>
        <w:spacing w:after="40"/>
      </w:pPr>
      <w:r>
        <w:rPr>
          <w:rFonts w:ascii="Pretendard" w:eastAsia="Pretendard" w:hAnsi="Pretendard" w:cs="Pretendard"/>
          <w:color w:val="555560"/>
          <w:sz w:val="18"/>
        </w:rPr>
        <w:t xml:space="preserve">ClinicSeoul https://clinicseoul.net (2026-09-15 </w:t>
      </w:r>
      <w:r>
        <w:rPr>
          <w:rFonts w:ascii="Pretendard" w:eastAsia="Pretendard" w:hAnsi="Pretendard" w:cs="Pretendard"/>
          <w:color w:val="555560"/>
          <w:sz w:val="18"/>
        </w:rPr>
        <w:t>조회</w:t>
      </w:r>
      <w:r>
        <w:rPr>
          <w:rFonts w:ascii="Pretendard" w:eastAsia="Pretendard" w:hAnsi="Pretendard" w:cs="Pretendard"/>
          <w:color w:val="555560"/>
          <w:sz w:val="18"/>
        </w:rPr>
        <w:t>)</w:t>
      </w:r>
    </w:p>
    <w:p w14:paraId="478B8D2B" w14:textId="77777777" w:rsidR="004B1372" w:rsidRDefault="00BB0BE3">
      <w:pPr>
        <w:spacing w:after="40"/>
      </w:pPr>
      <w:r>
        <w:rPr>
          <w:rFonts w:ascii="Pretendard" w:eastAsia="Pretendard" w:hAnsi="Pretendard" w:cs="Pretendard"/>
          <w:color w:val="555560"/>
          <w:sz w:val="18"/>
        </w:rPr>
        <w:t>메디컬코리아</w:t>
      </w:r>
      <w:r>
        <w:rPr>
          <w:rFonts w:ascii="Pretendard" w:eastAsia="Pretendard" w:hAnsi="Pretendard" w:cs="Pretendard"/>
          <w:color w:val="555560"/>
          <w:sz w:val="18"/>
        </w:rPr>
        <w:t xml:space="preserve"> https://www.medicalkorea.or.kr/korp/main.do</w:t>
      </w:r>
    </w:p>
    <w:p w14:paraId="4FB38FC6" w14:textId="77777777" w:rsidR="004B1372" w:rsidRDefault="00BB0BE3">
      <w:pPr>
        <w:spacing w:after="40"/>
      </w:pPr>
      <w:r>
        <w:rPr>
          <w:rFonts w:ascii="Pretendard" w:eastAsia="Pretendard" w:hAnsi="Pretendard" w:cs="Pretendard"/>
          <w:color w:val="555560"/>
          <w:sz w:val="18"/>
        </w:rPr>
        <w:t xml:space="preserve">AI </w:t>
      </w:r>
      <w:r>
        <w:rPr>
          <w:rFonts w:ascii="Pretendard" w:eastAsia="Pretendard" w:hAnsi="Pretendard" w:cs="Pretendard"/>
          <w:color w:val="555560"/>
          <w:sz w:val="18"/>
        </w:rPr>
        <w:t>크롤러</w:t>
      </w:r>
      <w:r>
        <w:rPr>
          <w:rFonts w:ascii="Pretendard" w:eastAsia="Pretendard" w:hAnsi="Pretendard" w:cs="Pretendard"/>
          <w:color w:val="555560"/>
          <w:sz w:val="18"/>
        </w:rPr>
        <w:t xml:space="preserve">·llms.txt: </w:t>
      </w:r>
      <w:r>
        <w:rPr>
          <w:rFonts w:ascii="Pretendard" w:eastAsia="Pretendard" w:hAnsi="Pretendard" w:cs="Pretendard"/>
          <w:color w:val="555560"/>
          <w:sz w:val="18"/>
        </w:rPr>
        <w:t>각</w:t>
      </w:r>
      <w:r>
        <w:rPr>
          <w:rFonts w:ascii="Pretendard" w:eastAsia="Pretendard" w:hAnsi="Pretendard" w:cs="Pretendard"/>
          <w:color w:val="555560"/>
          <w:sz w:val="18"/>
        </w:rPr>
        <w:t xml:space="preserve"> </w:t>
      </w:r>
      <w:r>
        <w:rPr>
          <w:rFonts w:ascii="Pretendard" w:eastAsia="Pretendard" w:hAnsi="Pretendard" w:cs="Pretendard"/>
          <w:color w:val="555560"/>
          <w:sz w:val="18"/>
        </w:rPr>
        <w:t>사이트</w:t>
      </w:r>
      <w:r>
        <w:rPr>
          <w:rFonts w:ascii="Pretendard" w:eastAsia="Pretendard" w:hAnsi="Pretendard" w:cs="Pretendard"/>
          <w:color w:val="555560"/>
          <w:sz w:val="18"/>
        </w:rPr>
        <w:t xml:space="preserve"> robots.txt·sitemap·llms.txt </w:t>
      </w:r>
      <w:r>
        <w:rPr>
          <w:rFonts w:ascii="Pretendard" w:eastAsia="Pretendard" w:hAnsi="Pretendard" w:cs="Pretendard"/>
          <w:color w:val="555560"/>
          <w:sz w:val="18"/>
        </w:rPr>
        <w:t>직접</w:t>
      </w:r>
      <w:r>
        <w:rPr>
          <w:rFonts w:ascii="Pretendard" w:eastAsia="Pretendard" w:hAnsi="Pretendard" w:cs="Pretendard"/>
          <w:color w:val="555560"/>
          <w:sz w:val="18"/>
        </w:rPr>
        <w:t xml:space="preserve"> </w:t>
      </w:r>
      <w:r>
        <w:rPr>
          <w:rFonts w:ascii="Pretendard" w:eastAsia="Pretendard" w:hAnsi="Pretendard" w:cs="Pretendard"/>
          <w:color w:val="555560"/>
          <w:sz w:val="18"/>
        </w:rPr>
        <w:t>조회</w:t>
      </w:r>
      <w:r>
        <w:rPr>
          <w:rFonts w:ascii="Pretendard" w:eastAsia="Pretendard" w:hAnsi="Pretendard" w:cs="Pretendard"/>
          <w:color w:val="555560"/>
          <w:sz w:val="18"/>
        </w:rPr>
        <w:t xml:space="preserve"> (2026-09-15)</w:t>
      </w:r>
    </w:p>
    <w:p>
      <w:pPr>
        <w:keepNext/>
        <w:spacing w:before="200" w:after="160"/>
      </w:pPr>
      <w:r>
        <w:rPr>
          <w:rFonts w:ascii="Pretendard" w:hAnsi="Pretendard" w:cs="Pretendard" w:eastAsia="Pretendard"/>
          <w:b/>
          <w:color w:val="4F1DA1"/>
          <w:sz w:val="26"/>
        </w:rPr>
        <w:t>병원·의료 AEO/GEO 서비스 (4-10, 조회일 2026-09-15)</w:t>
      </w:r>
    </w:p>
    <w:p>
      <w:pPr>
        <w:spacing w:after="40"/>
      </w:pPr>
      <w:r>
        <w:rPr>
          <w:rFonts w:ascii="Pretendard" w:hAnsi="Pretendard" w:cs="Pretendard" w:eastAsia="Pretendard"/>
          <w:b w:val="0"/>
          <w:color w:val="555560"/>
          <w:sz w:val="18"/>
        </w:rPr>
        <w:t>이움코퍼레이션 https://www.eumcorporation.com/aeo-geo/</w:t>
      </w:r>
    </w:p>
    <w:p>
      <w:pPr>
        <w:spacing w:after="40"/>
      </w:pPr>
      <w:r>
        <w:rPr>
          <w:rFonts w:ascii="Pretendard" w:hAnsi="Pretendard" w:cs="Pretendard" w:eastAsia="Pretendard"/>
          <w:b w:val="0"/>
          <w:color w:val="555560"/>
          <w:sz w:val="18"/>
        </w:rPr>
        <w:t>마하닥-GEO https://hospitalgeo.com</w:t>
      </w:r>
    </w:p>
    <w:p>
      <w:pPr>
        <w:spacing w:after="40"/>
      </w:pPr>
      <w:r>
        <w:rPr>
          <w:rFonts w:ascii="Pretendard" w:hAnsi="Pretendard" w:cs="Pretendard" w:eastAsia="Pretendard"/>
          <w:b w:val="0"/>
          <w:color w:val="555560"/>
          <w:sz w:val="18"/>
        </w:rPr>
        <w:t>아워마케팅 GEO 진단 https://ourmarketing.co.kr/geo-diagnosis · https://ourmarketing.co.kr/service/expertise/geo · 출시 기사 http://www.bogunuilyo.com/news/503413 (2026-07-10)</w:t>
      </w:r>
    </w:p>
    <w:p>
      <w:pPr>
        <w:spacing w:after="40"/>
      </w:pPr>
      <w:r>
        <w:rPr>
          <w:rFonts w:ascii="Pretendard" w:hAnsi="Pretendard" w:cs="Pretendard" w:eastAsia="Pretendard"/>
          <w:b w:val="0"/>
          <w:color w:val="555560"/>
          <w:sz w:val="18"/>
        </w:rPr>
        <w:t>와이더뷰티 https://mdtoday.co.kr/news/view/1065602577857715 (2026-05-28)</w:t>
      </w:r>
    </w:p>
    <w:p>
      <w:pPr>
        <w:spacing w:after="40"/>
      </w:pPr>
      <w:r>
        <w:rPr>
          <w:rFonts w:ascii="Pretendard" w:hAnsi="Pretendard" w:cs="Pretendard" w:eastAsia="Pretendard"/>
          <w:b w:val="0"/>
          <w:color w:val="555560"/>
          <w:sz w:val="18"/>
        </w:rPr>
        <w:t>크리앤서 https://www.creanswer.com · 병원 GEO 체크리스트 https://creanswer.com/blog/geo-checklist-7/ (2026-05-04)</w:t>
      </w:r>
    </w:p>
    <w:p>
      <w:pPr>
        <w:spacing w:after="40"/>
      </w:pPr>
      <w:r>
        <w:rPr>
          <w:rFonts w:ascii="Pretendard" w:hAnsi="Pretendard" w:cs="Pretendard" w:eastAsia="Pretendard"/>
          <w:b w:val="0"/>
          <w:color w:val="555560"/>
          <w:sz w:val="18"/>
        </w:rPr>
        <w:t>NATANA https://natana-ai.com/clinic</w:t>
      </w:r>
    </w:p>
    <w:p>
      <w:pPr>
        <w:spacing w:after="40"/>
      </w:pPr>
      <w:r>
        <w:rPr>
          <w:rFonts w:ascii="Pretendard" w:hAnsi="Pretendard" w:cs="Pretendard" w:eastAsia="Pretendard"/>
          <w:b w:val="0"/>
          <w:color w:val="555560"/>
          <w:sz w:val="18"/>
        </w:rPr>
        <w:t>온더AI https://onthe.ai/pricing · 병원 GEO 가이드 https://blog.onthe.ai/geo-ai-search-hospital-marketing (2026-04-02)</w:t>
      </w:r>
    </w:p>
    <w:p>
      <w:pPr>
        <w:spacing w:after="40"/>
      </w:pPr>
      <w:r>
        <w:rPr>
          <w:rFonts w:ascii="Pretendard" w:hAnsi="Pretendard" w:cs="Pretendard" w:eastAsia="Pretendard"/>
          <w:b w:val="0"/>
          <w:color w:val="555560"/>
          <w:sz w:val="18"/>
        </w:rPr>
        <w:t>지오랭크 https://georank.co.kr · 병원 사례 https://georank.co.kr/case/hospital-clinic-geo · 비용 https://georank.co.kr/geo/geo-cost-pricing</w:t>
      </w:r>
    </w:p>
    <w:p>
      <w:pPr>
        <w:spacing w:after="40"/>
      </w:pPr>
      <w:r>
        <w:rPr>
          <w:rFonts w:ascii="Pretendard" w:hAnsi="Pretendard" w:cs="Pretendard" w:eastAsia="Pretendard"/>
          <w:b w:val="0"/>
          <w:color w:val="555560"/>
          <w:sz w:val="18"/>
        </w:rPr>
        <w:t>BizSpring GEO Care for Clinic https://blog.bizspring.co.kr (2026-05-28, 수정 2026-08-27)</w:t>
      </w:r>
    </w:p>
    <w:p>
      <w:pPr>
        <w:spacing w:after="40"/>
      </w:pPr>
      <w:r>
        <w:rPr>
          <w:rFonts w:ascii="Pretendard" w:hAnsi="Pretendard" w:cs="Pretendard" w:eastAsia="Pretendard"/>
          <w:b w:val="0"/>
          <w:color w:val="555560"/>
          <w:sz w:val="18"/>
        </w:rPr>
        <w:t>서치폴라리스 https://searchpolaris.com · 가격 https://searchpolaris.com/pricing</w:t>
      </w:r>
    </w:p>
    <w:p>
      <w:pPr>
        <w:spacing w:after="40"/>
      </w:pPr>
      <w:r>
        <w:rPr>
          <w:rFonts w:ascii="Pretendard" w:hAnsi="Pretendard" w:cs="Pretendard" w:eastAsia="Pretendard"/>
          <w:b w:val="0"/>
          <w:color w:val="555560"/>
          <w:sz w:val="18"/>
        </w:rPr>
        <w:t>에이넥트 https://ainnect.co.kr</w:t>
      </w:r>
    </w:p>
    <w:p>
      <w:pPr>
        <w:spacing w:after="40"/>
      </w:pPr>
      <w:r>
        <w:rPr>
          <w:rFonts w:ascii="Pretendard" w:hAnsi="Pretendard" w:cs="Pretendard" w:eastAsia="Pretendard"/>
          <w:b w:val="0"/>
          <w:color w:val="555560"/>
          <w:sz w:val="18"/>
        </w:rPr>
        <w:t>팀하이 https://teamhai.co.kr</w:t>
      </w:r>
    </w:p>
    <w:p>
      <w:pPr>
        <w:spacing w:after="40"/>
      </w:pPr>
      <w:r>
        <w:rPr>
          <w:rFonts w:ascii="Pretendard" w:hAnsi="Pretendard" w:cs="Pretendard" w:eastAsia="Pretendard"/>
          <w:b w:val="0"/>
          <w:color w:val="555560"/>
          <w:sz w:val="18"/>
        </w:rPr>
        <w:t>블루닷 https://bi.bluedot.so/consulting</w:t>
      </w:r>
    </w:p>
    <w:p>
      <w:pPr>
        <w:spacing w:after="40"/>
      </w:pPr>
      <w:r>
        <w:rPr>
          <w:rFonts w:ascii="Pretendard" w:hAnsi="Pretendard" w:cs="Pretendard" w:eastAsia="Pretendard"/>
          <w:b w:val="0"/>
          <w:color w:val="555560"/>
          <w:sz w:val="18"/>
        </w:rPr>
        <w:t>NNT Insights https://nnt-insights.com/pricing</w:t>
      </w:r>
    </w:p>
    <w:p>
      <w:pPr>
        <w:spacing w:after="40"/>
      </w:pPr>
      <w:r>
        <w:rPr>
          <w:rFonts w:ascii="Pretendard" w:hAnsi="Pretendard" w:cs="Pretendard" w:eastAsia="Pretendard"/>
          <w:b w:val="0"/>
          <w:color w:val="555560"/>
          <w:sz w:val="18"/>
        </w:rPr>
        <w:t>RanketAI https://www.ranketai.com/ko/faq · AI 가시성 측정 도구 비교 https://www.ranketai.com/ko/blog/ai-visibility-tools-comparison-2026-05-16</w:t>
      </w:r>
    </w:p>
    <w:p>
      <w:pPr>
        <w:spacing w:after="40"/>
      </w:pPr>
      <w:r>
        <w:rPr>
          <w:rFonts w:ascii="Pretendard" w:hAnsi="Pretendard" w:cs="Pretendard" w:eastAsia="Pretendard"/>
          <w:b w:val="0"/>
          <w:color w:val="555560"/>
          <w:sz w:val="18"/>
        </w:rPr>
        <w:t>FrostAI https://www.frostai.co</w:t>
      </w:r>
    </w:p>
    <w:p>
      <w:pPr>
        <w:spacing w:after="40"/>
      </w:pPr>
      <w:r>
        <w:rPr>
          <w:rFonts w:ascii="Pretendard" w:hAnsi="Pretendard" w:cs="Pretendard" w:eastAsia="Pretendard"/>
          <w:b w:val="0"/>
          <w:color w:val="555560"/>
          <w:sz w:val="18"/>
        </w:rPr>
        <w:t>오픈타임 https://ai.idearabbit.co.kr</w:t>
      </w:r>
    </w:p>
    <w:p>
      <w:pPr>
        <w:spacing w:after="40"/>
      </w:pPr>
      <w:r>
        <w:rPr>
          <w:rFonts w:ascii="Pretendard" w:hAnsi="Pretendard" w:cs="Pretendard" w:eastAsia="Pretendard"/>
          <w:b w:val="0"/>
          <w:color w:val="555560"/>
          <w:sz w:val="18"/>
        </w:rPr>
        <w:t>ZESTCOMPANY https://zestcompany.co.kr</w:t>
      </w:r>
    </w:p>
    <w:p>
      <w:pPr>
        <w:spacing w:after="40"/>
      </w:pPr>
      <w:r>
        <w:rPr>
          <w:rFonts w:ascii="Pretendard" w:hAnsi="Pretendard" w:cs="Pretendard" w:eastAsia="Pretendard"/>
          <w:b w:val="0"/>
          <w:color w:val="555560"/>
          <w:sz w:val="18"/>
        </w:rPr>
        <w:t>Anymorph https://anymorph.ai · 한국 GEO·AEO 서비스 TOP 5 https://anymorph.ai/contents/best/korea-geo-aeo-services-top-5-2026 (2026-08-18)</w:t>
      </w:r>
    </w:p>
    <w:p>
      <w:pPr>
        <w:spacing w:after="40"/>
      </w:pPr>
      <w:r>
        <w:rPr>
          <w:rFonts w:ascii="Pretendard" w:hAnsi="Pretendard" w:cs="Pretendard" w:eastAsia="Pretendard"/>
          <w:b w:val="0"/>
          <w:color w:val="555560"/>
          <w:sz w:val="18"/>
        </w:rPr>
        <w:t>OtterlyAI https://otterly.ai/pricing · GEO Audit https://otterly.ai/blog/generative-engine-optimization-audit/ (2025-08-04) · https://help.otterly.ai/what-does-the-geo-audit-do (2026-08-18)</w:t>
      </w:r>
    </w:p>
    <w:p>
      <w:pPr>
        <w:spacing w:after="40"/>
      </w:pPr>
      <w:r>
        <w:rPr>
          <w:rFonts w:ascii="Pretendard" w:hAnsi="Pretendard" w:cs="Pretendard" w:eastAsia="Pretendard"/>
          <w:b w:val="0"/>
          <w:color w:val="555560"/>
          <w:sz w:val="18"/>
        </w:rPr>
        <w:t>Profound https://www.tryprofound.com/pricing</w:t>
      </w:r>
    </w:p>
    <w:p>
      <w:pPr>
        <w:spacing w:after="40"/>
      </w:pPr>
      <w:r>
        <w:rPr>
          <w:rFonts w:ascii="Pretendard" w:hAnsi="Pretendard" w:cs="Pretendard" w:eastAsia="Pretendard"/>
          <w:b w:val="0"/>
          <w:color w:val="555560"/>
          <w:sz w:val="18"/>
        </w:rPr>
        <w:t>Peec AI https://peec.ai/pricing · 리뷰 https://generatemore.ai/blog/peec-ai-review (2026-08-28)</w:t>
      </w:r>
    </w:p>
    <w:p>
      <w:pPr>
        <w:spacing w:after="40"/>
      </w:pPr>
      <w:r>
        <w:rPr>
          <w:rFonts w:ascii="Pretendard" w:hAnsi="Pretendard" w:cs="Pretendard" w:eastAsia="Pretendard"/>
          <w:b w:val="0"/>
          <w:color w:val="555560"/>
          <w:sz w:val="18"/>
        </w:rPr>
        <w:t>HubSpot AEO https://www.hubspot.com/products/aeo · 대안 비교 https://blog.hubspot.com/marketing/peec-ai-alternatives</w:t>
      </w:r>
    </w:p>
    <w:p>
      <w:pPr>
        <w:spacing w:after="40"/>
      </w:pPr>
      <w:r>
        <w:rPr>
          <w:rFonts w:ascii="Pretendard" w:hAnsi="Pretendard" w:cs="Pretendard" w:eastAsia="Pretendard"/>
          <w:b w:val="0"/>
          <w:color w:val="555560"/>
          <w:sz w:val="18"/>
        </w:rPr>
        <w:t>Semrush AI Toolkit https://www.semrush.com/kb/1493-ai-toolkit · Ahrefs Brand Radar https://ahrefs.com/brand-radar</w:t>
      </w:r>
    </w:p>
    <w:p>
      <w:pPr>
        <w:spacing w:after="40"/>
      </w:pPr>
      <w:r>
        <w:rPr>
          <w:rFonts w:ascii="Pretendard" w:hAnsi="Pretendard" w:cs="Pretendard" w:eastAsia="Pretendard"/>
          <w:b w:val="0"/>
          <w:color w:val="555560"/>
          <w:sz w:val="18"/>
        </w:rPr>
        <w:t>AI Search Visibility Tools 비교 https://www.surmado.com/blog/best-ai-visibility-tools-2026</w:t>
      </w:r>
    </w:p>
    <w:p>
      <w:pPr>
        <w:spacing w:after="40"/>
      </w:pPr>
      <w:r>
        <w:rPr>
          <w:rFonts w:ascii="Pretendard" w:hAnsi="Pretendard" w:cs="Pretendard" w:eastAsia="Pretendard"/>
          <w:b w:val="0"/>
          <w:color w:val="555560"/>
          <w:sz w:val="18"/>
        </w:rPr>
        <w:t>Fuel Online https://fuelonline.com/plastic-surgery-marketing/rhinoplasty/ai-visibility-audit/</w:t>
      </w:r>
    </w:p>
    <w:p>
      <w:pPr>
        <w:spacing w:after="40"/>
      </w:pPr>
      <w:r>
        <w:rPr>
          <w:rFonts w:ascii="Pretendard" w:hAnsi="Pretendard" w:cs="Pretendard" w:eastAsia="Pretendard"/>
          <w:b w:val="0"/>
          <w:color w:val="555560"/>
          <w:sz w:val="18"/>
        </w:rPr>
        <w:t>ADvance Media https://advancemedia.com/services/ai-visibility-aeo-geo/</w:t>
      </w:r>
    </w:p>
    <w:p>
      <w:pPr>
        <w:spacing w:after="40"/>
      </w:pPr>
      <w:r>
        <w:rPr>
          <w:rFonts w:ascii="Pretendard" w:hAnsi="Pretendard" w:cs="Pretendard" w:eastAsia="Pretendard"/>
          <w:b w:val="0"/>
          <w:color w:val="555560"/>
          <w:sz w:val="18"/>
        </w:rPr>
        <w:t>Specialist Practice Excellence https://specialistpracticeexcellence.com/blog/prompt-to-audit-aeo-ai-visibility-for-plastic-surgeons/ (2026-07-25)</w:t>
      </w:r>
    </w:p>
    <w:p>
      <w:pPr>
        <w:spacing w:after="40"/>
      </w:pPr>
      <w:r>
        <w:rPr>
          <w:rFonts w:ascii="Pretendard" w:hAnsi="Pretendard" w:cs="Pretendard" w:eastAsia="Pretendard"/>
          <w:b w:val="0"/>
          <w:color w:val="555560"/>
          <w:sz w:val="18"/>
        </w:rPr>
        <w:t>Plastic SEO https://www.plasticseo.com/how-ai-search-is-changing-plastic-surgery-seo/ (2026-07-01)</w:t>
      </w:r>
    </w:p>
    <w:p>
      <w:pPr>
        <w:spacing w:after="40"/>
      </w:pPr>
      <w:r>
        <w:rPr>
          <w:rFonts w:ascii="Pretendard" w:hAnsi="Pretendard" w:cs="Pretendard" w:eastAsia="Pretendard"/>
          <w:b w:val="0"/>
          <w:color w:val="555560"/>
          <w:sz w:val="18"/>
        </w:rPr>
        <w:t>Percepture https://percepture.com/healthcare-insights/plastic-surgery-seo-services/ (2026-06-11)</w:t>
      </w:r>
    </w:p>
    <w:sectPr w:rsidR="004B1372"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Pretendard">
    <w:panose1 w:val="02000503000000020004"/>
    <w:charset w:val="81"/>
    <w:family w:val="auto"/>
    <w:notTrueType/>
    <w:pitch w:val="variable"/>
    <w:sig w:usb0="E10002FF" w:usb1="1BD7E5FF" w:usb2="04000011" w:usb3="00000000" w:csb0="0008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14929430">
    <w:abstractNumId w:val="8"/>
  </w:num>
  <w:num w:numId="2" w16cid:durableId="1892688407">
    <w:abstractNumId w:val="6"/>
  </w:num>
  <w:num w:numId="3" w16cid:durableId="2042895140">
    <w:abstractNumId w:val="5"/>
  </w:num>
  <w:num w:numId="4" w16cid:durableId="138424299">
    <w:abstractNumId w:val="4"/>
  </w:num>
  <w:num w:numId="5" w16cid:durableId="604312197">
    <w:abstractNumId w:val="7"/>
  </w:num>
  <w:num w:numId="6" w16cid:durableId="760570336">
    <w:abstractNumId w:val="3"/>
  </w:num>
  <w:num w:numId="7" w16cid:durableId="1376927729">
    <w:abstractNumId w:val="2"/>
  </w:num>
  <w:num w:numId="8" w16cid:durableId="2126920672">
    <w:abstractNumId w:val="1"/>
  </w:num>
  <w:num w:numId="9" w16cid:durableId="2775660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51B6"/>
    <w:rsid w:val="004B1372"/>
    <w:rsid w:val="00AA1D8D"/>
    <w:rsid w:val="00B47730"/>
    <w:rsid w:val="00BB0BE3"/>
    <w:rsid w:val="00CB0664"/>
    <w:rsid w:val="00CF636B"/>
    <w:rsid w:val="00F00E7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862F18"/>
  <w14:defaultImageDpi w14:val="300"/>
  <w15:docId w15:val="{5AF5A456-95AE-C54B-84EF-C98150491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hyperlink" Target="https://www.eumcorporation.com/aeo-geo/" TargetMode="External"/><Relationship Id="rId9" Type="http://schemas.openxmlformats.org/officeDocument/2006/relationships/hyperlink" Target="https://hospitalgeo.com" TargetMode="External"/><Relationship Id="rId10" Type="http://schemas.openxmlformats.org/officeDocument/2006/relationships/hyperlink" Target="https://ourmarketing.co.kr/geo-diagnosis" TargetMode="External"/><Relationship Id="rId11" Type="http://schemas.openxmlformats.org/officeDocument/2006/relationships/hyperlink" Target="https://www.creanswer.com" TargetMode="External"/><Relationship Id="rId12" Type="http://schemas.openxmlformats.org/officeDocument/2006/relationships/hyperlink" Target="https://georank.co.kr" TargetMode="External"/><Relationship Id="rId13" Type="http://schemas.openxmlformats.org/officeDocument/2006/relationships/hyperlink" Target="https://mdtoday.co.kr/news/view/1065602577857715" TargetMode="External"/><Relationship Id="rId14" Type="http://schemas.openxmlformats.org/officeDocument/2006/relationships/hyperlink" Target="https://blog.bizspring.co.kr" TargetMode="External"/><Relationship Id="rId15" Type="http://schemas.openxmlformats.org/officeDocument/2006/relationships/hyperlink" Target="https://natana-ai.com/clinic" TargetMode="External"/><Relationship Id="rId16" Type="http://schemas.openxmlformats.org/officeDocument/2006/relationships/hyperlink" Target="https://onthe.ai" TargetMode="External"/><Relationship Id="rId17" Type="http://schemas.openxmlformats.org/officeDocument/2006/relationships/hyperlink" Target="https://searchpolaris.com" TargetMode="External"/><Relationship Id="rId18" Type="http://schemas.openxmlformats.org/officeDocument/2006/relationships/hyperlink" Target="https://ainnect.co.kr" TargetMode="External"/><Relationship Id="rId19" Type="http://schemas.openxmlformats.org/officeDocument/2006/relationships/hyperlink" Target="https://teamhai.co.kr" TargetMode="External"/><Relationship Id="rId20" Type="http://schemas.openxmlformats.org/officeDocument/2006/relationships/hyperlink" Target="https://bi.bluedot.so/consulting" TargetMode="External"/><Relationship Id="rId21" Type="http://schemas.openxmlformats.org/officeDocument/2006/relationships/hyperlink" Target="https://nnt-insights.com" TargetMode="External"/><Relationship Id="rId22" Type="http://schemas.openxmlformats.org/officeDocument/2006/relationships/hyperlink" Target="https://www.ranketai.com" TargetMode="External"/><Relationship Id="rId23" Type="http://schemas.openxmlformats.org/officeDocument/2006/relationships/hyperlink" Target="https://www.frostai.co" TargetMode="External"/><Relationship Id="rId24" Type="http://schemas.openxmlformats.org/officeDocument/2006/relationships/hyperlink" Target="https://ai.idearabbit.co.kr" TargetMode="External"/><Relationship Id="rId25" Type="http://schemas.openxmlformats.org/officeDocument/2006/relationships/hyperlink" Target="https://zestcompany.co.kr" TargetMode="External"/><Relationship Id="rId26" Type="http://schemas.openxmlformats.org/officeDocument/2006/relationships/hyperlink" Target="https://anymorph.ai" TargetMode="External"/><Relationship Id="rId27" Type="http://schemas.openxmlformats.org/officeDocument/2006/relationships/hyperlink" Target="https://otterly.ai" TargetMode="External"/><Relationship Id="rId28" Type="http://schemas.openxmlformats.org/officeDocument/2006/relationships/hyperlink" Target="https://www.tryprofound.com" TargetMode="External"/><Relationship Id="rId29" Type="http://schemas.openxmlformats.org/officeDocument/2006/relationships/hyperlink" Target="https://peec.ai" TargetMode="External"/><Relationship Id="rId30" Type="http://schemas.openxmlformats.org/officeDocument/2006/relationships/hyperlink" Target="https://www.hubspot.com/products/aeo" TargetMode="External"/><Relationship Id="rId31" Type="http://schemas.openxmlformats.org/officeDocument/2006/relationships/hyperlink" Target="https://www.semrush.com/kb/1493-ai-toolkit" TargetMode="External"/><Relationship Id="rId32" Type="http://schemas.openxmlformats.org/officeDocument/2006/relationships/hyperlink" Target="https://ahrefs.com/brand-radar" TargetMode="External"/><Relationship Id="rId33" Type="http://schemas.openxmlformats.org/officeDocument/2006/relationships/hyperlink" Target="https://fuelonline.com/plastic-surgery-marketing/rhinoplasty/ai-visibility-audit/" TargetMode="External"/><Relationship Id="rId34" Type="http://schemas.openxmlformats.org/officeDocument/2006/relationships/hyperlink" Target="https://advancemedia.com/services/ai-visibility-aeo-geo/" TargetMode="External"/><Relationship Id="rId35" Type="http://schemas.openxmlformats.org/officeDocument/2006/relationships/hyperlink" Target="https://percepture.com/healthcare-insights/plastic-surgery-seo-services/" TargetMode="External"/><Relationship Id="rId36" Type="http://schemas.openxmlformats.org/officeDocument/2006/relationships/hyperlink" Target="https://specialistpracticeexcellence.com" TargetMode="External"/><Relationship Id="rId37" Type="http://schemas.openxmlformats.org/officeDocument/2006/relationships/hyperlink" Target="https://www.plasticse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9130</Words>
  <Characters>9222</Characters>
  <Application>Microsoft Office Word</Application>
  <DocSecurity>0</DocSecurity>
  <Lines>461</Lines>
  <Paragraphs>398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17954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Haewon Kam</cp:lastModifiedBy>
  <cp:revision>3</cp:revision>
  <dcterms:created xsi:type="dcterms:W3CDTF">2013-12-23T23:15:00Z</dcterms:created>
  <dcterms:modified xsi:type="dcterms:W3CDTF">2026-09-15T02:13:00Z</dcterms:modified>
  <cp:category/>
</cp:coreProperties>
</file>